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23AFE" w14:textId="77777777" w:rsidR="003945C6" w:rsidRDefault="008060E5">
      <w:pPr>
        <w:pStyle w:val="Titel"/>
      </w:pPr>
      <w:r>
        <w:t>Bijlage 4  Format referentie selectiecriterium</w:t>
      </w:r>
    </w:p>
    <w:p w14:paraId="698E01BB" w14:textId="77777777" w:rsidR="003945C6" w:rsidRDefault="008060E5">
      <w:pPr>
        <w:pStyle w:val="Kop1"/>
      </w:pPr>
      <w:r>
        <w:t>Perceel 1  Bronnen en bronnet</w:t>
      </w:r>
    </w:p>
    <w:p w14:paraId="07E54CA9" w14:textId="77777777" w:rsidR="003945C6" w:rsidRDefault="008060E5">
      <w:r>
        <w:t>Dien per perceel maximaal één referentieproject in bij de Aanmelding. Alle opgevoerde kenmerken moeten binnen datzelfde project zijn uitgevoerd. De voorwaarden uit § 4.3 van de Selectieleidraad zijn van toepassing, waaronder de referentieperiode van vijf jaar.</w:t>
      </w:r>
    </w:p>
    <w:tbl>
      <w:tblPr>
        <w:tblW w:w="0" w:type="auto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6576"/>
      </w:tblGrid>
      <w:tr w:rsidR="003945C6" w14:paraId="2F868675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2BAAE30" w14:textId="77777777" w:rsidR="003945C6" w:rsidRDefault="008060E5">
            <w:pPr>
              <w:spacing w:before="80" w:after="80"/>
            </w:pPr>
            <w:r>
              <w:rPr>
                <w:b/>
              </w:rPr>
              <w:t>Naam Gegadigde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EB92328" w14:textId="77777777" w:rsidR="003945C6" w:rsidRDefault="008060E5">
            <w:pPr>
              <w:spacing w:before="80" w:after="80"/>
            </w:pPr>
            <w:r>
              <w:t>[invullen]</w:t>
            </w:r>
          </w:p>
        </w:tc>
      </w:tr>
      <w:tr w:rsidR="003945C6" w14:paraId="3914F4C3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6E10793" w14:textId="77777777" w:rsidR="003945C6" w:rsidRDefault="008060E5">
            <w:pPr>
              <w:spacing w:before="80" w:after="80"/>
            </w:pPr>
            <w:r>
              <w:rPr>
                <w:b/>
              </w:rPr>
              <w:t>Projectnaam en plaats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1EC80C6" w14:textId="77777777" w:rsidR="003945C6" w:rsidRDefault="008060E5">
            <w:pPr>
              <w:spacing w:before="80" w:after="80"/>
            </w:pPr>
            <w:r>
              <w:t>[invullen]</w:t>
            </w:r>
          </w:p>
        </w:tc>
      </w:tr>
      <w:tr w:rsidR="003945C6" w14:paraId="70CC2291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3FEA598" w14:textId="77777777" w:rsidR="003945C6" w:rsidRDefault="008060E5">
            <w:pPr>
              <w:spacing w:before="80" w:after="80"/>
            </w:pPr>
            <w:r>
              <w:rPr>
                <w:b/>
              </w:rPr>
              <w:t>Uitvoerende onderneming en eigen rol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B23A05F" w14:textId="77777777" w:rsidR="003945C6" w:rsidRDefault="008060E5">
            <w:pPr>
              <w:spacing w:before="80" w:after="80"/>
            </w:pPr>
            <w:r>
              <w:t>[invullen; vermeld een eventueel ingeschakelde derde]</w:t>
            </w:r>
          </w:p>
        </w:tc>
      </w:tr>
      <w:tr w:rsidR="003945C6" w14:paraId="3221A592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2570E82" w14:textId="77777777" w:rsidR="003945C6" w:rsidRDefault="008060E5">
            <w:pPr>
              <w:spacing w:before="80" w:after="80"/>
            </w:pPr>
            <w:r>
              <w:rPr>
                <w:b/>
              </w:rPr>
              <w:t>Referentieopdrachtgever en contactpersoon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0D4788E" w14:textId="77777777" w:rsidR="003945C6" w:rsidRDefault="008060E5">
            <w:pPr>
              <w:spacing w:before="80" w:after="80"/>
            </w:pPr>
            <w:r>
              <w:t>[organisatie, naam, telefoonnummer en e-mailadres]</w:t>
            </w:r>
          </w:p>
        </w:tc>
      </w:tr>
      <w:tr w:rsidR="003945C6" w14:paraId="308AFCFF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FD99E8A" w14:textId="77777777" w:rsidR="003945C6" w:rsidRDefault="008060E5">
            <w:pPr>
              <w:spacing w:before="80" w:after="80"/>
            </w:pPr>
            <w:r>
              <w:rPr>
                <w:b/>
              </w:rPr>
              <w:t>Uitvoeringsperiode en opleverdatum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AA3FF6E" w14:textId="77777777" w:rsidR="003945C6" w:rsidRDefault="008060E5">
            <w:pPr>
              <w:spacing w:before="80" w:after="80"/>
            </w:pPr>
            <w:r>
              <w:t>[invullen]</w:t>
            </w:r>
          </w:p>
        </w:tc>
      </w:tr>
    </w:tbl>
    <w:p w14:paraId="5F189AE7" w14:textId="77777777" w:rsidR="003945C6" w:rsidRDefault="008060E5">
      <w:r>
        <w:t>De referentie betreft ervaring met het ontwerpen en/of realiseren en onderhouden van een open bodemenergiesysteem.</w:t>
      </w:r>
    </w:p>
    <w:p w14:paraId="4DFB68B5" w14:textId="77777777" w:rsidR="003945C6" w:rsidRDefault="008060E5">
      <w:pPr>
        <w:pStyle w:val="Kop2"/>
      </w:pPr>
      <w:r>
        <w:t>Kenmerken van het referentieproject</w:t>
      </w:r>
    </w:p>
    <w:tbl>
      <w:tblPr>
        <w:tblW w:w="0" w:type="auto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6463"/>
        <w:gridCol w:w="3515"/>
      </w:tblGrid>
      <w:tr w:rsidR="003945C6" w14:paraId="5B6F798D" w14:textId="77777777">
        <w:trPr>
          <w:cantSplit/>
        </w:trPr>
        <w:tc>
          <w:tcPr>
            <w:tcW w:w="646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0ECCAF6" w14:textId="77777777" w:rsidR="003945C6" w:rsidRDefault="008060E5">
            <w:pPr>
              <w:spacing w:before="80" w:after="80"/>
            </w:pPr>
            <w:r>
              <w:rPr>
                <w:b/>
              </w:rPr>
              <w:t>a. Het bodemenergiesysteem bestaat uit ten minste twee bronparen.</w:t>
            </w:r>
          </w:p>
        </w:tc>
        <w:tc>
          <w:tcPr>
            <w:tcW w:w="351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73305B9" w14:textId="77777777" w:rsidR="003945C6" w:rsidRDefault="008060E5">
            <w:pPr>
              <w:spacing w:before="80" w:after="80"/>
            </w:pPr>
            <w:r>
              <w:t>Ja / Nee</w:t>
            </w:r>
            <w:r>
              <w:br/>
              <w:t>Toelichting: [invullen]</w:t>
            </w:r>
          </w:p>
        </w:tc>
      </w:tr>
      <w:tr w:rsidR="003945C6" w14:paraId="5DF57A07" w14:textId="77777777">
        <w:trPr>
          <w:cantSplit/>
        </w:trPr>
        <w:tc>
          <w:tcPr>
            <w:tcW w:w="646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E96ECEA" w14:textId="77777777" w:rsidR="003945C6" w:rsidRDefault="008060E5">
            <w:pPr>
              <w:spacing w:before="80" w:after="80"/>
            </w:pPr>
            <w:r>
              <w:rPr>
                <w:b/>
              </w:rPr>
              <w:t>b. Het bodemenergiesysteem heeft een ontwerpdebiet van ten minste 100 m³ per uur (totaal).</w:t>
            </w:r>
          </w:p>
        </w:tc>
        <w:tc>
          <w:tcPr>
            <w:tcW w:w="351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F0BACEA" w14:textId="77777777" w:rsidR="003945C6" w:rsidRDefault="008060E5">
            <w:pPr>
              <w:spacing w:before="80" w:after="80"/>
            </w:pPr>
            <w:r>
              <w:t>Ja / Nee</w:t>
            </w:r>
            <w:r>
              <w:br/>
            </w:r>
            <w:r>
              <w:t>Toelichting: [invullen]</w:t>
            </w:r>
          </w:p>
        </w:tc>
      </w:tr>
      <w:tr w:rsidR="003945C6" w14:paraId="217CF9C0" w14:textId="77777777">
        <w:trPr>
          <w:cantSplit/>
        </w:trPr>
        <w:tc>
          <w:tcPr>
            <w:tcW w:w="646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D574366" w14:textId="77777777" w:rsidR="003945C6" w:rsidRDefault="008060E5">
            <w:pPr>
              <w:spacing w:before="80" w:after="80"/>
            </w:pPr>
            <w:r>
              <w:rPr>
                <w:b/>
              </w:rPr>
              <w:t>c. De referentie omvat een centraal bronnet waarop meerdere energiecentrales of gebouwen zijn aangesloten.</w:t>
            </w:r>
          </w:p>
        </w:tc>
        <w:tc>
          <w:tcPr>
            <w:tcW w:w="351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7C16644" w14:textId="77777777" w:rsidR="003945C6" w:rsidRDefault="008060E5">
            <w:pPr>
              <w:spacing w:before="80" w:after="80"/>
            </w:pPr>
            <w:r>
              <w:t>Ja / Nee</w:t>
            </w:r>
            <w:r>
              <w:br/>
              <w:t>Toelichting: [invullen]</w:t>
            </w:r>
          </w:p>
        </w:tc>
      </w:tr>
      <w:tr w:rsidR="003945C6" w14:paraId="2BD78AFB" w14:textId="77777777">
        <w:trPr>
          <w:cantSplit/>
        </w:trPr>
        <w:tc>
          <w:tcPr>
            <w:tcW w:w="646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285F352" w14:textId="77777777" w:rsidR="003945C6" w:rsidRDefault="008060E5">
            <w:pPr>
              <w:spacing w:before="80" w:after="80"/>
            </w:pPr>
            <w:r>
              <w:rPr>
                <w:b/>
              </w:rPr>
              <w:t>d. Het bodemenergiesysteem is gefaseerd ontworpen en/of gerealiseerd in samenhang met een gebiedsontwikkeling.</w:t>
            </w:r>
          </w:p>
        </w:tc>
        <w:tc>
          <w:tcPr>
            <w:tcW w:w="351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7D46FF2" w14:textId="77777777" w:rsidR="003945C6" w:rsidRDefault="008060E5">
            <w:pPr>
              <w:spacing w:before="80" w:after="80"/>
            </w:pPr>
            <w:r>
              <w:t>Ja / Nee</w:t>
            </w:r>
            <w:r>
              <w:br/>
              <w:t>Toelichting: [invullen]</w:t>
            </w:r>
          </w:p>
        </w:tc>
      </w:tr>
    </w:tbl>
    <w:p w14:paraId="06FB809A" w14:textId="77777777" w:rsidR="003945C6" w:rsidRDefault="008060E5">
      <w:r>
        <w:t>Eigen puntentelling: [invullen] van maximaal 20 punten. Per aantoonbaar kenmerk: 5 punten; niet aangetoond: 0 punten. De Opdrachtgever stelt de definitieve score vast.</w:t>
      </w:r>
    </w:p>
    <w:p w14:paraId="79813702" w14:textId="77777777" w:rsidR="003945C6" w:rsidRDefault="008060E5">
      <w:pPr>
        <w:pStyle w:val="Kop2"/>
      </w:pPr>
      <w:r>
        <w:t>Projectbeschrijving en onderbouwing</w:t>
      </w:r>
    </w:p>
    <w:p w14:paraId="6D28483A" w14:textId="77777777" w:rsidR="003945C6" w:rsidRDefault="008060E5">
      <w:r>
        <w:t>[Beschrijf het project en licht de toepasselijke kenmerken concreet toe. Maximaal 500 woorden voor de projectbeschrijving. Vergroot de invulruimten zo nodig.]</w:t>
      </w:r>
    </w:p>
    <w:p w14:paraId="3D67C6B1" w14:textId="77777777" w:rsidR="003945C6" w:rsidRDefault="008060E5">
      <w:r>
        <w:br w:type="page"/>
      </w:r>
    </w:p>
    <w:p w14:paraId="513E4440" w14:textId="77777777" w:rsidR="003945C6" w:rsidRDefault="008060E5">
      <w:pPr>
        <w:pStyle w:val="Titel"/>
      </w:pPr>
      <w:r>
        <w:lastRenderedPageBreak/>
        <w:t>Bijlage 4  Format referentie selectiecriterium</w:t>
      </w:r>
    </w:p>
    <w:p w14:paraId="5CCD1DD2" w14:textId="77777777" w:rsidR="003945C6" w:rsidRDefault="008060E5">
      <w:pPr>
        <w:pStyle w:val="Kop1"/>
      </w:pPr>
      <w:r>
        <w:t>Perceel 2  Energiecentrales</w:t>
      </w:r>
    </w:p>
    <w:p w14:paraId="43FDE192" w14:textId="77777777" w:rsidR="003945C6" w:rsidRDefault="008060E5">
      <w:r>
        <w:t>Dien per perceel maximaal één referentieproject in bij de Aanmelding. Alle opgevoerde kenmerken moeten binnen datzelfde project zijn uitgevoerd. De voorwaarden uit § 4.3 van de Selectieleidraad zijn van toepassing, waaronder de referentieperiode van vijf jaar.</w:t>
      </w:r>
    </w:p>
    <w:tbl>
      <w:tblPr>
        <w:tblW w:w="0" w:type="auto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6576"/>
      </w:tblGrid>
      <w:tr w:rsidR="003945C6" w14:paraId="412A3CC2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DC38789" w14:textId="77777777" w:rsidR="003945C6" w:rsidRDefault="008060E5">
            <w:pPr>
              <w:spacing w:before="80" w:after="80"/>
            </w:pPr>
            <w:r>
              <w:rPr>
                <w:b/>
              </w:rPr>
              <w:t>Naam Gegadigde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1338961" w14:textId="77777777" w:rsidR="003945C6" w:rsidRDefault="008060E5">
            <w:pPr>
              <w:spacing w:before="80" w:after="80"/>
            </w:pPr>
            <w:r>
              <w:t>[invullen]</w:t>
            </w:r>
          </w:p>
        </w:tc>
      </w:tr>
      <w:tr w:rsidR="003945C6" w14:paraId="12121BF5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C69B53F" w14:textId="77777777" w:rsidR="003945C6" w:rsidRDefault="008060E5">
            <w:pPr>
              <w:spacing w:before="80" w:after="80"/>
            </w:pPr>
            <w:r>
              <w:rPr>
                <w:b/>
              </w:rPr>
              <w:t>Projectnaam en plaats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E5AF266" w14:textId="77777777" w:rsidR="003945C6" w:rsidRDefault="008060E5">
            <w:pPr>
              <w:spacing w:before="80" w:after="80"/>
            </w:pPr>
            <w:r>
              <w:t>[invullen]</w:t>
            </w:r>
          </w:p>
        </w:tc>
      </w:tr>
      <w:tr w:rsidR="003945C6" w14:paraId="3E445CD4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BC744DE" w14:textId="77777777" w:rsidR="003945C6" w:rsidRDefault="008060E5">
            <w:pPr>
              <w:spacing w:before="80" w:after="80"/>
            </w:pPr>
            <w:r>
              <w:rPr>
                <w:b/>
              </w:rPr>
              <w:t>Uitvoerende onderneming en eigen rol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6A9E1B4" w14:textId="77777777" w:rsidR="003945C6" w:rsidRDefault="008060E5">
            <w:pPr>
              <w:spacing w:before="80" w:after="80"/>
            </w:pPr>
            <w:r>
              <w:t>[invullen; vermeld een eventueel ingeschakelde derde]</w:t>
            </w:r>
          </w:p>
        </w:tc>
      </w:tr>
      <w:tr w:rsidR="003945C6" w14:paraId="6C5439A7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FAA11D2" w14:textId="77777777" w:rsidR="003945C6" w:rsidRDefault="008060E5">
            <w:pPr>
              <w:spacing w:before="80" w:after="80"/>
            </w:pPr>
            <w:r>
              <w:rPr>
                <w:b/>
              </w:rPr>
              <w:t>Referentieopdrachtgever en contactpersoon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A7A9935" w14:textId="77777777" w:rsidR="003945C6" w:rsidRDefault="008060E5">
            <w:pPr>
              <w:spacing w:before="80" w:after="80"/>
            </w:pPr>
            <w:r>
              <w:t>[organisatie, naam, telefoonnummer en e-mailadres]</w:t>
            </w:r>
          </w:p>
        </w:tc>
      </w:tr>
      <w:tr w:rsidR="003945C6" w14:paraId="16C40400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634ACBB" w14:textId="77777777" w:rsidR="003945C6" w:rsidRDefault="008060E5">
            <w:pPr>
              <w:spacing w:before="80" w:after="80"/>
            </w:pPr>
            <w:r>
              <w:rPr>
                <w:b/>
              </w:rPr>
              <w:t>Uitvoeringsperiode en opleverdatum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DD385E1" w14:textId="77777777" w:rsidR="003945C6" w:rsidRDefault="008060E5">
            <w:pPr>
              <w:spacing w:before="80" w:after="80"/>
            </w:pPr>
            <w:r>
              <w:t>[invullen]</w:t>
            </w:r>
          </w:p>
        </w:tc>
      </w:tr>
    </w:tbl>
    <w:p w14:paraId="78DA1FC1" w14:textId="77777777" w:rsidR="003945C6" w:rsidRDefault="008060E5">
      <w:r>
        <w:t>De referentie betreft ervaring met het ontwerpen en/of realiseren en onderhouden van een energiecentrale voor collectieve warmte- en koudelevering.</w:t>
      </w:r>
    </w:p>
    <w:p w14:paraId="63013250" w14:textId="77777777" w:rsidR="003945C6" w:rsidRDefault="008060E5">
      <w:pPr>
        <w:pStyle w:val="Kop2"/>
      </w:pPr>
      <w:r>
        <w:t>Kenmerken van het referentieproject</w:t>
      </w:r>
    </w:p>
    <w:tbl>
      <w:tblPr>
        <w:tblW w:w="0" w:type="auto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6463"/>
        <w:gridCol w:w="3515"/>
      </w:tblGrid>
      <w:tr w:rsidR="003945C6" w14:paraId="7020622E" w14:textId="77777777">
        <w:trPr>
          <w:cantSplit/>
        </w:trPr>
        <w:tc>
          <w:tcPr>
            <w:tcW w:w="646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FF40300" w14:textId="77777777" w:rsidR="003945C6" w:rsidRDefault="008060E5">
            <w:pPr>
              <w:spacing w:before="80" w:after="80"/>
            </w:pPr>
            <w:r>
              <w:rPr>
                <w:b/>
              </w:rPr>
              <w:t>a. De energiecentrale was bestemd voor de collectieve levering van warmte en koude aan ten minste 250 woningen.</w:t>
            </w:r>
          </w:p>
        </w:tc>
        <w:tc>
          <w:tcPr>
            <w:tcW w:w="351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F23EBF9" w14:textId="77777777" w:rsidR="003945C6" w:rsidRDefault="008060E5">
            <w:pPr>
              <w:spacing w:before="80" w:after="80"/>
            </w:pPr>
            <w:r>
              <w:t>Ja / Nee</w:t>
            </w:r>
            <w:r>
              <w:br/>
              <w:t>Toelichting: [invullen]</w:t>
            </w:r>
          </w:p>
        </w:tc>
      </w:tr>
      <w:tr w:rsidR="003945C6" w14:paraId="721BC03D" w14:textId="77777777">
        <w:trPr>
          <w:cantSplit/>
        </w:trPr>
        <w:tc>
          <w:tcPr>
            <w:tcW w:w="646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5637DCB" w14:textId="77777777" w:rsidR="003945C6" w:rsidRDefault="008060E5">
            <w:pPr>
              <w:spacing w:before="80" w:after="80"/>
            </w:pPr>
            <w:r>
              <w:rPr>
                <w:b/>
              </w:rPr>
              <w:t>b. Toepassing van een open bodemenergiesysteem in combinatie met warmtepompen.</w:t>
            </w:r>
          </w:p>
        </w:tc>
        <w:tc>
          <w:tcPr>
            <w:tcW w:w="351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4DD8A9E" w14:textId="77777777" w:rsidR="003945C6" w:rsidRDefault="008060E5">
            <w:pPr>
              <w:spacing w:before="80" w:after="80"/>
            </w:pPr>
            <w:r>
              <w:t>Ja / Nee</w:t>
            </w:r>
            <w:r>
              <w:br/>
              <w:t>Toelichting: [invullen]</w:t>
            </w:r>
          </w:p>
        </w:tc>
      </w:tr>
      <w:tr w:rsidR="003945C6" w14:paraId="574A13B1" w14:textId="77777777">
        <w:trPr>
          <w:cantSplit/>
        </w:trPr>
        <w:tc>
          <w:tcPr>
            <w:tcW w:w="646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DAAD348" w14:textId="77777777" w:rsidR="003945C6" w:rsidRDefault="008060E5">
            <w:pPr>
              <w:spacing w:before="80" w:after="80"/>
            </w:pPr>
            <w:r>
              <w:rPr>
                <w:b/>
              </w:rPr>
              <w:t>c. De referentie omvatte een energiecentrale waarop meerdere gebouwen zijn aangesloten.</w:t>
            </w:r>
          </w:p>
        </w:tc>
        <w:tc>
          <w:tcPr>
            <w:tcW w:w="351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D783306" w14:textId="77777777" w:rsidR="003945C6" w:rsidRDefault="008060E5">
            <w:pPr>
              <w:spacing w:before="80" w:after="80"/>
            </w:pPr>
            <w:r>
              <w:t>Ja / Nee</w:t>
            </w:r>
            <w:r>
              <w:br/>
              <w:t>Toelichting: [invullen]</w:t>
            </w:r>
          </w:p>
        </w:tc>
      </w:tr>
      <w:tr w:rsidR="003945C6" w14:paraId="0408EBCF" w14:textId="77777777">
        <w:trPr>
          <w:cantSplit/>
        </w:trPr>
        <w:tc>
          <w:tcPr>
            <w:tcW w:w="646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FE25513" w14:textId="77777777" w:rsidR="003945C6" w:rsidRDefault="008060E5">
            <w:pPr>
              <w:spacing w:before="80" w:after="80"/>
            </w:pPr>
            <w:r>
              <w:rPr>
                <w:b/>
              </w:rPr>
              <w:t>d. De Gegadigde was verantwoordelijk voor de systeemintegratie tussen de bronnen, energiecentrale en het distributienet.</w:t>
            </w:r>
          </w:p>
        </w:tc>
        <w:tc>
          <w:tcPr>
            <w:tcW w:w="351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8E6A9B2" w14:textId="77777777" w:rsidR="003945C6" w:rsidRDefault="008060E5">
            <w:pPr>
              <w:spacing w:before="80" w:after="80"/>
            </w:pPr>
            <w:r>
              <w:t>Ja / Nee</w:t>
            </w:r>
            <w:r>
              <w:br/>
              <w:t>Toelichting: [invullen]</w:t>
            </w:r>
          </w:p>
        </w:tc>
      </w:tr>
      <w:tr w:rsidR="003945C6" w14:paraId="16DADDEF" w14:textId="77777777">
        <w:trPr>
          <w:cantSplit/>
        </w:trPr>
        <w:tc>
          <w:tcPr>
            <w:tcW w:w="646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54B0504" w14:textId="77777777" w:rsidR="003945C6" w:rsidRDefault="008060E5">
            <w:pPr>
              <w:spacing w:before="80" w:after="80"/>
            </w:pPr>
            <w:r>
              <w:rPr>
                <w:b/>
              </w:rPr>
              <w:t>e. De Gegadigde was verantwoordelijk voor het inregelen, beproeven en aantoonbaar behalen van overeengekomen energetische prestaties van het systeem.</w:t>
            </w:r>
          </w:p>
        </w:tc>
        <w:tc>
          <w:tcPr>
            <w:tcW w:w="351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A0C59BA" w14:textId="77777777" w:rsidR="003945C6" w:rsidRDefault="008060E5">
            <w:pPr>
              <w:spacing w:before="80" w:after="80"/>
            </w:pPr>
            <w:r>
              <w:t>Ja / Nee</w:t>
            </w:r>
            <w:r>
              <w:br/>
              <w:t>Toelichting: [invullen]</w:t>
            </w:r>
          </w:p>
        </w:tc>
      </w:tr>
    </w:tbl>
    <w:p w14:paraId="6580D77D" w14:textId="77777777" w:rsidR="003945C6" w:rsidRDefault="008060E5">
      <w:r>
        <w:t>Eigen puntentelling: [invullen] van maximaal 25 punten. Per aantoonbaar kenmerk: 5 punten; niet aangetoond: 0 punten. De Opdrachtgever stelt de definitieve score vast.</w:t>
      </w:r>
    </w:p>
    <w:p w14:paraId="1AD7C30F" w14:textId="77777777" w:rsidR="003945C6" w:rsidRDefault="008060E5">
      <w:pPr>
        <w:pStyle w:val="Kop2"/>
      </w:pPr>
      <w:r>
        <w:t>Projectbeschrijving en onderbouwing</w:t>
      </w:r>
    </w:p>
    <w:p w14:paraId="6262D876" w14:textId="77777777" w:rsidR="003945C6" w:rsidRDefault="008060E5">
      <w:r>
        <w:t>[Beschrijf het project en licht de toepasselijke kenmerken concreet toe. Maximaal 500 woorden voor de projectbeschrijving. Vergroot de invulruimten zo nodig.]</w:t>
      </w:r>
    </w:p>
    <w:p w14:paraId="051701AF" w14:textId="77777777" w:rsidR="003945C6" w:rsidRDefault="008060E5">
      <w:r>
        <w:br w:type="page"/>
      </w:r>
    </w:p>
    <w:p w14:paraId="5EA84FBE" w14:textId="77777777" w:rsidR="003945C6" w:rsidRDefault="008060E5">
      <w:pPr>
        <w:pStyle w:val="Titel"/>
      </w:pPr>
      <w:r>
        <w:lastRenderedPageBreak/>
        <w:t>Bijlage 4  Format referentie selectiecriterium</w:t>
      </w:r>
    </w:p>
    <w:p w14:paraId="7A081C90" w14:textId="77777777" w:rsidR="003945C6" w:rsidRDefault="008060E5">
      <w:pPr>
        <w:pStyle w:val="Kop1"/>
      </w:pPr>
      <w:r>
        <w:t>Perceel 3  Distributienet</w:t>
      </w:r>
    </w:p>
    <w:p w14:paraId="243CB9C6" w14:textId="77777777" w:rsidR="003945C6" w:rsidRDefault="008060E5">
      <w:r>
        <w:t>Dien per perceel maximaal één referentieproject in bij de Aanmelding. Alle opgevoerde kenmerken moeten binnen datzelfde project zijn uitgevoerd. De voorwaarden uit § 4.3 van de Selectieleidraad zijn van toepassing, waaronder de referentieperiode van vijf jaar.</w:t>
      </w:r>
    </w:p>
    <w:tbl>
      <w:tblPr>
        <w:tblW w:w="0" w:type="auto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6576"/>
      </w:tblGrid>
      <w:tr w:rsidR="003945C6" w14:paraId="240255D2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8AFA557" w14:textId="77777777" w:rsidR="003945C6" w:rsidRDefault="008060E5">
            <w:pPr>
              <w:spacing w:before="80" w:after="80"/>
            </w:pPr>
            <w:r>
              <w:rPr>
                <w:b/>
              </w:rPr>
              <w:t>Naam Gegadigde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566CE3A" w14:textId="77777777" w:rsidR="003945C6" w:rsidRDefault="008060E5">
            <w:pPr>
              <w:spacing w:before="80" w:after="80"/>
            </w:pPr>
            <w:r>
              <w:t>[invullen]</w:t>
            </w:r>
          </w:p>
        </w:tc>
      </w:tr>
      <w:tr w:rsidR="003945C6" w14:paraId="49DBCA24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8A32F76" w14:textId="77777777" w:rsidR="003945C6" w:rsidRDefault="008060E5">
            <w:pPr>
              <w:spacing w:before="80" w:after="80"/>
            </w:pPr>
            <w:r>
              <w:rPr>
                <w:b/>
              </w:rPr>
              <w:t>Projectnaam en plaats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76070FE" w14:textId="77777777" w:rsidR="003945C6" w:rsidRDefault="008060E5">
            <w:pPr>
              <w:spacing w:before="80" w:after="80"/>
            </w:pPr>
            <w:r>
              <w:t>[invullen]</w:t>
            </w:r>
          </w:p>
        </w:tc>
      </w:tr>
      <w:tr w:rsidR="003945C6" w14:paraId="7BD9B823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FE6A950" w14:textId="77777777" w:rsidR="003945C6" w:rsidRDefault="008060E5">
            <w:pPr>
              <w:spacing w:before="80" w:after="80"/>
            </w:pPr>
            <w:r>
              <w:rPr>
                <w:b/>
              </w:rPr>
              <w:t>Uitvoerende onderneming en eigen rol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EFA1A90" w14:textId="77777777" w:rsidR="003945C6" w:rsidRDefault="008060E5">
            <w:pPr>
              <w:spacing w:before="80" w:after="80"/>
            </w:pPr>
            <w:r>
              <w:t>[invullen; vermeld een eventueel ingeschakelde derde]</w:t>
            </w:r>
          </w:p>
        </w:tc>
      </w:tr>
      <w:tr w:rsidR="003945C6" w14:paraId="2B82C816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A7A0EE6" w14:textId="77777777" w:rsidR="003945C6" w:rsidRDefault="008060E5">
            <w:pPr>
              <w:spacing w:before="80" w:after="80"/>
            </w:pPr>
            <w:r>
              <w:rPr>
                <w:b/>
              </w:rPr>
              <w:t>Referentieopdrachtgever en contactpersoon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79A74E1" w14:textId="77777777" w:rsidR="003945C6" w:rsidRDefault="008060E5">
            <w:pPr>
              <w:spacing w:before="80" w:after="80"/>
            </w:pPr>
            <w:r>
              <w:t>[organisatie, naam, telefoonnummer en e-mailadres]</w:t>
            </w:r>
          </w:p>
        </w:tc>
      </w:tr>
      <w:tr w:rsidR="003945C6" w14:paraId="1533C994" w14:textId="77777777">
        <w:trPr>
          <w:cantSplit/>
        </w:trPr>
        <w:tc>
          <w:tcPr>
            <w:tcW w:w="340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342C07E" w14:textId="77777777" w:rsidR="003945C6" w:rsidRDefault="008060E5">
            <w:pPr>
              <w:spacing w:before="80" w:after="80"/>
            </w:pPr>
            <w:r>
              <w:rPr>
                <w:b/>
              </w:rPr>
              <w:t>Uitvoeringsperiode en opleverdatum</w:t>
            </w:r>
          </w:p>
        </w:tc>
        <w:tc>
          <w:tcPr>
            <w:tcW w:w="657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2DF8D12" w14:textId="77777777" w:rsidR="003945C6" w:rsidRDefault="008060E5">
            <w:pPr>
              <w:spacing w:before="80" w:after="80"/>
            </w:pPr>
            <w:r>
              <w:t>[invullen]</w:t>
            </w:r>
          </w:p>
        </w:tc>
      </w:tr>
    </w:tbl>
    <w:p w14:paraId="7EC8E4AA" w14:textId="77777777" w:rsidR="003945C6" w:rsidRDefault="008060E5">
      <w:r>
        <w:t>De referentie betreft ervaring met het ontwerpen en realiseren van een ondergronds distributienet voor warmte en/of koude.</w:t>
      </w:r>
    </w:p>
    <w:p w14:paraId="7BF94CE8" w14:textId="77777777" w:rsidR="003945C6" w:rsidRDefault="008060E5">
      <w:pPr>
        <w:pStyle w:val="Kop2"/>
      </w:pPr>
      <w:r>
        <w:t>Kenmerken van het referentieproject</w:t>
      </w:r>
    </w:p>
    <w:tbl>
      <w:tblPr>
        <w:tblW w:w="0" w:type="auto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6463"/>
        <w:gridCol w:w="3515"/>
      </w:tblGrid>
      <w:tr w:rsidR="003945C6" w14:paraId="10D2D855" w14:textId="77777777">
        <w:trPr>
          <w:cantSplit/>
        </w:trPr>
        <w:tc>
          <w:tcPr>
            <w:tcW w:w="646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60869ED" w14:textId="77777777" w:rsidR="003945C6" w:rsidRDefault="008060E5">
            <w:pPr>
              <w:spacing w:before="80" w:after="80"/>
            </w:pPr>
            <w:r>
              <w:rPr>
                <w:b/>
              </w:rPr>
              <w:t>a. Aanleg van meerdere aanvoer- en retourleidingen voor warmte en/of koude.</w:t>
            </w:r>
          </w:p>
        </w:tc>
        <w:tc>
          <w:tcPr>
            <w:tcW w:w="351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BD47680" w14:textId="77777777" w:rsidR="003945C6" w:rsidRDefault="008060E5">
            <w:pPr>
              <w:spacing w:before="80" w:after="80"/>
            </w:pPr>
            <w:r>
              <w:t>Ja / Nee</w:t>
            </w:r>
            <w:r>
              <w:br/>
              <w:t>Toelichting: [invullen]</w:t>
            </w:r>
          </w:p>
        </w:tc>
      </w:tr>
      <w:tr w:rsidR="003945C6" w14:paraId="73361D61" w14:textId="77777777">
        <w:trPr>
          <w:cantSplit/>
        </w:trPr>
        <w:tc>
          <w:tcPr>
            <w:tcW w:w="646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3C1E177" w14:textId="77777777" w:rsidR="003945C6" w:rsidRDefault="008060E5">
            <w:pPr>
              <w:spacing w:before="80" w:after="80"/>
            </w:pPr>
            <w:r>
              <w:rPr>
                <w:b/>
              </w:rPr>
              <w:t>b. Aansluiting van meerdere gebouwen, energiecentrales of andere afnamepunten op het distributienet.</w:t>
            </w:r>
          </w:p>
        </w:tc>
        <w:tc>
          <w:tcPr>
            <w:tcW w:w="351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FF348A1" w14:textId="77777777" w:rsidR="003945C6" w:rsidRDefault="008060E5">
            <w:pPr>
              <w:spacing w:before="80" w:after="80"/>
            </w:pPr>
            <w:r>
              <w:t>Ja / Nee</w:t>
            </w:r>
            <w:r>
              <w:br/>
              <w:t>Toelichting: [invullen]</w:t>
            </w:r>
          </w:p>
        </w:tc>
      </w:tr>
      <w:tr w:rsidR="003945C6" w14:paraId="429CD9EF" w14:textId="77777777">
        <w:trPr>
          <w:cantSplit/>
        </w:trPr>
        <w:tc>
          <w:tcPr>
            <w:tcW w:w="646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E120AB8" w14:textId="77777777" w:rsidR="003945C6" w:rsidRDefault="008060E5">
            <w:pPr>
              <w:spacing w:before="80" w:after="80"/>
            </w:pPr>
            <w:r>
              <w:rPr>
                <w:b/>
              </w:rPr>
              <w:t>c. Gefaseerde aanleg in samenhang met een gebiedsontwikkeling en/of verschillende bouwstromen.</w:t>
            </w:r>
          </w:p>
        </w:tc>
        <w:tc>
          <w:tcPr>
            <w:tcW w:w="351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532380C" w14:textId="77777777" w:rsidR="003945C6" w:rsidRDefault="008060E5">
            <w:pPr>
              <w:spacing w:before="80" w:after="80"/>
            </w:pPr>
            <w:r>
              <w:t>Ja / Nee</w:t>
            </w:r>
            <w:r>
              <w:br/>
              <w:t>Toelichting: [invullen]</w:t>
            </w:r>
          </w:p>
        </w:tc>
      </w:tr>
      <w:tr w:rsidR="003945C6" w14:paraId="75976874" w14:textId="77777777">
        <w:trPr>
          <w:cantSplit/>
        </w:trPr>
        <w:tc>
          <w:tcPr>
            <w:tcW w:w="646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6617ACC" w14:textId="77777777" w:rsidR="003945C6" w:rsidRDefault="008060E5">
            <w:pPr>
              <w:spacing w:before="80" w:after="80"/>
            </w:pPr>
            <w:r>
              <w:rPr>
                <w:b/>
              </w:rPr>
              <w:t>d. Uitvoering in een omgeving met bestaande ondergrondse infrastructuur en afstemming met meerdere betrokken partijen.</w:t>
            </w:r>
          </w:p>
        </w:tc>
        <w:tc>
          <w:tcPr>
            <w:tcW w:w="351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4B096D6" w14:textId="77777777" w:rsidR="003945C6" w:rsidRDefault="008060E5">
            <w:pPr>
              <w:spacing w:before="80" w:after="80"/>
            </w:pPr>
            <w:r>
              <w:t>Ja / Nee</w:t>
            </w:r>
            <w:r>
              <w:br/>
              <w:t>Toelichting: [invullen]</w:t>
            </w:r>
          </w:p>
        </w:tc>
      </w:tr>
    </w:tbl>
    <w:p w14:paraId="4C8F2CBD" w14:textId="77777777" w:rsidR="003945C6" w:rsidRDefault="008060E5">
      <w:r>
        <w:t>Eigen puntentelling: [invullen] van maximaal 20 punten. Per aantoonbaar kenmerk: 5 punten; niet aangetoond: 0 punten. De Opdrachtgever stelt de definitieve score vast.</w:t>
      </w:r>
    </w:p>
    <w:p w14:paraId="2BB43F94" w14:textId="77777777" w:rsidR="003945C6" w:rsidRDefault="008060E5">
      <w:pPr>
        <w:pStyle w:val="Kop2"/>
      </w:pPr>
      <w:r>
        <w:t>Projectbeschrijving en onderbouwing</w:t>
      </w:r>
    </w:p>
    <w:p w14:paraId="3CF7E057" w14:textId="77777777" w:rsidR="003945C6" w:rsidRDefault="008060E5">
      <w:r>
        <w:t>[Beschrijf het project en licht de toepasselijke kenmerken concreet toe. Maximaal 500 woorden voor de projectbeschrijving. Vergroot de invulruimten zo nodig.]</w:t>
      </w:r>
    </w:p>
    <w:sectPr w:rsidR="003945C6" w:rsidSect="00034616">
      <w:footerReference w:type="default" r:id="rId8"/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BAEEE" w14:textId="77777777" w:rsidR="008060E5" w:rsidRDefault="008060E5">
      <w:pPr>
        <w:spacing w:after="0"/>
      </w:pPr>
      <w:r>
        <w:separator/>
      </w:r>
    </w:p>
  </w:endnote>
  <w:endnote w:type="continuationSeparator" w:id="0">
    <w:p w14:paraId="30C8EC9C" w14:textId="77777777" w:rsidR="008060E5" w:rsidRDefault="008060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10392" w14:textId="77777777" w:rsidR="003945C6" w:rsidRDefault="008060E5">
    <w:pPr>
      <w:pStyle w:val="Voettekst"/>
    </w:pPr>
    <w:r>
      <w:rPr>
        <w:sz w:val="16"/>
      </w:rPr>
      <w:t xml:space="preserve">Warmtebedrijf Zwolle  |  </w:t>
    </w:r>
    <w:proofErr w:type="spellStart"/>
    <w:r>
      <w:rPr>
        <w:sz w:val="16"/>
      </w:rPr>
      <w:t>Energievoorziening</w:t>
    </w:r>
    <w:proofErr w:type="spellEnd"/>
    <w:r>
      <w:rPr>
        <w:sz w:val="16"/>
      </w:rPr>
      <w:t xml:space="preserve"> </w:t>
    </w:r>
    <w:proofErr w:type="spellStart"/>
    <w:r>
      <w:rPr>
        <w:sz w:val="16"/>
      </w:rPr>
      <w:t>Spoorzone</w:t>
    </w:r>
    <w:proofErr w:type="spellEnd"/>
    <w:r>
      <w:rPr>
        <w:sz w:val="16"/>
      </w:rPr>
      <w:t xml:space="preserve"> Zwolle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F4ABD" w14:textId="77777777" w:rsidR="008060E5" w:rsidRDefault="008060E5">
      <w:pPr>
        <w:spacing w:after="0"/>
      </w:pPr>
      <w:r>
        <w:separator/>
      </w:r>
    </w:p>
  </w:footnote>
  <w:footnote w:type="continuationSeparator" w:id="0">
    <w:p w14:paraId="310312E7" w14:textId="77777777" w:rsidR="008060E5" w:rsidRDefault="008060E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jstnummering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jstnummering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jstopsomtek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jstopsomtek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10675036">
    <w:abstractNumId w:val="8"/>
  </w:num>
  <w:num w:numId="2" w16cid:durableId="1248151013">
    <w:abstractNumId w:val="6"/>
  </w:num>
  <w:num w:numId="3" w16cid:durableId="528952835">
    <w:abstractNumId w:val="5"/>
  </w:num>
  <w:num w:numId="4" w16cid:durableId="1783958378">
    <w:abstractNumId w:val="4"/>
  </w:num>
  <w:num w:numId="5" w16cid:durableId="2111773229">
    <w:abstractNumId w:val="7"/>
  </w:num>
  <w:num w:numId="6" w16cid:durableId="529538692">
    <w:abstractNumId w:val="3"/>
  </w:num>
  <w:num w:numId="7" w16cid:durableId="1627079136">
    <w:abstractNumId w:val="2"/>
  </w:num>
  <w:num w:numId="8" w16cid:durableId="1522084233">
    <w:abstractNumId w:val="1"/>
  </w:num>
  <w:num w:numId="9" w16cid:durableId="1545605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35AAD"/>
    <w:rsid w:val="0029639D"/>
    <w:rsid w:val="00326F90"/>
    <w:rsid w:val="003945C6"/>
    <w:rsid w:val="008060E5"/>
    <w:rsid w:val="00AA1D8D"/>
    <w:rsid w:val="00B42B98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85091"/>
  <w14:defaultImageDpi w14:val="300"/>
  <w15:docId w15:val="{0424EAFA-92A2-4655-B8E8-18D7364E9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693F"/>
    <w:pPr>
      <w:spacing w:after="100" w:line="240" w:lineRule="auto"/>
    </w:pPr>
    <w:rPr>
      <w:rFonts w:ascii="Arial" w:hAnsi="Arial"/>
      <w:color w:val="000000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KoptekstChar">
    <w:name w:val="Koptekst Char"/>
    <w:basedOn w:val="Standaardalinea-lettertype"/>
    <w:link w:val="Koptekst"/>
    <w:uiPriority w:val="99"/>
    <w:rsid w:val="00E618BF"/>
  </w:style>
  <w:style w:type="paragraph" w:styleId="Voettekst">
    <w:name w:val="footer"/>
    <w:basedOn w:val="Standaard"/>
    <w:link w:val="Voettekst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VoettekstChar">
    <w:name w:val="Voettekst Char"/>
    <w:basedOn w:val="Standaardalinea-lettertype"/>
    <w:link w:val="Voettekst"/>
    <w:uiPriority w:val="99"/>
    <w:rsid w:val="00E618BF"/>
  </w:style>
  <w:style w:type="paragraph" w:styleId="Geenafstand">
    <w:name w:val="No Spacing"/>
    <w:uiPriority w:val="1"/>
    <w:qFormat/>
    <w:rsid w:val="00FC693F"/>
    <w:pPr>
      <w:spacing w:after="0" w:line="240" w:lineRule="auto"/>
    </w:pPr>
  </w:style>
  <w:style w:type="character" w:customStyle="1" w:styleId="Kop1Char">
    <w:name w:val="Kop 1 Char"/>
    <w:basedOn w:val="Standaardalinea-lettertype"/>
    <w:link w:val="Kop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ard"/>
    <w:next w:val="Standaard"/>
    <w:link w:val="TitelChar"/>
    <w:uiPriority w:val="10"/>
    <w:qFormat/>
    <w:rsid w:val="00FC693F"/>
    <w:pPr>
      <w:contextualSpacing/>
    </w:pPr>
    <w:rPr>
      <w:rFonts w:asciiTheme="majorHAnsi" w:eastAsiaTheme="majorEastAsia" w:hAnsiTheme="majorHAnsi" w:cstheme="majorBidi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jstalinea">
    <w:name w:val="List Paragraph"/>
    <w:basedOn w:val="Standaard"/>
    <w:uiPriority w:val="34"/>
    <w:qFormat/>
    <w:rsid w:val="00FC693F"/>
    <w:pPr>
      <w:ind w:left="720"/>
      <w:contextualSpacing/>
    </w:pPr>
  </w:style>
  <w:style w:type="paragraph" w:styleId="Plattetekst">
    <w:name w:val="Body Text"/>
    <w:basedOn w:val="Standaard"/>
    <w:link w:val="PlattetekstChar"/>
    <w:uiPriority w:val="99"/>
    <w:unhideWhenUsed/>
    <w:rsid w:val="00AA1D8D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rsid w:val="00AA1D8D"/>
  </w:style>
  <w:style w:type="paragraph" w:styleId="Plattetekst2">
    <w:name w:val="Body Text 2"/>
    <w:basedOn w:val="Standaard"/>
    <w:link w:val="Plattetekst2Char"/>
    <w:uiPriority w:val="99"/>
    <w:unhideWhenUsed/>
    <w:rsid w:val="00AA1D8D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uiPriority w:val="99"/>
    <w:rsid w:val="00AA1D8D"/>
  </w:style>
  <w:style w:type="paragraph" w:styleId="Plattetekst3">
    <w:name w:val="Body Text 3"/>
    <w:basedOn w:val="Standaard"/>
    <w:link w:val="Platteteks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rsid w:val="00AA1D8D"/>
    <w:rPr>
      <w:sz w:val="16"/>
      <w:szCs w:val="16"/>
    </w:rPr>
  </w:style>
  <w:style w:type="paragraph" w:styleId="Lijst">
    <w:name w:val="List"/>
    <w:basedOn w:val="Standaard"/>
    <w:uiPriority w:val="99"/>
    <w:unhideWhenUsed/>
    <w:rsid w:val="00AA1D8D"/>
    <w:pPr>
      <w:ind w:left="360" w:hanging="360"/>
      <w:contextualSpacing/>
    </w:pPr>
  </w:style>
  <w:style w:type="paragraph" w:styleId="Lijst2">
    <w:name w:val="List 2"/>
    <w:basedOn w:val="Standaard"/>
    <w:uiPriority w:val="99"/>
    <w:unhideWhenUsed/>
    <w:rsid w:val="00326F90"/>
    <w:pPr>
      <w:ind w:left="720" w:hanging="360"/>
      <w:contextualSpacing/>
    </w:pPr>
  </w:style>
  <w:style w:type="paragraph" w:styleId="Lijst3">
    <w:name w:val="List 3"/>
    <w:basedOn w:val="Standaard"/>
    <w:uiPriority w:val="99"/>
    <w:unhideWhenUsed/>
    <w:rsid w:val="00326F90"/>
    <w:pPr>
      <w:ind w:left="1080" w:hanging="360"/>
      <w:contextualSpacing/>
    </w:pPr>
  </w:style>
  <w:style w:type="paragraph" w:styleId="Lijstopsomteken">
    <w:name w:val="List Bullet"/>
    <w:basedOn w:val="Standaard"/>
    <w:uiPriority w:val="99"/>
    <w:unhideWhenUsed/>
    <w:rsid w:val="00326F90"/>
    <w:pPr>
      <w:numPr>
        <w:numId w:val="1"/>
      </w:numPr>
      <w:contextualSpacing/>
    </w:pPr>
  </w:style>
  <w:style w:type="paragraph" w:styleId="Lijstopsomteken2">
    <w:name w:val="List Bullet 2"/>
    <w:basedOn w:val="Standaard"/>
    <w:uiPriority w:val="99"/>
    <w:unhideWhenUsed/>
    <w:rsid w:val="00326F90"/>
    <w:pPr>
      <w:numPr>
        <w:numId w:val="2"/>
      </w:numPr>
      <w:contextualSpacing/>
    </w:pPr>
  </w:style>
  <w:style w:type="paragraph" w:styleId="Lijstopsomteken3">
    <w:name w:val="List Bullet 3"/>
    <w:basedOn w:val="Standaard"/>
    <w:uiPriority w:val="99"/>
    <w:unhideWhenUsed/>
    <w:rsid w:val="00326F90"/>
    <w:pPr>
      <w:numPr>
        <w:numId w:val="3"/>
      </w:numPr>
      <w:contextualSpacing/>
    </w:pPr>
  </w:style>
  <w:style w:type="paragraph" w:styleId="Lijstnummering">
    <w:name w:val="List Number"/>
    <w:basedOn w:val="Standaard"/>
    <w:uiPriority w:val="99"/>
    <w:unhideWhenUsed/>
    <w:rsid w:val="00326F90"/>
    <w:pPr>
      <w:numPr>
        <w:numId w:val="5"/>
      </w:numPr>
      <w:contextualSpacing/>
    </w:pPr>
  </w:style>
  <w:style w:type="paragraph" w:styleId="Lijstnummering2">
    <w:name w:val="List Number 2"/>
    <w:basedOn w:val="Standaard"/>
    <w:uiPriority w:val="99"/>
    <w:unhideWhenUsed/>
    <w:rsid w:val="0029639D"/>
    <w:pPr>
      <w:numPr>
        <w:numId w:val="6"/>
      </w:numPr>
      <w:contextualSpacing/>
    </w:pPr>
  </w:style>
  <w:style w:type="paragraph" w:styleId="Lijstnummering3">
    <w:name w:val="List Number 3"/>
    <w:basedOn w:val="Standaard"/>
    <w:uiPriority w:val="99"/>
    <w:unhideWhenUsed/>
    <w:rsid w:val="0029639D"/>
    <w:pPr>
      <w:numPr>
        <w:numId w:val="7"/>
      </w:numPr>
      <w:contextualSpacing/>
    </w:pPr>
  </w:style>
  <w:style w:type="paragraph" w:styleId="Lijstvoortzetting">
    <w:name w:val="List Continue"/>
    <w:basedOn w:val="Standaard"/>
    <w:uiPriority w:val="99"/>
    <w:unhideWhenUsed/>
    <w:rsid w:val="0029639D"/>
    <w:pPr>
      <w:spacing w:after="120"/>
      <w:ind w:left="360"/>
      <w:contextualSpacing/>
    </w:pPr>
  </w:style>
  <w:style w:type="paragraph" w:styleId="Lijstvoortzetting2">
    <w:name w:val="List Continue 2"/>
    <w:basedOn w:val="Standaard"/>
    <w:uiPriority w:val="99"/>
    <w:unhideWhenUsed/>
    <w:rsid w:val="0029639D"/>
    <w:pPr>
      <w:spacing w:after="120"/>
      <w:ind w:left="720"/>
      <w:contextualSpacing/>
    </w:pPr>
  </w:style>
  <w:style w:type="paragraph" w:styleId="Lijstvoortzetting3">
    <w:name w:val="List Continue 3"/>
    <w:basedOn w:val="Standaard"/>
    <w:uiPriority w:val="99"/>
    <w:unhideWhenUsed/>
    <w:rsid w:val="0029639D"/>
    <w:pPr>
      <w:spacing w:after="120"/>
      <w:ind w:left="1080"/>
      <w:contextualSpacing/>
    </w:pPr>
  </w:style>
  <w:style w:type="paragraph" w:styleId="Macrotekst">
    <w:name w:val="macro"/>
    <w:link w:val="Macroteks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kstChar">
    <w:name w:val="Macrotekst Char"/>
    <w:basedOn w:val="Standaardalinea-lettertype"/>
    <w:link w:val="Macrotekst"/>
    <w:uiPriority w:val="99"/>
    <w:rsid w:val="0029639D"/>
    <w:rPr>
      <w:rFonts w:ascii="Courier" w:hAnsi="Courier"/>
      <w:sz w:val="20"/>
      <w:szCs w:val="20"/>
    </w:rPr>
  </w:style>
  <w:style w:type="paragraph" w:styleId="Citaat">
    <w:name w:val="Quote"/>
    <w:basedOn w:val="Standaard"/>
    <w:next w:val="Standaard"/>
    <w:link w:val="CitaatChar"/>
    <w:uiPriority w:val="29"/>
    <w:qFormat/>
    <w:rsid w:val="00FC693F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FC693F"/>
    <w:rPr>
      <w:i/>
      <w:iCs/>
      <w:color w:val="000000" w:themeColor="text1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Zwaar">
    <w:name w:val="Strong"/>
    <w:basedOn w:val="Standaardalinea-lettertype"/>
    <w:uiPriority w:val="22"/>
    <w:qFormat/>
    <w:rsid w:val="00FC693F"/>
    <w:rPr>
      <w:b/>
      <w:bCs/>
    </w:rPr>
  </w:style>
  <w:style w:type="character" w:styleId="Nadruk">
    <w:name w:val="Emphasis"/>
    <w:basedOn w:val="Standaardalinea-lettertype"/>
    <w:uiPriority w:val="20"/>
    <w:qFormat/>
    <w:rsid w:val="00FC693F"/>
    <w:rPr>
      <w:i/>
      <w:iCs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693F"/>
    <w:rPr>
      <w:b/>
      <w:bCs/>
      <w:i/>
      <w:iCs/>
      <w:color w:val="4F81BD" w:themeColor="accent1"/>
    </w:rPr>
  </w:style>
  <w:style w:type="character" w:styleId="Subtielebenadrukking">
    <w:name w:val="Subtle Emphasis"/>
    <w:basedOn w:val="Standaardalinea-lettertype"/>
    <w:uiPriority w:val="19"/>
    <w:qFormat/>
    <w:rsid w:val="00FC693F"/>
    <w:rPr>
      <w:i/>
      <w:iCs/>
      <w:color w:val="808080" w:themeColor="text1" w:themeTint="7F"/>
    </w:rPr>
  </w:style>
  <w:style w:type="character" w:styleId="Intensievebenadrukking">
    <w:name w:val="Intense Emphasis"/>
    <w:basedOn w:val="Standaardalinea-lettertype"/>
    <w:uiPriority w:val="21"/>
    <w:qFormat/>
    <w:rsid w:val="00FC693F"/>
    <w:rPr>
      <w:b/>
      <w:bCs/>
      <w:i/>
      <w:iCs/>
      <w:color w:val="4F81BD" w:themeColor="accent1"/>
    </w:rPr>
  </w:style>
  <w:style w:type="character" w:styleId="Subtieleverwijzing">
    <w:name w:val="Subtle Reference"/>
    <w:basedOn w:val="Standaardalinea-lettertype"/>
    <w:uiPriority w:val="31"/>
    <w:qFormat/>
    <w:rsid w:val="00FC693F"/>
    <w:rPr>
      <w:smallCaps/>
      <w:color w:val="C0504D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FC693F"/>
    <w:rPr>
      <w:b/>
      <w:bCs/>
      <w:smallCaps/>
      <w:spacing w:val="5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FC693F"/>
    <w:pPr>
      <w:outlineLvl w:val="9"/>
    </w:pPr>
  </w:style>
  <w:style w:type="table" w:styleId="Tabelraster">
    <w:name w:val="Table Grid"/>
    <w:basedOn w:val="Standaardtabe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chtearcering">
    <w:name w:val="Light Shading"/>
    <w:basedOn w:val="Standaardtabe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chtearcering-accent2">
    <w:name w:val="Light Shading Accent 2"/>
    <w:basedOn w:val="Standaardtabe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chtearcering-accent3">
    <w:name w:val="Light Shading Accent 3"/>
    <w:basedOn w:val="Standaardtabe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chtearcering-accent4">
    <w:name w:val="Light Shading Accent 4"/>
    <w:basedOn w:val="Standaardtabe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chtearcering-accent5">
    <w:name w:val="Light Shading Accent 5"/>
    <w:basedOn w:val="Standaardtabe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chtearcering-accent6">
    <w:name w:val="Light Shading Accent 6"/>
    <w:basedOn w:val="Standaardtabe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chtelijst">
    <w:name w:val="Light List"/>
    <w:basedOn w:val="Standaard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lijst-accent1">
    <w:name w:val="Light List Accent 1"/>
    <w:basedOn w:val="Standaard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chtelijst-accent2">
    <w:name w:val="Light List Accent 2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chtelijst-accent3">
    <w:name w:val="Light List Accent 3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chtelijst-accent4">
    <w:name w:val="Light List Accent 4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chtelijst-accent5">
    <w:name w:val="Light List Accent 5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chtelijst-accent6">
    <w:name w:val="Light List Accent 6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chtraster">
    <w:name w:val="Light Grid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chtraster-accent1">
    <w:name w:val="Light Grid Accent 1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chtraster-accent2">
    <w:name w:val="Light Grid Accent 2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chtraster-accent3">
    <w:name w:val="Light Grid Accent 3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chtraster-accent4">
    <w:name w:val="Light Grid Accent 4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chtraster-accent5">
    <w:name w:val="Light Grid Accent 5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chtraster-accent6">
    <w:name w:val="Light Grid Accent 6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Gemiddeldearcering1">
    <w:name w:val="Medium Shading 1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6">
    <w:name w:val="Medium Shading 2 Accent 6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lijst1">
    <w:name w:val="Medium List 1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Gemiddeldelijst1-accent1">
    <w:name w:val="Medium List 1 Accent 1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Gemiddeldelijst1-accent2">
    <w:name w:val="Medium List 1 Accent 2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Gemiddeldelijst1-accent3">
    <w:name w:val="Medium List 1 Accent 3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Gemiddeldelijst1-accent4">
    <w:name w:val="Medium List 1 Accent 4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Gemiddeldelijst1-accent5">
    <w:name w:val="Medium List 1 Accent 5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Gemiddeldelijst1-accent6">
    <w:name w:val="Medium List 1 Accent 6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Gemiddeldelijst2">
    <w:name w:val="Medium List 2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6">
    <w:name w:val="Medium List 2 Accent 6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raster1">
    <w:name w:val="Medium Grid 1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emiddeldraster1-accent1">
    <w:name w:val="Medium Grid 1 Accent 1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emiddeldraster1-accent2">
    <w:name w:val="Medium Grid 1 Accent 2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emiddeldraster1-accent3">
    <w:name w:val="Medium Grid 1 Accent 3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emiddeldraster1-accent4">
    <w:name w:val="Medium Grid 1 Accent 4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emiddeldraster1-accent5">
    <w:name w:val="Medium Grid 1 Accent 5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emiddeldraster1-accent6">
    <w:name w:val="Medium Grid 1 Accent 6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emiddeldraster2">
    <w:name w:val="Medium Grid 2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6">
    <w:name w:val="Medium Grid 2 Accent 6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3">
    <w:name w:val="Medium Grid 3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emiddeldraster3-accent1">
    <w:name w:val="Medium Grid 3 Accent 1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emiddeldraster3-accent2">
    <w:name w:val="Medium Grid 3 Accent 2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emiddeldraster3-accent3">
    <w:name w:val="Medium Grid 3 Accent 3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emiddeldraster3-accent4">
    <w:name w:val="Medium Grid 3 Accent 4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emiddeldraster3-accent5">
    <w:name w:val="Medium Grid 3 Accent 5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emiddeldraster3-accent6">
    <w:name w:val="Medium Grid 3 Accent 6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onkerelijst">
    <w:name w:val="Dark List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onkerelijst-accent1">
    <w:name w:val="Dark List Accent 1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onkerelijst-accent2">
    <w:name w:val="Dark List Accent 2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onkerelijst-accent3">
    <w:name w:val="Dark List Accent 3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onkerelijst-accent4">
    <w:name w:val="Dark List Accent 4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onkerelijst-accent5">
    <w:name w:val="Dark List Accent 5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onkerelijst-accent6">
    <w:name w:val="Dark List Accent 6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leurrijkearcering">
    <w:name w:val="Colorful Shading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2">
    <w:name w:val="Colorful Shading Accent 2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eurrijkearcering-accent4">
    <w:name w:val="Colorful Shading Accent 4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6">
    <w:name w:val="Colorful Shading Accent 6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lijst">
    <w:name w:val="Colorful List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eurrijkelijst-accent1">
    <w:name w:val="Colorful List Accent 1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leurrijkelijst-accent2">
    <w:name w:val="Colorful List Accent 2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leurrijkelijst-accent3">
    <w:name w:val="Colorful List Accent 3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leurrijkelijst-accent4">
    <w:name w:val="Colorful List Accent 4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leurrijkelijst-accent5">
    <w:name w:val="Colorful List Accent 5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leurrijkelijst-accent6">
    <w:name w:val="Colorful List Accent 6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leurrijkraster">
    <w:name w:val="Colorful Grid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leurrijkraster-accent1">
    <w:name w:val="Colorful Grid Accent 1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leurrijkraster-accent2">
    <w:name w:val="Colorful Grid Accent 2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leurrijkraster-accent3">
    <w:name w:val="Colorful Grid Accent 3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eurrijkraster-accent4">
    <w:name w:val="Colorful Grid Accent 4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leurrijkraster-accent5">
    <w:name w:val="Colorful Grid Accent 5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leurrijkraster-accent6">
    <w:name w:val="Colorful Grid Accent 6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805</Words>
  <Characters>4430</Characters>
  <Application>Microsoft Office Word</Application>
  <DocSecurity>0</DocSecurity>
  <Lines>36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5225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tjeerd.planting@tpinkoopprojecten.nl</dc:creator>
  <cp:keywords/>
  <dc:description>generated by python-docx</dc:description>
  <cp:lastModifiedBy>Tjeerd Planting</cp:lastModifiedBy>
  <cp:revision>2</cp:revision>
  <dcterms:created xsi:type="dcterms:W3CDTF">2026-11-06T12:48:00Z</dcterms:created>
  <dcterms:modified xsi:type="dcterms:W3CDTF">2026-11-06T12:48:00Z</dcterms:modified>
  <cp:category/>
</cp:coreProperties>
</file>