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DE514" w14:textId="77777777" w:rsidR="00581646" w:rsidRDefault="00DE4C48">
      <w:pPr>
        <w:pStyle w:val="Titel"/>
      </w:pPr>
      <w:r>
        <w:t>Bijlage 3  Format referenties geschiktheidseisen</w:t>
      </w:r>
    </w:p>
    <w:p w14:paraId="37D9F0EE" w14:textId="77777777" w:rsidR="00581646" w:rsidRDefault="00DE4C48">
      <w:pPr>
        <w:pStyle w:val="Kop1"/>
      </w:pPr>
      <w:r>
        <w:t>Perceel 1  Bronnen en bronnet – Geschiktheidseis 1.1</w:t>
      </w:r>
    </w:p>
    <w:p w14:paraId="3EFCAAEF"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192CBFC3" w14:textId="77777777">
        <w:trPr>
          <w:cantSplit/>
        </w:trPr>
        <w:tc>
          <w:tcPr>
            <w:tcW w:w="3402" w:type="dxa"/>
            <w:tcMar>
              <w:top w:w="85" w:type="dxa"/>
              <w:left w:w="85" w:type="dxa"/>
              <w:bottom w:w="85" w:type="dxa"/>
              <w:right w:w="85" w:type="dxa"/>
            </w:tcMar>
          </w:tcPr>
          <w:p w14:paraId="7E366FCF"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096C4200" w14:textId="77777777" w:rsidR="00581646" w:rsidRDefault="00DE4C48">
            <w:pPr>
              <w:spacing w:before="80" w:after="80"/>
            </w:pPr>
            <w:r>
              <w:t>[invullen]</w:t>
            </w:r>
          </w:p>
        </w:tc>
      </w:tr>
      <w:tr w:rsidR="00581646" w14:paraId="13DE6076" w14:textId="77777777">
        <w:trPr>
          <w:cantSplit/>
        </w:trPr>
        <w:tc>
          <w:tcPr>
            <w:tcW w:w="3402" w:type="dxa"/>
            <w:tcMar>
              <w:top w:w="85" w:type="dxa"/>
              <w:left w:w="85" w:type="dxa"/>
              <w:bottom w:w="85" w:type="dxa"/>
              <w:right w:w="85" w:type="dxa"/>
            </w:tcMar>
          </w:tcPr>
          <w:p w14:paraId="64C5536F"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011EC0FD" w14:textId="77777777" w:rsidR="00581646" w:rsidRDefault="00DE4C48">
            <w:pPr>
              <w:spacing w:before="80" w:after="80"/>
            </w:pPr>
            <w:r>
              <w:t>[invullen]</w:t>
            </w:r>
          </w:p>
        </w:tc>
      </w:tr>
      <w:tr w:rsidR="00581646" w14:paraId="18057AF6" w14:textId="77777777">
        <w:trPr>
          <w:cantSplit/>
        </w:trPr>
        <w:tc>
          <w:tcPr>
            <w:tcW w:w="3402" w:type="dxa"/>
            <w:tcMar>
              <w:top w:w="85" w:type="dxa"/>
              <w:left w:w="85" w:type="dxa"/>
              <w:bottom w:w="85" w:type="dxa"/>
              <w:right w:w="85" w:type="dxa"/>
            </w:tcMar>
          </w:tcPr>
          <w:p w14:paraId="55274B56"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5F81F79F" w14:textId="77777777" w:rsidR="00581646" w:rsidRDefault="00DE4C48">
            <w:pPr>
              <w:spacing w:before="80" w:after="80"/>
            </w:pPr>
            <w:r>
              <w:t>[invullen; vermeld een eventueel ingeschakelde derde]</w:t>
            </w:r>
          </w:p>
        </w:tc>
      </w:tr>
      <w:tr w:rsidR="00581646" w14:paraId="1EF7584A" w14:textId="77777777">
        <w:trPr>
          <w:cantSplit/>
        </w:trPr>
        <w:tc>
          <w:tcPr>
            <w:tcW w:w="3402" w:type="dxa"/>
            <w:tcMar>
              <w:top w:w="85" w:type="dxa"/>
              <w:left w:w="85" w:type="dxa"/>
              <w:bottom w:w="85" w:type="dxa"/>
              <w:right w:w="85" w:type="dxa"/>
            </w:tcMar>
          </w:tcPr>
          <w:p w14:paraId="254AEDEF"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4696B700" w14:textId="77777777" w:rsidR="00581646" w:rsidRDefault="00DE4C48">
            <w:pPr>
              <w:spacing w:before="80" w:after="80"/>
            </w:pPr>
            <w:r>
              <w:t>[naam organisatie]</w:t>
            </w:r>
          </w:p>
        </w:tc>
      </w:tr>
      <w:tr w:rsidR="00581646" w14:paraId="44354520" w14:textId="77777777">
        <w:trPr>
          <w:cantSplit/>
        </w:trPr>
        <w:tc>
          <w:tcPr>
            <w:tcW w:w="3402" w:type="dxa"/>
            <w:tcMar>
              <w:top w:w="85" w:type="dxa"/>
              <w:left w:w="85" w:type="dxa"/>
              <w:bottom w:w="85" w:type="dxa"/>
              <w:right w:w="85" w:type="dxa"/>
            </w:tcMar>
          </w:tcPr>
          <w:p w14:paraId="1202C7D5"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0FB8EBA8" w14:textId="77777777" w:rsidR="00581646" w:rsidRDefault="00DE4C48">
            <w:pPr>
              <w:spacing w:before="80" w:after="80"/>
            </w:pPr>
            <w:r>
              <w:t>[naam, telefoonnummer en e-mailadres]</w:t>
            </w:r>
          </w:p>
        </w:tc>
      </w:tr>
      <w:tr w:rsidR="00581646" w14:paraId="2C568859" w14:textId="77777777">
        <w:trPr>
          <w:cantSplit/>
        </w:trPr>
        <w:tc>
          <w:tcPr>
            <w:tcW w:w="3402" w:type="dxa"/>
            <w:tcMar>
              <w:top w:w="85" w:type="dxa"/>
              <w:left w:w="85" w:type="dxa"/>
              <w:bottom w:w="85" w:type="dxa"/>
              <w:right w:w="85" w:type="dxa"/>
            </w:tcMar>
          </w:tcPr>
          <w:p w14:paraId="4AA9C633"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6E2569BE" w14:textId="77777777" w:rsidR="00581646" w:rsidRDefault="00DE4C48">
            <w:pPr>
              <w:spacing w:before="80" w:after="80"/>
            </w:pPr>
            <w:r>
              <w:t>[invullen]</w:t>
            </w:r>
          </w:p>
        </w:tc>
      </w:tr>
    </w:tbl>
    <w:p w14:paraId="0EB98E95" w14:textId="77777777" w:rsidR="00581646" w:rsidRDefault="00DE4C48">
      <w:pPr>
        <w:pStyle w:val="Kop2"/>
      </w:pPr>
      <w:r>
        <w:t>Aan te tonen kerncompetentie</w:t>
      </w:r>
    </w:p>
    <w:p w14:paraId="7F9FB235" w14:textId="77777777" w:rsidR="00581646" w:rsidRDefault="00DE4C48">
      <w:r>
        <w:rPr>
          <w:b/>
        </w:rPr>
        <w:t xml:space="preserve">1.1  </w:t>
      </w:r>
      <w:r>
        <w:t>De Gegadigde heeft de engineering uitgevoerd van een collectief bronnet waar meerdere (2 of meer) bronnen en energiecentrales op aangesloten zijn in een gebiedsontwikkeling met minimaal 250 woningen.</w:t>
      </w:r>
    </w:p>
    <w:p w14:paraId="2C84916B" w14:textId="77777777" w:rsidR="00581646" w:rsidRDefault="00DE4C48">
      <w:pPr>
        <w:pStyle w:val="Kop2"/>
      </w:pPr>
      <w:r>
        <w:t>Beschrijving en onderbouwing</w:t>
      </w:r>
    </w:p>
    <w:p w14:paraId="74CB7A94" w14:textId="77777777" w:rsidR="00581646" w:rsidRDefault="00DE4C48">
      <w:r>
        <w:t>[Beschrijf de opdracht, uw eigen werkzaamheden en de feiten waaruit blijkt dat aan deze geschiktheidseis is voldaan. Vergroot de invulruimte zo nodig.]</w:t>
      </w:r>
    </w:p>
    <w:p w14:paraId="3D2A6F42" w14:textId="77777777" w:rsidR="00581646" w:rsidRDefault="00DE4C48">
      <w:r>
        <w:t>Beroep op een derde? Vermeld dit ook in het UEA, deel II C.</w:t>
      </w:r>
    </w:p>
    <w:p w14:paraId="1FFB1B9C" w14:textId="77777777" w:rsidR="00581646" w:rsidRDefault="00DE4C48">
      <w:r>
        <w:br w:type="page"/>
      </w:r>
    </w:p>
    <w:p w14:paraId="7F5EE0F9" w14:textId="77777777" w:rsidR="00581646" w:rsidRDefault="00DE4C48">
      <w:pPr>
        <w:pStyle w:val="Titel"/>
      </w:pPr>
      <w:r>
        <w:lastRenderedPageBreak/>
        <w:t>Bijlage 3  Format referenties geschiktheidseisen</w:t>
      </w:r>
    </w:p>
    <w:p w14:paraId="75E99E39" w14:textId="77777777" w:rsidR="00581646" w:rsidRDefault="00DE4C48">
      <w:pPr>
        <w:pStyle w:val="Kop1"/>
      </w:pPr>
      <w:r>
        <w:t>Perceel 1  Bronnen en bronnet – Geschiktheidseis 1.2</w:t>
      </w:r>
    </w:p>
    <w:p w14:paraId="1E67F4F5"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3ED54CFE" w14:textId="77777777">
        <w:trPr>
          <w:cantSplit/>
        </w:trPr>
        <w:tc>
          <w:tcPr>
            <w:tcW w:w="3402" w:type="dxa"/>
            <w:tcMar>
              <w:top w:w="85" w:type="dxa"/>
              <w:left w:w="85" w:type="dxa"/>
              <w:bottom w:w="85" w:type="dxa"/>
              <w:right w:w="85" w:type="dxa"/>
            </w:tcMar>
          </w:tcPr>
          <w:p w14:paraId="152D2569"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0000EEC9" w14:textId="77777777" w:rsidR="00581646" w:rsidRDefault="00DE4C48">
            <w:pPr>
              <w:spacing w:before="80" w:after="80"/>
            </w:pPr>
            <w:r>
              <w:t>[invullen]</w:t>
            </w:r>
          </w:p>
        </w:tc>
      </w:tr>
      <w:tr w:rsidR="00581646" w14:paraId="2D9B9274" w14:textId="77777777">
        <w:trPr>
          <w:cantSplit/>
        </w:trPr>
        <w:tc>
          <w:tcPr>
            <w:tcW w:w="3402" w:type="dxa"/>
            <w:tcMar>
              <w:top w:w="85" w:type="dxa"/>
              <w:left w:w="85" w:type="dxa"/>
              <w:bottom w:w="85" w:type="dxa"/>
              <w:right w:w="85" w:type="dxa"/>
            </w:tcMar>
          </w:tcPr>
          <w:p w14:paraId="17F77A0E"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0C121AD2" w14:textId="77777777" w:rsidR="00581646" w:rsidRDefault="00DE4C48">
            <w:pPr>
              <w:spacing w:before="80" w:after="80"/>
            </w:pPr>
            <w:r>
              <w:t>[invullen]</w:t>
            </w:r>
          </w:p>
        </w:tc>
      </w:tr>
      <w:tr w:rsidR="00581646" w14:paraId="140121D0" w14:textId="77777777">
        <w:trPr>
          <w:cantSplit/>
        </w:trPr>
        <w:tc>
          <w:tcPr>
            <w:tcW w:w="3402" w:type="dxa"/>
            <w:tcMar>
              <w:top w:w="85" w:type="dxa"/>
              <w:left w:w="85" w:type="dxa"/>
              <w:bottom w:w="85" w:type="dxa"/>
              <w:right w:w="85" w:type="dxa"/>
            </w:tcMar>
          </w:tcPr>
          <w:p w14:paraId="444E2D67"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0630AA47" w14:textId="77777777" w:rsidR="00581646" w:rsidRDefault="00DE4C48">
            <w:pPr>
              <w:spacing w:before="80" w:after="80"/>
            </w:pPr>
            <w:r>
              <w:t>[invullen; vermeld een eventueel ingeschakelde derde]</w:t>
            </w:r>
          </w:p>
        </w:tc>
      </w:tr>
      <w:tr w:rsidR="00581646" w14:paraId="1DCB5911" w14:textId="77777777">
        <w:trPr>
          <w:cantSplit/>
        </w:trPr>
        <w:tc>
          <w:tcPr>
            <w:tcW w:w="3402" w:type="dxa"/>
            <w:tcMar>
              <w:top w:w="85" w:type="dxa"/>
              <w:left w:w="85" w:type="dxa"/>
              <w:bottom w:w="85" w:type="dxa"/>
              <w:right w:w="85" w:type="dxa"/>
            </w:tcMar>
          </w:tcPr>
          <w:p w14:paraId="0A7AEF00"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292F7C96" w14:textId="77777777" w:rsidR="00581646" w:rsidRDefault="00DE4C48">
            <w:pPr>
              <w:spacing w:before="80" w:after="80"/>
            </w:pPr>
            <w:r>
              <w:t>[naam organisatie]</w:t>
            </w:r>
          </w:p>
        </w:tc>
      </w:tr>
      <w:tr w:rsidR="00581646" w14:paraId="708D2197" w14:textId="77777777">
        <w:trPr>
          <w:cantSplit/>
        </w:trPr>
        <w:tc>
          <w:tcPr>
            <w:tcW w:w="3402" w:type="dxa"/>
            <w:tcMar>
              <w:top w:w="85" w:type="dxa"/>
              <w:left w:w="85" w:type="dxa"/>
              <w:bottom w:w="85" w:type="dxa"/>
              <w:right w:w="85" w:type="dxa"/>
            </w:tcMar>
          </w:tcPr>
          <w:p w14:paraId="1D249B19"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205ED138" w14:textId="77777777" w:rsidR="00581646" w:rsidRDefault="00DE4C48">
            <w:pPr>
              <w:spacing w:before="80" w:after="80"/>
            </w:pPr>
            <w:r>
              <w:t>[naam, telefoonnummer en e-mailadres]</w:t>
            </w:r>
          </w:p>
        </w:tc>
      </w:tr>
      <w:tr w:rsidR="00581646" w14:paraId="78467161" w14:textId="77777777">
        <w:trPr>
          <w:cantSplit/>
        </w:trPr>
        <w:tc>
          <w:tcPr>
            <w:tcW w:w="3402" w:type="dxa"/>
            <w:tcMar>
              <w:top w:w="85" w:type="dxa"/>
              <w:left w:w="85" w:type="dxa"/>
              <w:bottom w:w="85" w:type="dxa"/>
              <w:right w:w="85" w:type="dxa"/>
            </w:tcMar>
          </w:tcPr>
          <w:p w14:paraId="714E8C4C"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6D6935EB" w14:textId="77777777" w:rsidR="00581646" w:rsidRDefault="00DE4C48">
            <w:pPr>
              <w:spacing w:before="80" w:after="80"/>
            </w:pPr>
            <w:r>
              <w:t>[invullen]</w:t>
            </w:r>
          </w:p>
        </w:tc>
      </w:tr>
    </w:tbl>
    <w:p w14:paraId="41787D91" w14:textId="77777777" w:rsidR="00581646" w:rsidRDefault="00DE4C48">
      <w:pPr>
        <w:pStyle w:val="Kop2"/>
      </w:pPr>
      <w:r>
        <w:t>Aan te tonen kerncompetentie</w:t>
      </w:r>
    </w:p>
    <w:p w14:paraId="4675E9BC" w14:textId="77777777" w:rsidR="00581646" w:rsidRDefault="00DE4C48">
      <w:r>
        <w:rPr>
          <w:b/>
        </w:rPr>
        <w:t xml:space="preserve">1.2  </w:t>
      </w:r>
      <w:r>
        <w:t>De Gegadigde heeft een open bodemenergiesysteem gefaseerd aangelegd waarbij na ingebruikname van het systeem extra bronnen zijn gerealiseerd, toegevoegd en aangesloten.</w:t>
      </w:r>
    </w:p>
    <w:p w14:paraId="3494A4C5" w14:textId="77777777" w:rsidR="00581646" w:rsidRDefault="00DE4C48">
      <w:pPr>
        <w:pStyle w:val="Kop2"/>
      </w:pPr>
      <w:r>
        <w:t>Beschrijving en onderbouwing</w:t>
      </w:r>
    </w:p>
    <w:p w14:paraId="4581DA61" w14:textId="77777777" w:rsidR="00581646" w:rsidRDefault="00DE4C48">
      <w:r>
        <w:t>[Beschrijf de opdracht, uw eigen werkzaamheden en de feiten waaruit blijkt dat aan deze geschiktheidseis is voldaan. Vergroot de invulruimte zo nodig.]</w:t>
      </w:r>
    </w:p>
    <w:p w14:paraId="21A399A6" w14:textId="77777777" w:rsidR="00581646" w:rsidRDefault="00DE4C48">
      <w:r>
        <w:t>Beroep op een derde? Vermeld dit ook in het UEA, deel II C.</w:t>
      </w:r>
    </w:p>
    <w:p w14:paraId="1C4A4A0D" w14:textId="77777777" w:rsidR="00581646" w:rsidRDefault="00DE4C48">
      <w:r>
        <w:br w:type="page"/>
      </w:r>
    </w:p>
    <w:p w14:paraId="690798E8" w14:textId="77777777" w:rsidR="00581646" w:rsidRDefault="00DE4C48">
      <w:pPr>
        <w:pStyle w:val="Titel"/>
      </w:pPr>
      <w:r>
        <w:lastRenderedPageBreak/>
        <w:t>Bijlage 3  Format referenties geschiktheidseisen</w:t>
      </w:r>
    </w:p>
    <w:p w14:paraId="6381E15C" w14:textId="77777777" w:rsidR="00581646" w:rsidRDefault="00DE4C48">
      <w:pPr>
        <w:pStyle w:val="Kop1"/>
      </w:pPr>
      <w:r>
        <w:t>Perceel 1  Bronnen en bronnet – Geschiktheidseis 1.3</w:t>
      </w:r>
    </w:p>
    <w:p w14:paraId="08AF618A"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3818C85B" w14:textId="77777777">
        <w:trPr>
          <w:cantSplit/>
        </w:trPr>
        <w:tc>
          <w:tcPr>
            <w:tcW w:w="3402" w:type="dxa"/>
            <w:tcMar>
              <w:top w:w="85" w:type="dxa"/>
              <w:left w:w="85" w:type="dxa"/>
              <w:bottom w:w="85" w:type="dxa"/>
              <w:right w:w="85" w:type="dxa"/>
            </w:tcMar>
          </w:tcPr>
          <w:p w14:paraId="4B3D99D0"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1542A0A0" w14:textId="77777777" w:rsidR="00581646" w:rsidRDefault="00DE4C48">
            <w:pPr>
              <w:spacing w:before="80" w:after="80"/>
            </w:pPr>
            <w:r>
              <w:t>[invullen]</w:t>
            </w:r>
          </w:p>
        </w:tc>
      </w:tr>
      <w:tr w:rsidR="00581646" w14:paraId="1659A16B" w14:textId="77777777">
        <w:trPr>
          <w:cantSplit/>
        </w:trPr>
        <w:tc>
          <w:tcPr>
            <w:tcW w:w="3402" w:type="dxa"/>
            <w:tcMar>
              <w:top w:w="85" w:type="dxa"/>
              <w:left w:w="85" w:type="dxa"/>
              <w:bottom w:w="85" w:type="dxa"/>
              <w:right w:w="85" w:type="dxa"/>
            </w:tcMar>
          </w:tcPr>
          <w:p w14:paraId="29CB27AC"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71BDB870" w14:textId="77777777" w:rsidR="00581646" w:rsidRDefault="00DE4C48">
            <w:pPr>
              <w:spacing w:before="80" w:after="80"/>
            </w:pPr>
            <w:r>
              <w:t>[invullen]</w:t>
            </w:r>
          </w:p>
        </w:tc>
      </w:tr>
      <w:tr w:rsidR="00581646" w14:paraId="0B2E8542" w14:textId="77777777">
        <w:trPr>
          <w:cantSplit/>
        </w:trPr>
        <w:tc>
          <w:tcPr>
            <w:tcW w:w="3402" w:type="dxa"/>
            <w:tcMar>
              <w:top w:w="85" w:type="dxa"/>
              <w:left w:w="85" w:type="dxa"/>
              <w:bottom w:w="85" w:type="dxa"/>
              <w:right w:w="85" w:type="dxa"/>
            </w:tcMar>
          </w:tcPr>
          <w:p w14:paraId="07923BC0"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100AD8DE" w14:textId="77777777" w:rsidR="00581646" w:rsidRDefault="00DE4C48">
            <w:pPr>
              <w:spacing w:before="80" w:after="80"/>
            </w:pPr>
            <w:r>
              <w:t>[invullen; vermeld een eventueel ingeschakelde derde]</w:t>
            </w:r>
          </w:p>
        </w:tc>
      </w:tr>
      <w:tr w:rsidR="00581646" w14:paraId="621EC567" w14:textId="77777777">
        <w:trPr>
          <w:cantSplit/>
        </w:trPr>
        <w:tc>
          <w:tcPr>
            <w:tcW w:w="3402" w:type="dxa"/>
            <w:tcMar>
              <w:top w:w="85" w:type="dxa"/>
              <w:left w:w="85" w:type="dxa"/>
              <w:bottom w:w="85" w:type="dxa"/>
              <w:right w:w="85" w:type="dxa"/>
            </w:tcMar>
          </w:tcPr>
          <w:p w14:paraId="12BAE8D4"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2782DB2B" w14:textId="77777777" w:rsidR="00581646" w:rsidRDefault="00DE4C48">
            <w:pPr>
              <w:spacing w:before="80" w:after="80"/>
            </w:pPr>
            <w:r>
              <w:t>[naam organisatie]</w:t>
            </w:r>
          </w:p>
        </w:tc>
      </w:tr>
      <w:tr w:rsidR="00581646" w14:paraId="53F1A6ED" w14:textId="77777777">
        <w:trPr>
          <w:cantSplit/>
        </w:trPr>
        <w:tc>
          <w:tcPr>
            <w:tcW w:w="3402" w:type="dxa"/>
            <w:tcMar>
              <w:top w:w="85" w:type="dxa"/>
              <w:left w:w="85" w:type="dxa"/>
              <w:bottom w:w="85" w:type="dxa"/>
              <w:right w:w="85" w:type="dxa"/>
            </w:tcMar>
          </w:tcPr>
          <w:p w14:paraId="5187F6E1"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6816F63E" w14:textId="77777777" w:rsidR="00581646" w:rsidRDefault="00DE4C48">
            <w:pPr>
              <w:spacing w:before="80" w:after="80"/>
            </w:pPr>
            <w:r>
              <w:t>[naam, telefoonnummer en e-mailadres]</w:t>
            </w:r>
          </w:p>
        </w:tc>
      </w:tr>
      <w:tr w:rsidR="00581646" w14:paraId="3FDD5271" w14:textId="77777777">
        <w:trPr>
          <w:cantSplit/>
        </w:trPr>
        <w:tc>
          <w:tcPr>
            <w:tcW w:w="3402" w:type="dxa"/>
            <w:tcMar>
              <w:top w:w="85" w:type="dxa"/>
              <w:left w:w="85" w:type="dxa"/>
              <w:bottom w:w="85" w:type="dxa"/>
              <w:right w:w="85" w:type="dxa"/>
            </w:tcMar>
          </w:tcPr>
          <w:p w14:paraId="789DBC58"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564F6B89" w14:textId="77777777" w:rsidR="00581646" w:rsidRDefault="00DE4C48">
            <w:pPr>
              <w:spacing w:before="80" w:after="80"/>
            </w:pPr>
            <w:r>
              <w:t>[invullen]</w:t>
            </w:r>
          </w:p>
        </w:tc>
      </w:tr>
    </w:tbl>
    <w:p w14:paraId="28B09391" w14:textId="77777777" w:rsidR="00581646" w:rsidRDefault="00DE4C48">
      <w:pPr>
        <w:pStyle w:val="Kop2"/>
      </w:pPr>
      <w:r>
        <w:t>Aan te tonen kerncompetentie</w:t>
      </w:r>
    </w:p>
    <w:p w14:paraId="1919E557" w14:textId="77777777" w:rsidR="00581646" w:rsidRDefault="00DE4C48">
      <w:r>
        <w:rPr>
          <w:b/>
        </w:rPr>
        <w:t xml:space="preserve">1.3  </w:t>
      </w:r>
      <w:r>
        <w:t>De Gegadigde heeft het technisch beheer en onderhoud uitgevoerd van een operationeel open bodemenergiesysteem, waaronder het bewaken van de werking en prestaties van de bronnen, het uitvoeren van preventief onderhoud en het verhelpen van storingen.</w:t>
      </w:r>
    </w:p>
    <w:p w14:paraId="117FEEE9" w14:textId="77777777" w:rsidR="00581646" w:rsidRDefault="00DE4C48">
      <w:pPr>
        <w:pStyle w:val="Kop2"/>
      </w:pPr>
      <w:r>
        <w:t>Beschrijving en onderbouwing</w:t>
      </w:r>
    </w:p>
    <w:p w14:paraId="73FD0BE0" w14:textId="77777777" w:rsidR="00581646" w:rsidRDefault="00DE4C48">
      <w:r>
        <w:t>[Beschrijf de opdracht, uw eigen werkzaamheden en de feiten waaruit blijkt dat aan deze geschiktheidseis is voldaan. Vergroot de invulruimte zo nodig.]</w:t>
      </w:r>
    </w:p>
    <w:p w14:paraId="4DBD8929" w14:textId="77777777" w:rsidR="00581646" w:rsidRDefault="00DE4C48">
      <w:r>
        <w:t>Beroep op een derde? Vermeld dit ook in het UEA, deel II C.</w:t>
      </w:r>
    </w:p>
    <w:p w14:paraId="7B43BC3D" w14:textId="77777777" w:rsidR="00581646" w:rsidRDefault="00DE4C48">
      <w:r>
        <w:br w:type="page"/>
      </w:r>
    </w:p>
    <w:p w14:paraId="709961E6" w14:textId="77777777" w:rsidR="00581646" w:rsidRDefault="00DE4C48">
      <w:pPr>
        <w:pStyle w:val="Titel"/>
      </w:pPr>
      <w:r>
        <w:lastRenderedPageBreak/>
        <w:t>Bijlage 3  Format referenties geschiktheidseisen</w:t>
      </w:r>
    </w:p>
    <w:p w14:paraId="474DAA91" w14:textId="77777777" w:rsidR="00581646" w:rsidRDefault="00DE4C48">
      <w:pPr>
        <w:pStyle w:val="Kop1"/>
      </w:pPr>
      <w:r>
        <w:t>Perceel 2  Energiecentrales – Geschiktheidseis 2.1</w:t>
      </w:r>
    </w:p>
    <w:p w14:paraId="099559D1"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4198D51A" w14:textId="77777777">
        <w:trPr>
          <w:cantSplit/>
        </w:trPr>
        <w:tc>
          <w:tcPr>
            <w:tcW w:w="3402" w:type="dxa"/>
            <w:tcMar>
              <w:top w:w="85" w:type="dxa"/>
              <w:left w:w="85" w:type="dxa"/>
              <w:bottom w:w="85" w:type="dxa"/>
              <w:right w:w="85" w:type="dxa"/>
            </w:tcMar>
          </w:tcPr>
          <w:p w14:paraId="41A351EF"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318B21B4" w14:textId="77777777" w:rsidR="00581646" w:rsidRDefault="00DE4C48">
            <w:pPr>
              <w:spacing w:before="80" w:after="80"/>
            </w:pPr>
            <w:r>
              <w:t>[invullen]</w:t>
            </w:r>
          </w:p>
        </w:tc>
      </w:tr>
      <w:tr w:rsidR="00581646" w14:paraId="3BD8C1EF" w14:textId="77777777">
        <w:trPr>
          <w:cantSplit/>
        </w:trPr>
        <w:tc>
          <w:tcPr>
            <w:tcW w:w="3402" w:type="dxa"/>
            <w:tcMar>
              <w:top w:w="85" w:type="dxa"/>
              <w:left w:w="85" w:type="dxa"/>
              <w:bottom w:w="85" w:type="dxa"/>
              <w:right w:w="85" w:type="dxa"/>
            </w:tcMar>
          </w:tcPr>
          <w:p w14:paraId="1F3410B4"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2B717D18" w14:textId="77777777" w:rsidR="00581646" w:rsidRDefault="00DE4C48">
            <w:pPr>
              <w:spacing w:before="80" w:after="80"/>
            </w:pPr>
            <w:r>
              <w:t>[invullen]</w:t>
            </w:r>
          </w:p>
        </w:tc>
      </w:tr>
      <w:tr w:rsidR="00581646" w14:paraId="2FDB180C" w14:textId="77777777">
        <w:trPr>
          <w:cantSplit/>
        </w:trPr>
        <w:tc>
          <w:tcPr>
            <w:tcW w:w="3402" w:type="dxa"/>
            <w:tcMar>
              <w:top w:w="85" w:type="dxa"/>
              <w:left w:w="85" w:type="dxa"/>
              <w:bottom w:w="85" w:type="dxa"/>
              <w:right w:w="85" w:type="dxa"/>
            </w:tcMar>
          </w:tcPr>
          <w:p w14:paraId="0594BADB"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35D10C8C" w14:textId="77777777" w:rsidR="00581646" w:rsidRDefault="00DE4C48">
            <w:pPr>
              <w:spacing w:before="80" w:after="80"/>
            </w:pPr>
            <w:r>
              <w:t>[invullen; vermeld een eventueel ingeschakelde derde]</w:t>
            </w:r>
          </w:p>
        </w:tc>
      </w:tr>
      <w:tr w:rsidR="00581646" w14:paraId="4DF6F463" w14:textId="77777777">
        <w:trPr>
          <w:cantSplit/>
        </w:trPr>
        <w:tc>
          <w:tcPr>
            <w:tcW w:w="3402" w:type="dxa"/>
            <w:tcMar>
              <w:top w:w="85" w:type="dxa"/>
              <w:left w:w="85" w:type="dxa"/>
              <w:bottom w:w="85" w:type="dxa"/>
              <w:right w:w="85" w:type="dxa"/>
            </w:tcMar>
          </w:tcPr>
          <w:p w14:paraId="03365F40"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57F0DA63" w14:textId="77777777" w:rsidR="00581646" w:rsidRDefault="00DE4C48">
            <w:pPr>
              <w:spacing w:before="80" w:after="80"/>
            </w:pPr>
            <w:r>
              <w:t>[naam organisatie]</w:t>
            </w:r>
          </w:p>
        </w:tc>
      </w:tr>
      <w:tr w:rsidR="00581646" w14:paraId="71914357" w14:textId="77777777">
        <w:trPr>
          <w:cantSplit/>
        </w:trPr>
        <w:tc>
          <w:tcPr>
            <w:tcW w:w="3402" w:type="dxa"/>
            <w:tcMar>
              <w:top w:w="85" w:type="dxa"/>
              <w:left w:w="85" w:type="dxa"/>
              <w:bottom w:w="85" w:type="dxa"/>
              <w:right w:w="85" w:type="dxa"/>
            </w:tcMar>
          </w:tcPr>
          <w:p w14:paraId="160A6471"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27BBFACD" w14:textId="77777777" w:rsidR="00581646" w:rsidRDefault="00DE4C48">
            <w:pPr>
              <w:spacing w:before="80" w:after="80"/>
            </w:pPr>
            <w:r>
              <w:t>[naam, telefoonnummer en e-mailadres]</w:t>
            </w:r>
          </w:p>
        </w:tc>
      </w:tr>
      <w:tr w:rsidR="00581646" w14:paraId="672E97C2" w14:textId="77777777">
        <w:trPr>
          <w:cantSplit/>
        </w:trPr>
        <w:tc>
          <w:tcPr>
            <w:tcW w:w="3402" w:type="dxa"/>
            <w:tcMar>
              <w:top w:w="85" w:type="dxa"/>
              <w:left w:w="85" w:type="dxa"/>
              <w:bottom w:w="85" w:type="dxa"/>
              <w:right w:w="85" w:type="dxa"/>
            </w:tcMar>
          </w:tcPr>
          <w:p w14:paraId="6CD15BA3"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36B55FF2" w14:textId="77777777" w:rsidR="00581646" w:rsidRDefault="00DE4C48">
            <w:pPr>
              <w:spacing w:before="80" w:after="80"/>
            </w:pPr>
            <w:r>
              <w:t>[invullen]</w:t>
            </w:r>
          </w:p>
        </w:tc>
      </w:tr>
    </w:tbl>
    <w:p w14:paraId="0180ED4F" w14:textId="77777777" w:rsidR="00581646" w:rsidRDefault="00DE4C48">
      <w:pPr>
        <w:pStyle w:val="Kop2"/>
      </w:pPr>
      <w:r>
        <w:t>Aan te tonen kerncompetentie</w:t>
      </w:r>
    </w:p>
    <w:p w14:paraId="4A1C9E87" w14:textId="77777777" w:rsidR="00581646" w:rsidRDefault="00DE4C48">
      <w:r>
        <w:rPr>
          <w:b/>
        </w:rPr>
        <w:t xml:space="preserve">2.1  </w:t>
      </w:r>
      <w:r>
        <w:t>De Gegadigde heeft de engineering uitgevoerd en in bedrijf gesteld van een energiecentrale voor collectieve warmte- en koudelevering voor ten minste 250 woningen.</w:t>
      </w:r>
    </w:p>
    <w:p w14:paraId="46FA8F0A" w14:textId="77777777" w:rsidR="00581646" w:rsidRDefault="00DE4C48">
      <w:pPr>
        <w:pStyle w:val="Kop2"/>
      </w:pPr>
      <w:r>
        <w:t>Beschrijving en onderbouwing</w:t>
      </w:r>
    </w:p>
    <w:p w14:paraId="154E4A74" w14:textId="77777777" w:rsidR="00581646" w:rsidRDefault="00DE4C48">
      <w:r>
        <w:t>[Beschrijf de opdracht, uw eigen werkzaamheden en de feiten waaruit blijkt dat aan deze geschiktheidseis is voldaan. Vergroot de invulruimte zo nodig.]</w:t>
      </w:r>
    </w:p>
    <w:p w14:paraId="778AF31E" w14:textId="77777777" w:rsidR="00581646" w:rsidRDefault="00DE4C48">
      <w:r>
        <w:t>Beroep op een derde? Vermeld dit ook in het UEA, deel II C.</w:t>
      </w:r>
    </w:p>
    <w:p w14:paraId="289DC1D5" w14:textId="77777777" w:rsidR="00581646" w:rsidRDefault="00DE4C48">
      <w:r>
        <w:br w:type="page"/>
      </w:r>
    </w:p>
    <w:p w14:paraId="4721CCA3" w14:textId="77777777" w:rsidR="00581646" w:rsidRDefault="00DE4C48">
      <w:pPr>
        <w:pStyle w:val="Titel"/>
      </w:pPr>
      <w:r>
        <w:lastRenderedPageBreak/>
        <w:t>Bijlage 3  Format referenties geschiktheidseisen</w:t>
      </w:r>
    </w:p>
    <w:p w14:paraId="76B47542" w14:textId="77777777" w:rsidR="00581646" w:rsidRDefault="00DE4C48">
      <w:pPr>
        <w:pStyle w:val="Kop1"/>
      </w:pPr>
      <w:r>
        <w:t>Perceel 2  Energiecentrales – Geschiktheidseis 2.2</w:t>
      </w:r>
    </w:p>
    <w:p w14:paraId="04036256"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0F26A7B0" w14:textId="77777777">
        <w:trPr>
          <w:cantSplit/>
        </w:trPr>
        <w:tc>
          <w:tcPr>
            <w:tcW w:w="3402" w:type="dxa"/>
            <w:tcMar>
              <w:top w:w="85" w:type="dxa"/>
              <w:left w:w="85" w:type="dxa"/>
              <w:bottom w:w="85" w:type="dxa"/>
              <w:right w:w="85" w:type="dxa"/>
            </w:tcMar>
          </w:tcPr>
          <w:p w14:paraId="10E02C60"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03131C05" w14:textId="77777777" w:rsidR="00581646" w:rsidRDefault="00DE4C48">
            <w:pPr>
              <w:spacing w:before="80" w:after="80"/>
            </w:pPr>
            <w:r>
              <w:t>[invullen]</w:t>
            </w:r>
          </w:p>
        </w:tc>
      </w:tr>
      <w:tr w:rsidR="00581646" w14:paraId="12077F13" w14:textId="77777777">
        <w:trPr>
          <w:cantSplit/>
        </w:trPr>
        <w:tc>
          <w:tcPr>
            <w:tcW w:w="3402" w:type="dxa"/>
            <w:tcMar>
              <w:top w:w="85" w:type="dxa"/>
              <w:left w:w="85" w:type="dxa"/>
              <w:bottom w:w="85" w:type="dxa"/>
              <w:right w:w="85" w:type="dxa"/>
            </w:tcMar>
          </w:tcPr>
          <w:p w14:paraId="58FBC36F"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4D856884" w14:textId="77777777" w:rsidR="00581646" w:rsidRDefault="00DE4C48">
            <w:pPr>
              <w:spacing w:before="80" w:after="80"/>
            </w:pPr>
            <w:r>
              <w:t>[invullen]</w:t>
            </w:r>
          </w:p>
        </w:tc>
      </w:tr>
      <w:tr w:rsidR="00581646" w14:paraId="59F2DE26" w14:textId="77777777">
        <w:trPr>
          <w:cantSplit/>
        </w:trPr>
        <w:tc>
          <w:tcPr>
            <w:tcW w:w="3402" w:type="dxa"/>
            <w:tcMar>
              <w:top w:w="85" w:type="dxa"/>
              <w:left w:w="85" w:type="dxa"/>
              <w:bottom w:w="85" w:type="dxa"/>
              <w:right w:w="85" w:type="dxa"/>
            </w:tcMar>
          </w:tcPr>
          <w:p w14:paraId="44A2BDB0"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3253F536" w14:textId="77777777" w:rsidR="00581646" w:rsidRDefault="00DE4C48">
            <w:pPr>
              <w:spacing w:before="80" w:after="80"/>
            </w:pPr>
            <w:r>
              <w:t>[invullen; vermeld een eventueel ingeschakelde derde]</w:t>
            </w:r>
          </w:p>
        </w:tc>
      </w:tr>
      <w:tr w:rsidR="00581646" w14:paraId="39FD78F0" w14:textId="77777777">
        <w:trPr>
          <w:cantSplit/>
        </w:trPr>
        <w:tc>
          <w:tcPr>
            <w:tcW w:w="3402" w:type="dxa"/>
            <w:tcMar>
              <w:top w:w="85" w:type="dxa"/>
              <w:left w:w="85" w:type="dxa"/>
              <w:bottom w:w="85" w:type="dxa"/>
              <w:right w:w="85" w:type="dxa"/>
            </w:tcMar>
          </w:tcPr>
          <w:p w14:paraId="55414739"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4456335E" w14:textId="77777777" w:rsidR="00581646" w:rsidRDefault="00DE4C48">
            <w:pPr>
              <w:spacing w:before="80" w:after="80"/>
            </w:pPr>
            <w:r>
              <w:t>[naam organisatie]</w:t>
            </w:r>
          </w:p>
        </w:tc>
      </w:tr>
      <w:tr w:rsidR="00581646" w14:paraId="415D5BD0" w14:textId="77777777">
        <w:trPr>
          <w:cantSplit/>
        </w:trPr>
        <w:tc>
          <w:tcPr>
            <w:tcW w:w="3402" w:type="dxa"/>
            <w:tcMar>
              <w:top w:w="85" w:type="dxa"/>
              <w:left w:w="85" w:type="dxa"/>
              <w:bottom w:w="85" w:type="dxa"/>
              <w:right w:w="85" w:type="dxa"/>
            </w:tcMar>
          </w:tcPr>
          <w:p w14:paraId="4C155638"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699983AC" w14:textId="77777777" w:rsidR="00581646" w:rsidRDefault="00DE4C48">
            <w:pPr>
              <w:spacing w:before="80" w:after="80"/>
            </w:pPr>
            <w:r>
              <w:t>[naam, telefoonnummer en e-mailadres]</w:t>
            </w:r>
          </w:p>
        </w:tc>
      </w:tr>
      <w:tr w:rsidR="00581646" w14:paraId="33CDBAF8" w14:textId="77777777">
        <w:trPr>
          <w:cantSplit/>
        </w:trPr>
        <w:tc>
          <w:tcPr>
            <w:tcW w:w="3402" w:type="dxa"/>
            <w:tcMar>
              <w:top w:w="85" w:type="dxa"/>
              <w:left w:w="85" w:type="dxa"/>
              <w:bottom w:w="85" w:type="dxa"/>
              <w:right w:w="85" w:type="dxa"/>
            </w:tcMar>
          </w:tcPr>
          <w:p w14:paraId="35981DD8"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27BDB4CC" w14:textId="77777777" w:rsidR="00581646" w:rsidRDefault="00DE4C48">
            <w:pPr>
              <w:spacing w:before="80" w:after="80"/>
            </w:pPr>
            <w:r>
              <w:t>[invullen]</w:t>
            </w:r>
          </w:p>
        </w:tc>
      </w:tr>
    </w:tbl>
    <w:p w14:paraId="768A9328" w14:textId="77777777" w:rsidR="00581646" w:rsidRDefault="00DE4C48">
      <w:pPr>
        <w:pStyle w:val="Kop2"/>
      </w:pPr>
      <w:r>
        <w:t>Aan te tonen kerncompetentie</w:t>
      </w:r>
    </w:p>
    <w:p w14:paraId="3D3C6848" w14:textId="77777777" w:rsidR="00581646" w:rsidRDefault="00DE4C48">
      <w:r>
        <w:rPr>
          <w:b/>
        </w:rPr>
        <w:t xml:space="preserve">2.2  </w:t>
      </w:r>
      <w:r>
        <w:t>De Gegadigde heeft een energiecentrale voor collectieve warmte- en koudelevering ontworpen binnen een gebied waar netbewust bouwen van toepassing is of was.</w:t>
      </w:r>
    </w:p>
    <w:p w14:paraId="51796AA5" w14:textId="77777777" w:rsidR="00581646" w:rsidRDefault="00DE4C48">
      <w:pPr>
        <w:pStyle w:val="Kop2"/>
      </w:pPr>
      <w:r>
        <w:t>Beschrijving en onderbouwing</w:t>
      </w:r>
    </w:p>
    <w:p w14:paraId="39FD29A3" w14:textId="77777777" w:rsidR="00581646" w:rsidRDefault="00DE4C48">
      <w:r>
        <w:t>[Beschrijf de opdracht, uw eigen werkzaamheden en de feiten waaruit blijkt dat aan deze geschiktheidseis is voldaan. Vergroot de invulruimte zo nodig.]</w:t>
      </w:r>
    </w:p>
    <w:p w14:paraId="4033290F" w14:textId="77777777" w:rsidR="00581646" w:rsidRDefault="00DE4C48">
      <w:r>
        <w:t>Beroep op een derde? Vermeld dit ook in het UEA, deel II C.</w:t>
      </w:r>
    </w:p>
    <w:p w14:paraId="05BAEBEF" w14:textId="77777777" w:rsidR="00581646" w:rsidRDefault="00DE4C48">
      <w:r>
        <w:br w:type="page"/>
      </w:r>
    </w:p>
    <w:p w14:paraId="6EF9EE3D" w14:textId="77777777" w:rsidR="00581646" w:rsidRDefault="00DE4C48">
      <w:pPr>
        <w:pStyle w:val="Titel"/>
      </w:pPr>
      <w:r>
        <w:lastRenderedPageBreak/>
        <w:t>Bijlage 3  Format referenties geschiktheidseisen</w:t>
      </w:r>
    </w:p>
    <w:p w14:paraId="05357FC4" w14:textId="77777777" w:rsidR="00581646" w:rsidRDefault="00DE4C48">
      <w:pPr>
        <w:pStyle w:val="Kop1"/>
      </w:pPr>
      <w:r>
        <w:t>Perceel 2  Energiecentrales – Geschiktheidseis 2.3</w:t>
      </w:r>
    </w:p>
    <w:p w14:paraId="7073415D"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734DD75E" w14:textId="77777777">
        <w:trPr>
          <w:cantSplit/>
        </w:trPr>
        <w:tc>
          <w:tcPr>
            <w:tcW w:w="3402" w:type="dxa"/>
            <w:tcMar>
              <w:top w:w="85" w:type="dxa"/>
              <w:left w:w="85" w:type="dxa"/>
              <w:bottom w:w="85" w:type="dxa"/>
              <w:right w:w="85" w:type="dxa"/>
            </w:tcMar>
          </w:tcPr>
          <w:p w14:paraId="109F91B6"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54A5AF95" w14:textId="77777777" w:rsidR="00581646" w:rsidRDefault="00DE4C48">
            <w:pPr>
              <w:spacing w:before="80" w:after="80"/>
            </w:pPr>
            <w:r>
              <w:t>[invullen]</w:t>
            </w:r>
          </w:p>
        </w:tc>
      </w:tr>
      <w:tr w:rsidR="00581646" w14:paraId="5C004CF1" w14:textId="77777777">
        <w:trPr>
          <w:cantSplit/>
        </w:trPr>
        <w:tc>
          <w:tcPr>
            <w:tcW w:w="3402" w:type="dxa"/>
            <w:tcMar>
              <w:top w:w="85" w:type="dxa"/>
              <w:left w:w="85" w:type="dxa"/>
              <w:bottom w:w="85" w:type="dxa"/>
              <w:right w:w="85" w:type="dxa"/>
            </w:tcMar>
          </w:tcPr>
          <w:p w14:paraId="0C4C351A"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629DD4F9" w14:textId="77777777" w:rsidR="00581646" w:rsidRDefault="00DE4C48">
            <w:pPr>
              <w:spacing w:before="80" w:after="80"/>
            </w:pPr>
            <w:r>
              <w:t>[invullen]</w:t>
            </w:r>
          </w:p>
        </w:tc>
      </w:tr>
      <w:tr w:rsidR="00581646" w14:paraId="43E9A604" w14:textId="77777777">
        <w:trPr>
          <w:cantSplit/>
        </w:trPr>
        <w:tc>
          <w:tcPr>
            <w:tcW w:w="3402" w:type="dxa"/>
            <w:tcMar>
              <w:top w:w="85" w:type="dxa"/>
              <w:left w:w="85" w:type="dxa"/>
              <w:bottom w:w="85" w:type="dxa"/>
              <w:right w:w="85" w:type="dxa"/>
            </w:tcMar>
          </w:tcPr>
          <w:p w14:paraId="12949664"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695A2FD3" w14:textId="77777777" w:rsidR="00581646" w:rsidRDefault="00DE4C48">
            <w:pPr>
              <w:spacing w:before="80" w:after="80"/>
            </w:pPr>
            <w:r>
              <w:t>[invullen; vermeld een eventueel ingeschakelde derde]</w:t>
            </w:r>
          </w:p>
        </w:tc>
      </w:tr>
      <w:tr w:rsidR="00581646" w14:paraId="0F184CEB" w14:textId="77777777">
        <w:trPr>
          <w:cantSplit/>
        </w:trPr>
        <w:tc>
          <w:tcPr>
            <w:tcW w:w="3402" w:type="dxa"/>
            <w:tcMar>
              <w:top w:w="85" w:type="dxa"/>
              <w:left w:w="85" w:type="dxa"/>
              <w:bottom w:w="85" w:type="dxa"/>
              <w:right w:w="85" w:type="dxa"/>
            </w:tcMar>
          </w:tcPr>
          <w:p w14:paraId="7592C4A9"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1A8F861A" w14:textId="77777777" w:rsidR="00581646" w:rsidRDefault="00DE4C48">
            <w:pPr>
              <w:spacing w:before="80" w:after="80"/>
            </w:pPr>
            <w:r>
              <w:t>[naam organisatie]</w:t>
            </w:r>
          </w:p>
        </w:tc>
      </w:tr>
      <w:tr w:rsidR="00581646" w14:paraId="256C0E6F" w14:textId="77777777">
        <w:trPr>
          <w:cantSplit/>
        </w:trPr>
        <w:tc>
          <w:tcPr>
            <w:tcW w:w="3402" w:type="dxa"/>
            <w:tcMar>
              <w:top w:w="85" w:type="dxa"/>
              <w:left w:w="85" w:type="dxa"/>
              <w:bottom w:w="85" w:type="dxa"/>
              <w:right w:w="85" w:type="dxa"/>
            </w:tcMar>
          </w:tcPr>
          <w:p w14:paraId="324B9310"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18558F6D" w14:textId="77777777" w:rsidR="00581646" w:rsidRDefault="00DE4C48">
            <w:pPr>
              <w:spacing w:before="80" w:after="80"/>
            </w:pPr>
            <w:r>
              <w:t>[naam, telefoonnummer en e-mailadres]</w:t>
            </w:r>
          </w:p>
        </w:tc>
      </w:tr>
      <w:tr w:rsidR="00581646" w14:paraId="3DE9C1A6" w14:textId="77777777">
        <w:trPr>
          <w:cantSplit/>
        </w:trPr>
        <w:tc>
          <w:tcPr>
            <w:tcW w:w="3402" w:type="dxa"/>
            <w:tcMar>
              <w:top w:w="85" w:type="dxa"/>
              <w:left w:w="85" w:type="dxa"/>
              <w:bottom w:w="85" w:type="dxa"/>
              <w:right w:w="85" w:type="dxa"/>
            </w:tcMar>
          </w:tcPr>
          <w:p w14:paraId="3D7276E4"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6B47D600" w14:textId="77777777" w:rsidR="00581646" w:rsidRDefault="00DE4C48">
            <w:pPr>
              <w:spacing w:before="80" w:after="80"/>
            </w:pPr>
            <w:r>
              <w:t>[invullen]</w:t>
            </w:r>
          </w:p>
        </w:tc>
      </w:tr>
    </w:tbl>
    <w:p w14:paraId="4BB6DCB0" w14:textId="77777777" w:rsidR="00581646" w:rsidRDefault="00DE4C48">
      <w:pPr>
        <w:pStyle w:val="Kop2"/>
      </w:pPr>
      <w:r>
        <w:t>Aan te tonen kerncompetentie</w:t>
      </w:r>
    </w:p>
    <w:p w14:paraId="413D2E8B" w14:textId="77777777" w:rsidR="00581646" w:rsidRDefault="00DE4C48">
      <w:r>
        <w:rPr>
          <w:b/>
        </w:rPr>
        <w:t xml:space="preserve">2.3  </w:t>
      </w:r>
      <w:r>
        <w:t>De Gegadigde heeft het technisch beheer en onderhoud uitgevoerd van een operationele energiecentrale voor collectieve warmte- en koudelevering, waaronder het bewaken en optimaliseren van de installatieprestaties, het uitvoeren van preventief onderhoud en het verhelpen van storingen.</w:t>
      </w:r>
    </w:p>
    <w:p w14:paraId="632F65D5" w14:textId="77777777" w:rsidR="00581646" w:rsidRDefault="00DE4C48">
      <w:pPr>
        <w:pStyle w:val="Kop2"/>
      </w:pPr>
      <w:r>
        <w:t>Beschrijving en onderbouwing</w:t>
      </w:r>
    </w:p>
    <w:p w14:paraId="2C628654" w14:textId="77777777" w:rsidR="00581646" w:rsidRDefault="00DE4C48">
      <w:r>
        <w:t>[Beschrijf de opdracht, uw eigen werkzaamheden en de feiten waaruit blijkt dat aan deze geschiktheidseis is voldaan. Vergroot de invulruimte zo nodig.]</w:t>
      </w:r>
    </w:p>
    <w:p w14:paraId="5AC81836" w14:textId="77777777" w:rsidR="00581646" w:rsidRDefault="00DE4C48">
      <w:r>
        <w:t>Beroep op een derde? Vermeld dit ook in het UEA, deel II C.</w:t>
      </w:r>
    </w:p>
    <w:p w14:paraId="4955A556" w14:textId="77777777" w:rsidR="00581646" w:rsidRDefault="00DE4C48">
      <w:r>
        <w:br w:type="page"/>
      </w:r>
    </w:p>
    <w:p w14:paraId="75B4A649" w14:textId="77777777" w:rsidR="00581646" w:rsidRDefault="00DE4C48">
      <w:pPr>
        <w:pStyle w:val="Titel"/>
      </w:pPr>
      <w:r>
        <w:lastRenderedPageBreak/>
        <w:t>Bijlage 3  Format referenties geschiktheidseisen</w:t>
      </w:r>
    </w:p>
    <w:p w14:paraId="2E5C3AC1" w14:textId="77777777" w:rsidR="00581646" w:rsidRDefault="00DE4C48">
      <w:pPr>
        <w:pStyle w:val="Kop1"/>
      </w:pPr>
      <w:r>
        <w:t>Perceel 3  Distributienet – Geschiktheidseis 3.1</w:t>
      </w:r>
    </w:p>
    <w:p w14:paraId="2346B7E3"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49CBFCA8" w14:textId="77777777">
        <w:trPr>
          <w:cantSplit/>
        </w:trPr>
        <w:tc>
          <w:tcPr>
            <w:tcW w:w="3402" w:type="dxa"/>
            <w:tcMar>
              <w:top w:w="85" w:type="dxa"/>
              <w:left w:w="85" w:type="dxa"/>
              <w:bottom w:w="85" w:type="dxa"/>
              <w:right w:w="85" w:type="dxa"/>
            </w:tcMar>
          </w:tcPr>
          <w:p w14:paraId="6B0934A9"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5B36363F" w14:textId="77777777" w:rsidR="00581646" w:rsidRDefault="00DE4C48">
            <w:pPr>
              <w:spacing w:before="80" w:after="80"/>
            </w:pPr>
            <w:r>
              <w:t>[invullen]</w:t>
            </w:r>
          </w:p>
        </w:tc>
      </w:tr>
      <w:tr w:rsidR="00581646" w14:paraId="0B936D2C" w14:textId="77777777">
        <w:trPr>
          <w:cantSplit/>
        </w:trPr>
        <w:tc>
          <w:tcPr>
            <w:tcW w:w="3402" w:type="dxa"/>
            <w:tcMar>
              <w:top w:w="85" w:type="dxa"/>
              <w:left w:w="85" w:type="dxa"/>
              <w:bottom w:w="85" w:type="dxa"/>
              <w:right w:w="85" w:type="dxa"/>
            </w:tcMar>
          </w:tcPr>
          <w:p w14:paraId="31A896D8"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2BAF9FD5" w14:textId="77777777" w:rsidR="00581646" w:rsidRDefault="00DE4C48">
            <w:pPr>
              <w:spacing w:before="80" w:after="80"/>
            </w:pPr>
            <w:r>
              <w:t>[invullen]</w:t>
            </w:r>
          </w:p>
        </w:tc>
      </w:tr>
      <w:tr w:rsidR="00581646" w14:paraId="12058B80" w14:textId="77777777">
        <w:trPr>
          <w:cantSplit/>
        </w:trPr>
        <w:tc>
          <w:tcPr>
            <w:tcW w:w="3402" w:type="dxa"/>
            <w:tcMar>
              <w:top w:w="85" w:type="dxa"/>
              <w:left w:w="85" w:type="dxa"/>
              <w:bottom w:w="85" w:type="dxa"/>
              <w:right w:w="85" w:type="dxa"/>
            </w:tcMar>
          </w:tcPr>
          <w:p w14:paraId="31CFECB4"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10B88651" w14:textId="77777777" w:rsidR="00581646" w:rsidRDefault="00DE4C48">
            <w:pPr>
              <w:spacing w:before="80" w:after="80"/>
            </w:pPr>
            <w:r>
              <w:t>[invullen; vermeld een eventueel ingeschakelde derde]</w:t>
            </w:r>
          </w:p>
        </w:tc>
      </w:tr>
      <w:tr w:rsidR="00581646" w14:paraId="00BDDE09" w14:textId="77777777">
        <w:trPr>
          <w:cantSplit/>
        </w:trPr>
        <w:tc>
          <w:tcPr>
            <w:tcW w:w="3402" w:type="dxa"/>
            <w:tcMar>
              <w:top w:w="85" w:type="dxa"/>
              <w:left w:w="85" w:type="dxa"/>
              <w:bottom w:w="85" w:type="dxa"/>
              <w:right w:w="85" w:type="dxa"/>
            </w:tcMar>
          </w:tcPr>
          <w:p w14:paraId="79C55835"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22D5D7A0" w14:textId="77777777" w:rsidR="00581646" w:rsidRDefault="00DE4C48">
            <w:pPr>
              <w:spacing w:before="80" w:after="80"/>
            </w:pPr>
            <w:r>
              <w:t>[naam organisatie]</w:t>
            </w:r>
          </w:p>
        </w:tc>
      </w:tr>
      <w:tr w:rsidR="00581646" w14:paraId="5CCA1C19" w14:textId="77777777">
        <w:trPr>
          <w:cantSplit/>
        </w:trPr>
        <w:tc>
          <w:tcPr>
            <w:tcW w:w="3402" w:type="dxa"/>
            <w:tcMar>
              <w:top w:w="85" w:type="dxa"/>
              <w:left w:w="85" w:type="dxa"/>
              <w:bottom w:w="85" w:type="dxa"/>
              <w:right w:w="85" w:type="dxa"/>
            </w:tcMar>
          </w:tcPr>
          <w:p w14:paraId="0EFBA8A2"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67810C84" w14:textId="77777777" w:rsidR="00581646" w:rsidRDefault="00DE4C48">
            <w:pPr>
              <w:spacing w:before="80" w:after="80"/>
            </w:pPr>
            <w:r>
              <w:t>[naam, telefoonnummer en e-mailadres]</w:t>
            </w:r>
          </w:p>
        </w:tc>
      </w:tr>
      <w:tr w:rsidR="00581646" w14:paraId="65A84DA3" w14:textId="77777777">
        <w:trPr>
          <w:cantSplit/>
        </w:trPr>
        <w:tc>
          <w:tcPr>
            <w:tcW w:w="3402" w:type="dxa"/>
            <w:tcMar>
              <w:top w:w="85" w:type="dxa"/>
              <w:left w:w="85" w:type="dxa"/>
              <w:bottom w:w="85" w:type="dxa"/>
              <w:right w:w="85" w:type="dxa"/>
            </w:tcMar>
          </w:tcPr>
          <w:p w14:paraId="50A4E211"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60819119" w14:textId="77777777" w:rsidR="00581646" w:rsidRDefault="00DE4C48">
            <w:pPr>
              <w:spacing w:before="80" w:after="80"/>
            </w:pPr>
            <w:r>
              <w:t>[invullen]</w:t>
            </w:r>
          </w:p>
        </w:tc>
      </w:tr>
    </w:tbl>
    <w:p w14:paraId="04B75317" w14:textId="77777777" w:rsidR="00581646" w:rsidRDefault="00DE4C48">
      <w:pPr>
        <w:pStyle w:val="Kop2"/>
      </w:pPr>
      <w:r>
        <w:t>Aan te tonen kerncompetentie</w:t>
      </w:r>
    </w:p>
    <w:p w14:paraId="07FB49EA" w14:textId="77777777" w:rsidR="00581646" w:rsidRDefault="00DE4C48">
      <w:r>
        <w:rPr>
          <w:b/>
        </w:rPr>
        <w:t xml:space="preserve">3.1  </w:t>
      </w:r>
      <w:r>
        <w:t>De Gegadigde heeft de engineering uitgevoerd van een ondergronds distributienet in een binnenstedelijke omgeving voor het transport van warmte en koude.</w:t>
      </w:r>
    </w:p>
    <w:p w14:paraId="4E4F3E18" w14:textId="77777777" w:rsidR="00581646" w:rsidRDefault="00DE4C48">
      <w:pPr>
        <w:pStyle w:val="Kop2"/>
      </w:pPr>
      <w:r>
        <w:t>Beschrijving en onderbouwing</w:t>
      </w:r>
    </w:p>
    <w:p w14:paraId="510DFF60" w14:textId="77777777" w:rsidR="00581646" w:rsidRDefault="00DE4C48">
      <w:r>
        <w:t>[Beschrijf de opdracht, uw eigen werkzaamheden en de feiten waaruit blijkt dat aan deze geschiktheidseis is voldaan. Vergroot de invulruimte zo nodig.]</w:t>
      </w:r>
    </w:p>
    <w:p w14:paraId="210AEBDB" w14:textId="77777777" w:rsidR="00581646" w:rsidRDefault="00DE4C48">
      <w:r>
        <w:t>Beroep op een derde? Vermeld dit ook in het UEA, deel II C.</w:t>
      </w:r>
    </w:p>
    <w:p w14:paraId="3B06EC34" w14:textId="77777777" w:rsidR="00581646" w:rsidRDefault="00DE4C48">
      <w:r>
        <w:br w:type="page"/>
      </w:r>
    </w:p>
    <w:p w14:paraId="13A050D9" w14:textId="77777777" w:rsidR="00581646" w:rsidRDefault="00DE4C48">
      <w:pPr>
        <w:pStyle w:val="Titel"/>
      </w:pPr>
      <w:r>
        <w:lastRenderedPageBreak/>
        <w:t>Bijlage 3  Format referenties geschiktheidseisen</w:t>
      </w:r>
    </w:p>
    <w:p w14:paraId="084A5307" w14:textId="77777777" w:rsidR="00581646" w:rsidRDefault="00DE4C48">
      <w:pPr>
        <w:pStyle w:val="Kop1"/>
      </w:pPr>
      <w:r>
        <w:t>Perceel 3  Distributienet – Geschiktheidseis 3.2</w:t>
      </w:r>
    </w:p>
    <w:p w14:paraId="265FDDE1" w14:textId="77777777" w:rsidR="00581646" w:rsidRDefault="00DE4C48">
      <w:r>
        <w:t>Vul voor deze geschiktheidseis een afzonderlijke referentie in en dien deze in bij de Aanmelding. Voor iedere geschiktheidseis mag een ander referentieproject worden gebruikt. Hetzelfde project mag ook voor meerdere eisen worden opgevoerd. De voorwaarden en referentieperiode uit § 4.2 van de Selectieleidraad zijn van toepassing.</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2"/>
        <w:gridCol w:w="6576"/>
      </w:tblGrid>
      <w:tr w:rsidR="00581646" w14:paraId="15496DF7" w14:textId="77777777">
        <w:trPr>
          <w:cantSplit/>
        </w:trPr>
        <w:tc>
          <w:tcPr>
            <w:tcW w:w="3402" w:type="dxa"/>
            <w:tcMar>
              <w:top w:w="85" w:type="dxa"/>
              <w:left w:w="85" w:type="dxa"/>
              <w:bottom w:w="85" w:type="dxa"/>
              <w:right w:w="85" w:type="dxa"/>
            </w:tcMar>
          </w:tcPr>
          <w:p w14:paraId="46CFCC44" w14:textId="77777777" w:rsidR="00581646" w:rsidRDefault="00DE4C48">
            <w:pPr>
              <w:spacing w:before="80" w:after="80"/>
            </w:pPr>
            <w:r>
              <w:rPr>
                <w:b/>
              </w:rPr>
              <w:t>Naam Gegadigde</w:t>
            </w:r>
          </w:p>
        </w:tc>
        <w:tc>
          <w:tcPr>
            <w:tcW w:w="6576" w:type="dxa"/>
            <w:tcMar>
              <w:top w:w="85" w:type="dxa"/>
              <w:left w:w="85" w:type="dxa"/>
              <w:bottom w:w="85" w:type="dxa"/>
              <w:right w:w="85" w:type="dxa"/>
            </w:tcMar>
          </w:tcPr>
          <w:p w14:paraId="2CDC2A24" w14:textId="77777777" w:rsidR="00581646" w:rsidRDefault="00DE4C48">
            <w:pPr>
              <w:spacing w:before="80" w:after="80"/>
            </w:pPr>
            <w:r>
              <w:t>[invullen]</w:t>
            </w:r>
          </w:p>
        </w:tc>
      </w:tr>
      <w:tr w:rsidR="00581646" w14:paraId="309A14E4" w14:textId="77777777">
        <w:trPr>
          <w:cantSplit/>
        </w:trPr>
        <w:tc>
          <w:tcPr>
            <w:tcW w:w="3402" w:type="dxa"/>
            <w:tcMar>
              <w:top w:w="85" w:type="dxa"/>
              <w:left w:w="85" w:type="dxa"/>
              <w:bottom w:w="85" w:type="dxa"/>
              <w:right w:w="85" w:type="dxa"/>
            </w:tcMar>
          </w:tcPr>
          <w:p w14:paraId="3D0C49C3" w14:textId="77777777" w:rsidR="00581646" w:rsidRDefault="00DE4C48">
            <w:pPr>
              <w:spacing w:before="80" w:after="80"/>
            </w:pPr>
            <w:r>
              <w:rPr>
                <w:b/>
              </w:rPr>
              <w:t>Projectnaam en plaats</w:t>
            </w:r>
          </w:p>
        </w:tc>
        <w:tc>
          <w:tcPr>
            <w:tcW w:w="6576" w:type="dxa"/>
            <w:tcMar>
              <w:top w:w="85" w:type="dxa"/>
              <w:left w:w="85" w:type="dxa"/>
              <w:bottom w:w="85" w:type="dxa"/>
              <w:right w:w="85" w:type="dxa"/>
            </w:tcMar>
          </w:tcPr>
          <w:p w14:paraId="1B769E0D" w14:textId="77777777" w:rsidR="00581646" w:rsidRDefault="00DE4C48">
            <w:pPr>
              <w:spacing w:before="80" w:after="80"/>
            </w:pPr>
            <w:r>
              <w:t>[invullen]</w:t>
            </w:r>
          </w:p>
        </w:tc>
      </w:tr>
      <w:tr w:rsidR="00581646" w14:paraId="1354A81F" w14:textId="77777777">
        <w:trPr>
          <w:cantSplit/>
        </w:trPr>
        <w:tc>
          <w:tcPr>
            <w:tcW w:w="3402" w:type="dxa"/>
            <w:tcMar>
              <w:top w:w="85" w:type="dxa"/>
              <w:left w:w="85" w:type="dxa"/>
              <w:bottom w:w="85" w:type="dxa"/>
              <w:right w:w="85" w:type="dxa"/>
            </w:tcMar>
          </w:tcPr>
          <w:p w14:paraId="22204333" w14:textId="77777777" w:rsidR="00581646" w:rsidRDefault="00DE4C48">
            <w:pPr>
              <w:spacing w:before="80" w:after="80"/>
            </w:pPr>
            <w:r>
              <w:rPr>
                <w:b/>
              </w:rPr>
              <w:t>Uitvoerende onderneming en eigen rol</w:t>
            </w:r>
          </w:p>
        </w:tc>
        <w:tc>
          <w:tcPr>
            <w:tcW w:w="6576" w:type="dxa"/>
            <w:tcMar>
              <w:top w:w="85" w:type="dxa"/>
              <w:left w:w="85" w:type="dxa"/>
              <w:bottom w:w="85" w:type="dxa"/>
              <w:right w:w="85" w:type="dxa"/>
            </w:tcMar>
          </w:tcPr>
          <w:p w14:paraId="4ABEC33C" w14:textId="77777777" w:rsidR="00581646" w:rsidRDefault="00DE4C48">
            <w:pPr>
              <w:spacing w:before="80" w:after="80"/>
            </w:pPr>
            <w:r>
              <w:t>[invullen; vermeld een eventueel ingeschakelde derde]</w:t>
            </w:r>
          </w:p>
        </w:tc>
      </w:tr>
      <w:tr w:rsidR="00581646" w14:paraId="54ADBB24" w14:textId="77777777">
        <w:trPr>
          <w:cantSplit/>
        </w:trPr>
        <w:tc>
          <w:tcPr>
            <w:tcW w:w="3402" w:type="dxa"/>
            <w:tcMar>
              <w:top w:w="85" w:type="dxa"/>
              <w:left w:w="85" w:type="dxa"/>
              <w:bottom w:w="85" w:type="dxa"/>
              <w:right w:w="85" w:type="dxa"/>
            </w:tcMar>
          </w:tcPr>
          <w:p w14:paraId="31C26024" w14:textId="77777777" w:rsidR="00581646" w:rsidRDefault="00DE4C48">
            <w:pPr>
              <w:spacing w:before="80" w:after="80"/>
            </w:pPr>
            <w:r>
              <w:rPr>
                <w:b/>
              </w:rPr>
              <w:t>Referentieopdrachtgever</w:t>
            </w:r>
          </w:p>
        </w:tc>
        <w:tc>
          <w:tcPr>
            <w:tcW w:w="6576" w:type="dxa"/>
            <w:tcMar>
              <w:top w:w="85" w:type="dxa"/>
              <w:left w:w="85" w:type="dxa"/>
              <w:bottom w:w="85" w:type="dxa"/>
              <w:right w:w="85" w:type="dxa"/>
            </w:tcMar>
          </w:tcPr>
          <w:p w14:paraId="08EF055F" w14:textId="77777777" w:rsidR="00581646" w:rsidRDefault="00DE4C48">
            <w:pPr>
              <w:spacing w:before="80" w:after="80"/>
            </w:pPr>
            <w:r>
              <w:t>[naam organisatie]</w:t>
            </w:r>
          </w:p>
        </w:tc>
      </w:tr>
      <w:tr w:rsidR="00581646" w14:paraId="279E38BA" w14:textId="77777777">
        <w:trPr>
          <w:cantSplit/>
        </w:trPr>
        <w:tc>
          <w:tcPr>
            <w:tcW w:w="3402" w:type="dxa"/>
            <w:tcMar>
              <w:top w:w="85" w:type="dxa"/>
              <w:left w:w="85" w:type="dxa"/>
              <w:bottom w:w="85" w:type="dxa"/>
              <w:right w:w="85" w:type="dxa"/>
            </w:tcMar>
          </w:tcPr>
          <w:p w14:paraId="27F145AC" w14:textId="77777777" w:rsidR="00581646" w:rsidRDefault="00DE4C48">
            <w:pPr>
              <w:spacing w:before="80" w:after="80"/>
            </w:pPr>
            <w:r>
              <w:rPr>
                <w:b/>
              </w:rPr>
              <w:t>Contactpersoon opdrachtgever</w:t>
            </w:r>
          </w:p>
        </w:tc>
        <w:tc>
          <w:tcPr>
            <w:tcW w:w="6576" w:type="dxa"/>
            <w:tcMar>
              <w:top w:w="85" w:type="dxa"/>
              <w:left w:w="85" w:type="dxa"/>
              <w:bottom w:w="85" w:type="dxa"/>
              <w:right w:w="85" w:type="dxa"/>
            </w:tcMar>
          </w:tcPr>
          <w:p w14:paraId="6E0A990B" w14:textId="77777777" w:rsidR="00581646" w:rsidRDefault="00DE4C48">
            <w:pPr>
              <w:spacing w:before="80" w:after="80"/>
            </w:pPr>
            <w:r>
              <w:t>[naam, telefoonnummer en e-mailadres]</w:t>
            </w:r>
          </w:p>
        </w:tc>
      </w:tr>
      <w:tr w:rsidR="00581646" w14:paraId="5943B8D6" w14:textId="77777777">
        <w:trPr>
          <w:cantSplit/>
        </w:trPr>
        <w:tc>
          <w:tcPr>
            <w:tcW w:w="3402" w:type="dxa"/>
            <w:tcMar>
              <w:top w:w="85" w:type="dxa"/>
              <w:left w:w="85" w:type="dxa"/>
              <w:bottom w:w="85" w:type="dxa"/>
              <w:right w:w="85" w:type="dxa"/>
            </w:tcMar>
          </w:tcPr>
          <w:p w14:paraId="7BF3099D" w14:textId="77777777" w:rsidR="00581646" w:rsidRDefault="00DE4C48">
            <w:pPr>
              <w:spacing w:before="80" w:after="80"/>
            </w:pPr>
            <w:r>
              <w:rPr>
                <w:b/>
              </w:rPr>
              <w:t>Uitvoeringsperiode en opleverdatum</w:t>
            </w:r>
          </w:p>
        </w:tc>
        <w:tc>
          <w:tcPr>
            <w:tcW w:w="6576" w:type="dxa"/>
            <w:tcMar>
              <w:top w:w="85" w:type="dxa"/>
              <w:left w:w="85" w:type="dxa"/>
              <w:bottom w:w="85" w:type="dxa"/>
              <w:right w:w="85" w:type="dxa"/>
            </w:tcMar>
          </w:tcPr>
          <w:p w14:paraId="35C4C844" w14:textId="77777777" w:rsidR="00581646" w:rsidRDefault="00DE4C48">
            <w:pPr>
              <w:spacing w:before="80" w:after="80"/>
            </w:pPr>
            <w:r>
              <w:t>[invullen]</w:t>
            </w:r>
          </w:p>
        </w:tc>
      </w:tr>
    </w:tbl>
    <w:p w14:paraId="1616C54F" w14:textId="77777777" w:rsidR="00581646" w:rsidRDefault="00DE4C48">
      <w:pPr>
        <w:pStyle w:val="Kop2"/>
      </w:pPr>
      <w:r>
        <w:t>Aan te tonen kerncompetentie</w:t>
      </w:r>
    </w:p>
    <w:p w14:paraId="029C19D5" w14:textId="77777777" w:rsidR="00581646" w:rsidRDefault="00DE4C48">
      <w:r>
        <w:rPr>
          <w:b/>
        </w:rPr>
        <w:t xml:space="preserve">3.2  </w:t>
      </w:r>
      <w:r>
        <w:t>De Gegadigde heeft een ondergronds distributienet voor het transport van warmte en koude gerealiseerd in een binnenstedelijke omgeving.</w:t>
      </w:r>
    </w:p>
    <w:p w14:paraId="3997A159" w14:textId="77777777" w:rsidR="00581646" w:rsidRDefault="00DE4C48">
      <w:pPr>
        <w:pStyle w:val="Kop2"/>
      </w:pPr>
      <w:r>
        <w:t>Beschrijving en onderbouwing</w:t>
      </w:r>
    </w:p>
    <w:p w14:paraId="0915AA2E" w14:textId="77777777" w:rsidR="00581646" w:rsidRDefault="00DE4C48">
      <w:r>
        <w:t>[Beschrijf de opdracht, uw eigen werkzaamheden en de feiten waaruit blijkt dat aan deze geschiktheidseis is voldaan. Vergroot de invulruimte zo nodig.]</w:t>
      </w:r>
    </w:p>
    <w:p w14:paraId="1F2E5ED6" w14:textId="77777777" w:rsidR="00581646" w:rsidRDefault="00DE4C48">
      <w:r>
        <w:t>Beroep op een derde? Vermeld dit ook in het UEA, deel II C.</w:t>
      </w:r>
    </w:p>
    <w:sectPr w:rsidR="00581646" w:rsidSect="00034616">
      <w:footerReference w:type="default" r:id="rId8"/>
      <w:pgSz w:w="11906" w:h="16838"/>
      <w:pgMar w:top="850" w:right="964" w:bottom="850"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3A224" w14:textId="77777777" w:rsidR="00DE4C48" w:rsidRDefault="00DE4C48">
      <w:pPr>
        <w:spacing w:after="0"/>
      </w:pPr>
      <w:r>
        <w:separator/>
      </w:r>
    </w:p>
  </w:endnote>
  <w:endnote w:type="continuationSeparator" w:id="0">
    <w:p w14:paraId="38664298" w14:textId="77777777" w:rsidR="00DE4C48" w:rsidRDefault="00DE4C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AE736" w14:textId="77777777" w:rsidR="00581646" w:rsidRDefault="00DE4C48">
    <w:pPr>
      <w:pStyle w:val="Voettekst"/>
    </w:pPr>
    <w:r>
      <w:rPr>
        <w:sz w:val="16"/>
      </w:rPr>
      <w:t xml:space="preserve">Warmtebedrijf Zwolle  |  </w:t>
    </w:r>
    <w:proofErr w:type="spellStart"/>
    <w:r>
      <w:rPr>
        <w:sz w:val="16"/>
      </w:rPr>
      <w:t>Energievoorziening</w:t>
    </w:r>
    <w:proofErr w:type="spellEnd"/>
    <w:r>
      <w:rPr>
        <w:sz w:val="16"/>
      </w:rPr>
      <w:t xml:space="preserve"> </w:t>
    </w:r>
    <w:proofErr w:type="spellStart"/>
    <w:r>
      <w:rPr>
        <w:sz w:val="16"/>
      </w:rPr>
      <w:t>Spoorzone</w:t>
    </w:r>
    <w:proofErr w:type="spellEnd"/>
    <w:r>
      <w:rPr>
        <w:sz w:val="16"/>
      </w:rPr>
      <w:t xml:space="preserve"> Zwolle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CCB1A" w14:textId="77777777" w:rsidR="00DE4C48" w:rsidRDefault="00DE4C48">
      <w:pPr>
        <w:spacing w:after="0"/>
      </w:pPr>
      <w:r>
        <w:separator/>
      </w:r>
    </w:p>
  </w:footnote>
  <w:footnote w:type="continuationSeparator" w:id="0">
    <w:p w14:paraId="226FC230" w14:textId="77777777" w:rsidR="00DE4C48" w:rsidRDefault="00DE4C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940184728">
    <w:abstractNumId w:val="8"/>
  </w:num>
  <w:num w:numId="2" w16cid:durableId="1843855781">
    <w:abstractNumId w:val="6"/>
  </w:num>
  <w:num w:numId="3" w16cid:durableId="711734370">
    <w:abstractNumId w:val="5"/>
  </w:num>
  <w:num w:numId="4" w16cid:durableId="1461999791">
    <w:abstractNumId w:val="4"/>
  </w:num>
  <w:num w:numId="5" w16cid:durableId="82185446">
    <w:abstractNumId w:val="7"/>
  </w:num>
  <w:num w:numId="6" w16cid:durableId="783813772">
    <w:abstractNumId w:val="3"/>
  </w:num>
  <w:num w:numId="7" w16cid:durableId="653804074">
    <w:abstractNumId w:val="2"/>
  </w:num>
  <w:num w:numId="8" w16cid:durableId="1405563548">
    <w:abstractNumId w:val="1"/>
  </w:num>
  <w:num w:numId="9" w16cid:durableId="640156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81646"/>
    <w:rsid w:val="005F2101"/>
    <w:rsid w:val="00AA1D8D"/>
    <w:rsid w:val="00B42B98"/>
    <w:rsid w:val="00B47730"/>
    <w:rsid w:val="00CB0664"/>
    <w:rsid w:val="00CF6560"/>
    <w:rsid w:val="00DE4C4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476E1D"/>
  <w14:defaultImageDpi w14:val="300"/>
  <w15:docId w15:val="{0424EAFA-92A2-4655-B8E8-18D7364E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pPr>
      <w:spacing w:after="100" w:line="240" w:lineRule="auto"/>
    </w:pPr>
    <w:rPr>
      <w:rFonts w:ascii="Arial" w:hAnsi="Arial"/>
      <w:color w:val="000000"/>
      <w:sz w:val="20"/>
    </w:rPr>
  </w:style>
  <w:style w:type="paragraph" w:styleId="Kop1">
    <w:name w:val="heading 1"/>
    <w:basedOn w:val="Standaard"/>
    <w:next w:val="Standaard"/>
    <w:link w:val="Kop1Char"/>
    <w:uiPriority w:val="9"/>
    <w:qFormat/>
    <w:rsid w:val="00FC693F"/>
    <w:pPr>
      <w:keepNext/>
      <w:keepLines/>
      <w:spacing w:before="480"/>
      <w:outlineLvl w:val="0"/>
    </w:pPr>
    <w:rPr>
      <w:rFonts w:asciiTheme="majorHAnsi" w:eastAsiaTheme="majorEastAsia" w:hAnsiTheme="majorHAnsi" w:cstheme="majorBidi"/>
      <w:b/>
      <w:bCs/>
      <w:sz w:val="24"/>
      <w:szCs w:val="28"/>
    </w:rPr>
  </w:style>
  <w:style w:type="paragraph" w:styleId="Kop2">
    <w:name w:val="heading 2"/>
    <w:basedOn w:val="Standaard"/>
    <w:next w:val="Standaard"/>
    <w:link w:val="Kop2Char"/>
    <w:uiPriority w:val="9"/>
    <w:unhideWhenUsed/>
    <w:qFormat/>
    <w:rsid w:val="00FC693F"/>
    <w:pPr>
      <w:keepNext/>
      <w:keepLines/>
      <w:spacing w:before="200"/>
      <w:outlineLvl w:val="1"/>
    </w:pPr>
    <w:rPr>
      <w:rFonts w:asciiTheme="majorHAnsi" w:eastAsiaTheme="majorEastAsia" w:hAnsiTheme="majorHAnsi" w:cstheme="majorBidi"/>
      <w:b/>
      <w:bCs/>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contextualSpacing/>
    </w:pPr>
    <w:rPr>
      <w:rFonts w:asciiTheme="majorHAnsi" w:eastAsiaTheme="majorEastAsia" w:hAnsiTheme="majorHAnsi" w:cstheme="majorBidi"/>
      <w:spacing w:val="5"/>
      <w:kern w:val="28"/>
      <w:sz w:val="3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1487</Words>
  <Characters>8184</Characters>
  <Application>Microsoft Office Word</Application>
  <DocSecurity>0</DocSecurity>
  <Lines>68</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tjeerd.planting@tpinkoopprojecten.nl</dc:creator>
  <cp:keywords/>
  <dc:description>generated by python-docx</dc:description>
  <cp:lastModifiedBy>Tjeerd Planting</cp:lastModifiedBy>
  <cp:revision>3</cp:revision>
  <dcterms:created xsi:type="dcterms:W3CDTF">2026-11-06T12:49:00Z</dcterms:created>
  <dcterms:modified xsi:type="dcterms:W3CDTF">2026-11-06T12:50:00Z</dcterms:modified>
  <cp:category/>
</cp:coreProperties>
</file>