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AFC05" w14:textId="77777777" w:rsidR="00BB0DAF" w:rsidRPr="00E42478" w:rsidRDefault="31D3F2D2" w:rsidP="31D3F2D2">
      <w:pPr>
        <w:rPr>
          <w:rFonts w:ascii="Aptos" w:eastAsia="Aptos" w:hAnsi="Aptos" w:cs="Aptos"/>
          <w:b/>
          <w:bCs/>
          <w:sz w:val="28"/>
          <w:szCs w:val="28"/>
          <w:lang w:val="nl-NL"/>
        </w:rPr>
      </w:pPr>
      <w:r w:rsidRPr="00E42478">
        <w:rPr>
          <w:rFonts w:ascii="Aptos" w:eastAsia="Aptos" w:hAnsi="Aptos" w:cs="Aptos"/>
          <w:b/>
          <w:bCs/>
          <w:sz w:val="28"/>
          <w:szCs w:val="28"/>
          <w:lang w:val="nl-NL"/>
        </w:rPr>
        <w:t>Reactieformulier Marktconsultatie Medisch Advies</w:t>
      </w:r>
    </w:p>
    <w:p w14:paraId="531CDC1E" w14:textId="77777777" w:rsidR="00BB0DAF" w:rsidRPr="00E42478" w:rsidRDefault="31D3F2D2" w:rsidP="31D3F2D2">
      <w:pPr>
        <w:rPr>
          <w:rFonts w:ascii="Aptos" w:eastAsia="Aptos" w:hAnsi="Aptos" w:cs="Aptos"/>
          <w:b/>
          <w:bCs/>
          <w:sz w:val="28"/>
          <w:szCs w:val="28"/>
          <w:lang w:val="nl-NL"/>
        </w:rPr>
      </w:pPr>
      <w:r w:rsidRPr="00E42478">
        <w:rPr>
          <w:rFonts w:ascii="Aptos" w:eastAsia="Aptos" w:hAnsi="Aptos" w:cs="Aptos"/>
          <w:b/>
          <w:bCs/>
          <w:sz w:val="28"/>
          <w:szCs w:val="28"/>
          <w:lang w:val="nl-NL"/>
        </w:rPr>
        <w:t>Gemeenten Veenendaal, Rhenen en Renswoude</w:t>
      </w:r>
    </w:p>
    <w:p w14:paraId="516B7AD9" w14:textId="77777777" w:rsidR="00BB0DAF" w:rsidRDefault="31D3F2D2" w:rsidP="31D3F2D2">
      <w:pPr>
        <w:pStyle w:val="Heading1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t>1. Gegevens organisatie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B0DAF" w14:paraId="0A1529A4" w14:textId="77777777" w:rsidTr="31D3F2D2">
        <w:tc>
          <w:tcPr>
            <w:tcW w:w="4320" w:type="dxa"/>
          </w:tcPr>
          <w:p w14:paraId="4DD743AD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Organisatienaam</w:t>
            </w:r>
          </w:p>
        </w:tc>
        <w:tc>
          <w:tcPr>
            <w:tcW w:w="4320" w:type="dxa"/>
          </w:tcPr>
          <w:p w14:paraId="672A6659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0A79BA76" w14:textId="77777777" w:rsidTr="31D3F2D2">
        <w:tc>
          <w:tcPr>
            <w:tcW w:w="4320" w:type="dxa"/>
          </w:tcPr>
          <w:p w14:paraId="31FE02B2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Contactpersoon</w:t>
            </w:r>
          </w:p>
        </w:tc>
        <w:tc>
          <w:tcPr>
            <w:tcW w:w="4320" w:type="dxa"/>
          </w:tcPr>
          <w:p w14:paraId="0A37501D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701516E5" w14:textId="77777777" w:rsidTr="31D3F2D2">
        <w:tc>
          <w:tcPr>
            <w:tcW w:w="4320" w:type="dxa"/>
          </w:tcPr>
          <w:p w14:paraId="45BBD9D3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Functie</w:t>
            </w:r>
          </w:p>
        </w:tc>
        <w:tc>
          <w:tcPr>
            <w:tcW w:w="4320" w:type="dxa"/>
          </w:tcPr>
          <w:p w14:paraId="5DAB6C7B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7D10722A" w14:textId="77777777" w:rsidTr="31D3F2D2">
        <w:tc>
          <w:tcPr>
            <w:tcW w:w="4320" w:type="dxa"/>
          </w:tcPr>
          <w:p w14:paraId="7CC287A3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E-mailadres</w:t>
            </w:r>
          </w:p>
        </w:tc>
        <w:tc>
          <w:tcPr>
            <w:tcW w:w="4320" w:type="dxa"/>
          </w:tcPr>
          <w:p w14:paraId="02EB378F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6C3D09AD" w14:textId="77777777" w:rsidTr="31D3F2D2">
        <w:tc>
          <w:tcPr>
            <w:tcW w:w="4320" w:type="dxa"/>
          </w:tcPr>
          <w:p w14:paraId="3FEFDC67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Telefoonnummer</w:t>
            </w:r>
          </w:p>
        </w:tc>
        <w:tc>
          <w:tcPr>
            <w:tcW w:w="4320" w:type="dxa"/>
          </w:tcPr>
          <w:p w14:paraId="6A05A809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</w:tbl>
    <w:p w14:paraId="2C298892" w14:textId="754AAC62" w:rsidR="31D3F2D2" w:rsidRDefault="31D3F2D2"/>
    <w:p w14:paraId="495DC8CA" w14:textId="77777777" w:rsidR="00BB0DAF" w:rsidRDefault="31D3F2D2" w:rsidP="31D3F2D2">
      <w:pPr>
        <w:pStyle w:val="Heading1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t>2. Ervaring met medische advisering</w:t>
      </w:r>
    </w:p>
    <w:p w14:paraId="13D752C4" w14:textId="531A82C9" w:rsidR="00BB0DAF" w:rsidRDefault="31D3F2D2" w:rsidP="31D3F2D2">
      <w:pPr>
        <w:rPr>
          <w:rFonts w:ascii="Aptos" w:eastAsia="Aptos" w:hAnsi="Aptos" w:cs="Aptos"/>
          <w:lang w:val="nl-NL"/>
        </w:rPr>
      </w:pPr>
      <w:r w:rsidRPr="31D3F2D2">
        <w:rPr>
          <w:rFonts w:ascii="Aptos" w:eastAsia="Aptos" w:hAnsi="Aptos" w:cs="Aptos"/>
          <w:lang w:val="nl-NL"/>
        </w:rPr>
        <w:t>Beschrijf in 500 woorden uw ervaring met het uitvoeren van medische advisering voor gemeenten.</w:t>
      </w:r>
    </w:p>
    <w:p w14:paraId="72A3D3EC" w14:textId="13726453" w:rsidR="00BB0DAF" w:rsidRPr="001E1D0D" w:rsidRDefault="00062CA6" w:rsidP="31D3F2D2">
      <w:pPr>
        <w:rPr>
          <w:lang w:val="nl-NL"/>
        </w:rPr>
      </w:pPr>
      <w:r w:rsidRPr="001E1D0D">
        <w:rPr>
          <w:lang w:val="nl-NL"/>
        </w:rPr>
        <w:br/>
      </w:r>
    </w:p>
    <w:p w14:paraId="2746F597" w14:textId="77777777" w:rsidR="001E1D0D" w:rsidRPr="001E1D0D" w:rsidRDefault="001E1D0D" w:rsidP="31D3F2D2">
      <w:pPr>
        <w:rPr>
          <w:lang w:val="nl-NL"/>
        </w:rPr>
      </w:pPr>
    </w:p>
    <w:p w14:paraId="5137C9DA" w14:textId="77777777" w:rsidR="00BB0DAF" w:rsidRDefault="31D3F2D2" w:rsidP="31D3F2D2">
      <w:pPr>
        <w:pStyle w:val="Heading1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t>3. Reactie op de gestelde vragen</w:t>
      </w:r>
    </w:p>
    <w:p w14:paraId="003611B8" w14:textId="203ADA2D" w:rsidR="00BB0DAF" w:rsidRDefault="31D3F2D2" w:rsidP="31D3F2D2">
      <w:pPr>
        <w:pStyle w:val="Heading2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t xml:space="preserve">Vraag </w:t>
      </w:r>
      <w:r w:rsidR="0340CE14" w:rsidRPr="2727C790">
        <w:rPr>
          <w:rFonts w:ascii="Aptos" w:eastAsia="Aptos" w:hAnsi="Aptos" w:cs="Aptos"/>
          <w:color w:val="auto"/>
          <w:lang w:val="nl-NL"/>
        </w:rPr>
        <w:t>a</w:t>
      </w:r>
      <w:r w:rsidRPr="31D3F2D2">
        <w:rPr>
          <w:rFonts w:ascii="Aptos" w:eastAsia="Aptos" w:hAnsi="Aptos" w:cs="Aptos"/>
          <w:color w:val="auto"/>
          <w:lang w:val="nl-NL"/>
        </w:rPr>
        <w:t xml:space="preserve"> - Zijn de termijnen haalbaar?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0"/>
        <w:gridCol w:w="1964"/>
        <w:gridCol w:w="1928"/>
        <w:gridCol w:w="1964"/>
      </w:tblGrid>
      <w:tr w:rsidR="00BB0DAF" w14:paraId="170CE693" w14:textId="77777777" w:rsidTr="31D3F2D2">
        <w:tc>
          <w:tcPr>
            <w:tcW w:w="2160" w:type="dxa"/>
          </w:tcPr>
          <w:p w14:paraId="6B5AB5D5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Procedure</w:t>
            </w:r>
          </w:p>
        </w:tc>
        <w:tc>
          <w:tcPr>
            <w:tcW w:w="2160" w:type="dxa"/>
          </w:tcPr>
          <w:p w14:paraId="187900E5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Huidige termijn</w:t>
            </w:r>
          </w:p>
        </w:tc>
        <w:tc>
          <w:tcPr>
            <w:tcW w:w="2160" w:type="dxa"/>
          </w:tcPr>
          <w:p w14:paraId="25DD1F5D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Haalbaar (Ja/Nee)</w:t>
            </w:r>
          </w:p>
        </w:tc>
        <w:tc>
          <w:tcPr>
            <w:tcW w:w="2160" w:type="dxa"/>
          </w:tcPr>
          <w:p w14:paraId="16BFA959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Toelichting</w:t>
            </w:r>
          </w:p>
        </w:tc>
      </w:tr>
      <w:tr w:rsidR="00BB0DAF" w14:paraId="3FF08195" w14:textId="77777777" w:rsidTr="31D3F2D2">
        <w:tc>
          <w:tcPr>
            <w:tcW w:w="2160" w:type="dxa"/>
          </w:tcPr>
          <w:p w14:paraId="070D6014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 xml:space="preserve">Medisch advies </w:t>
            </w:r>
            <w:proofErr w:type="spellStart"/>
            <w:r w:rsidRPr="31D3F2D2">
              <w:rPr>
                <w:rFonts w:ascii="Aptos" w:eastAsia="Aptos" w:hAnsi="Aptos" w:cs="Aptos"/>
                <w:lang w:val="nl-NL"/>
              </w:rPr>
              <w:t>Wmo</w:t>
            </w:r>
            <w:proofErr w:type="spellEnd"/>
          </w:p>
        </w:tc>
        <w:tc>
          <w:tcPr>
            <w:tcW w:w="2160" w:type="dxa"/>
          </w:tcPr>
          <w:p w14:paraId="2998BC11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0D0B940D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0E27B00A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1BB82AF5" w14:textId="77777777" w:rsidTr="31D3F2D2">
        <w:tc>
          <w:tcPr>
            <w:tcW w:w="2160" w:type="dxa"/>
          </w:tcPr>
          <w:p w14:paraId="66ECE014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Spoed medisch advies</w:t>
            </w:r>
          </w:p>
        </w:tc>
        <w:tc>
          <w:tcPr>
            <w:tcW w:w="2160" w:type="dxa"/>
          </w:tcPr>
          <w:p w14:paraId="0EA5EA5F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5 werkdagen</w:t>
            </w:r>
          </w:p>
        </w:tc>
        <w:tc>
          <w:tcPr>
            <w:tcW w:w="2160" w:type="dxa"/>
          </w:tcPr>
          <w:p w14:paraId="60061E4C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44EAFD9C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7143796D" w14:textId="77777777" w:rsidTr="31D3F2D2">
        <w:tc>
          <w:tcPr>
            <w:tcW w:w="2160" w:type="dxa"/>
          </w:tcPr>
          <w:p w14:paraId="6040DB83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Belastbaarheids- en/of psychosociaal advies</w:t>
            </w:r>
          </w:p>
        </w:tc>
        <w:tc>
          <w:tcPr>
            <w:tcW w:w="2160" w:type="dxa"/>
          </w:tcPr>
          <w:p w14:paraId="5AA54A12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4B94D5A5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3DEEC669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61F2242F" w14:textId="77777777" w:rsidTr="31D3F2D2">
        <w:tc>
          <w:tcPr>
            <w:tcW w:w="2160" w:type="dxa"/>
          </w:tcPr>
          <w:p w14:paraId="2B3AF8CC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Arbeidsdeskundig advies</w:t>
            </w:r>
          </w:p>
        </w:tc>
        <w:tc>
          <w:tcPr>
            <w:tcW w:w="2160" w:type="dxa"/>
          </w:tcPr>
          <w:p w14:paraId="556AE5C9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3656B9AB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45FB0818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0300AA91" w14:textId="77777777" w:rsidTr="31D3F2D2">
        <w:tc>
          <w:tcPr>
            <w:tcW w:w="2160" w:type="dxa"/>
          </w:tcPr>
          <w:p w14:paraId="2B08F5D4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Advies bijzondere bijstand</w:t>
            </w:r>
          </w:p>
        </w:tc>
        <w:tc>
          <w:tcPr>
            <w:tcW w:w="2160" w:type="dxa"/>
          </w:tcPr>
          <w:p w14:paraId="4D18CD09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049F31CB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53128261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08F81D79" w14:textId="77777777" w:rsidTr="31D3F2D2">
        <w:tc>
          <w:tcPr>
            <w:tcW w:w="2160" w:type="dxa"/>
          </w:tcPr>
          <w:p w14:paraId="1C63C020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Advies individuele studietoeslag</w:t>
            </w:r>
          </w:p>
        </w:tc>
        <w:tc>
          <w:tcPr>
            <w:tcW w:w="2160" w:type="dxa"/>
          </w:tcPr>
          <w:p w14:paraId="0AA894F8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62486C05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4101652C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54BE5E39" w14:textId="77777777" w:rsidTr="31D3F2D2">
        <w:tc>
          <w:tcPr>
            <w:tcW w:w="2160" w:type="dxa"/>
          </w:tcPr>
          <w:p w14:paraId="58B8B73B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Advies leerlingenvervoer</w:t>
            </w:r>
          </w:p>
        </w:tc>
        <w:tc>
          <w:tcPr>
            <w:tcW w:w="2160" w:type="dxa"/>
          </w:tcPr>
          <w:p w14:paraId="38A1EB09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4B99056E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1299C43A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5C3EE84A" w14:textId="77777777" w:rsidTr="31D3F2D2">
        <w:tc>
          <w:tcPr>
            <w:tcW w:w="2160" w:type="dxa"/>
          </w:tcPr>
          <w:p w14:paraId="3297F1F4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Advies gehandicaptenparkeerkaart/-plaats</w:t>
            </w:r>
          </w:p>
        </w:tc>
        <w:tc>
          <w:tcPr>
            <w:tcW w:w="2160" w:type="dxa"/>
          </w:tcPr>
          <w:p w14:paraId="0F9511AD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4DDBEF00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3461D779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6770EE32" w14:textId="77777777" w:rsidTr="31D3F2D2">
        <w:tc>
          <w:tcPr>
            <w:tcW w:w="2160" w:type="dxa"/>
          </w:tcPr>
          <w:p w14:paraId="57401161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Advies SMI kinderopvang</w:t>
            </w:r>
          </w:p>
        </w:tc>
        <w:tc>
          <w:tcPr>
            <w:tcW w:w="2160" w:type="dxa"/>
          </w:tcPr>
          <w:p w14:paraId="39E94148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3CF2D8B6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0FB78278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0DF172BF" w14:textId="77777777" w:rsidTr="31D3F2D2">
        <w:tc>
          <w:tcPr>
            <w:tcW w:w="2160" w:type="dxa"/>
          </w:tcPr>
          <w:p w14:paraId="226F4BBD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Advies urgentieverklaring huurwoning</w:t>
            </w:r>
          </w:p>
        </w:tc>
        <w:tc>
          <w:tcPr>
            <w:tcW w:w="2160" w:type="dxa"/>
          </w:tcPr>
          <w:p w14:paraId="0DE30AE5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20 werkdagen</w:t>
            </w:r>
          </w:p>
        </w:tc>
        <w:tc>
          <w:tcPr>
            <w:tcW w:w="2160" w:type="dxa"/>
          </w:tcPr>
          <w:p w14:paraId="1FC39945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  <w:tc>
          <w:tcPr>
            <w:tcW w:w="2160" w:type="dxa"/>
          </w:tcPr>
          <w:p w14:paraId="0562CB0E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</w:tbl>
    <w:p w14:paraId="3DE83E12" w14:textId="7E7F1905" w:rsidR="00BB0DAF" w:rsidRDefault="31D3F2D2" w:rsidP="31D3F2D2">
      <w:pPr>
        <w:pStyle w:val="Heading2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lastRenderedPageBreak/>
        <w:t xml:space="preserve">Vraag </w:t>
      </w:r>
      <w:r w:rsidR="59566220" w:rsidRPr="2727C790">
        <w:rPr>
          <w:rFonts w:ascii="Aptos" w:eastAsia="Aptos" w:hAnsi="Aptos" w:cs="Aptos"/>
          <w:color w:val="auto"/>
          <w:lang w:val="nl-NL"/>
        </w:rPr>
        <w:t>b</w:t>
      </w:r>
      <w:r w:rsidR="28D92ED1" w:rsidRPr="2727C790">
        <w:rPr>
          <w:rFonts w:ascii="Aptos" w:eastAsia="Aptos" w:hAnsi="Aptos" w:cs="Aptos"/>
          <w:color w:val="auto"/>
          <w:lang w:val="nl-NL"/>
        </w:rPr>
        <w:t xml:space="preserve"> – Zo nee, w</w:t>
      </w:r>
      <w:r w:rsidR="03268D5A" w:rsidRPr="2727C790">
        <w:rPr>
          <w:rFonts w:ascii="Aptos" w:eastAsia="Aptos" w:hAnsi="Aptos" w:cs="Aptos"/>
          <w:color w:val="auto"/>
          <w:lang w:val="nl-NL"/>
        </w:rPr>
        <w:t>at</w:t>
      </w:r>
      <w:r w:rsidRPr="31D3F2D2">
        <w:rPr>
          <w:rFonts w:ascii="Aptos" w:eastAsia="Aptos" w:hAnsi="Aptos" w:cs="Aptos"/>
          <w:color w:val="auto"/>
          <w:lang w:val="nl-NL"/>
        </w:rPr>
        <w:t xml:space="preserve"> is nodig om de termijnen te halen?</w:t>
      </w:r>
    </w:p>
    <w:p w14:paraId="34CE0A41" w14:textId="77777777" w:rsidR="00BB0DAF" w:rsidRDefault="00062CA6" w:rsidP="31D3F2D2">
      <w:pPr>
        <w:rPr>
          <w:rFonts w:ascii="Aptos" w:eastAsia="Aptos" w:hAnsi="Aptos" w:cs="Aptos"/>
          <w:lang w:val="nl-NL"/>
        </w:rPr>
      </w:pP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</w:p>
    <w:p w14:paraId="26DB679B" w14:textId="5EE49B9E" w:rsidR="00BB0DAF" w:rsidRDefault="03268D5A" w:rsidP="31D3F2D2">
      <w:pPr>
        <w:pStyle w:val="Heading2"/>
        <w:rPr>
          <w:rFonts w:ascii="Aptos" w:eastAsia="Aptos" w:hAnsi="Aptos" w:cs="Aptos"/>
          <w:color w:val="auto"/>
          <w:lang w:val="nl-NL"/>
        </w:rPr>
      </w:pPr>
      <w:r w:rsidRPr="2727C790">
        <w:rPr>
          <w:rFonts w:ascii="Aptos" w:eastAsia="Aptos" w:hAnsi="Aptos" w:cs="Aptos"/>
          <w:color w:val="auto"/>
          <w:lang w:val="nl-NL"/>
        </w:rPr>
        <w:t xml:space="preserve">Vraag </w:t>
      </w:r>
      <w:r w:rsidR="2E758D84" w:rsidRPr="2727C790">
        <w:rPr>
          <w:rFonts w:ascii="Aptos" w:eastAsia="Aptos" w:hAnsi="Aptos" w:cs="Aptos"/>
          <w:color w:val="auto"/>
          <w:lang w:val="nl-NL"/>
        </w:rPr>
        <w:t>c</w:t>
      </w:r>
      <w:r w:rsidR="26D188E0" w:rsidRPr="2727C790">
        <w:rPr>
          <w:rFonts w:ascii="Aptos" w:eastAsia="Aptos" w:hAnsi="Aptos" w:cs="Aptos"/>
          <w:color w:val="auto"/>
          <w:lang w:val="nl-NL"/>
        </w:rPr>
        <w:t xml:space="preserve"> – </w:t>
      </w:r>
      <w:r w:rsidRPr="2727C790">
        <w:rPr>
          <w:rFonts w:ascii="Aptos" w:eastAsia="Aptos" w:hAnsi="Aptos" w:cs="Aptos"/>
          <w:color w:val="auto"/>
          <w:lang w:val="nl-NL"/>
        </w:rPr>
        <w:t>Wa</w:t>
      </w:r>
      <w:r w:rsidR="26D188E0" w:rsidRPr="2727C790">
        <w:rPr>
          <w:rFonts w:ascii="Aptos" w:eastAsia="Aptos" w:hAnsi="Aptos" w:cs="Aptos"/>
          <w:color w:val="auto"/>
          <w:lang w:val="nl-NL"/>
        </w:rPr>
        <w:t>ar zitten de knelpunten bij het halen van de afgesproken termijnen</w:t>
      </w:r>
      <w:r w:rsidRPr="2727C790">
        <w:rPr>
          <w:rFonts w:ascii="Aptos" w:eastAsia="Aptos" w:hAnsi="Aptos" w:cs="Aptos"/>
          <w:color w:val="auto"/>
          <w:lang w:val="nl-NL"/>
        </w:rPr>
        <w:t>?</w:t>
      </w:r>
    </w:p>
    <w:p w14:paraId="62EBF3C5" w14:textId="77777777" w:rsidR="00BB0DAF" w:rsidRDefault="00062CA6" w:rsidP="31D3F2D2">
      <w:pPr>
        <w:rPr>
          <w:rFonts w:ascii="Aptos" w:eastAsia="Aptos" w:hAnsi="Aptos" w:cs="Aptos"/>
          <w:lang w:val="nl-NL"/>
        </w:rPr>
      </w:pP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</w:p>
    <w:p w14:paraId="42E6A85D" w14:textId="61024280" w:rsidR="00BB0DAF" w:rsidRDefault="31D3F2D2" w:rsidP="31D3F2D2">
      <w:pPr>
        <w:pStyle w:val="Heading2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t xml:space="preserve">Vraag </w:t>
      </w:r>
      <w:r w:rsidR="69E7573D" w:rsidRPr="2727C790">
        <w:rPr>
          <w:rFonts w:ascii="Aptos" w:eastAsia="Aptos" w:hAnsi="Aptos" w:cs="Aptos"/>
          <w:color w:val="auto"/>
          <w:lang w:val="nl-NL"/>
        </w:rPr>
        <w:t>d</w:t>
      </w:r>
      <w:r w:rsidRPr="31D3F2D2">
        <w:rPr>
          <w:rFonts w:ascii="Aptos" w:eastAsia="Aptos" w:hAnsi="Aptos" w:cs="Aptos"/>
          <w:color w:val="auto"/>
          <w:lang w:val="nl-NL"/>
        </w:rPr>
        <w:t xml:space="preserve"> - Wat kunnen opdrachtgevers doen</w:t>
      </w:r>
      <w:r w:rsidR="6498F1EB" w:rsidRPr="2727C790">
        <w:rPr>
          <w:rFonts w:ascii="Aptos" w:eastAsia="Aptos" w:hAnsi="Aptos" w:cs="Aptos"/>
          <w:color w:val="auto"/>
          <w:lang w:val="nl-NL"/>
        </w:rPr>
        <w:t xml:space="preserve"> om te zorgen dat adviezen tijdig worden afgerond</w:t>
      </w:r>
      <w:r w:rsidRPr="31D3F2D2">
        <w:rPr>
          <w:rFonts w:ascii="Aptos" w:eastAsia="Aptos" w:hAnsi="Aptos" w:cs="Aptos"/>
          <w:color w:val="auto"/>
          <w:lang w:val="nl-NL"/>
        </w:rPr>
        <w:t>?</w:t>
      </w:r>
    </w:p>
    <w:p w14:paraId="667E6B04" w14:textId="30741BCD" w:rsidR="004D7B19" w:rsidRPr="001E1D0D" w:rsidRDefault="00062CA6" w:rsidP="31D3F2D2">
      <w:pPr>
        <w:rPr>
          <w:lang w:val="nl-NL"/>
        </w:rPr>
      </w:pPr>
      <w:r w:rsidRPr="001E1D0D">
        <w:rPr>
          <w:lang w:val="nl-NL"/>
        </w:rPr>
        <w:br/>
      </w:r>
    </w:p>
    <w:p w14:paraId="38603C9C" w14:textId="77777777" w:rsidR="004D7B19" w:rsidRDefault="00CA148B" w:rsidP="2727C790">
      <w:pPr>
        <w:rPr>
          <w:rFonts w:ascii="Aptos" w:eastAsia="Aptos" w:hAnsi="Aptos" w:cs="Aptos"/>
          <w:lang w:val="nl-NL"/>
        </w:rPr>
      </w:pP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</w:p>
    <w:p w14:paraId="34E7663D" w14:textId="46C01DCE" w:rsidR="004D7B19" w:rsidRPr="001E1D0D" w:rsidRDefault="7B45C884" w:rsidP="2727C790">
      <w:pPr>
        <w:pStyle w:val="Heading2"/>
        <w:rPr>
          <w:lang w:val="nl-NL"/>
        </w:rPr>
      </w:pPr>
      <w:r w:rsidRPr="2727C790">
        <w:rPr>
          <w:rFonts w:ascii="Aptos" w:eastAsia="Aptos" w:hAnsi="Aptos" w:cs="Aptos"/>
          <w:color w:val="auto"/>
          <w:lang w:val="nl-NL"/>
        </w:rPr>
        <w:t>Vraag e – Is de bij onderdeel 2.1 benoemde scope een haalbare combinatie voor uw organisatie?</w:t>
      </w:r>
    </w:p>
    <w:p w14:paraId="1066B7A6" w14:textId="0D6660AE" w:rsidR="004D7B19" w:rsidRPr="001E1D0D" w:rsidRDefault="00CA148B" w:rsidP="2727C790">
      <w:pPr>
        <w:rPr>
          <w:lang w:val="nl-NL"/>
        </w:rPr>
      </w:pPr>
      <w:r w:rsidRPr="001E1D0D">
        <w:rPr>
          <w:lang w:val="nl-NL"/>
        </w:rPr>
        <w:br/>
      </w:r>
    </w:p>
    <w:p w14:paraId="17EB5B54" w14:textId="7DD9FEA3" w:rsidR="004D7B19" w:rsidRPr="001E1D0D" w:rsidRDefault="004D7B19" w:rsidP="2727C790">
      <w:pPr>
        <w:rPr>
          <w:lang w:val="nl-NL"/>
        </w:rPr>
      </w:pPr>
    </w:p>
    <w:p w14:paraId="01D254B8" w14:textId="0FC4B3C5" w:rsidR="004D7B19" w:rsidRPr="001E1D0D" w:rsidRDefault="004D7B19" w:rsidP="2727C790">
      <w:pPr>
        <w:rPr>
          <w:lang w:val="nl-NL"/>
        </w:rPr>
      </w:pPr>
    </w:p>
    <w:p w14:paraId="74498BDF" w14:textId="77777777" w:rsidR="004D7B19" w:rsidRDefault="00CA148B" w:rsidP="2727C790">
      <w:pPr>
        <w:rPr>
          <w:rFonts w:ascii="Aptos" w:eastAsia="Aptos" w:hAnsi="Aptos" w:cs="Aptos"/>
          <w:lang w:val="nl-NL"/>
        </w:rPr>
      </w:pP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lastRenderedPageBreak/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</w:p>
    <w:p w14:paraId="39204F0E" w14:textId="1140301B" w:rsidR="004D7B19" w:rsidRPr="001E1D0D" w:rsidRDefault="6305B907" w:rsidP="2727C790">
      <w:pPr>
        <w:pStyle w:val="Heading2"/>
        <w:rPr>
          <w:lang w:val="nl-NL"/>
        </w:rPr>
      </w:pPr>
      <w:r w:rsidRPr="2727C790">
        <w:rPr>
          <w:rFonts w:ascii="Aptos" w:eastAsia="Aptos" w:hAnsi="Aptos" w:cs="Aptos"/>
          <w:color w:val="auto"/>
          <w:lang w:val="nl-NL"/>
        </w:rPr>
        <w:t xml:space="preserve">Vraag f - </w:t>
      </w:r>
      <w:r w:rsidRPr="2727C790">
        <w:rPr>
          <w:rFonts w:ascii="Aptos" w:eastAsia="Aptos" w:hAnsi="Aptos" w:cs="Aptos"/>
          <w:color w:val="000000" w:themeColor="text1"/>
          <w:lang w:val="nl-NL"/>
        </w:rPr>
        <w:t xml:space="preserve">Acht u het wenselijk dat één opdrachtnemer een breed palet aan medische adviezen verzorgt, of ziet u voordelen in specialisatie per domein of wetgeving? Licht uw antwoord toe. </w:t>
      </w:r>
      <w:r w:rsidRPr="2727C790">
        <w:rPr>
          <w:lang w:val="nl-NL"/>
        </w:rPr>
        <w:t xml:space="preserve"> </w:t>
      </w:r>
    </w:p>
    <w:p w14:paraId="6FDDE7BA" w14:textId="21D2D900" w:rsidR="004D7B19" w:rsidRDefault="004D7B19" w:rsidP="2727C790">
      <w:pPr>
        <w:rPr>
          <w:lang w:val="nl-NL"/>
        </w:rPr>
      </w:pPr>
    </w:p>
    <w:p w14:paraId="6D98A12B" w14:textId="68F3F818" w:rsidR="00BB0DAF" w:rsidRDefault="00062CA6" w:rsidP="31D3F2D2">
      <w:pPr>
        <w:rPr>
          <w:rFonts w:ascii="Aptos" w:eastAsia="Aptos" w:hAnsi="Aptos" w:cs="Aptos"/>
          <w:lang w:val="nl-NL"/>
        </w:rPr>
      </w:pP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</w:p>
    <w:p w14:paraId="5C08FBE9" w14:textId="77777777" w:rsidR="00BB0DAF" w:rsidRDefault="31D3F2D2" w:rsidP="31D3F2D2">
      <w:pPr>
        <w:pStyle w:val="Heading1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t>4. Aanvullende suggesties</w:t>
      </w:r>
    </w:p>
    <w:p w14:paraId="2946DB82" w14:textId="77777777" w:rsidR="00BB0DAF" w:rsidRDefault="00062CA6" w:rsidP="31D3F2D2">
      <w:pPr>
        <w:rPr>
          <w:rFonts w:ascii="Aptos" w:eastAsia="Aptos" w:hAnsi="Aptos" w:cs="Aptos"/>
          <w:lang w:val="nl-NL"/>
        </w:rPr>
      </w:pP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  <w:r w:rsidRPr="001E1D0D">
        <w:rPr>
          <w:lang w:val="nl-NL"/>
        </w:rPr>
        <w:br/>
      </w:r>
    </w:p>
    <w:p w14:paraId="1FD3D88C" w14:textId="77777777" w:rsidR="00BB0DAF" w:rsidRDefault="31D3F2D2" w:rsidP="31D3F2D2">
      <w:pPr>
        <w:pStyle w:val="Heading1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t>5. Vertrouwelijkheid</w:t>
      </w:r>
    </w:p>
    <w:p w14:paraId="0166A45E" w14:textId="77777777" w:rsidR="00BB0DAF" w:rsidRDefault="31D3F2D2" w:rsidP="31D3F2D2">
      <w:pPr>
        <w:rPr>
          <w:rFonts w:ascii="Aptos" w:eastAsia="Aptos" w:hAnsi="Aptos" w:cs="Aptos"/>
          <w:lang w:val="nl-NL"/>
        </w:rPr>
      </w:pPr>
      <w:r w:rsidRPr="31D3F2D2">
        <w:rPr>
          <w:rFonts w:ascii="Aptos" w:eastAsia="Aptos" w:hAnsi="Aptos" w:cs="Aptos"/>
          <w:lang w:val="nl-NL"/>
        </w:rPr>
        <w:t>☐ Onze reactie mag integraal worden gedeeld.</w:t>
      </w:r>
    </w:p>
    <w:p w14:paraId="7315F2CE" w14:textId="77777777" w:rsidR="00BB0DAF" w:rsidRDefault="31D3F2D2" w:rsidP="31D3F2D2">
      <w:pPr>
        <w:rPr>
          <w:rFonts w:ascii="Aptos" w:eastAsia="Aptos" w:hAnsi="Aptos" w:cs="Aptos"/>
          <w:lang w:val="nl-NL"/>
        </w:rPr>
      </w:pPr>
      <w:r w:rsidRPr="31D3F2D2">
        <w:rPr>
          <w:rFonts w:ascii="Aptos" w:eastAsia="Aptos" w:hAnsi="Aptos" w:cs="Aptos"/>
          <w:lang w:val="nl-NL"/>
        </w:rPr>
        <w:t>☐ Onze reactie bevat vertrouwelijke onderdelen.</w:t>
      </w:r>
    </w:p>
    <w:p w14:paraId="3D567CED" w14:textId="77777777" w:rsidR="00BB0DAF" w:rsidRDefault="31D3F2D2" w:rsidP="31D3F2D2">
      <w:pPr>
        <w:rPr>
          <w:rFonts w:ascii="Aptos" w:eastAsia="Aptos" w:hAnsi="Aptos" w:cs="Aptos"/>
          <w:lang w:val="nl-NL"/>
        </w:rPr>
      </w:pPr>
      <w:r w:rsidRPr="31D3F2D2">
        <w:rPr>
          <w:rFonts w:ascii="Aptos" w:eastAsia="Aptos" w:hAnsi="Aptos" w:cs="Aptos"/>
          <w:lang w:val="nl-NL"/>
        </w:rPr>
        <w:t>Toelichting:</w:t>
      </w:r>
    </w:p>
    <w:p w14:paraId="769F70E9" w14:textId="77777777" w:rsidR="001E1D0D" w:rsidRDefault="00062CA6" w:rsidP="31D3F2D2">
      <w:r>
        <w:br/>
      </w:r>
      <w:r>
        <w:br/>
      </w:r>
      <w:r>
        <w:br/>
      </w:r>
    </w:p>
    <w:p w14:paraId="5997CC1D" w14:textId="20DDC370" w:rsidR="00BB0DAF" w:rsidRDefault="00062CA6" w:rsidP="31D3F2D2">
      <w:pPr>
        <w:rPr>
          <w:rFonts w:ascii="Aptos" w:eastAsia="Aptos" w:hAnsi="Aptos" w:cs="Aptos"/>
          <w:lang w:val="nl-NL"/>
        </w:rPr>
      </w:pPr>
      <w:r>
        <w:br/>
      </w:r>
    </w:p>
    <w:p w14:paraId="6CAAC5DB" w14:textId="1B044162" w:rsidR="00BB0DAF" w:rsidRDefault="31D3F2D2" w:rsidP="31D3F2D2">
      <w:pPr>
        <w:pStyle w:val="Heading1"/>
        <w:rPr>
          <w:rFonts w:ascii="Aptos" w:eastAsia="Aptos" w:hAnsi="Aptos" w:cs="Aptos"/>
          <w:color w:val="auto"/>
          <w:lang w:val="nl-NL"/>
        </w:rPr>
      </w:pPr>
      <w:r w:rsidRPr="31D3F2D2">
        <w:rPr>
          <w:rFonts w:ascii="Aptos" w:eastAsia="Aptos" w:hAnsi="Aptos" w:cs="Aptos"/>
          <w:color w:val="auto"/>
          <w:lang w:val="nl-NL"/>
        </w:rPr>
        <w:lastRenderedPageBreak/>
        <w:t xml:space="preserve">6. </w:t>
      </w:r>
      <w:r w:rsidR="003314B0">
        <w:rPr>
          <w:rFonts w:ascii="Aptos" w:eastAsia="Aptos" w:hAnsi="Aptos" w:cs="Aptos"/>
          <w:color w:val="auto"/>
          <w:lang w:val="nl-NL"/>
        </w:rPr>
        <w:t>Eventuele b</w:t>
      </w:r>
      <w:r w:rsidRPr="31D3F2D2">
        <w:rPr>
          <w:rFonts w:ascii="Aptos" w:eastAsia="Aptos" w:hAnsi="Aptos" w:cs="Aptos"/>
          <w:color w:val="auto"/>
          <w:lang w:val="nl-NL"/>
        </w:rPr>
        <w:t>ijlagen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B0DAF" w14:paraId="1951950E" w14:textId="77777777" w:rsidTr="31D3F2D2">
        <w:tc>
          <w:tcPr>
            <w:tcW w:w="4320" w:type="dxa"/>
          </w:tcPr>
          <w:p w14:paraId="2BD11DB9" w14:textId="77777777" w:rsidR="00BB0DAF" w:rsidRPr="003314B0" w:rsidRDefault="31D3F2D2" w:rsidP="31D3F2D2">
            <w:pPr>
              <w:rPr>
                <w:rFonts w:ascii="Aptos" w:eastAsia="Aptos" w:hAnsi="Aptos" w:cs="Aptos"/>
                <w:b/>
                <w:bCs/>
                <w:lang w:val="nl-NL"/>
              </w:rPr>
            </w:pPr>
            <w:r w:rsidRPr="003314B0">
              <w:rPr>
                <w:rFonts w:ascii="Aptos" w:eastAsia="Aptos" w:hAnsi="Aptos" w:cs="Aptos"/>
                <w:b/>
                <w:bCs/>
                <w:lang w:val="nl-NL"/>
              </w:rPr>
              <w:t>Bijlage</w:t>
            </w:r>
          </w:p>
        </w:tc>
        <w:tc>
          <w:tcPr>
            <w:tcW w:w="4320" w:type="dxa"/>
          </w:tcPr>
          <w:p w14:paraId="4D40319E" w14:textId="77777777" w:rsidR="00BB0DAF" w:rsidRPr="003314B0" w:rsidRDefault="31D3F2D2" w:rsidP="31D3F2D2">
            <w:pPr>
              <w:rPr>
                <w:rFonts w:ascii="Aptos" w:eastAsia="Aptos" w:hAnsi="Aptos" w:cs="Aptos"/>
                <w:b/>
                <w:bCs/>
                <w:lang w:val="nl-NL"/>
              </w:rPr>
            </w:pPr>
            <w:r w:rsidRPr="003314B0">
              <w:rPr>
                <w:rFonts w:ascii="Aptos" w:eastAsia="Aptos" w:hAnsi="Aptos" w:cs="Aptos"/>
                <w:b/>
                <w:bCs/>
                <w:lang w:val="nl-NL"/>
              </w:rPr>
              <w:t>Omschrijving</w:t>
            </w:r>
          </w:p>
        </w:tc>
      </w:tr>
      <w:tr w:rsidR="00BB0DAF" w14:paraId="61EC81D4" w14:textId="77777777" w:rsidTr="31D3F2D2">
        <w:tc>
          <w:tcPr>
            <w:tcW w:w="4320" w:type="dxa"/>
          </w:tcPr>
          <w:p w14:paraId="3C47A8D4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Bijlage 1</w:t>
            </w:r>
          </w:p>
        </w:tc>
        <w:tc>
          <w:tcPr>
            <w:tcW w:w="4320" w:type="dxa"/>
          </w:tcPr>
          <w:p w14:paraId="110FFD37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19856243" w14:textId="77777777" w:rsidTr="31D3F2D2">
        <w:tc>
          <w:tcPr>
            <w:tcW w:w="4320" w:type="dxa"/>
          </w:tcPr>
          <w:p w14:paraId="11E83F16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Bijlage 2</w:t>
            </w:r>
          </w:p>
        </w:tc>
        <w:tc>
          <w:tcPr>
            <w:tcW w:w="4320" w:type="dxa"/>
          </w:tcPr>
          <w:p w14:paraId="6B699379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  <w:tr w:rsidR="00BB0DAF" w14:paraId="6D1FCEEB" w14:textId="77777777" w:rsidTr="31D3F2D2">
        <w:tc>
          <w:tcPr>
            <w:tcW w:w="4320" w:type="dxa"/>
          </w:tcPr>
          <w:p w14:paraId="10688AE5" w14:textId="77777777" w:rsidR="00BB0DAF" w:rsidRDefault="31D3F2D2" w:rsidP="31D3F2D2">
            <w:pPr>
              <w:rPr>
                <w:rFonts w:ascii="Aptos" w:eastAsia="Aptos" w:hAnsi="Aptos" w:cs="Aptos"/>
                <w:lang w:val="nl-NL"/>
              </w:rPr>
            </w:pPr>
            <w:r w:rsidRPr="31D3F2D2">
              <w:rPr>
                <w:rFonts w:ascii="Aptos" w:eastAsia="Aptos" w:hAnsi="Aptos" w:cs="Aptos"/>
                <w:lang w:val="nl-NL"/>
              </w:rPr>
              <w:t>Bijlage 3</w:t>
            </w:r>
          </w:p>
        </w:tc>
        <w:tc>
          <w:tcPr>
            <w:tcW w:w="4320" w:type="dxa"/>
          </w:tcPr>
          <w:p w14:paraId="3FE9F23F" w14:textId="77777777" w:rsidR="00BB0DAF" w:rsidRDefault="00BB0DAF" w:rsidP="31D3F2D2">
            <w:pPr>
              <w:rPr>
                <w:rFonts w:ascii="Aptos" w:eastAsia="Aptos" w:hAnsi="Aptos" w:cs="Aptos"/>
                <w:lang w:val="nl-NL"/>
              </w:rPr>
            </w:pPr>
          </w:p>
        </w:tc>
      </w:tr>
    </w:tbl>
    <w:p w14:paraId="48998C89" w14:textId="77777777" w:rsidR="00BB0DAF" w:rsidRDefault="00062CA6" w:rsidP="31D3F2D2">
      <w:pPr>
        <w:rPr>
          <w:rFonts w:ascii="Aptos" w:eastAsia="Aptos" w:hAnsi="Aptos" w:cs="Aptos"/>
          <w:lang w:val="nl-NL"/>
        </w:rPr>
      </w:pPr>
      <w:r>
        <w:br/>
      </w:r>
      <w:r w:rsidR="31D3F2D2" w:rsidRPr="31D3F2D2">
        <w:rPr>
          <w:rFonts w:ascii="Aptos" w:eastAsia="Aptos" w:hAnsi="Aptos" w:cs="Aptos"/>
          <w:lang w:val="nl-NL"/>
        </w:rPr>
        <w:t>Datum indiening: ____________________</w:t>
      </w:r>
    </w:p>
    <w:p w14:paraId="12F5F451" w14:textId="77777777" w:rsidR="00BB0DAF" w:rsidRDefault="31D3F2D2" w:rsidP="31D3F2D2">
      <w:pPr>
        <w:rPr>
          <w:rFonts w:ascii="Aptos" w:eastAsia="Aptos" w:hAnsi="Aptos" w:cs="Aptos"/>
          <w:lang w:val="nl-NL"/>
        </w:rPr>
      </w:pPr>
      <w:r w:rsidRPr="31D3F2D2">
        <w:rPr>
          <w:rFonts w:ascii="Aptos" w:eastAsia="Aptos" w:hAnsi="Aptos" w:cs="Aptos"/>
          <w:lang w:val="nl-NL"/>
        </w:rPr>
        <w:t>Naam indiener: ____________________</w:t>
      </w:r>
    </w:p>
    <w:p w14:paraId="57FAD376" w14:textId="77777777" w:rsidR="00BB0DAF" w:rsidRDefault="31D3F2D2" w:rsidP="31D3F2D2">
      <w:pPr>
        <w:rPr>
          <w:rFonts w:ascii="Aptos" w:eastAsia="Aptos" w:hAnsi="Aptos" w:cs="Aptos"/>
          <w:lang w:val="nl-NL"/>
        </w:rPr>
      </w:pPr>
      <w:r w:rsidRPr="31D3F2D2">
        <w:rPr>
          <w:rFonts w:ascii="Aptos" w:eastAsia="Aptos" w:hAnsi="Aptos" w:cs="Aptos"/>
          <w:lang w:val="nl-NL"/>
        </w:rPr>
        <w:t>Handtekening (optioneel): ____________________</w:t>
      </w:r>
    </w:p>
    <w:sectPr w:rsidR="00BB0DA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856041">
    <w:abstractNumId w:val="3"/>
  </w:num>
  <w:num w:numId="2" w16cid:durableId="1402826905">
    <w:abstractNumId w:val="1"/>
  </w:num>
  <w:num w:numId="3" w16cid:durableId="1587499290">
    <w:abstractNumId w:val="0"/>
  </w:num>
  <w:num w:numId="4" w16cid:durableId="1919092794">
    <w:abstractNumId w:val="6"/>
  </w:num>
  <w:num w:numId="5" w16cid:durableId="1931770206">
    <w:abstractNumId w:val="8"/>
  </w:num>
  <w:num w:numId="6" w16cid:durableId="1971982549">
    <w:abstractNumId w:val="7"/>
  </w:num>
  <w:num w:numId="7" w16cid:durableId="395787910">
    <w:abstractNumId w:val="4"/>
  </w:num>
  <w:num w:numId="8" w16cid:durableId="465586806">
    <w:abstractNumId w:val="5"/>
  </w:num>
  <w:num w:numId="9" w16cid:durableId="688916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CA6"/>
    <w:rsid w:val="0015074B"/>
    <w:rsid w:val="001E1D0D"/>
    <w:rsid w:val="0029639D"/>
    <w:rsid w:val="00326F90"/>
    <w:rsid w:val="003314B0"/>
    <w:rsid w:val="003B789F"/>
    <w:rsid w:val="004D7B19"/>
    <w:rsid w:val="00730304"/>
    <w:rsid w:val="00903079"/>
    <w:rsid w:val="00AA1D8D"/>
    <w:rsid w:val="00B47730"/>
    <w:rsid w:val="00BB0DAF"/>
    <w:rsid w:val="00CB0664"/>
    <w:rsid w:val="00E42478"/>
    <w:rsid w:val="00FC693F"/>
    <w:rsid w:val="03268D5A"/>
    <w:rsid w:val="0340CE14"/>
    <w:rsid w:val="09F469A6"/>
    <w:rsid w:val="2419A58A"/>
    <w:rsid w:val="246270E2"/>
    <w:rsid w:val="26D188E0"/>
    <w:rsid w:val="2727C790"/>
    <w:rsid w:val="28D92ED1"/>
    <w:rsid w:val="2E758D84"/>
    <w:rsid w:val="2F82EF51"/>
    <w:rsid w:val="31D3F2D2"/>
    <w:rsid w:val="42C0071F"/>
    <w:rsid w:val="4581AF18"/>
    <w:rsid w:val="4EAECF2B"/>
    <w:rsid w:val="59566220"/>
    <w:rsid w:val="60DF0EAE"/>
    <w:rsid w:val="6305B907"/>
    <w:rsid w:val="6498F1EB"/>
    <w:rsid w:val="69E7573D"/>
    <w:rsid w:val="6A126B45"/>
    <w:rsid w:val="6D4D5646"/>
    <w:rsid w:val="725B31C8"/>
    <w:rsid w:val="783D8E4E"/>
    <w:rsid w:val="7B45C884"/>
    <w:rsid w:val="7D20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18F586F-F69C-4485-8602-0816FBEF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optekstChar">
    <w:name w:val="Koptekst Char"/>
    <w:basedOn w:val="DefaultParagraphFont"/>
    <w:uiPriority w:val="99"/>
    <w:rsid w:val="00730304"/>
  </w:style>
  <w:style w:type="character" w:customStyle="1" w:styleId="VoettekstChar">
    <w:name w:val="Voettekst Char"/>
    <w:basedOn w:val="DefaultParagraphFont"/>
    <w:uiPriority w:val="99"/>
    <w:rsid w:val="00730304"/>
  </w:style>
  <w:style w:type="character" w:customStyle="1" w:styleId="Kop1Char">
    <w:name w:val="Kop 1 Char"/>
    <w:basedOn w:val="DefaultParagraphFont"/>
    <w:uiPriority w:val="9"/>
    <w:rsid w:val="007303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DefaultParagraphFont"/>
    <w:uiPriority w:val="9"/>
    <w:rsid w:val="007303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DefaultParagraphFont"/>
    <w:uiPriority w:val="9"/>
    <w:rsid w:val="007303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elChar">
    <w:name w:val="Titel Char"/>
    <w:basedOn w:val="DefaultParagraphFont"/>
    <w:uiPriority w:val="10"/>
    <w:rsid w:val="007303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ndertitelChar">
    <w:name w:val="Ondertitel Char"/>
    <w:basedOn w:val="DefaultParagraphFont"/>
    <w:uiPriority w:val="11"/>
    <w:rsid w:val="007303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lattetekstChar">
    <w:name w:val="Platte tekst Char"/>
    <w:basedOn w:val="DefaultParagraphFont"/>
    <w:uiPriority w:val="99"/>
    <w:rsid w:val="00730304"/>
  </w:style>
  <w:style w:type="character" w:customStyle="1" w:styleId="Plattetekst2Char">
    <w:name w:val="Platte tekst 2 Char"/>
    <w:basedOn w:val="DefaultParagraphFont"/>
    <w:uiPriority w:val="99"/>
    <w:rsid w:val="00730304"/>
  </w:style>
  <w:style w:type="character" w:customStyle="1" w:styleId="Plattetekst3Char">
    <w:name w:val="Platte tekst 3 Char"/>
    <w:basedOn w:val="DefaultParagraphFont"/>
    <w:uiPriority w:val="99"/>
    <w:rsid w:val="00730304"/>
    <w:rPr>
      <w:sz w:val="16"/>
      <w:szCs w:val="16"/>
    </w:rPr>
  </w:style>
  <w:style w:type="character" w:customStyle="1" w:styleId="MacrotekstChar">
    <w:name w:val="Macrotekst Char"/>
    <w:basedOn w:val="DefaultParagraphFont"/>
    <w:uiPriority w:val="99"/>
    <w:rsid w:val="00730304"/>
    <w:rPr>
      <w:rFonts w:ascii="Courier" w:hAnsi="Courier"/>
      <w:sz w:val="20"/>
      <w:szCs w:val="20"/>
    </w:rPr>
  </w:style>
  <w:style w:type="character" w:customStyle="1" w:styleId="CitaatChar">
    <w:name w:val="Citaat Char"/>
    <w:basedOn w:val="DefaultParagraphFont"/>
    <w:uiPriority w:val="29"/>
    <w:rsid w:val="00730304"/>
    <w:rPr>
      <w:i/>
      <w:iCs/>
      <w:color w:val="000000" w:themeColor="text1"/>
    </w:rPr>
  </w:style>
  <w:style w:type="character" w:customStyle="1" w:styleId="Kop4Char">
    <w:name w:val="Kop 4 Char"/>
    <w:basedOn w:val="DefaultParagraphFont"/>
    <w:uiPriority w:val="9"/>
    <w:semiHidden/>
    <w:rsid w:val="0073030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DefaultParagraphFont"/>
    <w:uiPriority w:val="9"/>
    <w:semiHidden/>
    <w:rsid w:val="0073030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DefaultParagraphFont"/>
    <w:uiPriority w:val="9"/>
    <w:semiHidden/>
    <w:rsid w:val="0073030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DefaultParagraphFont"/>
    <w:uiPriority w:val="9"/>
    <w:semiHidden/>
    <w:rsid w:val="0073030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DefaultParagraphFont"/>
    <w:uiPriority w:val="9"/>
    <w:semiHidden/>
    <w:rsid w:val="0073030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DefaultParagraphFont"/>
    <w:uiPriority w:val="9"/>
    <w:semiHidden/>
    <w:rsid w:val="0073030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DuidelijkcitaatChar">
    <w:name w:val="Duidelijk citaat Char"/>
    <w:basedOn w:val="DefaultParagraphFont"/>
    <w:uiPriority w:val="30"/>
    <w:rsid w:val="0073030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6DEE9E2DA35B43A73E5AD1F3621931" ma:contentTypeVersion="3" ma:contentTypeDescription="Een nieuw document maken." ma:contentTypeScope="" ma:versionID="98205971b2fc9a58b07a185de69ac949">
  <xsd:schema xmlns:xsd="http://www.w3.org/2001/XMLSchema" xmlns:xs="http://www.w3.org/2001/XMLSchema" xmlns:p="http://schemas.microsoft.com/office/2006/metadata/properties" xmlns:ns2="52208418-ba14-4d38-831c-3100c3107bd9" targetNamespace="http://schemas.microsoft.com/office/2006/metadata/properties" ma:root="true" ma:fieldsID="ca48bf305075c083c9b743c1a3917671" ns2:_="">
    <xsd:import namespace="52208418-ba14-4d38-831c-3100c3107b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08418-ba14-4d38-831c-3100c3107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3EC14-E045-4E6F-95C5-482E70CCB9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C7BA82-6FED-4B1C-B7BC-A13724B1D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65AB80-75A3-4B7C-BEFC-5C6CCC0B2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08418-ba14-4d38-831c-3100c3107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A431B9-810E-4A69-8D32-117C27699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243</Words>
  <Characters>1583</Characters>
  <Application>Microsoft Office Word</Application>
  <DocSecurity>0</DocSecurity>
  <Lines>175</Lines>
  <Paragraphs>67</Paragraphs>
  <ScaleCrop>false</ScaleCrop>
  <Manager/>
  <Company/>
  <LinksUpToDate>false</LinksUpToDate>
  <CharactersWithSpaces>1759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Haantjes</dc:creator>
  <cp:keywords/>
  <dc:description>generated by python-docx</dc:description>
  <cp:lastModifiedBy>Rick Kersten</cp:lastModifiedBy>
  <cp:revision>5</cp:revision>
  <dcterms:created xsi:type="dcterms:W3CDTF">2026-11-05T23:22:00Z</dcterms:created>
  <dcterms:modified xsi:type="dcterms:W3CDTF">2026-11-06T12:21:00Z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0x010100CF6DEE9E2DA35B43A73E5AD1F3621931</vt:lpwstr>
  </property>
</Properties>
</file>