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C755" w14:textId="77777777" w:rsidR="00396D6E" w:rsidRPr="00E81F5C" w:rsidRDefault="00B43768">
      <w:pPr>
        <w:spacing w:after="360" w:line="259" w:lineRule="auto"/>
        <w:rPr>
          <w:color w:val="auto"/>
        </w:rPr>
      </w:pPr>
      <w:r>
        <w:rPr>
          <w:rFonts w:ascii="Oswald Medium" w:eastAsia="Oswald Medium" w:hAnsi="Oswald Medium" w:cs="Oswald Medium"/>
          <w:color w:val="F28D32"/>
          <w:sz w:val="68"/>
        </w:rPr>
        <w:t xml:space="preserve">Formulier referentieopdracht autolease </w:t>
      </w:r>
      <w:r w:rsidRPr="00E81F5C">
        <w:rPr>
          <w:rFonts w:ascii="Oswald Medium" w:eastAsia="Oswald Medium" w:hAnsi="Oswald Medium" w:cs="Oswald Medium"/>
          <w:color w:val="auto"/>
          <w:sz w:val="68"/>
        </w:rPr>
        <w:t>FUMO</w:t>
      </w:r>
    </w:p>
    <w:p w14:paraId="39D483E4" w14:textId="77777777" w:rsidR="00396D6E" w:rsidRDefault="00396D6E">
      <w:pPr>
        <w:sectPr w:rsidR="00396D6E">
          <w:headerReference w:type="default" r:id="rId11"/>
          <w:footerReference w:type="default" r:id="rId12"/>
          <w:pgSz w:w="11906" w:h="16838"/>
          <w:pgMar w:top="6294" w:right="1417" w:bottom="3238" w:left="1417" w:header="0" w:footer="798" w:gutter="0"/>
          <w:cols w:space="720"/>
          <w:docGrid w:linePitch="360"/>
        </w:sectPr>
      </w:pPr>
    </w:p>
    <w:p w14:paraId="28D49766" w14:textId="77777777" w:rsidR="00396D6E" w:rsidRDefault="00B43768">
      <w:pPr>
        <w:pStyle w:val="MFKop1"/>
        <w:keepNext/>
      </w:pPr>
      <w:r>
        <w:rPr>
          <w:color w:val="1D1D1B"/>
        </w:rPr>
        <w:lastRenderedPageBreak/>
        <w:t>1. Formulier referentieopdracht</w:t>
      </w:r>
    </w:p>
    <w:p w14:paraId="7EC0E829" w14:textId="77777777" w:rsidR="00396D6E" w:rsidRDefault="00B43768">
      <w:pPr>
        <w:pStyle w:val="MFBody"/>
      </w:pPr>
      <w:r>
        <w:t>Gebruik dit formulier voor de referentieopdracht waarmee u uw technische bekwaamheid en beroepsbekwaamheid aantoont, zoals bedoeld in paragraaf 3.3.2 van de Aanbestedingsleidraad. Dien het formulier ingevuld en rechtsgeldig ondertekend in als onderdeel van deel 1 van uw Inschrijving.</w:t>
      </w:r>
    </w:p>
    <w:p w14:paraId="4997715E" w14:textId="77777777" w:rsidR="00396D6E" w:rsidRDefault="00B43768">
      <w:pPr>
        <w:pStyle w:val="MFBody"/>
      </w:pPr>
      <w:r>
        <w:t>Beschrijf de opdracht zo dat de Aanbestedende Dienst kan beoordelen of aan alle onderdelen van de kerncompetentie is voldaan. De Aanbestedende Dienst kan de referentie verifiëren bij de opgegeven contactpersoon.</w:t>
      </w:r>
    </w:p>
    <w:p w14:paraId="51E50262" w14:textId="77777777" w:rsidR="00396D6E" w:rsidRDefault="00B43768">
      <w:pPr>
        <w:pStyle w:val="MFKop2"/>
        <w:keepNext/>
        <w:spacing w:before="0"/>
      </w:pPr>
      <w:r>
        <w:t>1.1 Kerncompetentie</w:t>
      </w:r>
    </w:p>
    <w:p w14:paraId="59993E45" w14:textId="77777777" w:rsidR="00396D6E" w:rsidRDefault="00B43768">
      <w:pPr>
        <w:pStyle w:val="MFBody"/>
      </w:pPr>
      <w:r>
        <w:t>De referentieopdracht voldoet aan de volgende kerncompetentie:</w:t>
      </w:r>
    </w:p>
    <w:p w14:paraId="66F6C0A5" w14:textId="77777777" w:rsidR="00396D6E" w:rsidRDefault="00B43768">
      <w:pPr>
        <w:pStyle w:val="Lijstopsomteken"/>
      </w:pPr>
      <w:r>
        <w:t>U bent of was eindverantwoordelijk voor de uitvoering van Full Operational Leaseovereenkomsten voor ten minste zes (6) personenauto's en ten minste zes (6) bedrijfswagens, inclusief de coördinatie van inrichting of bestickering van die bedrijfswagens bij aflevering.</w:t>
      </w:r>
    </w:p>
    <w:p w14:paraId="23496325" w14:textId="77777777" w:rsidR="00396D6E" w:rsidRDefault="00B43768">
      <w:pPr>
        <w:pStyle w:val="Lijstopsomteken"/>
      </w:pPr>
      <w:r>
        <w:t>De dienstverlening is uitgevoerd in de drie (3) jaar vóór de uiterste datum voor het indienen van Inschrijvingen, of is in die periode gestart en heeft een verstreken looptijd van ten minste één (1) jaar.</w:t>
      </w:r>
    </w:p>
    <w:p w14:paraId="516D36D1" w14:textId="77777777" w:rsidR="00396D6E" w:rsidRDefault="00B43768">
      <w:pPr>
        <w:pStyle w:val="MFKop2"/>
        <w:keepNext/>
      </w:pPr>
      <w:r>
        <w:t>1.2 Gegevens opdrachtgever</w:t>
      </w:r>
    </w:p>
    <w:tbl>
      <w:tblPr>
        <w:tblW w:w="9071" w:type="dxa"/>
        <w:tblBorders>
          <w:top w:val="single" w:sz="4" w:space="0" w:color="009B9B"/>
          <w:left w:val="single" w:sz="4" w:space="0" w:color="009B9B"/>
          <w:bottom w:val="single" w:sz="4" w:space="0" w:color="009B9B"/>
          <w:right w:val="single" w:sz="4" w:space="0" w:color="009B9B"/>
          <w:insideH w:val="single" w:sz="4" w:space="0" w:color="009B9B"/>
          <w:insideV w:val="single" w:sz="4" w:space="0" w:color="009B9B"/>
        </w:tblBorders>
        <w:tblLayout w:type="fixed"/>
        <w:tblCellMar>
          <w:top w:w="80" w:type="dxa"/>
          <w:left w:w="120" w:type="dxa"/>
          <w:bottom w:w="80" w:type="dxa"/>
          <w:right w:w="120" w:type="dxa"/>
        </w:tblCellMar>
        <w:tblLook w:val="04A0" w:firstRow="1" w:lastRow="0" w:firstColumn="1" w:lastColumn="0" w:noHBand="0" w:noVBand="1"/>
      </w:tblPr>
      <w:tblGrid>
        <w:gridCol w:w="3969"/>
        <w:gridCol w:w="5102"/>
      </w:tblGrid>
      <w:tr w:rsidR="00396D6E" w14:paraId="5BB3A39F" w14:textId="77777777">
        <w:trPr>
          <w:cantSplit/>
          <w:tblHeader/>
        </w:trPr>
        <w:tc>
          <w:tcPr>
            <w:tcW w:w="3969" w:type="dxa"/>
            <w:shd w:val="clear" w:color="auto" w:fill="009B9B"/>
          </w:tcPr>
          <w:p w14:paraId="65DCC87D" w14:textId="77777777" w:rsidR="00396D6E" w:rsidRDefault="00B43768">
            <w:pPr>
              <w:pStyle w:val="MFTabelkop"/>
              <w:keepNext/>
            </w:pPr>
            <w:r>
              <w:t>Gegeven</w:t>
            </w:r>
          </w:p>
        </w:tc>
        <w:tc>
          <w:tcPr>
            <w:tcW w:w="5102" w:type="dxa"/>
            <w:shd w:val="clear" w:color="auto" w:fill="009B9B"/>
          </w:tcPr>
          <w:p w14:paraId="62045812" w14:textId="77777777" w:rsidR="00396D6E" w:rsidRDefault="00B43768">
            <w:pPr>
              <w:pStyle w:val="MFTabelkop"/>
              <w:keepNext/>
            </w:pPr>
            <w:r>
              <w:t>In te vullen door Inschrijver</w:t>
            </w:r>
          </w:p>
        </w:tc>
      </w:tr>
      <w:tr w:rsidR="00396D6E" w14:paraId="675C3E0C" w14:textId="77777777">
        <w:trPr>
          <w:cantSplit/>
        </w:trPr>
        <w:tc>
          <w:tcPr>
            <w:tcW w:w="3969" w:type="dxa"/>
          </w:tcPr>
          <w:p w14:paraId="1598F8FC" w14:textId="77777777" w:rsidR="00396D6E" w:rsidRDefault="00B43768">
            <w:pPr>
              <w:pStyle w:val="MFTabel"/>
              <w:keepNext/>
            </w:pPr>
            <w:r>
              <w:t>Naam opdrachtgevende organisatie</w:t>
            </w:r>
          </w:p>
        </w:tc>
        <w:tc>
          <w:tcPr>
            <w:tcW w:w="5102" w:type="dxa"/>
          </w:tcPr>
          <w:p w14:paraId="28949671" w14:textId="77777777" w:rsidR="00396D6E" w:rsidRDefault="00396D6E">
            <w:pPr>
              <w:pStyle w:val="MFTabel"/>
              <w:keepNext/>
            </w:pPr>
          </w:p>
        </w:tc>
      </w:tr>
      <w:tr w:rsidR="00396D6E" w14:paraId="0B1BC621" w14:textId="77777777">
        <w:trPr>
          <w:cantSplit/>
        </w:trPr>
        <w:tc>
          <w:tcPr>
            <w:tcW w:w="3969" w:type="dxa"/>
            <w:shd w:val="clear" w:color="auto" w:fill="F2F2F2"/>
          </w:tcPr>
          <w:p w14:paraId="58C539C2" w14:textId="77777777" w:rsidR="00396D6E" w:rsidRDefault="00B43768">
            <w:pPr>
              <w:pStyle w:val="MFTabel"/>
              <w:keepNext/>
            </w:pPr>
            <w:r>
              <w:t>Adres</w:t>
            </w:r>
          </w:p>
        </w:tc>
        <w:tc>
          <w:tcPr>
            <w:tcW w:w="5102" w:type="dxa"/>
            <w:shd w:val="clear" w:color="auto" w:fill="F2F2F2"/>
          </w:tcPr>
          <w:p w14:paraId="2145BACB" w14:textId="77777777" w:rsidR="00396D6E" w:rsidRDefault="00396D6E">
            <w:pPr>
              <w:pStyle w:val="MFTabel"/>
              <w:keepNext/>
            </w:pPr>
          </w:p>
        </w:tc>
      </w:tr>
      <w:tr w:rsidR="00396D6E" w14:paraId="0652A24A" w14:textId="77777777">
        <w:trPr>
          <w:cantSplit/>
        </w:trPr>
        <w:tc>
          <w:tcPr>
            <w:tcW w:w="3969" w:type="dxa"/>
          </w:tcPr>
          <w:p w14:paraId="438CA54C" w14:textId="77777777" w:rsidR="00396D6E" w:rsidRDefault="00B43768">
            <w:pPr>
              <w:pStyle w:val="MFTabel"/>
              <w:keepNext/>
            </w:pPr>
            <w:r>
              <w:t>Postcode en plaats</w:t>
            </w:r>
          </w:p>
        </w:tc>
        <w:tc>
          <w:tcPr>
            <w:tcW w:w="5102" w:type="dxa"/>
          </w:tcPr>
          <w:p w14:paraId="05AE2F20" w14:textId="77777777" w:rsidR="00396D6E" w:rsidRDefault="00396D6E">
            <w:pPr>
              <w:pStyle w:val="MFTabel"/>
              <w:keepNext/>
            </w:pPr>
          </w:p>
        </w:tc>
      </w:tr>
      <w:tr w:rsidR="00396D6E" w14:paraId="63C011E7" w14:textId="77777777">
        <w:trPr>
          <w:cantSplit/>
        </w:trPr>
        <w:tc>
          <w:tcPr>
            <w:tcW w:w="3969" w:type="dxa"/>
            <w:shd w:val="clear" w:color="auto" w:fill="F2F2F2"/>
          </w:tcPr>
          <w:p w14:paraId="2B28A52F" w14:textId="77777777" w:rsidR="00396D6E" w:rsidRDefault="00B43768">
            <w:pPr>
              <w:pStyle w:val="MFTabel"/>
              <w:keepNext/>
            </w:pPr>
            <w:r>
              <w:t>Naam contactpersoon</w:t>
            </w:r>
          </w:p>
        </w:tc>
        <w:tc>
          <w:tcPr>
            <w:tcW w:w="5102" w:type="dxa"/>
            <w:shd w:val="clear" w:color="auto" w:fill="F2F2F2"/>
          </w:tcPr>
          <w:p w14:paraId="5155CDAC" w14:textId="77777777" w:rsidR="00396D6E" w:rsidRDefault="00396D6E">
            <w:pPr>
              <w:pStyle w:val="MFTabel"/>
              <w:keepNext/>
            </w:pPr>
          </w:p>
        </w:tc>
      </w:tr>
      <w:tr w:rsidR="00396D6E" w14:paraId="599C8E25" w14:textId="77777777">
        <w:trPr>
          <w:cantSplit/>
        </w:trPr>
        <w:tc>
          <w:tcPr>
            <w:tcW w:w="3969" w:type="dxa"/>
          </w:tcPr>
          <w:p w14:paraId="5A7BC3A0" w14:textId="77777777" w:rsidR="00396D6E" w:rsidRDefault="00B43768">
            <w:pPr>
              <w:pStyle w:val="MFTabel"/>
              <w:keepNext/>
            </w:pPr>
            <w:r>
              <w:t>Functie contactpersoon</w:t>
            </w:r>
          </w:p>
        </w:tc>
        <w:tc>
          <w:tcPr>
            <w:tcW w:w="5102" w:type="dxa"/>
          </w:tcPr>
          <w:p w14:paraId="590CC2DD" w14:textId="77777777" w:rsidR="00396D6E" w:rsidRDefault="00396D6E">
            <w:pPr>
              <w:pStyle w:val="MFTabel"/>
              <w:keepNext/>
            </w:pPr>
          </w:p>
        </w:tc>
      </w:tr>
      <w:tr w:rsidR="00396D6E" w14:paraId="3141A210" w14:textId="77777777">
        <w:trPr>
          <w:cantSplit/>
        </w:trPr>
        <w:tc>
          <w:tcPr>
            <w:tcW w:w="3969" w:type="dxa"/>
            <w:shd w:val="clear" w:color="auto" w:fill="F2F2F2"/>
          </w:tcPr>
          <w:p w14:paraId="660616ED" w14:textId="77777777" w:rsidR="00396D6E" w:rsidRDefault="00B43768">
            <w:pPr>
              <w:pStyle w:val="MFTabel"/>
              <w:keepNext/>
            </w:pPr>
            <w:r>
              <w:t>Telefoonnummer contactpersoon</w:t>
            </w:r>
          </w:p>
        </w:tc>
        <w:tc>
          <w:tcPr>
            <w:tcW w:w="5102" w:type="dxa"/>
            <w:shd w:val="clear" w:color="auto" w:fill="F2F2F2"/>
          </w:tcPr>
          <w:p w14:paraId="12AA7B1C" w14:textId="77777777" w:rsidR="00396D6E" w:rsidRDefault="00396D6E">
            <w:pPr>
              <w:pStyle w:val="MFTabel"/>
              <w:keepNext/>
            </w:pPr>
          </w:p>
        </w:tc>
      </w:tr>
      <w:tr w:rsidR="00396D6E" w14:paraId="23C4E724" w14:textId="77777777">
        <w:trPr>
          <w:cantSplit/>
        </w:trPr>
        <w:tc>
          <w:tcPr>
            <w:tcW w:w="3969" w:type="dxa"/>
          </w:tcPr>
          <w:p w14:paraId="3DF2FED4" w14:textId="77777777" w:rsidR="00396D6E" w:rsidRDefault="00B43768">
            <w:pPr>
              <w:pStyle w:val="MFTabel"/>
              <w:keepNext/>
            </w:pPr>
            <w:r>
              <w:t>E-mailadres contactpersoon</w:t>
            </w:r>
          </w:p>
        </w:tc>
        <w:tc>
          <w:tcPr>
            <w:tcW w:w="5102" w:type="dxa"/>
          </w:tcPr>
          <w:p w14:paraId="2E26DBA4" w14:textId="77777777" w:rsidR="00396D6E" w:rsidRDefault="00396D6E">
            <w:pPr>
              <w:pStyle w:val="MFTabel"/>
              <w:keepNext/>
            </w:pPr>
          </w:p>
        </w:tc>
      </w:tr>
    </w:tbl>
    <w:p w14:paraId="53E40B45" w14:textId="77777777" w:rsidR="00396D6E" w:rsidRDefault="00B43768">
      <w:pPr>
        <w:pStyle w:val="MFBijschrift"/>
      </w:pPr>
      <w:r>
        <w:rPr>
          <w:b/>
        </w:rPr>
        <w:t xml:space="preserve">Tabel 1: </w:t>
      </w:r>
      <w:r>
        <w:t>Gegevens opdrachtgever</w:t>
      </w:r>
    </w:p>
    <w:p w14:paraId="6E9142EF" w14:textId="77777777" w:rsidR="00396D6E" w:rsidRDefault="00B43768">
      <w:pPr>
        <w:pStyle w:val="MFKop2"/>
        <w:keepNext/>
      </w:pPr>
      <w:r>
        <w:lastRenderedPageBreak/>
        <w:t>1.3 Gegevens opdracht</w:t>
      </w:r>
    </w:p>
    <w:tbl>
      <w:tblPr>
        <w:tblW w:w="9071" w:type="dxa"/>
        <w:tblBorders>
          <w:top w:val="single" w:sz="4" w:space="0" w:color="009B9B"/>
          <w:left w:val="single" w:sz="4" w:space="0" w:color="009B9B"/>
          <w:bottom w:val="single" w:sz="4" w:space="0" w:color="009B9B"/>
          <w:right w:val="single" w:sz="4" w:space="0" w:color="009B9B"/>
          <w:insideH w:val="single" w:sz="4" w:space="0" w:color="009B9B"/>
          <w:insideV w:val="single" w:sz="4" w:space="0" w:color="009B9B"/>
        </w:tblBorders>
        <w:tblLayout w:type="fixed"/>
        <w:tblCellMar>
          <w:top w:w="80" w:type="dxa"/>
          <w:left w:w="120" w:type="dxa"/>
          <w:bottom w:w="80" w:type="dxa"/>
          <w:right w:w="120" w:type="dxa"/>
        </w:tblCellMar>
        <w:tblLook w:val="04A0" w:firstRow="1" w:lastRow="0" w:firstColumn="1" w:lastColumn="0" w:noHBand="0" w:noVBand="1"/>
      </w:tblPr>
      <w:tblGrid>
        <w:gridCol w:w="3969"/>
        <w:gridCol w:w="5102"/>
      </w:tblGrid>
      <w:tr w:rsidR="00396D6E" w14:paraId="0E5FFEA3" w14:textId="77777777">
        <w:trPr>
          <w:cantSplit/>
          <w:tblHeader/>
        </w:trPr>
        <w:tc>
          <w:tcPr>
            <w:tcW w:w="3969" w:type="dxa"/>
            <w:shd w:val="clear" w:color="auto" w:fill="009B9B"/>
          </w:tcPr>
          <w:p w14:paraId="55C1C81A" w14:textId="77777777" w:rsidR="00396D6E" w:rsidRDefault="00B43768">
            <w:pPr>
              <w:pStyle w:val="MFTabelkop"/>
              <w:keepNext/>
            </w:pPr>
            <w:r>
              <w:t>Gegeven</w:t>
            </w:r>
          </w:p>
        </w:tc>
        <w:tc>
          <w:tcPr>
            <w:tcW w:w="5102" w:type="dxa"/>
            <w:shd w:val="clear" w:color="auto" w:fill="009B9B"/>
          </w:tcPr>
          <w:p w14:paraId="06268243" w14:textId="77777777" w:rsidR="00396D6E" w:rsidRDefault="00B43768">
            <w:pPr>
              <w:pStyle w:val="MFTabelkop"/>
              <w:keepNext/>
            </w:pPr>
            <w:r>
              <w:t>In te vullen door Inschrijver</w:t>
            </w:r>
          </w:p>
        </w:tc>
      </w:tr>
      <w:tr w:rsidR="00396D6E" w14:paraId="510BDD22" w14:textId="77777777">
        <w:trPr>
          <w:cantSplit/>
        </w:trPr>
        <w:tc>
          <w:tcPr>
            <w:tcW w:w="3969" w:type="dxa"/>
          </w:tcPr>
          <w:p w14:paraId="13B872D5" w14:textId="77777777" w:rsidR="00396D6E" w:rsidRDefault="00B43768">
            <w:pPr>
              <w:pStyle w:val="MFTabel"/>
              <w:keepNext/>
            </w:pPr>
            <w:r>
              <w:t>Startdatum dienstverlening (dd-mm-jjjj)</w:t>
            </w:r>
          </w:p>
        </w:tc>
        <w:tc>
          <w:tcPr>
            <w:tcW w:w="5102" w:type="dxa"/>
          </w:tcPr>
          <w:p w14:paraId="261A1106" w14:textId="77777777" w:rsidR="00396D6E" w:rsidRDefault="00396D6E">
            <w:pPr>
              <w:pStyle w:val="MFTabel"/>
              <w:keepNext/>
            </w:pPr>
          </w:p>
        </w:tc>
      </w:tr>
      <w:tr w:rsidR="00396D6E" w14:paraId="188159B7" w14:textId="77777777">
        <w:trPr>
          <w:cantSplit/>
        </w:trPr>
        <w:tc>
          <w:tcPr>
            <w:tcW w:w="3969" w:type="dxa"/>
            <w:shd w:val="clear" w:color="auto" w:fill="F2F2F2"/>
          </w:tcPr>
          <w:p w14:paraId="4F2F45E8" w14:textId="77777777" w:rsidR="00396D6E" w:rsidRDefault="00B43768">
            <w:pPr>
              <w:pStyle w:val="MFTabel"/>
              <w:keepNext/>
            </w:pPr>
            <w:r>
              <w:t>Einddatum dienstverlening (dd-mm-jjjj), of 'lopend'</w:t>
            </w:r>
          </w:p>
        </w:tc>
        <w:tc>
          <w:tcPr>
            <w:tcW w:w="5102" w:type="dxa"/>
            <w:shd w:val="clear" w:color="auto" w:fill="F2F2F2"/>
          </w:tcPr>
          <w:p w14:paraId="6399A5FA" w14:textId="77777777" w:rsidR="00396D6E" w:rsidRDefault="00396D6E">
            <w:pPr>
              <w:pStyle w:val="MFTabel"/>
              <w:keepNext/>
            </w:pPr>
          </w:p>
        </w:tc>
      </w:tr>
      <w:tr w:rsidR="00396D6E" w:rsidRPr="004519E4" w14:paraId="78FB1CFC" w14:textId="77777777">
        <w:trPr>
          <w:cantSplit/>
        </w:trPr>
        <w:tc>
          <w:tcPr>
            <w:tcW w:w="3969" w:type="dxa"/>
          </w:tcPr>
          <w:p w14:paraId="355B788E" w14:textId="77777777" w:rsidR="00396D6E" w:rsidRPr="00E81F5C" w:rsidRDefault="00B43768">
            <w:pPr>
              <w:pStyle w:val="MFTabel"/>
              <w:keepNext/>
              <w:rPr>
                <w:lang w:val="en-US"/>
              </w:rPr>
            </w:pPr>
            <w:r w:rsidRPr="00E81F5C">
              <w:rPr>
                <w:lang w:val="en-US"/>
              </w:rPr>
              <w:t>Aantal personenauto's in full operational lease</w:t>
            </w:r>
          </w:p>
        </w:tc>
        <w:tc>
          <w:tcPr>
            <w:tcW w:w="5102" w:type="dxa"/>
          </w:tcPr>
          <w:p w14:paraId="112CA679" w14:textId="77777777" w:rsidR="00396D6E" w:rsidRPr="00E81F5C" w:rsidRDefault="00396D6E">
            <w:pPr>
              <w:pStyle w:val="MFTabel"/>
              <w:keepNext/>
              <w:rPr>
                <w:lang w:val="en-US"/>
              </w:rPr>
            </w:pPr>
          </w:p>
        </w:tc>
      </w:tr>
      <w:tr w:rsidR="00396D6E" w14:paraId="339DB355" w14:textId="77777777">
        <w:trPr>
          <w:cantSplit/>
        </w:trPr>
        <w:tc>
          <w:tcPr>
            <w:tcW w:w="3969" w:type="dxa"/>
            <w:shd w:val="clear" w:color="auto" w:fill="F2F2F2"/>
          </w:tcPr>
          <w:p w14:paraId="5493F61E" w14:textId="77777777" w:rsidR="00396D6E" w:rsidRDefault="00B43768">
            <w:pPr>
              <w:pStyle w:val="MFTabel"/>
              <w:keepNext/>
            </w:pPr>
            <w:r>
              <w:t>Aantal bedrijfswagens in full operational lease</w:t>
            </w:r>
          </w:p>
        </w:tc>
        <w:tc>
          <w:tcPr>
            <w:tcW w:w="5102" w:type="dxa"/>
            <w:shd w:val="clear" w:color="auto" w:fill="F2F2F2"/>
          </w:tcPr>
          <w:p w14:paraId="4B55BF6E" w14:textId="77777777" w:rsidR="00396D6E" w:rsidRDefault="00396D6E">
            <w:pPr>
              <w:pStyle w:val="MFTabel"/>
              <w:keepNext/>
            </w:pPr>
          </w:p>
        </w:tc>
      </w:tr>
      <w:tr w:rsidR="00396D6E" w14:paraId="0CD620CE" w14:textId="77777777">
        <w:trPr>
          <w:cantSplit/>
        </w:trPr>
        <w:tc>
          <w:tcPr>
            <w:tcW w:w="3969" w:type="dxa"/>
          </w:tcPr>
          <w:p w14:paraId="43F58B96" w14:textId="77777777" w:rsidR="00396D6E" w:rsidRDefault="00B43768">
            <w:pPr>
              <w:pStyle w:val="MFTabel"/>
              <w:keepNext/>
            </w:pPr>
            <w:r>
              <w:t>Coördinatie van inrichting of bestickering van bedrijfswagens bij aflevering (ja of nee)</w:t>
            </w:r>
          </w:p>
        </w:tc>
        <w:tc>
          <w:tcPr>
            <w:tcW w:w="5102" w:type="dxa"/>
          </w:tcPr>
          <w:p w14:paraId="3DF8CCD0" w14:textId="77777777" w:rsidR="00396D6E" w:rsidRDefault="00396D6E">
            <w:pPr>
              <w:pStyle w:val="MFTabel"/>
              <w:keepNext/>
            </w:pPr>
          </w:p>
        </w:tc>
      </w:tr>
      <w:tr w:rsidR="00396D6E" w14:paraId="21F6D8FE" w14:textId="77777777">
        <w:trPr>
          <w:cantSplit/>
        </w:trPr>
        <w:tc>
          <w:tcPr>
            <w:tcW w:w="3969" w:type="dxa"/>
            <w:shd w:val="clear" w:color="auto" w:fill="F2F2F2"/>
          </w:tcPr>
          <w:p w14:paraId="0DB53F21" w14:textId="77777777" w:rsidR="00396D6E" w:rsidRDefault="00B43768">
            <w:pPr>
              <w:pStyle w:val="MFTabel"/>
              <w:keepNext/>
            </w:pPr>
            <w:r>
              <w:t>Rol van Inschrijver (hoofdaannemer, combinant of onderaannemer)</w:t>
            </w:r>
          </w:p>
        </w:tc>
        <w:tc>
          <w:tcPr>
            <w:tcW w:w="5102" w:type="dxa"/>
            <w:shd w:val="clear" w:color="auto" w:fill="F2F2F2"/>
          </w:tcPr>
          <w:p w14:paraId="7D43829E" w14:textId="77777777" w:rsidR="00396D6E" w:rsidRDefault="00396D6E">
            <w:pPr>
              <w:pStyle w:val="MFTabel"/>
              <w:keepNext/>
            </w:pPr>
          </w:p>
        </w:tc>
      </w:tr>
    </w:tbl>
    <w:p w14:paraId="15EF49D7" w14:textId="77777777" w:rsidR="00396D6E" w:rsidRDefault="00B43768">
      <w:pPr>
        <w:pStyle w:val="MFBijschrift"/>
      </w:pPr>
      <w:r>
        <w:rPr>
          <w:b/>
        </w:rPr>
        <w:t xml:space="preserve">Tabel 2: </w:t>
      </w:r>
      <w:r>
        <w:t>Gegevens opdracht</w:t>
      </w:r>
    </w:p>
    <w:p w14:paraId="17F06E1D" w14:textId="77777777" w:rsidR="00396D6E" w:rsidRDefault="00B43768">
      <w:pPr>
        <w:pStyle w:val="MFKop2"/>
        <w:keepNext/>
      </w:pPr>
      <w:r>
        <w:t>1.4 Omschrijving opdracht</w:t>
      </w:r>
    </w:p>
    <w:p w14:paraId="7DBCFA11" w14:textId="77777777" w:rsidR="00396D6E" w:rsidRDefault="00B43768">
      <w:pPr>
        <w:pStyle w:val="MFBody"/>
      </w:pPr>
      <w:r>
        <w:t>Beschrijf in ten hoogste een halve pagina de opdracht, uw rol en verantwoordelijkheid, de omvang en samenstelling van het wagenpark, en hoe u de inrichting of bestickering van bedrijfswagens bij aflevering hebt gecoördineerd.</w:t>
      </w:r>
    </w:p>
    <w:tbl>
      <w:tblPr>
        <w:tblW w:w="9071" w:type="dxa"/>
        <w:tblBorders>
          <w:top w:val="single" w:sz="4" w:space="0" w:color="009B9B"/>
          <w:left w:val="single" w:sz="4" w:space="0" w:color="009B9B"/>
          <w:bottom w:val="single" w:sz="4" w:space="0" w:color="009B9B"/>
          <w:right w:val="single" w:sz="4" w:space="0" w:color="009B9B"/>
          <w:insideH w:val="single" w:sz="4" w:space="0" w:color="009B9B"/>
          <w:insideV w:val="single" w:sz="4" w:space="0" w:color="009B9B"/>
        </w:tblBorders>
        <w:tblLayout w:type="fixed"/>
        <w:tblCellMar>
          <w:top w:w="80" w:type="dxa"/>
          <w:left w:w="120" w:type="dxa"/>
          <w:bottom w:w="80" w:type="dxa"/>
          <w:right w:w="120" w:type="dxa"/>
        </w:tblCellMar>
        <w:tblLook w:val="04A0" w:firstRow="1" w:lastRow="0" w:firstColumn="1" w:lastColumn="0" w:noHBand="0" w:noVBand="1"/>
      </w:tblPr>
      <w:tblGrid>
        <w:gridCol w:w="9071"/>
      </w:tblGrid>
      <w:tr w:rsidR="00396D6E" w14:paraId="7FCC7FD1" w14:textId="77777777">
        <w:trPr>
          <w:cantSplit/>
          <w:tblHeader/>
        </w:trPr>
        <w:tc>
          <w:tcPr>
            <w:tcW w:w="9071" w:type="dxa"/>
            <w:shd w:val="clear" w:color="auto" w:fill="009B9B"/>
          </w:tcPr>
          <w:p w14:paraId="55D24C78" w14:textId="77777777" w:rsidR="00396D6E" w:rsidRDefault="00B43768">
            <w:pPr>
              <w:pStyle w:val="MFTabelkop"/>
              <w:keepNext/>
            </w:pPr>
            <w:r>
              <w:t>Omschrijving</w:t>
            </w:r>
          </w:p>
        </w:tc>
      </w:tr>
      <w:tr w:rsidR="00396D6E" w14:paraId="1EB8FB30" w14:textId="77777777" w:rsidTr="004519E4">
        <w:trPr>
          <w:cantSplit/>
          <w:trHeight w:val="1210"/>
        </w:trPr>
        <w:tc>
          <w:tcPr>
            <w:tcW w:w="9071" w:type="dxa"/>
          </w:tcPr>
          <w:p w14:paraId="6350682A" w14:textId="77777777" w:rsidR="00396D6E" w:rsidRDefault="00396D6E">
            <w:pPr>
              <w:pStyle w:val="MFTabel"/>
              <w:keepNext/>
            </w:pPr>
          </w:p>
        </w:tc>
      </w:tr>
    </w:tbl>
    <w:p w14:paraId="0D0C210D" w14:textId="77777777" w:rsidR="00396D6E" w:rsidRDefault="00B43768">
      <w:pPr>
        <w:pStyle w:val="MFBijschrift"/>
      </w:pPr>
      <w:r>
        <w:rPr>
          <w:b/>
        </w:rPr>
        <w:t xml:space="preserve">Tabel 3: </w:t>
      </w:r>
      <w:r>
        <w:t>Omschrijving opdracht</w:t>
      </w:r>
    </w:p>
    <w:p w14:paraId="255C9FE7" w14:textId="77777777" w:rsidR="00396D6E" w:rsidRDefault="00B43768">
      <w:pPr>
        <w:pStyle w:val="MFKop2"/>
        <w:keepNext/>
      </w:pPr>
      <w:r>
        <w:t>1.5 Verklaring</w:t>
      </w:r>
    </w:p>
    <w:p w14:paraId="6D6F32E3" w14:textId="77777777" w:rsidR="00396D6E" w:rsidRDefault="00B43768">
      <w:pPr>
        <w:pStyle w:val="MFBody"/>
      </w:pPr>
      <w:r>
        <w:t>Inschrijver verklaart dat bovenstaande opdracht is uitgevoerd zonder dat er sprake is geweest van opschorting van betaling, voortijdige beëindiging van de overeenkomst wegens wanprestatie of het opleggen van contractuele boetes wegens onvoldoende presteren.</w:t>
      </w:r>
    </w:p>
    <w:tbl>
      <w:tblPr>
        <w:tblW w:w="9071" w:type="dxa"/>
        <w:tblBorders>
          <w:top w:val="single" w:sz="4" w:space="0" w:color="009B9B"/>
          <w:left w:val="single" w:sz="4" w:space="0" w:color="009B9B"/>
          <w:bottom w:val="single" w:sz="4" w:space="0" w:color="009B9B"/>
          <w:right w:val="single" w:sz="4" w:space="0" w:color="009B9B"/>
          <w:insideH w:val="single" w:sz="4" w:space="0" w:color="009B9B"/>
          <w:insideV w:val="single" w:sz="4" w:space="0" w:color="009B9B"/>
        </w:tblBorders>
        <w:tblLayout w:type="fixed"/>
        <w:tblCellMar>
          <w:top w:w="80" w:type="dxa"/>
          <w:left w:w="120" w:type="dxa"/>
          <w:bottom w:w="80" w:type="dxa"/>
          <w:right w:w="120" w:type="dxa"/>
        </w:tblCellMar>
        <w:tblLook w:val="04A0" w:firstRow="1" w:lastRow="0" w:firstColumn="1" w:lastColumn="0" w:noHBand="0" w:noVBand="1"/>
      </w:tblPr>
      <w:tblGrid>
        <w:gridCol w:w="2835"/>
        <w:gridCol w:w="6236"/>
      </w:tblGrid>
      <w:tr w:rsidR="00396D6E" w14:paraId="0ADCEBF9" w14:textId="77777777">
        <w:trPr>
          <w:cantSplit/>
          <w:tblHeader/>
        </w:trPr>
        <w:tc>
          <w:tcPr>
            <w:tcW w:w="2835" w:type="dxa"/>
            <w:shd w:val="clear" w:color="auto" w:fill="009B9B"/>
          </w:tcPr>
          <w:p w14:paraId="5E0023BA" w14:textId="77777777" w:rsidR="00396D6E" w:rsidRDefault="00B43768">
            <w:pPr>
              <w:pStyle w:val="MFTabelkop"/>
              <w:keepNext/>
            </w:pPr>
            <w:r>
              <w:t>Inschrijver</w:t>
            </w:r>
          </w:p>
        </w:tc>
        <w:tc>
          <w:tcPr>
            <w:tcW w:w="6236" w:type="dxa"/>
            <w:shd w:val="clear" w:color="auto" w:fill="009B9B"/>
          </w:tcPr>
          <w:p w14:paraId="46677AC0" w14:textId="77777777" w:rsidR="00396D6E" w:rsidRDefault="00396D6E">
            <w:pPr>
              <w:pStyle w:val="MFTabelkop"/>
              <w:keepNext/>
            </w:pPr>
          </w:p>
        </w:tc>
      </w:tr>
      <w:tr w:rsidR="00396D6E" w14:paraId="65556C57" w14:textId="77777777">
        <w:trPr>
          <w:cantSplit/>
        </w:trPr>
        <w:tc>
          <w:tcPr>
            <w:tcW w:w="2835" w:type="dxa"/>
          </w:tcPr>
          <w:p w14:paraId="5855693A" w14:textId="77777777" w:rsidR="00396D6E" w:rsidRDefault="00B43768">
            <w:pPr>
              <w:pStyle w:val="MFTabel"/>
              <w:keepNext/>
            </w:pPr>
            <w:r>
              <w:t>Naam</w:t>
            </w:r>
          </w:p>
        </w:tc>
        <w:tc>
          <w:tcPr>
            <w:tcW w:w="6236" w:type="dxa"/>
          </w:tcPr>
          <w:p w14:paraId="5FB2B1A2" w14:textId="77777777" w:rsidR="00396D6E" w:rsidRDefault="00396D6E">
            <w:pPr>
              <w:pStyle w:val="MFTabel"/>
              <w:keepNext/>
            </w:pPr>
          </w:p>
        </w:tc>
      </w:tr>
      <w:tr w:rsidR="00396D6E" w14:paraId="08100469" w14:textId="77777777">
        <w:trPr>
          <w:cantSplit/>
        </w:trPr>
        <w:tc>
          <w:tcPr>
            <w:tcW w:w="2835" w:type="dxa"/>
            <w:shd w:val="clear" w:color="auto" w:fill="F2F2F2"/>
          </w:tcPr>
          <w:p w14:paraId="192A334E" w14:textId="77777777" w:rsidR="00396D6E" w:rsidRDefault="00B43768">
            <w:pPr>
              <w:pStyle w:val="MFTabel"/>
              <w:keepNext/>
            </w:pPr>
            <w:r>
              <w:t>Functie</w:t>
            </w:r>
          </w:p>
        </w:tc>
        <w:tc>
          <w:tcPr>
            <w:tcW w:w="6236" w:type="dxa"/>
            <w:shd w:val="clear" w:color="auto" w:fill="F2F2F2"/>
          </w:tcPr>
          <w:p w14:paraId="02FEE7D2" w14:textId="77777777" w:rsidR="00396D6E" w:rsidRDefault="00396D6E">
            <w:pPr>
              <w:pStyle w:val="MFTabel"/>
              <w:keepNext/>
            </w:pPr>
          </w:p>
        </w:tc>
      </w:tr>
      <w:tr w:rsidR="00396D6E" w14:paraId="5F3C2809" w14:textId="77777777">
        <w:trPr>
          <w:cantSplit/>
        </w:trPr>
        <w:tc>
          <w:tcPr>
            <w:tcW w:w="2835" w:type="dxa"/>
          </w:tcPr>
          <w:p w14:paraId="6985EE8F" w14:textId="77777777" w:rsidR="00396D6E" w:rsidRDefault="00B43768">
            <w:pPr>
              <w:pStyle w:val="MFTabel"/>
              <w:keepNext/>
            </w:pPr>
            <w:r>
              <w:t>Onderneming</w:t>
            </w:r>
          </w:p>
        </w:tc>
        <w:tc>
          <w:tcPr>
            <w:tcW w:w="6236" w:type="dxa"/>
          </w:tcPr>
          <w:p w14:paraId="521DE08B" w14:textId="77777777" w:rsidR="00396D6E" w:rsidRDefault="00396D6E">
            <w:pPr>
              <w:pStyle w:val="MFTabel"/>
              <w:keepNext/>
            </w:pPr>
          </w:p>
        </w:tc>
      </w:tr>
      <w:tr w:rsidR="00396D6E" w14:paraId="61AE28D4" w14:textId="77777777">
        <w:trPr>
          <w:cantSplit/>
        </w:trPr>
        <w:tc>
          <w:tcPr>
            <w:tcW w:w="2835" w:type="dxa"/>
            <w:shd w:val="clear" w:color="auto" w:fill="F2F2F2"/>
          </w:tcPr>
          <w:p w14:paraId="21D8BE8F" w14:textId="77777777" w:rsidR="00396D6E" w:rsidRDefault="00B43768">
            <w:pPr>
              <w:pStyle w:val="MFTabel"/>
              <w:keepNext/>
            </w:pPr>
            <w:r>
              <w:t>Plaats en datum</w:t>
            </w:r>
          </w:p>
        </w:tc>
        <w:tc>
          <w:tcPr>
            <w:tcW w:w="6236" w:type="dxa"/>
            <w:shd w:val="clear" w:color="auto" w:fill="F2F2F2"/>
          </w:tcPr>
          <w:p w14:paraId="13132CE6" w14:textId="77777777" w:rsidR="00396D6E" w:rsidRDefault="00396D6E">
            <w:pPr>
              <w:pStyle w:val="MFTabel"/>
              <w:keepNext/>
            </w:pPr>
          </w:p>
        </w:tc>
      </w:tr>
      <w:tr w:rsidR="00396D6E" w14:paraId="27D1C3B3" w14:textId="77777777">
        <w:trPr>
          <w:cantSplit/>
        </w:trPr>
        <w:tc>
          <w:tcPr>
            <w:tcW w:w="2835" w:type="dxa"/>
          </w:tcPr>
          <w:p w14:paraId="71612C79" w14:textId="77777777" w:rsidR="00396D6E" w:rsidRDefault="00B43768">
            <w:pPr>
              <w:pStyle w:val="MFTabel"/>
              <w:keepNext/>
            </w:pPr>
            <w:r>
              <w:t>Handtekening</w:t>
            </w:r>
          </w:p>
        </w:tc>
        <w:tc>
          <w:tcPr>
            <w:tcW w:w="6236" w:type="dxa"/>
          </w:tcPr>
          <w:p w14:paraId="37F40788" w14:textId="4000AF12" w:rsidR="00396D6E" w:rsidRDefault="00B43768">
            <w:pPr>
              <w:pStyle w:val="MFTabel"/>
              <w:keepNext/>
            </w:pPr>
            <w:r>
              <w:br/>
            </w:r>
            <w:r>
              <w:br/>
            </w:r>
          </w:p>
        </w:tc>
      </w:tr>
    </w:tbl>
    <w:p w14:paraId="354D74F5" w14:textId="77777777" w:rsidR="00396D6E" w:rsidRDefault="00B43768">
      <w:pPr>
        <w:pStyle w:val="MFBijschrift"/>
      </w:pPr>
      <w:r>
        <w:rPr>
          <w:b/>
        </w:rPr>
        <w:t xml:space="preserve">Tabel 4: </w:t>
      </w:r>
      <w:r>
        <w:t>Ondertekening Inschrijver</w:t>
      </w:r>
    </w:p>
    <w:sectPr w:rsidR="00396D6E" w:rsidSect="00034616">
      <w:headerReference w:type="default" r:id="rId13"/>
      <w:footerReference w:type="default" r:id="rId14"/>
      <w:pgSz w:w="11906" w:h="16838"/>
      <w:pgMar w:top="1871" w:right="1417" w:bottom="1417"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DE900" w14:textId="77777777" w:rsidR="00AD24D5" w:rsidRDefault="00AD24D5">
      <w:pPr>
        <w:spacing w:after="0" w:line="240" w:lineRule="auto"/>
      </w:pPr>
      <w:r>
        <w:separator/>
      </w:r>
    </w:p>
  </w:endnote>
  <w:endnote w:type="continuationSeparator" w:id="0">
    <w:p w14:paraId="62A22C06" w14:textId="77777777" w:rsidR="00AD24D5" w:rsidRDefault="00AD2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swald Medium">
    <w:charset w:val="00"/>
    <w:family w:val="auto"/>
    <w:pitch w:val="variable"/>
    <w:sig w:usb0="2000020F" w:usb1="00000000" w:usb2="00000000" w:usb3="00000000" w:csb0="00000197" w:csb1="00000000"/>
    <w:embedRegular r:id="rId1" w:fontKey="{BAECEAB3-6400-4E91-AC36-66AE7DBFFAD0}"/>
    <w:embedBold r:id="rId2" w:fontKey="{AA5B8A69-D154-4529-880D-77983A84DDAA}"/>
    <w:embedItalic r:id="rId3" w:fontKey="{0A5A9207-D0F5-427D-8A4C-14B2E78EBCE7}"/>
    <w:embedBoldItalic r:id="rId4" w:fontKey="{6A42F97F-59BE-403F-A6B7-E2E02072234B}"/>
  </w:font>
  <w:font w:name="Helvetica Neue">
    <w:altName w:val="Sylfaen"/>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113" w:type="dxa"/>
      </w:tblCellMar>
      <w:tblLook w:val="04A0" w:firstRow="1" w:lastRow="0" w:firstColumn="1" w:lastColumn="0" w:noHBand="0" w:noVBand="1"/>
    </w:tblPr>
    <w:tblGrid>
      <w:gridCol w:w="3024"/>
      <w:gridCol w:w="3024"/>
      <w:gridCol w:w="3024"/>
    </w:tblGrid>
    <w:tr w:rsidR="00396D6E" w14:paraId="7DE3B648" w14:textId="77777777">
      <w:tc>
        <w:tcPr>
          <w:tcW w:w="3024" w:type="dxa"/>
        </w:tcPr>
        <w:p w14:paraId="158D4DAC" w14:textId="77777777" w:rsidR="00396D6E" w:rsidRDefault="00B43768">
          <w:pPr>
            <w:spacing w:after="40"/>
          </w:pPr>
          <w:r>
            <w:rPr>
              <w:rFonts w:ascii="Oswald Medium" w:eastAsia="Oswald Medium" w:hAnsi="Oswald Medium" w:cs="Oswald Medium"/>
              <w:color w:val="009B9B"/>
              <w:sz w:val="18"/>
              <w:szCs w:val="18"/>
            </w:rPr>
            <w:t>Datum</w:t>
          </w:r>
        </w:p>
        <w:p w14:paraId="68E975BB" w14:textId="3EC24294" w:rsidR="00396D6E" w:rsidRDefault="00B43768">
          <w:pPr>
            <w:spacing w:after="0"/>
          </w:pPr>
          <w:r>
            <w:rPr>
              <w:sz w:val="18"/>
              <w:szCs w:val="18"/>
            </w:rPr>
            <w:t>0</w:t>
          </w:r>
          <w:r w:rsidR="006055C4">
            <w:rPr>
              <w:sz w:val="18"/>
              <w:szCs w:val="18"/>
            </w:rPr>
            <w:t>6</w:t>
          </w:r>
          <w:r>
            <w:rPr>
              <w:sz w:val="18"/>
              <w:szCs w:val="18"/>
            </w:rPr>
            <w:t>-11-2026</w:t>
          </w:r>
        </w:p>
      </w:tc>
      <w:tc>
        <w:tcPr>
          <w:tcW w:w="3024" w:type="dxa"/>
        </w:tcPr>
        <w:p w14:paraId="5F567441" w14:textId="77777777" w:rsidR="00396D6E" w:rsidRDefault="00B43768">
          <w:pPr>
            <w:spacing w:after="40"/>
          </w:pPr>
          <w:r>
            <w:rPr>
              <w:rFonts w:ascii="Oswald Medium" w:eastAsia="Oswald Medium" w:hAnsi="Oswald Medium" w:cs="Oswald Medium"/>
              <w:color w:val="009B9B"/>
              <w:sz w:val="18"/>
              <w:szCs w:val="18"/>
            </w:rPr>
            <w:t>Versie</w:t>
          </w:r>
        </w:p>
        <w:p w14:paraId="12B6BBFB" w14:textId="327AD6CD" w:rsidR="00396D6E" w:rsidRDefault="006055C4">
          <w:pPr>
            <w:spacing w:after="0"/>
          </w:pPr>
          <w:r>
            <w:rPr>
              <w:sz w:val="18"/>
              <w:szCs w:val="18"/>
            </w:rPr>
            <w:t>Definitief</w:t>
          </w:r>
        </w:p>
      </w:tc>
      <w:tc>
        <w:tcPr>
          <w:tcW w:w="3024" w:type="dxa"/>
        </w:tcPr>
        <w:p w14:paraId="075641E9" w14:textId="77777777" w:rsidR="00396D6E" w:rsidRDefault="00B43768">
          <w:pPr>
            <w:spacing w:after="40"/>
          </w:pPr>
          <w:r>
            <w:rPr>
              <w:rFonts w:ascii="Oswald Medium" w:eastAsia="Oswald Medium" w:hAnsi="Oswald Medium" w:cs="Oswald Medium"/>
              <w:color w:val="009B9B"/>
              <w:sz w:val="18"/>
              <w:szCs w:val="18"/>
            </w:rPr>
            <w:t>Kenmerk</w:t>
          </w:r>
        </w:p>
        <w:p w14:paraId="132B4431" w14:textId="2D92F34E" w:rsidR="00396D6E" w:rsidRDefault="00B43768">
          <w:pPr>
            <w:spacing w:after="0"/>
          </w:pPr>
          <w:r>
            <w:rPr>
              <w:sz w:val="18"/>
              <w:szCs w:val="18"/>
            </w:rPr>
            <w:t xml:space="preserve">Bijlage 7, </w:t>
          </w:r>
          <w:r w:rsidR="006055C4">
            <w:rPr>
              <w:sz w:val="18"/>
              <w:szCs w:val="18"/>
            </w:rPr>
            <w:t>v1.0</w:t>
          </w:r>
        </w:p>
      </w:tc>
    </w:tr>
  </w:tbl>
  <w:p w14:paraId="23D4E7FC" w14:textId="77777777" w:rsidR="00396D6E" w:rsidRDefault="00B43768">
    <w:pPr>
      <w:spacing w:before="240" w:after="0"/>
    </w:pPr>
    <w:proofErr w:type="spellStart"/>
    <w:r>
      <w:rPr>
        <w:sz w:val="14"/>
        <w:szCs w:val="14"/>
      </w:rPr>
      <w:t>Fryske</w:t>
    </w:r>
    <w:proofErr w:type="spellEnd"/>
    <w:r>
      <w:rPr>
        <w:sz w:val="14"/>
        <w:szCs w:val="14"/>
      </w:rPr>
      <w:t xml:space="preserve"> </w:t>
    </w:r>
    <w:proofErr w:type="spellStart"/>
    <w:r>
      <w:rPr>
        <w:sz w:val="14"/>
        <w:szCs w:val="14"/>
      </w:rPr>
      <w:t>Utfieringstsjinst</w:t>
    </w:r>
    <w:proofErr w:type="spellEnd"/>
    <w:r>
      <w:rPr>
        <w:sz w:val="14"/>
        <w:szCs w:val="14"/>
      </w:rPr>
      <w:t xml:space="preserve"> </w:t>
    </w:r>
    <w:proofErr w:type="spellStart"/>
    <w:r>
      <w:rPr>
        <w:sz w:val="14"/>
        <w:szCs w:val="14"/>
      </w:rPr>
      <w:t>Miljeu</w:t>
    </w:r>
    <w:proofErr w:type="spellEnd"/>
    <w:r>
      <w:rPr>
        <w:sz w:val="14"/>
        <w:szCs w:val="14"/>
      </w:rPr>
      <w:t xml:space="preserve"> en </w:t>
    </w:r>
    <w:proofErr w:type="spellStart"/>
    <w:r>
      <w:rPr>
        <w:sz w:val="14"/>
        <w:szCs w:val="14"/>
      </w:rPr>
      <w:t>Omjouwing</w:t>
    </w:r>
    <w:proofErr w:type="spellEnd"/>
    <w:r>
      <w:rPr>
        <w:sz w:val="14"/>
        <w:szCs w:val="14"/>
      </w:rPr>
      <w:t xml:space="preserve">  |  J.W. de </w:t>
    </w:r>
    <w:proofErr w:type="spellStart"/>
    <w:r>
      <w:rPr>
        <w:sz w:val="14"/>
        <w:szCs w:val="14"/>
      </w:rPr>
      <w:t>Visserwei</w:t>
    </w:r>
    <w:proofErr w:type="spellEnd"/>
    <w:r>
      <w:rPr>
        <w:sz w:val="14"/>
        <w:szCs w:val="14"/>
      </w:rPr>
      <w:t xml:space="preserve"> 10, 9001 ZE </w:t>
    </w:r>
    <w:proofErr w:type="spellStart"/>
    <w:r>
      <w:rPr>
        <w:sz w:val="14"/>
        <w:szCs w:val="14"/>
      </w:rPr>
      <w:t>Grou</w:t>
    </w:r>
    <w:proofErr w:type="spellEnd"/>
    <w:r>
      <w:rPr>
        <w:sz w:val="14"/>
        <w:szCs w:val="14"/>
      </w:rPr>
      <w:t xml:space="preserve">  |  www.fumo.nl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9E40" w14:textId="77777777" w:rsidR="00396D6E" w:rsidRDefault="00B43768">
    <w:pPr>
      <w:pBdr>
        <w:top w:val="single" w:sz="4" w:space="6" w:color="009B9B"/>
      </w:pBdr>
      <w:tabs>
        <w:tab w:val="right" w:pos="9072"/>
      </w:tabs>
      <w:spacing w:after="0"/>
    </w:pPr>
    <w:r>
      <w:rPr>
        <w:sz w:val="16"/>
        <w:szCs w:val="16"/>
      </w:rPr>
      <w:t>Formulier referentieopdracht autolease FUMO</w:t>
    </w:r>
    <w:r>
      <w:rPr>
        <w:sz w:val="16"/>
        <w:szCs w:val="16"/>
      </w:rPr>
      <w:tab/>
      <w:t xml:space="preserve">Pagina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szCs w:val="16"/>
      </w:rPr>
      <w:t xml:space="preserve"> van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48AD" w14:textId="77777777" w:rsidR="00AD24D5" w:rsidRDefault="00AD24D5">
      <w:pPr>
        <w:spacing w:after="0" w:line="240" w:lineRule="auto"/>
      </w:pPr>
      <w:r>
        <w:separator/>
      </w:r>
    </w:p>
  </w:footnote>
  <w:footnote w:type="continuationSeparator" w:id="0">
    <w:p w14:paraId="1C27B81C" w14:textId="77777777" w:rsidR="00AD24D5" w:rsidRDefault="00AD2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5CA1" w14:textId="77777777" w:rsidR="00396D6E" w:rsidRDefault="00B43768">
    <w:pPr>
      <w:spacing w:after="0"/>
    </w:pPr>
    <w:r>
      <w:rPr>
        <w:noProof/>
      </w:rPr>
      <w:drawing>
        <wp:anchor distT="0" distB="0" distL="0" distR="0" simplePos="0" relativeHeight="4001" behindDoc="1" locked="1" layoutInCell="1" allowOverlap="1" wp14:anchorId="41F07FCC" wp14:editId="42639804">
          <wp:simplePos x="0" y="0"/>
          <wp:positionH relativeFrom="page">
            <wp:posOffset>0</wp:posOffset>
          </wp:positionH>
          <wp:positionV relativeFrom="page">
            <wp:posOffset>0</wp:posOffset>
          </wp:positionV>
          <wp:extent cx="7560000" cy="10692000"/>
          <wp:effectExtent l="0" t="0" r="0" b="0"/>
          <wp:wrapNone/>
          <wp:docPr id="4001" name="FUMO voorb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 name="FUMO voorblad"/>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ABEF" w14:textId="77777777" w:rsidR="00396D6E" w:rsidRDefault="00B43768">
    <w:pPr>
      <w:spacing w:after="0"/>
    </w:pPr>
    <w:r>
      <w:rPr>
        <w:noProof/>
      </w:rPr>
      <w:drawing>
        <wp:anchor distT="0" distB="0" distL="0" distR="0" simplePos="0" relativeHeight="4002" behindDoc="1" locked="1" layoutInCell="1" allowOverlap="1" wp14:anchorId="01CBA24E" wp14:editId="7C1E3D6F">
          <wp:simplePos x="0" y="0"/>
          <wp:positionH relativeFrom="page">
            <wp:posOffset>0</wp:posOffset>
          </wp:positionH>
          <wp:positionV relativeFrom="page">
            <wp:posOffset>0</wp:posOffset>
          </wp:positionV>
          <wp:extent cx="7560000" cy="864000"/>
          <wp:effectExtent l="0" t="0" r="0" b="0"/>
          <wp:wrapNone/>
          <wp:docPr id="4002" name="FUMO kopstr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 name="FUMO kopstrook"/>
                  <pic:cNvPicPr/>
                </pic:nvPicPr>
                <pic:blipFill>
                  <a:blip r:embed="rId1"/>
                  <a:stretch>
                    <a:fillRect/>
                  </a:stretch>
                </pic:blipFill>
                <pic:spPr>
                  <a:xfrm>
                    <a:off x="0" y="0"/>
                    <a:ext cx="7560000" cy="864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Oswald Medium" w:eastAsia="Oswald Medium" w:hAnsi="Oswald Medium" w:cs="Oswald Medium"/>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Oswald Medium" w:eastAsia="Oswald Medium" w:hAnsi="Oswald Medium" w:cs="Oswald Medium"/>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Oswald Medium" w:eastAsia="Oswald Medium" w:hAnsi="Oswald Medium" w:cs="Oswald Medium"/>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Oswald Medium" w:eastAsia="Oswald Medium" w:hAnsi="Oswald Medium" w:cs="Oswald Medium"/>
      </w:rPr>
    </w:lvl>
  </w:abstractNum>
  <w:num w:numId="1" w16cid:durableId="1469937749">
    <w:abstractNumId w:val="8"/>
  </w:num>
  <w:num w:numId="2" w16cid:durableId="1365014133">
    <w:abstractNumId w:val="6"/>
  </w:num>
  <w:num w:numId="3" w16cid:durableId="1751534539">
    <w:abstractNumId w:val="5"/>
  </w:num>
  <w:num w:numId="4" w16cid:durableId="1085344382">
    <w:abstractNumId w:val="4"/>
  </w:num>
  <w:num w:numId="5" w16cid:durableId="893350064">
    <w:abstractNumId w:val="7"/>
  </w:num>
  <w:num w:numId="6" w16cid:durableId="394160011">
    <w:abstractNumId w:val="3"/>
  </w:num>
  <w:num w:numId="7" w16cid:durableId="503134124">
    <w:abstractNumId w:val="2"/>
  </w:num>
  <w:num w:numId="8" w16cid:durableId="901717859">
    <w:abstractNumId w:val="1"/>
  </w:num>
  <w:num w:numId="9" w16cid:durableId="89419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3663"/>
    <w:rsid w:val="00396D6E"/>
    <w:rsid w:val="004519E4"/>
    <w:rsid w:val="006055C4"/>
    <w:rsid w:val="00AA1D8D"/>
    <w:rsid w:val="00AD24D5"/>
    <w:rsid w:val="00B43768"/>
    <w:rsid w:val="00B47730"/>
    <w:rsid w:val="00BF2A3E"/>
    <w:rsid w:val="00CB0664"/>
    <w:rsid w:val="00DA3861"/>
    <w:rsid w:val="00E81F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FEB0D760-C457-4B4B-9F43-7AE45645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color w:val="1D1D1B"/>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rPr>
      <w:lang w:val="nl-NL"/>
    </w:rPr>
  </w:style>
  <w:style w:type="paragraph" w:styleId="Voettekst">
    <w:name w:val="footer"/>
    <w:basedOn w:val="Standaard"/>
    <w:link w:val="VoettekstChar"/>
    <w:uiPriority w:val="99"/>
    <w:unhideWhenUsed/>
    <w:rsid w:val="00E618BF"/>
    <w:pPr>
      <w:spacing w:after="0" w:line="240" w:lineRule="auto"/>
    </w:pPr>
  </w:style>
  <w:style w:type="character" w:customStyle="1" w:styleId="VoettekstChar">
    <w:name w:val="Voettekst Char"/>
    <w:basedOn w:val="Standaardalinea-lettertype"/>
    <w:link w:val="Voettekst"/>
    <w:uiPriority w:val="99"/>
    <w:rsid w:val="00E618BF"/>
    <w:rPr>
      <w:lang w:val="nl-NL"/>
    </w:rPr>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lang w:val="nl-NL"/>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lang w:val="nl-NL"/>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lang w:val="nl-NL"/>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lang w:val="nl-NL"/>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lang w:val="nl-NL"/>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rPr>
      <w:lang w:val="nl-NL"/>
    </w:rPr>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rPr>
      <w:lang w:val="nl-NL"/>
    </w:rPr>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lang w:val="nl-NL"/>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spacing w:after="80"/>
      <w:ind w:left="340" w:hanging="340"/>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spacing w:after="80"/>
      <w:ind w:left="340" w:hanging="340"/>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kstChar">
    <w:name w:val="Macrotekst Char"/>
    <w:basedOn w:val="Standaardalinea-lettertype"/>
    <w:link w:val="Macrotekst"/>
    <w:uiPriority w:val="99"/>
    <w:rsid w:val="0029639D"/>
    <w:rPr>
      <w:rFonts w:ascii="Helvetica Neue" w:hAnsi="Helvetica Neue"/>
      <w:sz w:val="20"/>
      <w:szCs w:val="20"/>
      <w:lang w:val="nl-NL"/>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lang w:val="nl-NL"/>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lang w:val="nl-NL"/>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lang w:val="nl-NL"/>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lang w:val="nl-NL"/>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lang w:val="nl-NL"/>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lang w:val="nl-NL"/>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lang w:val="nl-NL"/>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lang w:val="nl-NL"/>
    </w:rPr>
  </w:style>
  <w:style w:type="character" w:styleId="Nadruk">
    <w:name w:val="Emphasis"/>
    <w:basedOn w:val="Standaardalinea-lettertype"/>
    <w:uiPriority w:val="20"/>
    <w:qFormat/>
    <w:rsid w:val="00FC693F"/>
    <w:rPr>
      <w:i/>
      <w:iCs/>
      <w:lang w:val="nl-NL"/>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lang w:val="nl-NL"/>
    </w:rPr>
  </w:style>
  <w:style w:type="character" w:styleId="Subtielebenadrukking">
    <w:name w:val="Subtle Emphasis"/>
    <w:basedOn w:val="Standaardalinea-lettertype"/>
    <w:uiPriority w:val="19"/>
    <w:qFormat/>
    <w:rsid w:val="00FC693F"/>
    <w:rPr>
      <w:i/>
      <w:iCs/>
      <w:color w:val="808080" w:themeColor="text1" w:themeTint="7F"/>
      <w:lang w:val="nl-NL"/>
    </w:rPr>
  </w:style>
  <w:style w:type="character" w:styleId="Intensievebenadrukking">
    <w:name w:val="Intense Emphasis"/>
    <w:basedOn w:val="Standaardalinea-lettertype"/>
    <w:uiPriority w:val="21"/>
    <w:qFormat/>
    <w:rsid w:val="00FC693F"/>
    <w:rPr>
      <w:b/>
      <w:bCs/>
      <w:i/>
      <w:iCs/>
      <w:color w:val="4F81BD" w:themeColor="accent1"/>
      <w:lang w:val="nl-NL"/>
    </w:rPr>
  </w:style>
  <w:style w:type="character" w:styleId="Subtieleverwijzing">
    <w:name w:val="Subtle Reference"/>
    <w:basedOn w:val="Standaardalinea-lettertype"/>
    <w:uiPriority w:val="31"/>
    <w:qFormat/>
    <w:rsid w:val="00FC693F"/>
    <w:rPr>
      <w:smallCaps/>
      <w:color w:val="C0504D" w:themeColor="accent2"/>
      <w:u w:val="single"/>
      <w:lang w:val="nl-NL"/>
    </w:rPr>
  </w:style>
  <w:style w:type="character" w:styleId="Intensieveverwijzing">
    <w:name w:val="Intense Reference"/>
    <w:basedOn w:val="Standaardalinea-lettertype"/>
    <w:uiPriority w:val="32"/>
    <w:qFormat/>
    <w:rsid w:val="00FC693F"/>
    <w:rPr>
      <w:b/>
      <w:bCs/>
      <w:smallCaps/>
      <w:color w:val="C0504D" w:themeColor="accent2"/>
      <w:spacing w:val="5"/>
      <w:u w:val="single"/>
      <w:lang w:val="nl-NL"/>
    </w:rPr>
  </w:style>
  <w:style w:type="character" w:styleId="Titelvanboek">
    <w:name w:val="Book Title"/>
    <w:basedOn w:val="Standaardalinea-lettertype"/>
    <w:uiPriority w:val="33"/>
    <w:qFormat/>
    <w:rsid w:val="00FC693F"/>
    <w:rPr>
      <w:b/>
      <w:bCs/>
      <w:smallCaps/>
      <w:spacing w:val="5"/>
      <w:lang w:val="nl-NL"/>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FKop1">
    <w:name w:val="MF Kop 1"/>
    <w:pPr>
      <w:spacing w:before="240" w:after="0" w:line="360" w:lineRule="auto"/>
      <w:outlineLvl w:val="0"/>
    </w:pPr>
    <w:rPr>
      <w:rFonts w:ascii="Oswald Medium" w:eastAsia="Oswald Medium" w:hAnsi="Oswald Medium" w:cs="Oswald Medium"/>
      <w:color w:val="009B9B"/>
      <w:sz w:val="28"/>
    </w:rPr>
  </w:style>
  <w:style w:type="paragraph" w:customStyle="1" w:styleId="MFKop2">
    <w:name w:val="MF Kop 2"/>
    <w:pPr>
      <w:spacing w:before="360" w:after="120"/>
      <w:outlineLvl w:val="1"/>
    </w:pPr>
    <w:rPr>
      <w:rFonts w:ascii="Oswald Medium" w:eastAsia="Oswald Medium" w:hAnsi="Oswald Medium" w:cs="Oswald Medium"/>
      <w:color w:val="1D1D1B"/>
      <w:sz w:val="24"/>
    </w:rPr>
  </w:style>
  <w:style w:type="paragraph" w:customStyle="1" w:styleId="MFKop3">
    <w:name w:val="MF Kop 3"/>
    <w:pPr>
      <w:spacing w:before="240" w:after="80"/>
      <w:outlineLvl w:val="2"/>
    </w:pPr>
    <w:rPr>
      <w:rFonts w:ascii="Oswald Medium" w:eastAsia="Oswald Medium" w:hAnsi="Oswald Medium" w:cs="Oswald Medium"/>
      <w:color w:val="1D1D1B"/>
      <w:sz w:val="20"/>
    </w:rPr>
  </w:style>
  <w:style w:type="paragraph" w:customStyle="1" w:styleId="MFLead">
    <w:name w:val="MF Lead"/>
    <w:pPr>
      <w:spacing w:after="120"/>
    </w:pPr>
    <w:rPr>
      <w:color w:val="1D1D1B"/>
      <w:sz w:val="20"/>
    </w:rPr>
  </w:style>
  <w:style w:type="paragraph" w:customStyle="1" w:styleId="MFBody">
    <w:name w:val="MF Body"/>
    <w:pPr>
      <w:spacing w:after="120"/>
    </w:pPr>
    <w:rPr>
      <w:color w:val="1D1D1B"/>
      <w:sz w:val="20"/>
    </w:rPr>
  </w:style>
  <w:style w:type="paragraph" w:customStyle="1" w:styleId="MFBijschrift">
    <w:name w:val="MF Bijschrift"/>
    <w:pPr>
      <w:spacing w:before="240"/>
    </w:pPr>
    <w:rPr>
      <w:i/>
      <w:color w:val="1D1D1B"/>
      <w:sz w:val="18"/>
    </w:rPr>
  </w:style>
  <w:style w:type="paragraph" w:customStyle="1" w:styleId="MFCijfer">
    <w:name w:val="MF Cijfer"/>
    <w:pPr>
      <w:spacing w:after="120"/>
    </w:pPr>
    <w:rPr>
      <w:color w:val="1D1D1B"/>
      <w:sz w:val="20"/>
    </w:rPr>
  </w:style>
  <w:style w:type="paragraph" w:customStyle="1" w:styleId="MFTabel">
    <w:name w:val="MF Tabel"/>
    <w:pPr>
      <w:spacing w:after="0" w:line="240" w:lineRule="auto"/>
    </w:pPr>
    <w:rPr>
      <w:color w:val="1D1D1B"/>
      <w:sz w:val="16"/>
    </w:rPr>
  </w:style>
  <w:style w:type="paragraph" w:customStyle="1" w:styleId="MFTabelkop">
    <w:name w:val="MF Tabelkop"/>
    <w:pPr>
      <w:spacing w:after="0" w:line="240" w:lineRule="auto"/>
    </w:pPr>
    <w:rPr>
      <w:rFonts w:ascii="Oswald Medium" w:eastAsia="Oswald Medium" w:hAnsi="Oswald Medium" w:cs="Oswald Medium"/>
      <w:color w:val="FFFFFF"/>
      <w:sz w:val="16"/>
    </w:rPr>
  </w:style>
  <w:style w:type="paragraph" w:customStyle="1" w:styleId="Inhopg11">
    <w:name w:val="Inhopg 11"/>
    <w:pPr>
      <w:tabs>
        <w:tab w:val="right" w:leader="dot" w:pos="9071"/>
      </w:tabs>
      <w:spacing w:before="120" w:after="40"/>
    </w:pPr>
    <w:rPr>
      <w:b/>
      <w:color w:val="1D1D1B"/>
      <w:sz w:val="20"/>
    </w:rPr>
  </w:style>
  <w:style w:type="paragraph" w:customStyle="1" w:styleId="Inhopg21">
    <w:name w:val="Inhopg 21"/>
    <w:pPr>
      <w:tabs>
        <w:tab w:val="right" w:leader="dot" w:pos="9071"/>
      </w:tabs>
      <w:spacing w:after="40"/>
      <w:ind w:left="454"/>
    </w:pPr>
    <w:rPr>
      <w:color w:val="1D1D1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Oswald Medium"/>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Helvetica Neu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7B535F3642664D8BE755D1273F478B" ma:contentTypeVersion="12" ma:contentTypeDescription="Een nieuw document maken." ma:contentTypeScope="" ma:versionID="ff32cdd1c315df7794d93f16aa07e6c8">
  <xsd:schema xmlns:xsd="http://www.w3.org/2001/XMLSchema" xmlns:xs="http://www.w3.org/2001/XMLSchema" xmlns:p="http://schemas.microsoft.com/office/2006/metadata/properties" xmlns:ns2="52992feb-35a3-4a19-99e6-cdf0d3e12d33" xmlns:ns3="ab4cd63c-575b-4a2e-86b2-e6c6e798d22d" targetNamespace="http://schemas.microsoft.com/office/2006/metadata/properties" ma:root="true" ma:fieldsID="32e83b7ae75577126421977eaffe6a15" ns2:_="" ns3:_="">
    <xsd:import namespace="52992feb-35a3-4a19-99e6-cdf0d3e12d33"/>
    <xsd:import namespace="ab4cd63c-575b-4a2e-86b2-e6c6e798d2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92feb-35a3-4a19-99e6-cdf0d3e12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8a393e3-9b34-41e2-bf09-6a5b254eda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cd63c-575b-4a2e-86b2-e6c6e798d2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d3adff-73bb-4ed4-a69e-2793781fe657}" ma:internalName="TaxCatchAll" ma:showField="CatchAllData" ma:web="ab4cd63c-575b-4a2e-86b2-e6c6e798d2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4cd63c-575b-4a2e-86b2-e6c6e798d22d" xsi:nil="true"/>
    <lcf76f155ced4ddcb4097134ff3c332f xmlns="52992feb-35a3-4a19-99e6-cdf0d3e12d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9CC37F-DEEA-4F7A-BC45-341F294C97C9}">
  <ds:schemaRefs>
    <ds:schemaRef ds:uri="http://schemas.microsoft.com/sharepoint/v3/contenttype/forms"/>
  </ds:schemaRefs>
</ds:datastoreItem>
</file>

<file path=customXml/itemProps2.xml><?xml version="1.0" encoding="utf-8"?>
<ds:datastoreItem xmlns:ds="http://schemas.openxmlformats.org/officeDocument/2006/customXml" ds:itemID="{22F1BD5E-6BFB-4DB7-997A-2B1DC9278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92feb-35a3-4a19-99e6-cdf0d3e12d33"/>
    <ds:schemaRef ds:uri="ab4cd63c-575b-4a2e-86b2-e6c6e798d2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17D3B2D-F6A7-4E73-9FF3-DC0106335BB3}">
  <ds:schemaRefs>
    <ds:schemaRef ds:uri="http://schemas.microsoft.com/office/2006/metadata/properties"/>
    <ds:schemaRef ds:uri="http://schemas.microsoft.com/office/infopath/2007/PartnerControls"/>
    <ds:schemaRef ds:uri="ab4cd63c-575b-4a2e-86b2-e6c6e798d22d"/>
    <ds:schemaRef ds:uri="52992feb-35a3-4a19-99e6-cdf0d3e12d3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388</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Margrit van den Brink</cp:lastModifiedBy>
  <cp:revision>4</cp:revision>
  <dcterms:created xsi:type="dcterms:W3CDTF">2013-12-23T23:15:00Z</dcterms:created>
  <dcterms:modified xsi:type="dcterms:W3CDTF">2026-11-05T06:28:00Z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0x0101004C7B535F3642664D8BE755D1273F478B</vt:lpwstr>
  </property>
  <property fmtid="{D5CDD505-2E9C-101B-9397-08002B2CF9AE}" pid="3" name="MediaServiceImageTags">
    <vt:lpwstr/>
  </property>
</Properties>
</file>