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18C3F" w14:textId="77777777" w:rsidR="00D872C3" w:rsidRDefault="00D872C3" w:rsidP="00D872C3">
      <w:pPr>
        <w:pStyle w:val="Titel"/>
        <w:spacing w:after="0"/>
        <w:rPr>
          <w:rFonts w:ascii="DM Sans" w:hAnsi="DM Sans" w:cs="Arial"/>
          <w:b/>
          <w:color w:val="83B8D8"/>
          <w:szCs w:val="40"/>
        </w:rPr>
      </w:pPr>
    </w:p>
    <w:p w14:paraId="76C6BC27" w14:textId="6A9828C9" w:rsidR="00F30FAF" w:rsidRPr="008F714D" w:rsidRDefault="00000000" w:rsidP="00D872C3">
      <w:pPr>
        <w:pStyle w:val="Titel"/>
        <w:spacing w:after="0"/>
        <w:rPr>
          <w:rFonts w:ascii="DM Sans" w:hAnsi="DM Sans" w:cs="Arial"/>
          <w:b/>
          <w:color w:val="83B8D8"/>
          <w:szCs w:val="40"/>
        </w:rPr>
      </w:pPr>
      <w:proofErr w:type="spellStart"/>
      <w:r w:rsidRPr="008F714D">
        <w:rPr>
          <w:rFonts w:ascii="DM Sans" w:hAnsi="DM Sans" w:cs="Arial"/>
          <w:b/>
          <w:color w:val="83B8D8"/>
          <w:szCs w:val="40"/>
        </w:rPr>
        <w:t>Inschrijfformulier</w:t>
      </w:r>
      <w:proofErr w:type="spellEnd"/>
    </w:p>
    <w:p w14:paraId="47A549D6" w14:textId="77777777" w:rsidR="005D1D49" w:rsidRPr="008F714D" w:rsidRDefault="005D1D49" w:rsidP="00D872C3">
      <w:pPr>
        <w:spacing w:after="0"/>
        <w:rPr>
          <w:lang w:val="nl-NL"/>
        </w:rPr>
      </w:pPr>
    </w:p>
    <w:p w14:paraId="7DC9D82B" w14:textId="77777777" w:rsidR="008F714D" w:rsidRPr="008F714D" w:rsidRDefault="008F714D" w:rsidP="00D872C3">
      <w:pPr>
        <w:spacing w:after="0"/>
        <w:rPr>
          <w:rFonts w:cs="Arial"/>
          <w:b/>
          <w:color w:val="71BF5A"/>
          <w:sz w:val="28"/>
          <w:szCs w:val="28"/>
          <w:lang w:val="nl-NL"/>
        </w:rPr>
      </w:pPr>
      <w:r w:rsidRPr="008F714D">
        <w:rPr>
          <w:rFonts w:cs="Arial"/>
          <w:b/>
          <w:color w:val="71BF5A"/>
          <w:sz w:val="28"/>
          <w:szCs w:val="28"/>
          <w:lang w:val="nl-NL"/>
        </w:rPr>
        <w:t>Dynamisch Aankoopsysteem (DAS) voor afvaltransporten</w:t>
      </w:r>
    </w:p>
    <w:p w14:paraId="23C5DC1A" w14:textId="77777777" w:rsidR="008F714D" w:rsidRDefault="008F714D" w:rsidP="00D872C3">
      <w:pPr>
        <w:spacing w:after="0"/>
        <w:rPr>
          <w:lang w:val="nl-NL"/>
        </w:rPr>
      </w:pPr>
    </w:p>
    <w:p w14:paraId="2BDCE14E" w14:textId="77777777" w:rsidR="008F714D" w:rsidRDefault="00000000" w:rsidP="00D872C3">
      <w:pPr>
        <w:spacing w:after="0"/>
        <w:rPr>
          <w:rFonts w:cs="Arial"/>
          <w:lang w:val="nl-NL"/>
        </w:rPr>
      </w:pPr>
      <w:r w:rsidRPr="008F714D">
        <w:rPr>
          <w:b/>
          <w:bCs/>
          <w:lang w:val="nl-NL"/>
        </w:rPr>
        <w:t>Bijlage 3 | Aanvraag tot deelneming</w:t>
      </w:r>
      <w:r w:rsidRPr="008F714D">
        <w:rPr>
          <w:b/>
          <w:bCs/>
          <w:lang w:val="nl-NL"/>
        </w:rPr>
        <w:br/>
      </w:r>
    </w:p>
    <w:p w14:paraId="3BFF4B16" w14:textId="7D9A8492" w:rsidR="008F714D" w:rsidRPr="008F714D" w:rsidRDefault="008F714D" w:rsidP="00D872C3">
      <w:pPr>
        <w:spacing w:after="0"/>
        <w:rPr>
          <w:rFonts w:cs="Arial"/>
          <w:lang w:val="nl-NL"/>
        </w:rPr>
      </w:pPr>
      <w:r w:rsidRPr="008F714D">
        <w:rPr>
          <w:rFonts w:cs="Arial"/>
          <w:lang w:val="nl-NL"/>
        </w:rPr>
        <w:t>TenderNed-kenmerk 604777</w:t>
      </w:r>
    </w:p>
    <w:p w14:paraId="4BF0673A" w14:textId="77777777" w:rsidR="008F714D" w:rsidRPr="00C150DD" w:rsidRDefault="008F714D" w:rsidP="00D872C3">
      <w:pPr>
        <w:spacing w:after="0"/>
      </w:pPr>
      <w:proofErr w:type="spellStart"/>
      <w:r w:rsidRPr="00C150DD">
        <w:t>Referentie</w:t>
      </w:r>
      <w:proofErr w:type="spellEnd"/>
      <w:r w:rsidRPr="00C150DD">
        <w:t xml:space="preserve"> 2026/MW/PV/19</w:t>
      </w:r>
    </w:p>
    <w:p w14:paraId="752E4674" w14:textId="77777777" w:rsidR="008F714D" w:rsidRPr="00C150DD" w:rsidRDefault="008F714D" w:rsidP="00D872C3">
      <w:pPr>
        <w:spacing w:after="0"/>
        <w:rPr>
          <w:rFonts w:cs="Arial"/>
        </w:rPr>
      </w:pPr>
    </w:p>
    <w:p w14:paraId="0B51CACD" w14:textId="77777777" w:rsidR="008F714D" w:rsidRPr="008F714D" w:rsidRDefault="008F714D" w:rsidP="00D872C3">
      <w:pPr>
        <w:spacing w:after="0"/>
        <w:rPr>
          <w:rFonts w:cs="Arial"/>
          <w:lang w:val="nl-NL"/>
        </w:rPr>
      </w:pPr>
      <w:r w:rsidRPr="008F714D">
        <w:rPr>
          <w:rFonts w:cs="Arial"/>
          <w:lang w:val="nl-NL"/>
        </w:rPr>
        <w:t>Versie 1.0 | 30 oktober 2026</w:t>
      </w:r>
    </w:p>
    <w:p w14:paraId="653567F6" w14:textId="60B50CE9" w:rsidR="005D1D49" w:rsidRPr="008F714D" w:rsidRDefault="005D1D49" w:rsidP="00D872C3">
      <w:pPr>
        <w:spacing w:after="0"/>
        <w:rPr>
          <w:lang w:val="nl-NL"/>
        </w:rPr>
      </w:pPr>
    </w:p>
    <w:p w14:paraId="2B040A25" w14:textId="73FEBE20" w:rsidR="008F714D" w:rsidRDefault="00000000" w:rsidP="00D872C3">
      <w:pPr>
        <w:spacing w:after="0"/>
        <w:rPr>
          <w:lang w:val="nl-NL"/>
        </w:rPr>
      </w:pPr>
      <w:r w:rsidRPr="008F714D">
        <w:rPr>
          <w:lang w:val="nl-NL"/>
        </w:rPr>
        <w:t xml:space="preserve">Vul dit formulier in en vink de toepasselijke verklaringen en categorieën aan. Dien het formulier en het ondertekende UEA via TenderNed in. De checklist volgt de volgorde van de </w:t>
      </w:r>
      <w:r w:rsidR="008F714D">
        <w:rPr>
          <w:lang w:val="nl-NL"/>
        </w:rPr>
        <w:t>aanbestedings</w:t>
      </w:r>
      <w:r w:rsidRPr="008F714D">
        <w:rPr>
          <w:lang w:val="nl-NL"/>
        </w:rPr>
        <w:t>leidraad. Bewijsstukken die op verzoek worden verlangd, hoeven niet standaard te worden bijgevoegd.</w:t>
      </w:r>
    </w:p>
    <w:p w14:paraId="21D0ADFB" w14:textId="77777777" w:rsidR="00D872C3" w:rsidRPr="008F714D" w:rsidRDefault="00D872C3" w:rsidP="00D872C3">
      <w:pPr>
        <w:spacing w:after="0"/>
        <w:rPr>
          <w:lang w:val="nl-NL"/>
        </w:rPr>
      </w:pPr>
    </w:p>
    <w:p w14:paraId="146399C3" w14:textId="5505FE23" w:rsidR="00F30FAF" w:rsidRPr="008F714D" w:rsidRDefault="00000000" w:rsidP="00D872C3">
      <w:pPr>
        <w:pStyle w:val="Kopvaninhoudsopgave"/>
        <w:spacing w:before="0" w:after="0"/>
        <w:rPr>
          <w:rFonts w:eastAsia="Times New Roman" w:cs="Arial"/>
          <w:color w:val="71BF5A"/>
          <w:sz w:val="24"/>
          <w:szCs w:val="20"/>
        </w:rPr>
      </w:pPr>
      <w:proofErr w:type="spellStart"/>
      <w:r w:rsidRPr="008F714D">
        <w:rPr>
          <w:rFonts w:eastAsia="Times New Roman" w:cs="Arial"/>
          <w:color w:val="71BF5A"/>
          <w:sz w:val="24"/>
          <w:szCs w:val="20"/>
        </w:rPr>
        <w:t>Gegevens</w:t>
      </w:r>
      <w:proofErr w:type="spellEnd"/>
      <w:r w:rsidRPr="008F714D">
        <w:rPr>
          <w:rFonts w:eastAsia="Times New Roman" w:cs="Arial"/>
          <w:color w:val="71BF5A"/>
          <w:sz w:val="24"/>
          <w:szCs w:val="20"/>
        </w:rPr>
        <w:t xml:space="preserve"> van de </w:t>
      </w:r>
      <w:proofErr w:type="spellStart"/>
      <w:r w:rsidRPr="008F714D">
        <w:rPr>
          <w:rFonts w:eastAsia="Times New Roman" w:cs="Arial"/>
          <w:color w:val="71BF5A"/>
          <w:sz w:val="24"/>
          <w:szCs w:val="20"/>
        </w:rPr>
        <w:t>Gegadigde</w:t>
      </w:r>
      <w:proofErr w:type="spellEnd"/>
    </w:p>
    <w:tbl>
      <w:tblPr>
        <w:tblW w:w="0" w:type="auto"/>
        <w:jc w:val="center"/>
        <w:tblLayout w:type="fixed"/>
        <w:tblLook w:val="04A0" w:firstRow="1" w:lastRow="0" w:firstColumn="1" w:lastColumn="0" w:noHBand="0" w:noVBand="1"/>
      </w:tblPr>
      <w:tblGrid>
        <w:gridCol w:w="2880"/>
        <w:gridCol w:w="7200"/>
      </w:tblGrid>
      <w:tr w:rsidR="00F30FAF" w:rsidRPr="008F714D" w14:paraId="7BCB4673"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C0E9CBD" w14:textId="77777777" w:rsidR="00F30FAF" w:rsidRDefault="00000000" w:rsidP="00D872C3">
            <w:pPr>
              <w:spacing w:after="0"/>
            </w:pPr>
            <w:r>
              <w:rPr>
                <w:b/>
              </w:rPr>
              <w:t>Statutaire naam</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79FE2C3" w14:textId="73A91CBE" w:rsidR="00F30FAF" w:rsidRPr="008F714D" w:rsidRDefault="00000000" w:rsidP="00D872C3">
            <w:pPr>
              <w:spacing w:after="0"/>
              <w:rPr>
                <w:lang w:val="nl-NL"/>
              </w:rPr>
            </w:pPr>
            <w:sdt>
              <w:sdtPr>
                <w:rPr>
                  <w:lang w:val="nl-NL"/>
                </w:rPr>
                <w:alias w:val="Statutaire_naam"/>
                <w:tag w:val="Statutaire_naam"/>
                <w:id w:val="101"/>
                <w:text/>
              </w:sdtPr>
              <w:sdtContent>
                <w:r w:rsidRPr="008F714D">
                  <w:rPr>
                    <w:color w:val="666666"/>
                    <w:lang w:val="nl-NL"/>
                  </w:rPr>
                  <w:t>Klik of tik om in te vullen</w:t>
                </w:r>
              </w:sdtContent>
            </w:sdt>
          </w:p>
        </w:tc>
      </w:tr>
      <w:tr w:rsidR="00F30FAF" w:rsidRPr="008F714D" w14:paraId="6602D0C0"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05AB465" w14:textId="77777777" w:rsidR="00F30FAF" w:rsidRDefault="00000000" w:rsidP="00D872C3">
            <w:pPr>
              <w:spacing w:after="0"/>
            </w:pPr>
            <w:r>
              <w:rPr>
                <w:b/>
              </w:rPr>
              <w:t>Handelsnaam</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2C761E0" w14:textId="77777777" w:rsidR="00F30FAF" w:rsidRPr="008F714D" w:rsidRDefault="00000000" w:rsidP="00D872C3">
            <w:pPr>
              <w:spacing w:after="0"/>
              <w:rPr>
                <w:lang w:val="nl-NL"/>
              </w:rPr>
            </w:pPr>
            <w:sdt>
              <w:sdtPr>
                <w:rPr>
                  <w:lang w:val="nl-NL"/>
                </w:rPr>
                <w:alias w:val="Handelsnaam"/>
                <w:tag w:val="Handelsnaam"/>
                <w:id w:val="102"/>
                <w:text/>
              </w:sdtPr>
              <w:sdtContent>
                <w:r w:rsidRPr="008F714D">
                  <w:rPr>
                    <w:color w:val="666666"/>
                    <w:lang w:val="nl-NL"/>
                  </w:rPr>
                  <w:t>Klik of tik om in te vullen</w:t>
                </w:r>
              </w:sdtContent>
            </w:sdt>
          </w:p>
        </w:tc>
      </w:tr>
      <w:tr w:rsidR="00F30FAF" w:rsidRPr="008F714D" w14:paraId="193FFA60"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50F31B1" w14:textId="77777777" w:rsidR="00F30FAF" w:rsidRPr="008F714D" w:rsidRDefault="00000000" w:rsidP="00D872C3">
            <w:pPr>
              <w:spacing w:after="0"/>
              <w:rPr>
                <w:lang w:val="nl-NL"/>
              </w:rPr>
            </w:pPr>
            <w:r w:rsidRPr="008F714D">
              <w:rPr>
                <w:b/>
                <w:lang w:val="nl-NL"/>
              </w:rPr>
              <w:t>KvK-nummer of buitenlands registratienummer</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2F201E9" w14:textId="77777777" w:rsidR="00F30FAF" w:rsidRPr="008F714D" w:rsidRDefault="00000000" w:rsidP="00D872C3">
            <w:pPr>
              <w:spacing w:after="0"/>
              <w:rPr>
                <w:lang w:val="nl-NL"/>
              </w:rPr>
            </w:pPr>
            <w:sdt>
              <w:sdtPr>
                <w:rPr>
                  <w:lang w:val="nl-NL"/>
                </w:rPr>
                <w:alias w:val="KvK"/>
                <w:tag w:val="KvK"/>
                <w:id w:val="103"/>
                <w:text/>
              </w:sdtPr>
              <w:sdtContent>
                <w:r w:rsidRPr="008F714D">
                  <w:rPr>
                    <w:color w:val="666666"/>
                    <w:lang w:val="nl-NL"/>
                  </w:rPr>
                  <w:t>Klik of tik om in te vullen</w:t>
                </w:r>
              </w:sdtContent>
            </w:sdt>
          </w:p>
        </w:tc>
      </w:tr>
      <w:tr w:rsidR="00F30FAF" w:rsidRPr="008F714D" w14:paraId="21A1B17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674E73B" w14:textId="77777777" w:rsidR="00F30FAF" w:rsidRDefault="00000000" w:rsidP="00D872C3">
            <w:pPr>
              <w:spacing w:after="0"/>
            </w:pPr>
            <w:r>
              <w:rPr>
                <w:b/>
              </w:rPr>
              <w:t>Vestigingsadres en land</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DD78F50" w14:textId="77777777" w:rsidR="00F30FAF" w:rsidRPr="008F714D" w:rsidRDefault="00000000" w:rsidP="00D872C3">
            <w:pPr>
              <w:spacing w:after="0"/>
              <w:rPr>
                <w:lang w:val="nl-NL"/>
              </w:rPr>
            </w:pPr>
            <w:sdt>
              <w:sdtPr>
                <w:rPr>
                  <w:lang w:val="nl-NL"/>
                </w:rPr>
                <w:alias w:val="Adres"/>
                <w:tag w:val="Adres"/>
                <w:id w:val="104"/>
                <w:text/>
              </w:sdtPr>
              <w:sdtContent>
                <w:r w:rsidRPr="008F714D">
                  <w:rPr>
                    <w:color w:val="666666"/>
                    <w:lang w:val="nl-NL"/>
                  </w:rPr>
                  <w:t>Klik of tik om in te vullen</w:t>
                </w:r>
              </w:sdtContent>
            </w:sdt>
          </w:p>
        </w:tc>
      </w:tr>
      <w:tr w:rsidR="00F30FAF" w:rsidRPr="008F714D" w14:paraId="6E498302"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3225EC0" w14:textId="77777777" w:rsidR="00F30FAF" w:rsidRDefault="00000000" w:rsidP="00D872C3">
            <w:pPr>
              <w:spacing w:after="0"/>
            </w:pPr>
            <w:r>
              <w:rPr>
                <w:b/>
              </w:rPr>
              <w:t>Contactpersoon en functie</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899C5E3" w14:textId="77777777" w:rsidR="00F30FAF" w:rsidRPr="008F714D" w:rsidRDefault="00000000" w:rsidP="00D872C3">
            <w:pPr>
              <w:spacing w:after="0"/>
              <w:rPr>
                <w:lang w:val="nl-NL"/>
              </w:rPr>
            </w:pPr>
            <w:sdt>
              <w:sdtPr>
                <w:rPr>
                  <w:lang w:val="nl-NL"/>
                </w:rPr>
                <w:alias w:val="Contactpersoon"/>
                <w:tag w:val="Contactpersoon"/>
                <w:id w:val="105"/>
                <w:text/>
              </w:sdtPr>
              <w:sdtContent>
                <w:r w:rsidRPr="008F714D">
                  <w:rPr>
                    <w:color w:val="666666"/>
                    <w:lang w:val="nl-NL"/>
                  </w:rPr>
                  <w:t>Klik of tik om in te vullen</w:t>
                </w:r>
              </w:sdtContent>
            </w:sdt>
          </w:p>
        </w:tc>
      </w:tr>
      <w:tr w:rsidR="00F30FAF" w:rsidRPr="008F714D" w14:paraId="25449D53"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533D2FF" w14:textId="77777777" w:rsidR="00F30FAF" w:rsidRDefault="00000000" w:rsidP="00D872C3">
            <w:pPr>
              <w:spacing w:after="0"/>
            </w:pPr>
            <w:r>
              <w:rPr>
                <w:b/>
              </w:rPr>
              <w:t>E-mail en telefoonnummer</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00325071" w14:textId="77777777" w:rsidR="00F30FAF" w:rsidRPr="008F714D" w:rsidRDefault="00000000" w:rsidP="00D872C3">
            <w:pPr>
              <w:spacing w:after="0"/>
              <w:rPr>
                <w:lang w:val="nl-NL"/>
              </w:rPr>
            </w:pPr>
            <w:sdt>
              <w:sdtPr>
                <w:rPr>
                  <w:lang w:val="nl-NL"/>
                </w:rPr>
                <w:alias w:val="Contactgegevens"/>
                <w:tag w:val="Contactgegevens"/>
                <w:id w:val="106"/>
                <w:text/>
              </w:sdtPr>
              <w:sdtContent>
                <w:r w:rsidRPr="008F714D">
                  <w:rPr>
                    <w:color w:val="666666"/>
                    <w:lang w:val="nl-NL"/>
                  </w:rPr>
                  <w:t>Klik of tik om in te vullen</w:t>
                </w:r>
              </w:sdtContent>
            </w:sdt>
          </w:p>
        </w:tc>
      </w:tr>
    </w:tbl>
    <w:p w14:paraId="54543B51" w14:textId="5DAF2F81" w:rsidR="00F30FAF" w:rsidRPr="008F714D" w:rsidRDefault="00000000" w:rsidP="00D872C3">
      <w:pPr>
        <w:spacing w:after="0"/>
        <w:rPr>
          <w:lang w:val="nl-NL"/>
        </w:rPr>
      </w:pPr>
      <w:r w:rsidRPr="008F714D">
        <w:rPr>
          <w:b/>
          <w:lang w:val="nl-NL"/>
        </w:rPr>
        <w:t xml:space="preserve">Bij een combinatie  </w:t>
      </w:r>
      <w:sdt>
        <w:sdtPr>
          <w:rPr>
            <w:lang w:val="nl-NL"/>
          </w:rPr>
          <w:alias w:val="Combinanten"/>
          <w:tag w:val="Combinanten"/>
          <w:id w:val="107"/>
          <w:text/>
        </w:sdtPr>
        <w:sdtContent>
          <w:r w:rsidRPr="008F714D">
            <w:rPr>
              <w:color w:val="666666"/>
              <w:lang w:val="nl-NL"/>
            </w:rPr>
            <w:t xml:space="preserve">Vermeld de penvoerder en de overige </w:t>
          </w:r>
          <w:proofErr w:type="spellStart"/>
          <w:r w:rsidRPr="008F714D">
            <w:rPr>
              <w:color w:val="666666"/>
              <w:lang w:val="nl-NL"/>
            </w:rPr>
            <w:t>combinanten</w:t>
          </w:r>
          <w:proofErr w:type="spellEnd"/>
          <w:r w:rsidRPr="008F714D">
            <w:rPr>
              <w:color w:val="666666"/>
              <w:lang w:val="nl-NL"/>
            </w:rPr>
            <w:t xml:space="preserve"> of voeg een overzicht toe</w:t>
          </w:r>
          <w:r w:rsidR="00D872C3">
            <w:rPr>
              <w:color w:val="666666"/>
              <w:lang w:val="nl-NL"/>
            </w:rPr>
            <w:t>.</w:t>
          </w:r>
        </w:sdtContent>
      </w:sdt>
    </w:p>
    <w:p w14:paraId="351BC356" w14:textId="77777777" w:rsidR="00D872C3" w:rsidRDefault="00D872C3" w:rsidP="00D872C3">
      <w:pPr>
        <w:pStyle w:val="Kop2"/>
        <w:spacing w:before="0" w:after="0"/>
        <w:rPr>
          <w:rFonts w:ascii="DM Sans" w:hAnsi="DM Sans" w:cs="Arial"/>
          <w:color w:val="83B8D8"/>
          <w:sz w:val="20"/>
          <w:szCs w:val="20"/>
        </w:rPr>
      </w:pPr>
    </w:p>
    <w:p w14:paraId="3E746333" w14:textId="24BE56FC" w:rsidR="00F30FAF" w:rsidRPr="008F714D" w:rsidRDefault="00000000" w:rsidP="00D872C3">
      <w:pPr>
        <w:pStyle w:val="Kop2"/>
        <w:spacing w:before="0" w:after="0"/>
        <w:rPr>
          <w:sz w:val="20"/>
          <w:szCs w:val="20"/>
          <w:lang w:val="nl-NL"/>
        </w:rPr>
      </w:pPr>
      <w:proofErr w:type="spellStart"/>
      <w:r w:rsidRPr="008F714D">
        <w:rPr>
          <w:rFonts w:ascii="DM Sans" w:hAnsi="DM Sans" w:cs="Arial"/>
          <w:color w:val="83B8D8"/>
          <w:sz w:val="20"/>
          <w:szCs w:val="20"/>
        </w:rPr>
        <w:t>Waarheidsgetrouwheid</w:t>
      </w:r>
      <w:proofErr w:type="spellEnd"/>
    </w:p>
    <w:p w14:paraId="120E6E07" w14:textId="7E518089" w:rsidR="00F30FAF" w:rsidRPr="008F714D" w:rsidRDefault="00000000" w:rsidP="00D872C3">
      <w:pPr>
        <w:spacing w:after="0"/>
        <w:ind w:left="274" w:hanging="274"/>
        <w:rPr>
          <w:lang w:val="nl-NL"/>
        </w:rPr>
      </w:pPr>
      <w:sdt>
        <w:sdtPr>
          <w:rPr>
            <w:lang w:val="nl-NL"/>
          </w:rPr>
          <w:alias w:val="Waarheidsgetrouwheid"/>
          <w:tag w:val="Waarheidsgetrouwheid"/>
          <w:id w:val="108"/>
          <w14:checkbox>
            <w14:checked w14:val="0"/>
            <w14:checkedState w14:val="2612" w14:font="DejaVu Sans"/>
            <w14:uncheckedState w14:val="2610" w14:font="DejaVu Sans"/>
          </w14:checkbox>
        </w:sdtPr>
        <w:sdtContent>
          <w:r w:rsidR="00ED1032" w:rsidRPr="008F714D">
            <w:rPr>
              <w:rFonts w:ascii="DejaVu Sans" w:hAnsi="DejaVu Sans"/>
              <w:lang w:val="nl-NL"/>
            </w:rPr>
            <w:t>☐</w:t>
          </w:r>
        </w:sdtContent>
      </w:sdt>
      <w:r w:rsidRPr="008F714D">
        <w:rPr>
          <w:lang w:val="nl-NL"/>
        </w:rPr>
        <w:t xml:space="preserve">  Wij zijn ons ervan bewust dat onjuiste of onvolledige informatie als een valse verklaring kan worden aangemerkt en tot uitsluiting kan leiden.</w:t>
      </w:r>
    </w:p>
    <w:p w14:paraId="427804FD" w14:textId="77777777" w:rsidR="00D872C3" w:rsidRDefault="00D872C3" w:rsidP="00D872C3">
      <w:pPr>
        <w:pStyle w:val="Kop1"/>
        <w:spacing w:before="0" w:after="0"/>
        <w:rPr>
          <w:rFonts w:ascii="DM Sans" w:eastAsia="Times New Roman" w:hAnsi="DM Sans" w:cs="Arial"/>
          <w:color w:val="71BF5A"/>
          <w:sz w:val="24"/>
          <w:szCs w:val="20"/>
        </w:rPr>
      </w:pPr>
    </w:p>
    <w:p w14:paraId="4E9FB57E" w14:textId="3B4E35F0" w:rsidR="00F30FAF" w:rsidRPr="008F714D" w:rsidRDefault="00000000" w:rsidP="00D872C3">
      <w:pPr>
        <w:pStyle w:val="Kop1"/>
        <w:spacing w:before="0" w:after="0"/>
        <w:rPr>
          <w:rFonts w:ascii="DM Sans" w:eastAsia="Times New Roman" w:hAnsi="DM Sans" w:cs="Arial"/>
          <w:color w:val="71BF5A"/>
          <w:sz w:val="24"/>
          <w:szCs w:val="20"/>
        </w:rPr>
      </w:pPr>
      <w:proofErr w:type="spellStart"/>
      <w:r w:rsidRPr="008F714D">
        <w:rPr>
          <w:rFonts w:ascii="DM Sans" w:eastAsia="Times New Roman" w:hAnsi="DM Sans" w:cs="Arial"/>
          <w:color w:val="71BF5A"/>
          <w:sz w:val="24"/>
          <w:szCs w:val="20"/>
        </w:rPr>
        <w:t>Uitsluitingsgronden</w:t>
      </w:r>
      <w:proofErr w:type="spellEnd"/>
      <w:r w:rsidRPr="008F714D">
        <w:rPr>
          <w:rFonts w:ascii="DM Sans" w:eastAsia="Times New Roman" w:hAnsi="DM Sans" w:cs="Arial"/>
          <w:color w:val="71BF5A"/>
          <w:sz w:val="24"/>
          <w:szCs w:val="20"/>
        </w:rPr>
        <w:t xml:space="preserve"> </w:t>
      </w:r>
      <w:proofErr w:type="spellStart"/>
      <w:r w:rsidRPr="008F714D">
        <w:rPr>
          <w:rFonts w:ascii="DM Sans" w:eastAsia="Times New Roman" w:hAnsi="DM Sans" w:cs="Arial"/>
          <w:color w:val="71BF5A"/>
          <w:sz w:val="24"/>
          <w:szCs w:val="20"/>
        </w:rPr>
        <w:t>geschiktheidscriteria</w:t>
      </w:r>
      <w:proofErr w:type="spellEnd"/>
      <w:r w:rsidRPr="008F714D">
        <w:rPr>
          <w:rFonts w:ascii="DM Sans" w:eastAsia="Times New Roman" w:hAnsi="DM Sans" w:cs="Arial"/>
          <w:color w:val="71BF5A"/>
          <w:sz w:val="24"/>
          <w:szCs w:val="20"/>
        </w:rPr>
        <w:t xml:space="preserve"> en </w:t>
      </w:r>
      <w:proofErr w:type="spellStart"/>
      <w:r w:rsidRPr="008F714D">
        <w:rPr>
          <w:rFonts w:ascii="DM Sans" w:eastAsia="Times New Roman" w:hAnsi="DM Sans" w:cs="Arial"/>
          <w:color w:val="71BF5A"/>
          <w:sz w:val="24"/>
          <w:szCs w:val="20"/>
        </w:rPr>
        <w:t>voorwaarden</w:t>
      </w:r>
      <w:proofErr w:type="spellEnd"/>
    </w:p>
    <w:p w14:paraId="60029064" w14:textId="77777777" w:rsidR="00F30FAF" w:rsidRPr="008F714D" w:rsidRDefault="00000000" w:rsidP="00D872C3">
      <w:pPr>
        <w:pStyle w:val="Kop2"/>
        <w:spacing w:before="0" w:after="0"/>
        <w:rPr>
          <w:rFonts w:ascii="DM Sans" w:hAnsi="DM Sans" w:cs="Arial"/>
          <w:color w:val="83B8D8"/>
          <w:sz w:val="20"/>
          <w:szCs w:val="20"/>
        </w:rPr>
      </w:pPr>
      <w:r w:rsidRPr="008F714D">
        <w:rPr>
          <w:rFonts w:ascii="DM Sans" w:hAnsi="DM Sans" w:cs="Arial"/>
          <w:color w:val="83B8D8"/>
          <w:sz w:val="20"/>
          <w:szCs w:val="20"/>
        </w:rPr>
        <w:t>Uniform Europees Aanbestedingsdocument</w:t>
      </w:r>
    </w:p>
    <w:p w14:paraId="5D6A4290" w14:textId="77777777" w:rsidR="00F30FAF" w:rsidRPr="008F714D" w:rsidRDefault="00000000" w:rsidP="00D872C3">
      <w:pPr>
        <w:spacing w:after="0"/>
        <w:ind w:left="274" w:hanging="274"/>
        <w:rPr>
          <w:lang w:val="nl-NL"/>
        </w:rPr>
      </w:pPr>
      <w:sdt>
        <w:sdtPr>
          <w:rPr>
            <w:lang w:val="nl-NL"/>
          </w:rPr>
          <w:alias w:val="UEA"/>
          <w:tag w:val="UEA"/>
          <w:id w:val="109"/>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Het UEA uit TenderNed is ingevuld, ondertekend door een rechtsgeldige vertegenwoordiger en bij deze aanvraag geüpload.</w:t>
      </w:r>
    </w:p>
    <w:p w14:paraId="6B945009" w14:textId="5F3A43CA" w:rsidR="002F1FE0" w:rsidRDefault="00000000" w:rsidP="00D872C3">
      <w:pPr>
        <w:spacing w:after="0"/>
        <w:ind w:left="274" w:hanging="274"/>
        <w:rPr>
          <w:lang w:val="nl-NL"/>
        </w:rPr>
      </w:pPr>
      <w:sdt>
        <w:sdtPr>
          <w:rPr>
            <w:lang w:val="nl-NL"/>
          </w:rPr>
          <w:alias w:val="UEA_combinatie"/>
          <w:tag w:val="UEA_combinatie"/>
          <w:id w:val="110"/>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Bij een samenwerkingsverband of combinatie zijn de benodigde aanvullende </w:t>
      </w:r>
      <w:proofErr w:type="spellStart"/>
      <w:r w:rsidRPr="008F714D">
        <w:rPr>
          <w:lang w:val="nl-NL"/>
        </w:rPr>
        <w:t>UEA’s</w:t>
      </w:r>
      <w:proofErr w:type="spellEnd"/>
      <w:r w:rsidRPr="008F714D">
        <w:rPr>
          <w:lang w:val="nl-NL"/>
        </w:rPr>
        <w:t xml:space="preserve"> toegevoegd.   </w:t>
      </w:r>
      <w:sdt>
        <w:sdtPr>
          <w:rPr>
            <w:lang w:val="nl-NL"/>
          </w:rPr>
          <w:alias w:val="NVT_110"/>
          <w:tag w:val="NVT_110"/>
          <w:id w:val="111"/>
          <w14:checkbox>
            <w14:checked w14:val="0"/>
            <w14:checkedState w14:val="2612" w14:font="DejaVu Sans"/>
            <w14:uncheckedState w14:val="2610" w14:font="DejaVu Sans"/>
          </w14:checkbox>
        </w:sdtPr>
        <w:sdtContent>
          <w:r w:rsidR="00ED1032" w:rsidRPr="008F714D">
            <w:rPr>
              <w:rFonts w:ascii="DejaVu Sans" w:hAnsi="DejaVu Sans"/>
              <w:lang w:val="nl-NL"/>
            </w:rPr>
            <w:t>☐</w:t>
          </w:r>
        </w:sdtContent>
      </w:sdt>
      <w:r w:rsidRPr="008F714D">
        <w:rPr>
          <w:lang w:val="nl-NL"/>
        </w:rPr>
        <w:t xml:space="preserve"> n.v.t.</w:t>
      </w:r>
    </w:p>
    <w:p w14:paraId="713E1DB3" w14:textId="77777777" w:rsidR="00D872C3" w:rsidRPr="008F714D" w:rsidRDefault="00D872C3" w:rsidP="00D872C3">
      <w:pPr>
        <w:spacing w:after="0"/>
        <w:ind w:left="274" w:hanging="274"/>
        <w:rPr>
          <w:lang w:val="nl-NL"/>
        </w:rPr>
      </w:pPr>
    </w:p>
    <w:p w14:paraId="1FAE0833" w14:textId="77777777" w:rsidR="00F30FAF" w:rsidRPr="008F714D" w:rsidRDefault="00000000" w:rsidP="00D872C3">
      <w:pPr>
        <w:spacing w:after="0"/>
        <w:rPr>
          <w:b/>
          <w:bCs/>
          <w:lang w:val="nl-NL"/>
        </w:rPr>
      </w:pPr>
      <w:r w:rsidRPr="008F714D">
        <w:rPr>
          <w:b/>
          <w:bCs/>
          <w:lang w:val="nl-NL"/>
        </w:rPr>
        <w:t>De onderstaande bewijsstukken verstrekken wij op eerste verzoek, binnen de door de Aanbestedende dienst gestelde termijn:</w:t>
      </w:r>
    </w:p>
    <w:p w14:paraId="727D4F49" w14:textId="3AB38C9C" w:rsidR="00F30FAF" w:rsidRPr="008F714D" w:rsidRDefault="00000000" w:rsidP="00D872C3">
      <w:pPr>
        <w:spacing w:after="0"/>
        <w:ind w:left="274" w:hanging="274"/>
        <w:rPr>
          <w:lang w:val="nl-NL"/>
        </w:rPr>
      </w:pPr>
      <w:sdt>
        <w:sdtPr>
          <w:rPr>
            <w:lang w:val="nl-NL"/>
          </w:rPr>
          <w:alias w:val="GVA"/>
          <w:tag w:val="GVA"/>
          <w:id w:val="112"/>
          <w14:checkbox>
            <w14:checked w14:val="0"/>
            <w14:checkedState w14:val="2612" w14:font="DejaVu Sans"/>
            <w14:uncheckedState w14:val="2610" w14:font="DejaVu Sans"/>
          </w14:checkbox>
        </w:sdtPr>
        <w:sdtContent>
          <w:r w:rsidR="00ED1032" w:rsidRPr="008F714D">
            <w:rPr>
              <w:rFonts w:ascii="DejaVu Sans" w:hAnsi="DejaVu Sans"/>
              <w:lang w:val="nl-NL"/>
            </w:rPr>
            <w:t>☐</w:t>
          </w:r>
        </w:sdtContent>
      </w:sdt>
      <w:r w:rsidRPr="008F714D">
        <w:rPr>
          <w:lang w:val="nl-NL"/>
        </w:rPr>
        <w:t xml:space="preserve">  Een gedragsverklaring aanbesteden (GVA), op het tijdstip van inschrijven maximaal twee jaar oud.</w:t>
      </w:r>
    </w:p>
    <w:p w14:paraId="4C579DA7" w14:textId="77777777" w:rsidR="00F30FAF" w:rsidRPr="008F714D" w:rsidRDefault="00000000" w:rsidP="00D872C3">
      <w:pPr>
        <w:spacing w:after="0"/>
        <w:ind w:left="274" w:hanging="274"/>
        <w:rPr>
          <w:lang w:val="nl-NL"/>
        </w:rPr>
      </w:pPr>
      <w:sdt>
        <w:sdtPr>
          <w:rPr>
            <w:lang w:val="nl-NL"/>
          </w:rPr>
          <w:alias w:val="Belastingdienst"/>
          <w:tag w:val="Belastingdienst"/>
          <w:id w:val="113"/>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Een verklaring van de Belastingdienst over het voldoen aan belastingverplichtingen, op het tijdstip van inschrijven maximaal zes maanden oud.</w:t>
      </w:r>
    </w:p>
    <w:p w14:paraId="5847EC5A" w14:textId="77777777" w:rsidR="00F30FAF" w:rsidRDefault="00000000" w:rsidP="00D872C3">
      <w:pPr>
        <w:spacing w:after="0"/>
        <w:ind w:left="274" w:hanging="274"/>
        <w:rPr>
          <w:lang w:val="nl-NL"/>
        </w:rPr>
      </w:pPr>
      <w:sdt>
        <w:sdtPr>
          <w:rPr>
            <w:lang w:val="nl-NL"/>
          </w:rPr>
          <w:alias w:val="Tekenbevoegdheid"/>
          <w:tag w:val="Tekenbevoegdheid"/>
          <w:id w:val="114"/>
          <w14:checkbox>
            <w14:checked w14:val="0"/>
            <w14:checkedState w14:val="2612" w14:font="DejaVu Sans"/>
            <w14:uncheckedState w14:val="2610" w14:font="DejaVu Sans"/>
          </w14:checkbox>
        </w:sdtPr>
        <w:sdtContent>
          <w:r w:rsidRPr="008F714D">
            <w:rPr>
              <w:rFonts w:ascii="Segoe UI Symbol" w:hAnsi="Segoe UI Symbol" w:cs="Segoe UI Symbol"/>
              <w:lang w:val="nl-NL"/>
            </w:rPr>
            <w:t>☐</w:t>
          </w:r>
        </w:sdtContent>
      </w:sdt>
      <w:r w:rsidRPr="008F714D">
        <w:rPr>
          <w:lang w:val="nl-NL"/>
        </w:rPr>
        <w:t xml:space="preserve">  Bewijs van tekenbevoegdheid van de ondertekenaar van het UEA: een uittreksel uit het handelsregister van maximaal zes maanden oud bij het indienen van de aanvraag, of een volmacht waarin de afwijkende tekenbevoegdheid is vastgelegd.</w:t>
      </w:r>
    </w:p>
    <w:p w14:paraId="47893226" w14:textId="77777777" w:rsidR="00D872C3" w:rsidRPr="008F714D" w:rsidRDefault="00D872C3" w:rsidP="00D872C3">
      <w:pPr>
        <w:spacing w:after="0"/>
        <w:ind w:left="274" w:hanging="274"/>
        <w:rPr>
          <w:lang w:val="nl-NL"/>
        </w:rPr>
      </w:pPr>
    </w:p>
    <w:p w14:paraId="3F1D37DA" w14:textId="77777777" w:rsidR="00F30FAF" w:rsidRPr="008F714D" w:rsidRDefault="00000000" w:rsidP="00D872C3">
      <w:pPr>
        <w:pStyle w:val="Kop2"/>
        <w:spacing w:before="0" w:after="0"/>
        <w:rPr>
          <w:rFonts w:ascii="DM Sans" w:hAnsi="DM Sans" w:cs="Arial"/>
          <w:color w:val="83B8D8"/>
          <w:sz w:val="20"/>
          <w:szCs w:val="20"/>
        </w:rPr>
      </w:pPr>
      <w:r w:rsidRPr="008F714D">
        <w:rPr>
          <w:rFonts w:ascii="DM Sans" w:hAnsi="DM Sans" w:cs="Arial"/>
          <w:color w:val="83B8D8"/>
          <w:sz w:val="20"/>
          <w:szCs w:val="20"/>
        </w:rPr>
        <w:t>Verklaring Russische betrokkenheid bij de uitvoering van de overeenkomst</w:t>
      </w:r>
    </w:p>
    <w:p w14:paraId="4E312C42" w14:textId="7D74AEEC" w:rsidR="00ED1032" w:rsidRDefault="00000000" w:rsidP="00D872C3">
      <w:pPr>
        <w:spacing w:after="0"/>
        <w:ind w:left="284" w:hanging="294"/>
        <w:rPr>
          <w:lang w:val="nl-NL"/>
        </w:rPr>
      </w:pPr>
      <w:sdt>
        <w:sdtPr>
          <w:rPr>
            <w:lang w:val="nl-NL"/>
          </w:rPr>
          <w:alias w:val="Rusland_b"/>
          <w:tag w:val="Rusland_b"/>
          <w:id w:val="117"/>
          <w14:checkbox>
            <w14:checked w14:val="0"/>
            <w14:checkedState w14:val="2612" w14:font="DejaVu Sans"/>
            <w14:uncheckedState w14:val="2610" w14:font="DejaVu Sans"/>
          </w14:checkbox>
        </w:sdtPr>
        <w:sdtContent>
          <w:r w:rsidR="00ED1032" w:rsidRPr="008F714D">
            <w:rPr>
              <w:rFonts w:ascii="Segoe UI Symbol" w:hAnsi="Segoe UI Symbol" w:cs="Segoe UI Symbol"/>
              <w:lang w:val="nl-NL"/>
            </w:rPr>
            <w:t>☐</w:t>
          </w:r>
        </w:sdtContent>
      </w:sdt>
      <w:r w:rsidR="00D872C3">
        <w:rPr>
          <w:lang w:val="nl-NL"/>
        </w:rPr>
        <w:tab/>
      </w:r>
      <w:r w:rsidR="00ED1032" w:rsidRPr="008F714D">
        <w:rPr>
          <w:lang w:val="nl-NL"/>
        </w:rPr>
        <w:t xml:space="preserve">Wij verklaren naar eer en geweten dat er geen sprake is van Russische betrokkenheid bij de uitvoering van overeenkomsten uit de Nadere uitvragen conform de aanbestedingsleidraad. </w:t>
      </w:r>
    </w:p>
    <w:p w14:paraId="757F3D17" w14:textId="77777777" w:rsidR="00D872C3" w:rsidRPr="008F714D" w:rsidRDefault="00D872C3" w:rsidP="00D872C3">
      <w:pPr>
        <w:spacing w:after="0"/>
        <w:rPr>
          <w:lang w:val="nl-NL"/>
        </w:rPr>
      </w:pPr>
    </w:p>
    <w:p w14:paraId="3997BBC7" w14:textId="77777777" w:rsidR="00F30FAF" w:rsidRPr="008F714D" w:rsidRDefault="00000000" w:rsidP="00D872C3">
      <w:pPr>
        <w:pStyle w:val="Kop2"/>
        <w:spacing w:before="0" w:after="0"/>
        <w:rPr>
          <w:rFonts w:ascii="DM Sans" w:hAnsi="DM Sans" w:cs="Arial"/>
          <w:color w:val="83B8D8"/>
          <w:sz w:val="20"/>
          <w:szCs w:val="20"/>
        </w:rPr>
      </w:pPr>
      <w:r w:rsidRPr="008F714D">
        <w:rPr>
          <w:rFonts w:ascii="DM Sans" w:hAnsi="DM Sans" w:cs="Arial"/>
          <w:color w:val="83B8D8"/>
          <w:sz w:val="20"/>
          <w:szCs w:val="20"/>
        </w:rPr>
        <w:t>Financiële en economische draagkracht</w:t>
      </w:r>
    </w:p>
    <w:p w14:paraId="0D0B925E" w14:textId="77777777" w:rsidR="00F30FAF" w:rsidRPr="008F714D" w:rsidRDefault="00000000" w:rsidP="00D872C3">
      <w:pPr>
        <w:spacing w:after="0"/>
        <w:rPr>
          <w:lang w:val="nl-NL"/>
        </w:rPr>
      </w:pPr>
      <w:r w:rsidRPr="008F714D">
        <w:rPr>
          <w:lang w:val="nl-NL"/>
        </w:rPr>
        <w:t>Wij verklaren over de onderstaande bewijsstukken te kunnen beschikken en stemmen ermee in deze op verzoek van de Aanbestedende dienst te verstrekken:</w:t>
      </w:r>
    </w:p>
    <w:p w14:paraId="0FFAE828" w14:textId="77777777" w:rsidR="00F30FAF" w:rsidRPr="008F714D" w:rsidRDefault="00000000" w:rsidP="00D872C3">
      <w:pPr>
        <w:spacing w:after="0"/>
        <w:ind w:left="274" w:hanging="274"/>
        <w:rPr>
          <w:lang w:val="nl-NL"/>
        </w:rPr>
      </w:pPr>
      <w:sdt>
        <w:sdtPr>
          <w:rPr>
            <w:lang w:val="nl-NL"/>
          </w:rPr>
          <w:alias w:val="Bankverklaring"/>
          <w:tag w:val="Bankverklaring"/>
          <w:id w:val="120"/>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1. Een bankverklaring waarin de bank aangeeft dat onze financiële positie zodanig is dat het niet aannemelijk is dat de bedrijfsvoering gedurende de contractperiode door financiële problemen tussentijds moet worden gestaakt.</w:t>
      </w:r>
    </w:p>
    <w:p w14:paraId="27A90F5D" w14:textId="77777777" w:rsidR="00F30FAF" w:rsidRPr="008F714D" w:rsidRDefault="00000000" w:rsidP="00D872C3">
      <w:pPr>
        <w:spacing w:after="0"/>
        <w:ind w:left="274" w:hanging="274"/>
        <w:rPr>
          <w:lang w:val="nl-NL"/>
        </w:rPr>
      </w:pPr>
      <w:sdt>
        <w:sdtPr>
          <w:rPr>
            <w:lang w:val="nl-NL"/>
          </w:rPr>
          <w:alias w:val="Aansprakelijkheid"/>
          <w:tag w:val="Aansprakelijkheid"/>
          <w:id w:val="121"/>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2. Een verzekeringspolis waaruit blijkt dat alle wettelijke en contractuele aansprakelijkheden verzekerd zijn voor € 1.000.000 per gebeurtenis, met een maximum van € 2.500.000 per jaar.</w:t>
      </w:r>
    </w:p>
    <w:p w14:paraId="1BBF2B8B" w14:textId="77777777" w:rsidR="00F30FAF" w:rsidRDefault="00000000" w:rsidP="00D872C3">
      <w:pPr>
        <w:spacing w:after="0"/>
        <w:ind w:left="274" w:hanging="274"/>
        <w:rPr>
          <w:lang w:val="nl-NL"/>
        </w:rPr>
      </w:pPr>
      <w:sdt>
        <w:sdtPr>
          <w:rPr>
            <w:lang w:val="nl-NL"/>
          </w:rPr>
          <w:alias w:val="Vervoerdersaansprakelijkheid"/>
          <w:tag w:val="Vervoerdersaansprakelijkheid"/>
          <w:id w:val="122"/>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3. Een verzekeringspolis waaruit blijkt dat de te vervoeren lading met een vervoerdersaansprakelijkheidsverzekering verzekerd is voor € 500.000 per gebeurtenis.</w:t>
      </w:r>
    </w:p>
    <w:p w14:paraId="1EA386F5" w14:textId="77777777" w:rsidR="00D872C3" w:rsidRPr="008F714D" w:rsidRDefault="00D872C3" w:rsidP="00D872C3">
      <w:pPr>
        <w:spacing w:after="0"/>
        <w:ind w:left="274" w:hanging="274"/>
        <w:rPr>
          <w:lang w:val="nl-NL"/>
        </w:rPr>
      </w:pPr>
    </w:p>
    <w:p w14:paraId="0FF63549" w14:textId="77777777" w:rsidR="00F30FAF" w:rsidRPr="008F714D" w:rsidRDefault="00000000" w:rsidP="00D872C3">
      <w:pPr>
        <w:spacing w:after="0"/>
        <w:rPr>
          <w:lang w:val="nl-NL"/>
        </w:rPr>
      </w:pPr>
      <w:r w:rsidRPr="008F714D">
        <w:rPr>
          <w:lang w:val="nl-NL"/>
        </w:rPr>
        <w:t>Bij een beroep op de draagkracht van een andere natuurlijke persoon of rechtspersoon:</w:t>
      </w:r>
    </w:p>
    <w:p w14:paraId="7366F76D" w14:textId="77777777" w:rsidR="00F30FAF" w:rsidRDefault="00000000" w:rsidP="00D872C3">
      <w:pPr>
        <w:spacing w:after="0"/>
        <w:ind w:left="274" w:hanging="274"/>
        <w:rPr>
          <w:lang w:val="nl-NL"/>
        </w:rPr>
      </w:pPr>
      <w:sdt>
        <w:sdtPr>
          <w:rPr>
            <w:lang w:val="nl-NL"/>
          </w:rPr>
          <w:alias w:val="Garantie"/>
          <w:tag w:val="Garantie"/>
          <w:id w:val="123"/>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Een garantverklaring is bijgevoegd waaruit blijkt dat wij daadwerkelijk over de middelen van de andere entiteit kunnen beschikken, met een bewijs van inschrijving in het beroepsregister of handelsregister waaruit blijkt dat de ondertekenaar de garantsteller rechtsgeldig vertegenwoordigt.   </w:t>
      </w:r>
      <w:sdt>
        <w:sdtPr>
          <w:rPr>
            <w:lang w:val="nl-NL"/>
          </w:rPr>
          <w:alias w:val="NVT_123"/>
          <w:tag w:val="NVT_123"/>
          <w:id w:val="124"/>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n.v.t.</w:t>
      </w:r>
    </w:p>
    <w:p w14:paraId="502EFC7E" w14:textId="77777777" w:rsidR="00F30FAF" w:rsidRPr="008F714D" w:rsidRDefault="00000000" w:rsidP="00D872C3">
      <w:pPr>
        <w:spacing w:after="0"/>
        <w:ind w:firstLine="274"/>
        <w:rPr>
          <w:lang w:val="nl-NL"/>
        </w:rPr>
      </w:pPr>
      <w:r w:rsidRPr="008F714D">
        <w:rPr>
          <w:b/>
          <w:lang w:val="nl-NL"/>
        </w:rPr>
        <w:t xml:space="preserve">Naam van de garantsteller  </w:t>
      </w:r>
      <w:sdt>
        <w:sdtPr>
          <w:rPr>
            <w:lang w:val="nl-NL"/>
          </w:rPr>
          <w:alias w:val="Garantsteller"/>
          <w:tag w:val="Garantsteller"/>
          <w:id w:val="125"/>
          <w:text/>
        </w:sdtPr>
        <w:sdtContent>
          <w:r w:rsidRPr="008F714D">
            <w:rPr>
              <w:color w:val="666666"/>
              <w:lang w:val="nl-NL"/>
            </w:rPr>
            <w:t>Invullen indien van toepassing</w:t>
          </w:r>
        </w:sdtContent>
      </w:sdt>
    </w:p>
    <w:p w14:paraId="35995D31" w14:textId="77777777" w:rsidR="00F30FAF" w:rsidRPr="008F714D" w:rsidRDefault="00000000" w:rsidP="00D872C3">
      <w:pPr>
        <w:spacing w:after="0"/>
        <w:rPr>
          <w:lang w:val="nl-NL"/>
        </w:rPr>
      </w:pPr>
      <w:r w:rsidRPr="008F714D">
        <w:rPr>
          <w:lang w:val="nl-NL"/>
        </w:rPr>
        <w:br w:type="page"/>
      </w:r>
    </w:p>
    <w:p w14:paraId="5798FE76" w14:textId="77777777" w:rsidR="00F30FAF" w:rsidRDefault="00000000" w:rsidP="00D872C3">
      <w:pPr>
        <w:pStyle w:val="Kop1"/>
        <w:spacing w:before="0" w:after="0"/>
        <w:rPr>
          <w:rFonts w:ascii="DM Sans" w:eastAsia="Times New Roman" w:hAnsi="DM Sans" w:cs="Arial"/>
          <w:color w:val="71BF5A"/>
          <w:sz w:val="24"/>
          <w:szCs w:val="20"/>
        </w:rPr>
      </w:pPr>
      <w:proofErr w:type="spellStart"/>
      <w:r w:rsidRPr="008F714D">
        <w:rPr>
          <w:rFonts w:ascii="DM Sans" w:eastAsia="Times New Roman" w:hAnsi="DM Sans" w:cs="Arial"/>
          <w:color w:val="71BF5A"/>
          <w:sz w:val="24"/>
          <w:szCs w:val="20"/>
        </w:rPr>
        <w:lastRenderedPageBreak/>
        <w:t>Verificatie</w:t>
      </w:r>
      <w:proofErr w:type="spellEnd"/>
      <w:r w:rsidRPr="008F714D">
        <w:rPr>
          <w:rFonts w:ascii="DM Sans" w:eastAsia="Times New Roman" w:hAnsi="DM Sans" w:cs="Arial"/>
          <w:color w:val="71BF5A"/>
          <w:sz w:val="24"/>
          <w:szCs w:val="20"/>
        </w:rPr>
        <w:t xml:space="preserve"> </w:t>
      </w:r>
      <w:proofErr w:type="spellStart"/>
      <w:r w:rsidRPr="008F714D">
        <w:rPr>
          <w:rFonts w:ascii="DM Sans" w:eastAsia="Times New Roman" w:hAnsi="DM Sans" w:cs="Arial"/>
          <w:color w:val="71BF5A"/>
          <w:sz w:val="24"/>
          <w:szCs w:val="20"/>
        </w:rPr>
        <w:t>geschiktheid</w:t>
      </w:r>
      <w:proofErr w:type="spellEnd"/>
      <w:r w:rsidRPr="008F714D">
        <w:rPr>
          <w:rFonts w:ascii="DM Sans" w:eastAsia="Times New Roman" w:hAnsi="DM Sans" w:cs="Arial"/>
          <w:color w:val="71BF5A"/>
          <w:sz w:val="24"/>
          <w:szCs w:val="20"/>
        </w:rPr>
        <w:t xml:space="preserve"> en </w:t>
      </w:r>
      <w:proofErr w:type="spellStart"/>
      <w:r w:rsidRPr="008F714D">
        <w:rPr>
          <w:rFonts w:ascii="DM Sans" w:eastAsia="Times New Roman" w:hAnsi="DM Sans" w:cs="Arial"/>
          <w:color w:val="71BF5A"/>
          <w:sz w:val="24"/>
          <w:szCs w:val="20"/>
        </w:rPr>
        <w:t>voorwaarden</w:t>
      </w:r>
      <w:proofErr w:type="spellEnd"/>
    </w:p>
    <w:p w14:paraId="2F0EB1D4" w14:textId="77777777" w:rsidR="00D872C3" w:rsidRPr="00D872C3" w:rsidRDefault="00D872C3" w:rsidP="00D872C3"/>
    <w:p w14:paraId="2366D0A8" w14:textId="77777777" w:rsidR="00F30FAF" w:rsidRPr="008F714D" w:rsidRDefault="00000000" w:rsidP="00D872C3">
      <w:pPr>
        <w:pStyle w:val="Kop2"/>
        <w:spacing w:before="0" w:after="0"/>
        <w:rPr>
          <w:rFonts w:ascii="DM Sans" w:hAnsi="DM Sans" w:cs="Arial"/>
          <w:color w:val="83B8D8"/>
          <w:sz w:val="20"/>
          <w:szCs w:val="20"/>
        </w:rPr>
      </w:pPr>
      <w:r w:rsidRPr="008F714D">
        <w:rPr>
          <w:rFonts w:ascii="DM Sans" w:hAnsi="DM Sans" w:cs="Arial"/>
          <w:color w:val="83B8D8"/>
          <w:sz w:val="20"/>
          <w:szCs w:val="20"/>
        </w:rPr>
        <w:t>Bewijs en verificatie</w:t>
      </w:r>
    </w:p>
    <w:p w14:paraId="3A5F8410" w14:textId="77777777" w:rsidR="00F30FAF" w:rsidRDefault="00000000" w:rsidP="00D872C3">
      <w:pPr>
        <w:spacing w:after="0"/>
        <w:ind w:left="274" w:hanging="274"/>
        <w:rPr>
          <w:lang w:val="nl-NL"/>
        </w:rPr>
      </w:pPr>
      <w:sdt>
        <w:sdtPr>
          <w:rPr>
            <w:lang w:val="nl-NL"/>
          </w:rPr>
          <w:alias w:val="Verificatie"/>
          <w:tag w:val="Verificatie"/>
          <w:id w:val="126"/>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Wij verstrekken op verzoek van Midwaste aanvullende documenten en gegevens, waaronder overige vergunningen, een VIHB-uittreksel, buitenlandse vergunningen, voertuiggegevens, verzekeringsbewijzen en verklaringen over de kwalificaties van chauffeurs.</w:t>
      </w:r>
    </w:p>
    <w:p w14:paraId="734C6AE4" w14:textId="77777777" w:rsidR="00D872C3" w:rsidRPr="008F714D" w:rsidRDefault="00D872C3" w:rsidP="00D872C3">
      <w:pPr>
        <w:spacing w:after="0"/>
        <w:ind w:left="274" w:hanging="274"/>
        <w:rPr>
          <w:lang w:val="nl-NL"/>
        </w:rPr>
      </w:pPr>
    </w:p>
    <w:p w14:paraId="7D5A3B24" w14:textId="77777777" w:rsidR="00F30FAF" w:rsidRPr="008F714D" w:rsidRDefault="00000000" w:rsidP="00D872C3">
      <w:pPr>
        <w:pStyle w:val="Kop2"/>
        <w:spacing w:before="0" w:after="0"/>
        <w:rPr>
          <w:rFonts w:ascii="DM Sans" w:hAnsi="DM Sans" w:cs="Arial"/>
          <w:color w:val="83B8D8"/>
          <w:sz w:val="20"/>
          <w:szCs w:val="20"/>
        </w:rPr>
      </w:pPr>
      <w:r w:rsidRPr="008F714D">
        <w:rPr>
          <w:rFonts w:ascii="DM Sans" w:hAnsi="DM Sans" w:cs="Arial"/>
          <w:color w:val="83B8D8"/>
          <w:sz w:val="20"/>
          <w:szCs w:val="20"/>
        </w:rPr>
        <w:t>Geschiktheidscriteria</w:t>
      </w:r>
    </w:p>
    <w:p w14:paraId="099BD269" w14:textId="77777777" w:rsidR="00F30FAF" w:rsidRPr="008F714D" w:rsidRDefault="00000000" w:rsidP="00D872C3">
      <w:pPr>
        <w:spacing w:after="0"/>
        <w:rPr>
          <w:lang w:val="nl-NL"/>
        </w:rPr>
      </w:pPr>
      <w:r w:rsidRPr="008F714D">
        <w:rPr>
          <w:lang w:val="nl-NL"/>
        </w:rPr>
        <w:t>Wij verklaren bij deze aanvraag te voldoen aan de volgende minimale criteria. Deze gelden voor de opdrachtnemer en/of de transporteur die de opdracht daadwerkelijk uitvoert, zoals in de leidraad bepaald. Midwaste mag de bewijsstukken opvragen.</w:t>
      </w:r>
    </w:p>
    <w:p w14:paraId="39E3C310" w14:textId="77777777" w:rsidR="00F30FAF" w:rsidRPr="008F714D" w:rsidRDefault="00000000" w:rsidP="00D872C3">
      <w:pPr>
        <w:spacing w:after="0"/>
        <w:ind w:left="274" w:hanging="274"/>
        <w:rPr>
          <w:lang w:val="nl-NL"/>
        </w:rPr>
      </w:pPr>
      <w:sdt>
        <w:sdtPr>
          <w:rPr>
            <w:lang w:val="nl-NL"/>
          </w:rPr>
          <w:alias w:val="Vier_voertuigen"/>
          <w:tag w:val="Vier_voertuigen"/>
          <w:id w:val="127"/>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Wij beschikken bij deze aanvraag over minimaal vier (4) geschikte en inzetbare voertuigen voor iedere categorie waarvoor wij ons aanmelden.</w:t>
      </w:r>
    </w:p>
    <w:p w14:paraId="71BF0A23" w14:textId="77777777" w:rsidR="00F30FAF" w:rsidRPr="008F714D" w:rsidRDefault="00000000" w:rsidP="00D872C3">
      <w:pPr>
        <w:spacing w:after="0"/>
        <w:ind w:left="274" w:hanging="274"/>
        <w:rPr>
          <w:lang w:val="nl-NL"/>
        </w:rPr>
      </w:pPr>
      <w:sdt>
        <w:sdtPr>
          <w:rPr>
            <w:lang w:val="nl-NL"/>
          </w:rPr>
          <w:alias w:val="Kwaliteit"/>
          <w:tag w:val="Kwaliteit"/>
          <w:id w:val="128"/>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Wij beschikken over een kwaliteitssysteemcertificaat of andere bewijzen van gelijkwaardige maatregelen voor kwaliteitsbewaking.</w:t>
      </w:r>
    </w:p>
    <w:p w14:paraId="48F4CBF0" w14:textId="77777777" w:rsidR="00F30FAF" w:rsidRPr="008F714D" w:rsidRDefault="00000000" w:rsidP="00D872C3">
      <w:pPr>
        <w:spacing w:after="0"/>
        <w:ind w:left="274" w:hanging="274"/>
        <w:rPr>
          <w:lang w:val="nl-NL"/>
        </w:rPr>
      </w:pPr>
      <w:sdt>
        <w:sdtPr>
          <w:rPr>
            <w:lang w:val="nl-NL"/>
          </w:rPr>
          <w:alias w:val="VIHB"/>
          <w:tag w:val="VIHB"/>
          <w:id w:val="129"/>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Onze onderneming of de ingezette transporteur staat op de landelijke VIHB-lijst. Dit geldt ook voor buitenlandse ondernemingen die de activiteiten in Nederland uitvoeren.</w:t>
      </w:r>
    </w:p>
    <w:p w14:paraId="72408D54" w14:textId="77777777" w:rsidR="00F30FAF" w:rsidRPr="008F714D" w:rsidRDefault="00000000" w:rsidP="00D872C3">
      <w:pPr>
        <w:spacing w:after="0"/>
        <w:ind w:left="274" w:hanging="274"/>
        <w:rPr>
          <w:lang w:val="nl-NL"/>
        </w:rPr>
      </w:pPr>
      <w:sdt>
        <w:sdtPr>
          <w:rPr>
            <w:lang w:val="nl-NL"/>
          </w:rPr>
          <w:alias w:val="Voertuigstaat"/>
          <w:tag w:val="Voertuigstaat"/>
          <w:id w:val="130"/>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Alle ingezette voertuigen zijn goed onderhouden, compleet, hebben een behoorlijk aanzien en voldoen aan alle toepasselijke wettelijke eisen.</w:t>
      </w:r>
    </w:p>
    <w:p w14:paraId="317AB2DF" w14:textId="77777777" w:rsidR="00F30FAF" w:rsidRPr="008F714D" w:rsidRDefault="00000000" w:rsidP="00D872C3">
      <w:pPr>
        <w:spacing w:after="0"/>
        <w:ind w:left="274" w:hanging="274"/>
        <w:rPr>
          <w:lang w:val="nl-NL"/>
        </w:rPr>
      </w:pPr>
      <w:sdt>
        <w:sdtPr>
          <w:rPr>
            <w:lang w:val="nl-NL"/>
          </w:rPr>
          <w:alias w:val="Euro6"/>
          <w:tag w:val="Euro6"/>
          <w:id w:val="131"/>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Alle ingezette voertuigen voldoen minimaal aan de Euro 6-norm, tenzij de Nadere uitvraag een strengere eis stelt, zoals volledig elektrisch vervoer.</w:t>
      </w:r>
    </w:p>
    <w:p w14:paraId="4B2CE94E" w14:textId="77777777" w:rsidR="00F30FAF" w:rsidRPr="008F714D" w:rsidRDefault="00000000" w:rsidP="00D872C3">
      <w:pPr>
        <w:spacing w:after="0"/>
        <w:ind w:left="274" w:hanging="274"/>
        <w:rPr>
          <w:lang w:val="nl-NL"/>
        </w:rPr>
      </w:pPr>
      <w:sdt>
        <w:sdtPr>
          <w:rPr>
            <w:lang w:val="nl-NL"/>
          </w:rPr>
          <w:alias w:val="Code95"/>
          <w:tag w:val="Code95"/>
          <w:id w:val="132"/>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Alle ingezette chauffeurs beschikken over een geldig rijbewijs met een geldige Code 95-vakbekwaamheid.</w:t>
      </w:r>
    </w:p>
    <w:p w14:paraId="14FF3C71" w14:textId="77777777" w:rsidR="00F30FAF" w:rsidRPr="008F714D" w:rsidRDefault="00000000" w:rsidP="00D872C3">
      <w:pPr>
        <w:spacing w:after="0"/>
        <w:ind w:left="274" w:hanging="274"/>
        <w:rPr>
          <w:lang w:val="nl-NL"/>
        </w:rPr>
      </w:pPr>
      <w:sdt>
        <w:sdtPr>
          <w:rPr>
            <w:lang w:val="nl-NL"/>
          </w:rPr>
          <w:alias w:val="Taal"/>
          <w:tag w:val="Taal"/>
          <w:id w:val="133"/>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Alle ingezette chauffeurs beheersen de Nederlandse en/of Engelse taal.</w:t>
      </w:r>
    </w:p>
    <w:p w14:paraId="1EBE6C22" w14:textId="77777777" w:rsidR="00F30FAF" w:rsidRDefault="00000000" w:rsidP="00D872C3">
      <w:pPr>
        <w:spacing w:after="0"/>
        <w:ind w:left="274" w:hanging="274"/>
        <w:rPr>
          <w:lang w:val="nl-NL"/>
        </w:rPr>
      </w:pPr>
      <w:sdt>
        <w:sdtPr>
          <w:rPr>
            <w:lang w:val="nl-NL"/>
          </w:rPr>
          <w:alias w:val="EBA"/>
          <w:tag w:val="EBA"/>
          <w:id w:val="134"/>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Wij gaan akkoord met digitale begeleidingsbrieven en/of, waar van toepassing, de Elektronische Begeleidingsbrief Afval (EBA). Als dit nog niet mogelijk is, werken wij kosteloos mee aan de omzetting.</w:t>
      </w:r>
    </w:p>
    <w:p w14:paraId="03E4F172" w14:textId="77777777" w:rsidR="00D872C3" w:rsidRPr="008F714D" w:rsidRDefault="00D872C3" w:rsidP="00D872C3">
      <w:pPr>
        <w:spacing w:after="0"/>
        <w:ind w:left="274" w:hanging="274"/>
        <w:rPr>
          <w:lang w:val="nl-NL"/>
        </w:rPr>
      </w:pPr>
    </w:p>
    <w:p w14:paraId="0A4706DB" w14:textId="77777777" w:rsidR="00F30FAF" w:rsidRPr="008F714D" w:rsidRDefault="00000000" w:rsidP="00D872C3">
      <w:pPr>
        <w:pStyle w:val="Kop2"/>
        <w:spacing w:before="0" w:after="0"/>
        <w:rPr>
          <w:rFonts w:ascii="DM Sans" w:hAnsi="DM Sans" w:cs="Arial"/>
          <w:color w:val="83B8D8"/>
          <w:sz w:val="20"/>
          <w:szCs w:val="20"/>
        </w:rPr>
      </w:pPr>
      <w:r w:rsidRPr="008F714D">
        <w:rPr>
          <w:rFonts w:ascii="DM Sans" w:hAnsi="DM Sans" w:cs="Arial"/>
          <w:color w:val="83B8D8"/>
          <w:sz w:val="20"/>
          <w:szCs w:val="20"/>
        </w:rPr>
        <w:t>Algemene voorwaarden</w:t>
      </w:r>
    </w:p>
    <w:p w14:paraId="61DEC35E" w14:textId="77777777" w:rsidR="00F30FAF" w:rsidRPr="008F714D" w:rsidRDefault="00000000" w:rsidP="00D872C3">
      <w:pPr>
        <w:spacing w:after="0"/>
        <w:ind w:left="274" w:hanging="274"/>
        <w:rPr>
          <w:lang w:val="nl-NL"/>
        </w:rPr>
      </w:pPr>
      <w:sdt>
        <w:sdtPr>
          <w:rPr>
            <w:lang w:val="nl-NL"/>
          </w:rPr>
          <w:alias w:val="AIV"/>
          <w:tag w:val="AIV"/>
          <w:id w:val="135"/>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Wij conformeren ons aan de Algemene Inkoopvoorwaarden Midwaste september 2022. Onze eigen algemene voorwaarden worden expliciet afgewezen.</w:t>
      </w:r>
    </w:p>
    <w:p w14:paraId="39F9D5C0" w14:textId="77777777" w:rsidR="00F30FAF" w:rsidRPr="008F714D" w:rsidRDefault="00000000" w:rsidP="00D872C3">
      <w:pPr>
        <w:spacing w:after="0"/>
        <w:rPr>
          <w:lang w:val="nl-NL"/>
        </w:rPr>
      </w:pPr>
      <w:r w:rsidRPr="008F714D">
        <w:rPr>
          <w:lang w:val="nl-NL"/>
        </w:rPr>
        <w:br w:type="page"/>
      </w:r>
    </w:p>
    <w:p w14:paraId="4089F01B" w14:textId="77777777" w:rsidR="00F30FAF" w:rsidRDefault="00000000" w:rsidP="00D872C3">
      <w:pPr>
        <w:pStyle w:val="Kop1"/>
        <w:spacing w:before="0" w:after="0"/>
        <w:rPr>
          <w:rFonts w:ascii="DM Sans" w:eastAsia="Times New Roman" w:hAnsi="DM Sans" w:cs="Arial"/>
          <w:color w:val="71BF5A"/>
          <w:sz w:val="24"/>
          <w:szCs w:val="20"/>
        </w:rPr>
      </w:pPr>
      <w:proofErr w:type="spellStart"/>
      <w:r w:rsidRPr="008F714D">
        <w:rPr>
          <w:rFonts w:ascii="DM Sans" w:eastAsia="Times New Roman" w:hAnsi="DM Sans" w:cs="Arial"/>
          <w:color w:val="71BF5A"/>
          <w:sz w:val="24"/>
          <w:szCs w:val="20"/>
        </w:rPr>
        <w:lastRenderedPageBreak/>
        <w:t>Categorieën</w:t>
      </w:r>
      <w:proofErr w:type="spellEnd"/>
      <w:r w:rsidRPr="008F714D">
        <w:rPr>
          <w:rFonts w:ascii="DM Sans" w:eastAsia="Times New Roman" w:hAnsi="DM Sans" w:cs="Arial"/>
          <w:color w:val="71BF5A"/>
          <w:sz w:val="24"/>
          <w:szCs w:val="20"/>
        </w:rPr>
        <w:t xml:space="preserve"> en </w:t>
      </w:r>
      <w:proofErr w:type="spellStart"/>
      <w:r w:rsidRPr="008F714D">
        <w:rPr>
          <w:rFonts w:ascii="DM Sans" w:eastAsia="Times New Roman" w:hAnsi="DM Sans" w:cs="Arial"/>
          <w:color w:val="71BF5A"/>
          <w:sz w:val="24"/>
          <w:szCs w:val="20"/>
        </w:rPr>
        <w:t>ondertekening</w:t>
      </w:r>
      <w:proofErr w:type="spellEnd"/>
    </w:p>
    <w:p w14:paraId="453673CD" w14:textId="77777777" w:rsidR="00D872C3" w:rsidRPr="00D872C3" w:rsidRDefault="00D872C3" w:rsidP="00D872C3"/>
    <w:p w14:paraId="06CD0EFC" w14:textId="77777777" w:rsidR="00F30FAF" w:rsidRPr="008F714D" w:rsidRDefault="00000000" w:rsidP="00D872C3">
      <w:pPr>
        <w:pStyle w:val="Kop2"/>
        <w:spacing w:before="0" w:after="0"/>
        <w:rPr>
          <w:rFonts w:ascii="DM Sans" w:hAnsi="DM Sans" w:cs="Arial"/>
          <w:color w:val="83B8D8"/>
          <w:sz w:val="20"/>
          <w:szCs w:val="20"/>
        </w:rPr>
      </w:pPr>
      <w:r w:rsidRPr="008F714D">
        <w:rPr>
          <w:rFonts w:ascii="DM Sans" w:hAnsi="DM Sans" w:cs="Arial"/>
          <w:color w:val="83B8D8"/>
          <w:sz w:val="20"/>
          <w:szCs w:val="20"/>
        </w:rPr>
        <w:t>Categorieën</w:t>
      </w:r>
    </w:p>
    <w:p w14:paraId="03C47E7E" w14:textId="77777777" w:rsidR="00F30FAF" w:rsidRPr="008F714D" w:rsidRDefault="00000000" w:rsidP="00D872C3">
      <w:pPr>
        <w:spacing w:after="0"/>
        <w:rPr>
          <w:lang w:val="nl-NL"/>
        </w:rPr>
      </w:pPr>
      <w:r w:rsidRPr="008F714D">
        <w:rPr>
          <w:lang w:val="nl-NL"/>
        </w:rPr>
        <w:t>Wij vragen toelating tot het DAS voor de hieronder aangevinkte categorieën. In TenderNed worden deze categorieën percelen genoemd. Eén, meerdere of alle categorieën kiezen is mogelijk.</w:t>
      </w:r>
    </w:p>
    <w:p w14:paraId="243549F1" w14:textId="77777777" w:rsidR="00F30FAF" w:rsidRPr="008F714D" w:rsidRDefault="00000000" w:rsidP="00D872C3">
      <w:pPr>
        <w:spacing w:after="0"/>
        <w:ind w:left="274" w:hanging="274"/>
        <w:rPr>
          <w:lang w:val="nl-NL"/>
        </w:rPr>
      </w:pPr>
      <w:sdt>
        <w:sdtPr>
          <w:rPr>
            <w:lang w:val="nl-NL"/>
          </w:rPr>
          <w:alias w:val="Perceel_1"/>
          <w:tag w:val="Perceel_1"/>
          <w:id w:val="136"/>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Categorie 1 / perceel 1 – Walking floor transport</w:t>
      </w:r>
    </w:p>
    <w:p w14:paraId="2B6275CC" w14:textId="77777777" w:rsidR="00F30FAF" w:rsidRPr="008F714D" w:rsidRDefault="00000000" w:rsidP="00D872C3">
      <w:pPr>
        <w:spacing w:after="0"/>
        <w:rPr>
          <w:lang w:val="nl-NL"/>
        </w:rPr>
      </w:pPr>
      <w:r w:rsidRPr="008F714D">
        <w:rPr>
          <w:lang w:val="nl-NL"/>
        </w:rPr>
        <w:t>Transport met trekker en walking floor-oplegger voor daarvoor geschikte losse afval- en grondstofstromen.</w:t>
      </w:r>
    </w:p>
    <w:p w14:paraId="7B4DE561" w14:textId="77777777" w:rsidR="00F30FAF" w:rsidRPr="008F714D" w:rsidRDefault="00000000" w:rsidP="00D872C3">
      <w:pPr>
        <w:spacing w:after="0"/>
        <w:ind w:left="274" w:hanging="274"/>
        <w:rPr>
          <w:lang w:val="nl-NL"/>
        </w:rPr>
      </w:pPr>
      <w:sdt>
        <w:sdtPr>
          <w:rPr>
            <w:lang w:val="nl-NL"/>
          </w:rPr>
          <w:alias w:val="Perceel_2"/>
          <w:tag w:val="Perceel_2"/>
          <w:id w:val="137"/>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Categorie 2 / perceel 2 – Containertransport (afzetcontainers)</w:t>
      </w:r>
    </w:p>
    <w:p w14:paraId="7665A502" w14:textId="77777777" w:rsidR="00F30FAF" w:rsidRPr="008F714D" w:rsidRDefault="00000000" w:rsidP="00D872C3">
      <w:pPr>
        <w:spacing w:after="0"/>
        <w:rPr>
          <w:lang w:val="nl-NL"/>
        </w:rPr>
      </w:pPr>
      <w:r w:rsidRPr="008F714D">
        <w:rPr>
          <w:lang w:val="nl-NL"/>
        </w:rPr>
        <w:t>Transport en eventueel beschikbaar stellen van afzetcontainers met onder meer haakarm-, ketting- of portaalsysteem. De benodigde uitvoering wordt per Nadere uitvraag bepaald.</w:t>
      </w:r>
    </w:p>
    <w:p w14:paraId="347837C9" w14:textId="77777777" w:rsidR="00F30FAF" w:rsidRPr="008F714D" w:rsidRDefault="00000000" w:rsidP="00D872C3">
      <w:pPr>
        <w:spacing w:after="0"/>
        <w:ind w:left="274" w:hanging="274"/>
        <w:rPr>
          <w:lang w:val="nl-NL"/>
        </w:rPr>
      </w:pPr>
      <w:sdt>
        <w:sdtPr>
          <w:rPr>
            <w:lang w:val="nl-NL"/>
          </w:rPr>
          <w:alias w:val="Perceel_3"/>
          <w:tag w:val="Perceel_3"/>
          <w:id w:val="138"/>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Categorie 3 / perceel 3 – Kippertransport</w:t>
      </w:r>
    </w:p>
    <w:p w14:paraId="0300EFD1" w14:textId="77777777" w:rsidR="00F30FAF" w:rsidRDefault="00000000" w:rsidP="00D872C3">
      <w:pPr>
        <w:spacing w:after="0"/>
        <w:rPr>
          <w:lang w:val="nl-NL"/>
        </w:rPr>
      </w:pPr>
      <w:r w:rsidRPr="008F714D">
        <w:rPr>
          <w:lang w:val="nl-NL"/>
        </w:rPr>
        <w:t xml:space="preserve">Transport met </w:t>
      </w:r>
      <w:proofErr w:type="spellStart"/>
      <w:r w:rsidRPr="008F714D">
        <w:rPr>
          <w:lang w:val="nl-NL"/>
        </w:rPr>
        <w:t>kippercombinaties</w:t>
      </w:r>
      <w:proofErr w:type="spellEnd"/>
      <w:r w:rsidRPr="008F714D">
        <w:rPr>
          <w:lang w:val="nl-NL"/>
        </w:rPr>
        <w:t xml:space="preserve"> voor daarvoor geschikte losgestorte afval- en grondstofstromen.</w:t>
      </w:r>
    </w:p>
    <w:p w14:paraId="48DB93B9" w14:textId="77777777" w:rsidR="00D872C3" w:rsidRPr="008F714D" w:rsidRDefault="00D872C3" w:rsidP="00D872C3">
      <w:pPr>
        <w:spacing w:after="0"/>
        <w:rPr>
          <w:lang w:val="nl-NL"/>
        </w:rPr>
      </w:pPr>
    </w:p>
    <w:p w14:paraId="55FCD794" w14:textId="77777777" w:rsidR="00F30FAF" w:rsidRPr="008F714D" w:rsidRDefault="00000000" w:rsidP="00D872C3">
      <w:pPr>
        <w:pStyle w:val="Kop2"/>
        <w:spacing w:before="0" w:after="0"/>
        <w:rPr>
          <w:rFonts w:ascii="DM Sans" w:hAnsi="DM Sans" w:cs="Arial"/>
          <w:color w:val="83B8D8"/>
          <w:sz w:val="20"/>
          <w:szCs w:val="20"/>
        </w:rPr>
      </w:pPr>
      <w:r w:rsidRPr="008F714D">
        <w:rPr>
          <w:rFonts w:ascii="DM Sans" w:hAnsi="DM Sans" w:cs="Arial"/>
          <w:color w:val="83B8D8"/>
          <w:sz w:val="20"/>
          <w:szCs w:val="20"/>
        </w:rPr>
        <w:t>Latere aanmelding of uitbreiding</w:t>
      </w:r>
    </w:p>
    <w:p w14:paraId="5FE71A83" w14:textId="77777777" w:rsidR="00F30FAF" w:rsidRPr="008F714D" w:rsidRDefault="00000000" w:rsidP="00D872C3">
      <w:pPr>
        <w:spacing w:after="0"/>
        <w:ind w:left="274" w:hanging="274"/>
        <w:rPr>
          <w:lang w:val="nl-NL"/>
        </w:rPr>
      </w:pPr>
      <w:sdt>
        <w:sdtPr>
          <w:rPr>
            <w:lang w:val="nl-NL"/>
          </w:rPr>
          <w:alias w:val="Eerste_aanvraag"/>
          <w:tag w:val="Eerste_aanvraag"/>
          <w:id w:val="139"/>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Dit is een eerste aanvraag tot toelating.</w:t>
      </w:r>
    </w:p>
    <w:p w14:paraId="3FF10AF3" w14:textId="77777777" w:rsidR="00F30FAF" w:rsidRPr="008F714D" w:rsidRDefault="00000000" w:rsidP="00D872C3">
      <w:pPr>
        <w:spacing w:after="0"/>
        <w:ind w:left="274" w:hanging="274"/>
        <w:rPr>
          <w:lang w:val="nl-NL"/>
        </w:rPr>
      </w:pPr>
      <w:sdt>
        <w:sdtPr>
          <w:rPr>
            <w:lang w:val="nl-NL"/>
          </w:rPr>
          <w:alias w:val="Uitbreiding"/>
          <w:tag w:val="Uitbreiding"/>
          <w:id w:val="140"/>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Wij zijn al toegelaten en vragen uitbreiding met de hierboven aangevinkte categorieën.</w:t>
      </w:r>
    </w:p>
    <w:p w14:paraId="1D3DF3AE" w14:textId="77777777" w:rsidR="00F30FAF" w:rsidRPr="008F714D" w:rsidRDefault="00000000" w:rsidP="00D872C3">
      <w:pPr>
        <w:spacing w:after="0"/>
        <w:rPr>
          <w:lang w:val="nl-NL"/>
        </w:rPr>
      </w:pPr>
      <w:r w:rsidRPr="008F714D">
        <w:rPr>
          <w:b/>
          <w:lang w:val="nl-NL"/>
        </w:rPr>
        <w:t xml:space="preserve">Reeds toegelaten categorieën  </w:t>
      </w:r>
      <w:sdt>
        <w:sdtPr>
          <w:rPr>
            <w:lang w:val="nl-NL"/>
          </w:rPr>
          <w:alias w:val="Reeds_toegelaten"/>
          <w:tag w:val="Reeds_toegelaten"/>
          <w:id w:val="141"/>
          <w:text/>
        </w:sdtPr>
        <w:sdtContent>
          <w:r w:rsidRPr="008F714D">
            <w:rPr>
              <w:color w:val="666666"/>
              <w:lang w:val="nl-NL"/>
            </w:rPr>
            <w:t>Invullen bij een uitbreiding</w:t>
          </w:r>
        </w:sdtContent>
      </w:sdt>
    </w:p>
    <w:p w14:paraId="7EA4CC55" w14:textId="77777777" w:rsidR="00D872C3" w:rsidRDefault="00D872C3" w:rsidP="00D872C3">
      <w:pPr>
        <w:pStyle w:val="Kop2"/>
        <w:spacing w:before="0" w:after="0"/>
        <w:rPr>
          <w:rFonts w:ascii="DM Sans" w:hAnsi="DM Sans" w:cs="Arial"/>
          <w:color w:val="83B8D8"/>
          <w:sz w:val="20"/>
          <w:szCs w:val="20"/>
        </w:rPr>
      </w:pPr>
    </w:p>
    <w:p w14:paraId="6CBA2729" w14:textId="2ABF0EBA" w:rsidR="00F30FAF" w:rsidRPr="008F714D" w:rsidRDefault="00000000" w:rsidP="00D872C3">
      <w:pPr>
        <w:pStyle w:val="Kop2"/>
        <w:spacing w:before="0" w:after="0"/>
        <w:rPr>
          <w:rFonts w:ascii="DM Sans" w:hAnsi="DM Sans" w:cs="Arial"/>
          <w:color w:val="83B8D8"/>
          <w:sz w:val="20"/>
          <w:szCs w:val="20"/>
        </w:rPr>
      </w:pPr>
      <w:proofErr w:type="spellStart"/>
      <w:r w:rsidRPr="008F714D">
        <w:rPr>
          <w:rFonts w:ascii="DM Sans" w:hAnsi="DM Sans" w:cs="Arial"/>
          <w:color w:val="83B8D8"/>
          <w:sz w:val="20"/>
          <w:szCs w:val="20"/>
        </w:rPr>
        <w:t>Wijzigingen</w:t>
      </w:r>
      <w:proofErr w:type="spellEnd"/>
      <w:r w:rsidRPr="008F714D">
        <w:rPr>
          <w:rFonts w:ascii="DM Sans" w:hAnsi="DM Sans" w:cs="Arial"/>
          <w:color w:val="83B8D8"/>
          <w:sz w:val="20"/>
          <w:szCs w:val="20"/>
        </w:rPr>
        <w:t xml:space="preserve"> </w:t>
      </w:r>
      <w:proofErr w:type="spellStart"/>
      <w:r w:rsidRPr="008F714D">
        <w:rPr>
          <w:rFonts w:ascii="DM Sans" w:hAnsi="DM Sans" w:cs="Arial"/>
          <w:color w:val="83B8D8"/>
          <w:sz w:val="20"/>
          <w:szCs w:val="20"/>
        </w:rPr>
        <w:t>melden</w:t>
      </w:r>
      <w:proofErr w:type="spellEnd"/>
    </w:p>
    <w:p w14:paraId="3C7D3EA4" w14:textId="77777777" w:rsidR="00F30FAF" w:rsidRDefault="00000000" w:rsidP="00D872C3">
      <w:pPr>
        <w:spacing w:after="0"/>
        <w:ind w:left="274" w:hanging="274"/>
        <w:rPr>
          <w:lang w:val="nl-NL"/>
        </w:rPr>
      </w:pPr>
      <w:sdt>
        <w:sdtPr>
          <w:rPr>
            <w:lang w:val="nl-NL"/>
          </w:rPr>
          <w:alias w:val="Wijzigingen"/>
          <w:tag w:val="Wijzigingen"/>
          <w:id w:val="142"/>
          <w14:checkbox>
            <w14:checked w14:val="0"/>
            <w14:checkedState w14:val="2612" w14:font="DejaVu Sans"/>
            <w14:uncheckedState w14:val="2610" w14:font="DejaVu Sans"/>
          </w14:checkbox>
        </w:sdtPr>
        <w:sdtContent>
          <w:r w:rsidRPr="008F714D">
            <w:rPr>
              <w:rFonts w:ascii="DejaVu Sans" w:hAnsi="DejaVu Sans"/>
              <w:lang w:val="nl-NL"/>
            </w:rPr>
            <w:t>☐</w:t>
          </w:r>
        </w:sdtContent>
      </w:sdt>
      <w:r w:rsidRPr="008F714D">
        <w:rPr>
          <w:lang w:val="nl-NL"/>
        </w:rPr>
        <w:t xml:space="preserve">  Wij melden onmiddellijk wijzigingen die van invloed kunnen zijn op uitsluitingsgronden, geschiktheid, vergunningen, registraties, certificaten, zeggenschap en/of de beschikbaarheid.</w:t>
      </w:r>
    </w:p>
    <w:p w14:paraId="156BF5E0" w14:textId="77777777" w:rsidR="00D872C3" w:rsidRPr="008F714D" w:rsidRDefault="00D872C3" w:rsidP="00D872C3">
      <w:pPr>
        <w:spacing w:after="0"/>
        <w:ind w:left="274" w:hanging="274"/>
        <w:rPr>
          <w:lang w:val="nl-NL"/>
        </w:rPr>
      </w:pPr>
    </w:p>
    <w:p w14:paraId="2BD8DEE3" w14:textId="77777777" w:rsidR="00F30FAF" w:rsidRPr="008F714D" w:rsidRDefault="00000000" w:rsidP="00D872C3">
      <w:pPr>
        <w:pStyle w:val="Kop2"/>
        <w:spacing w:before="0" w:after="0"/>
        <w:rPr>
          <w:rFonts w:ascii="DM Sans" w:hAnsi="DM Sans" w:cs="Arial"/>
          <w:color w:val="83B8D8"/>
          <w:sz w:val="20"/>
          <w:szCs w:val="20"/>
        </w:rPr>
      </w:pPr>
      <w:r w:rsidRPr="008F714D">
        <w:rPr>
          <w:rFonts w:ascii="DM Sans" w:hAnsi="DM Sans" w:cs="Arial"/>
          <w:color w:val="83B8D8"/>
          <w:sz w:val="20"/>
          <w:szCs w:val="20"/>
        </w:rPr>
        <w:t>Ondertekening</w:t>
      </w:r>
    </w:p>
    <w:p w14:paraId="39EB84FB" w14:textId="77777777" w:rsidR="00F30FAF" w:rsidRDefault="00000000" w:rsidP="00D872C3">
      <w:pPr>
        <w:spacing w:after="0"/>
      </w:pPr>
      <w:r w:rsidRPr="008F714D">
        <w:rPr>
          <w:lang w:val="nl-NL"/>
        </w:rPr>
        <w:t xml:space="preserve">De ondertekenaar bevestigt namens de Gegadigde de ingevulde gegevens, de aangevinkte verklaringen en de keuze voor de categorieën. </w:t>
      </w:r>
      <w:r>
        <w:t xml:space="preserve">Dit </w:t>
      </w:r>
      <w:proofErr w:type="spellStart"/>
      <w:r>
        <w:t>formulier</w:t>
      </w:r>
      <w:proofErr w:type="spellEnd"/>
      <w:r>
        <w:t xml:space="preserve"> </w:t>
      </w:r>
      <w:proofErr w:type="spellStart"/>
      <w:r>
        <w:t>vervangt</w:t>
      </w:r>
      <w:proofErr w:type="spellEnd"/>
      <w:r>
        <w:t xml:space="preserve"> het ondertekende UEA niet.</w:t>
      </w:r>
    </w:p>
    <w:tbl>
      <w:tblPr>
        <w:tblW w:w="0" w:type="auto"/>
        <w:jc w:val="center"/>
        <w:tblLayout w:type="fixed"/>
        <w:tblLook w:val="04A0" w:firstRow="1" w:lastRow="0" w:firstColumn="1" w:lastColumn="0" w:noHBand="0" w:noVBand="1"/>
      </w:tblPr>
      <w:tblGrid>
        <w:gridCol w:w="2880"/>
        <w:gridCol w:w="7200"/>
      </w:tblGrid>
      <w:tr w:rsidR="00F30FAF" w:rsidRPr="008F714D" w14:paraId="491C92F3"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B5954D9" w14:textId="77777777" w:rsidR="00F30FAF" w:rsidRDefault="00000000" w:rsidP="00D872C3">
            <w:pPr>
              <w:spacing w:after="0"/>
            </w:pPr>
            <w:r>
              <w:rPr>
                <w:b/>
              </w:rPr>
              <w:t>Naam Gegadigde</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4D18BD22" w14:textId="77777777" w:rsidR="00F30FAF" w:rsidRPr="008F714D" w:rsidRDefault="00000000" w:rsidP="00D872C3">
            <w:pPr>
              <w:spacing w:after="0"/>
              <w:rPr>
                <w:lang w:val="nl-NL"/>
              </w:rPr>
            </w:pPr>
            <w:sdt>
              <w:sdtPr>
                <w:rPr>
                  <w:lang w:val="nl-NL"/>
                </w:rPr>
                <w:alias w:val="Ondertekening_organisatie"/>
                <w:tag w:val="Ondertekening_organisatie"/>
                <w:id w:val="143"/>
                <w:text/>
              </w:sdtPr>
              <w:sdtContent>
                <w:r w:rsidRPr="008F714D">
                  <w:rPr>
                    <w:color w:val="666666"/>
                    <w:lang w:val="nl-NL"/>
                  </w:rPr>
                  <w:t>Klik of tik om in te vullen</w:t>
                </w:r>
              </w:sdtContent>
            </w:sdt>
          </w:p>
        </w:tc>
      </w:tr>
      <w:tr w:rsidR="00F30FAF" w:rsidRPr="008F714D" w14:paraId="67931540"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683E46B2" w14:textId="77777777" w:rsidR="00F30FAF" w:rsidRDefault="00000000" w:rsidP="00D872C3">
            <w:pPr>
              <w:spacing w:after="0"/>
            </w:pPr>
            <w:r>
              <w:rPr>
                <w:b/>
              </w:rPr>
              <w:t>Naam ondertekenaar</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382B1360" w14:textId="77777777" w:rsidR="00F30FAF" w:rsidRPr="008F714D" w:rsidRDefault="00000000" w:rsidP="00D872C3">
            <w:pPr>
              <w:spacing w:after="0"/>
              <w:rPr>
                <w:lang w:val="nl-NL"/>
              </w:rPr>
            </w:pPr>
            <w:sdt>
              <w:sdtPr>
                <w:rPr>
                  <w:lang w:val="nl-NL"/>
                </w:rPr>
                <w:alias w:val="Ondertekenaar"/>
                <w:tag w:val="Ondertekenaar"/>
                <w:id w:val="144"/>
                <w:text/>
              </w:sdtPr>
              <w:sdtContent>
                <w:r w:rsidRPr="008F714D">
                  <w:rPr>
                    <w:color w:val="666666"/>
                    <w:lang w:val="nl-NL"/>
                  </w:rPr>
                  <w:t>Klik of tik om in te vullen</w:t>
                </w:r>
              </w:sdtContent>
            </w:sdt>
          </w:p>
        </w:tc>
      </w:tr>
      <w:tr w:rsidR="00F30FAF" w:rsidRPr="008F714D" w14:paraId="57406F0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10A32E1E" w14:textId="77777777" w:rsidR="00F30FAF" w:rsidRDefault="00000000" w:rsidP="00D872C3">
            <w:pPr>
              <w:spacing w:after="0"/>
            </w:pPr>
            <w:r>
              <w:rPr>
                <w:b/>
              </w:rPr>
              <w:t>Functie</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F2CDDA8" w14:textId="77777777" w:rsidR="00F30FAF" w:rsidRPr="008F714D" w:rsidRDefault="00000000" w:rsidP="00D872C3">
            <w:pPr>
              <w:spacing w:after="0"/>
              <w:rPr>
                <w:lang w:val="nl-NL"/>
              </w:rPr>
            </w:pPr>
            <w:sdt>
              <w:sdtPr>
                <w:rPr>
                  <w:lang w:val="nl-NL"/>
                </w:rPr>
                <w:alias w:val="Functie"/>
                <w:tag w:val="Functie"/>
                <w:id w:val="145"/>
                <w:text/>
              </w:sdtPr>
              <w:sdtContent>
                <w:r w:rsidRPr="008F714D">
                  <w:rPr>
                    <w:color w:val="666666"/>
                    <w:lang w:val="nl-NL"/>
                  </w:rPr>
                  <w:t>Klik of tik om in te vullen</w:t>
                </w:r>
              </w:sdtContent>
            </w:sdt>
          </w:p>
        </w:tc>
      </w:tr>
      <w:tr w:rsidR="00F30FAF" w:rsidRPr="008F714D" w14:paraId="6DA4574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5DF0B9E2" w14:textId="77777777" w:rsidR="00F30FAF" w:rsidRDefault="00000000" w:rsidP="00D872C3">
            <w:pPr>
              <w:spacing w:after="0"/>
            </w:pPr>
            <w:r>
              <w:rPr>
                <w:b/>
              </w:rPr>
              <w:t>Plaats en datum</w:t>
            </w:r>
          </w:p>
        </w:tc>
        <w:tc>
          <w:tcPr>
            <w:tcW w:w="7200" w:type="dxa"/>
            <w:tcBorders>
              <w:top w:val="single" w:sz="4" w:space="0" w:color="D9D9D9"/>
              <w:left w:val="single" w:sz="4" w:space="0" w:color="D9D9D9"/>
              <w:bottom w:val="single" w:sz="4" w:space="0" w:color="D9D9D9"/>
              <w:right w:val="single" w:sz="4" w:space="0" w:color="D9D9D9"/>
            </w:tcBorders>
            <w:tcMar>
              <w:top w:w="65" w:type="dxa"/>
              <w:left w:w="100" w:type="dxa"/>
              <w:bottom w:w="65" w:type="dxa"/>
              <w:right w:w="100" w:type="dxa"/>
            </w:tcMar>
            <w:vAlign w:val="center"/>
          </w:tcPr>
          <w:p w14:paraId="7717F87A" w14:textId="77777777" w:rsidR="00F30FAF" w:rsidRPr="008F714D" w:rsidRDefault="00000000" w:rsidP="00D872C3">
            <w:pPr>
              <w:spacing w:after="0"/>
              <w:rPr>
                <w:lang w:val="nl-NL"/>
              </w:rPr>
            </w:pPr>
            <w:sdt>
              <w:sdtPr>
                <w:rPr>
                  <w:lang w:val="nl-NL"/>
                </w:rPr>
                <w:alias w:val="Plaats_datum"/>
                <w:tag w:val="Plaats_datum"/>
                <w:id w:val="146"/>
                <w:text/>
              </w:sdtPr>
              <w:sdtContent>
                <w:r w:rsidRPr="008F714D">
                  <w:rPr>
                    <w:color w:val="666666"/>
                    <w:lang w:val="nl-NL"/>
                  </w:rPr>
                  <w:t>Klik of tik om in te vullen</w:t>
                </w:r>
              </w:sdtContent>
            </w:sdt>
          </w:p>
        </w:tc>
      </w:tr>
    </w:tbl>
    <w:p w14:paraId="351A3DDE" w14:textId="77777777" w:rsidR="00D872C3" w:rsidRDefault="00D872C3" w:rsidP="00D872C3">
      <w:pPr>
        <w:spacing w:after="0"/>
        <w:rPr>
          <w:b/>
        </w:rPr>
      </w:pPr>
    </w:p>
    <w:p w14:paraId="675ED36D" w14:textId="3BE1DB15" w:rsidR="00D872C3" w:rsidRDefault="00000000" w:rsidP="00D872C3">
      <w:pPr>
        <w:spacing w:after="0"/>
      </w:pPr>
      <w:proofErr w:type="spellStart"/>
      <w:r>
        <w:rPr>
          <w:b/>
        </w:rPr>
        <w:t>Handtekening</w:t>
      </w:r>
      <w:proofErr w:type="spellEnd"/>
    </w:p>
    <w:p w14:paraId="6D4C639B" w14:textId="77777777" w:rsidR="00F30FAF" w:rsidRDefault="00000000" w:rsidP="00D872C3">
      <w:pPr>
        <w:spacing w:after="0"/>
      </w:pPr>
      <w:sdt>
        <w:sdtPr>
          <w:alias w:val="Handtekening"/>
          <w:tag w:val="Handtekening"/>
          <w:id w:val="147"/>
          <w:text/>
        </w:sdtPr>
        <w:sdtContent>
          <w:r>
            <w:rPr>
              <w:color w:val="666666"/>
            </w:rPr>
            <w:t>Plaats hier uw handtekening</w:t>
          </w:r>
        </w:sdtContent>
      </w:sdt>
    </w:p>
    <w:sectPr w:rsidR="00F30FAF" w:rsidSect="008F714D">
      <w:headerReference w:type="even" r:id="rId8"/>
      <w:headerReference w:type="default" r:id="rId9"/>
      <w:footerReference w:type="even" r:id="rId10"/>
      <w:footerReference w:type="default" r:id="rId11"/>
      <w:headerReference w:type="first" r:id="rId12"/>
      <w:footerReference w:type="first" r:id="rId13"/>
      <w:pgSz w:w="12240" w:h="15840"/>
      <w:pgMar w:top="1224" w:right="1080" w:bottom="936" w:left="1080" w:header="403"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3E8D4" w14:textId="77777777" w:rsidR="007D4435" w:rsidRDefault="007D4435">
      <w:pPr>
        <w:spacing w:after="0" w:line="240" w:lineRule="auto"/>
      </w:pPr>
      <w:r>
        <w:separator/>
      </w:r>
    </w:p>
  </w:endnote>
  <w:endnote w:type="continuationSeparator" w:id="0">
    <w:p w14:paraId="4F7AFA2B" w14:textId="77777777" w:rsidR="007D4435" w:rsidRDefault="007D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M Sans">
    <w:panose1 w:val="00000000000000000000"/>
    <w:charset w:val="4D"/>
    <w:family w:val="auto"/>
    <w:pitch w:val="variable"/>
    <w:sig w:usb0="8000002F"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20B0603030804020204"/>
    <w:charset w:val="00"/>
    <w:family w:val="swiss"/>
    <w:pitch w:val="variable"/>
    <w:sig w:usb0="E7002EFF" w:usb1="D200FDFF" w:usb2="0A24602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72B8" w14:textId="77777777" w:rsidR="00D872C3" w:rsidRDefault="00D872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7DC2" w14:textId="77777777" w:rsidR="00D872C3" w:rsidRDefault="008F714D" w:rsidP="008F714D">
    <w:pPr>
      <w:pStyle w:val="Voettekst"/>
      <w:rPr>
        <w:b/>
        <w:bCs/>
        <w:sz w:val="18"/>
        <w:szCs w:val="18"/>
      </w:rPr>
    </w:pPr>
    <w:r>
      <w:rPr>
        <w:rFonts w:ascii="Verdana" w:hAnsi="Verdana"/>
        <w:noProof/>
        <w:color w:val="999999"/>
        <w:sz w:val="14"/>
        <w:szCs w:val="14"/>
      </w:rPr>
      <w:drawing>
        <wp:anchor distT="0" distB="0" distL="114300" distR="114300" simplePos="0" relativeHeight="251832320" behindDoc="0" locked="0" layoutInCell="1" allowOverlap="1" wp14:anchorId="1F9BDCF3" wp14:editId="39782C72">
          <wp:simplePos x="0" y="0"/>
          <wp:positionH relativeFrom="column">
            <wp:posOffset>4783455</wp:posOffset>
          </wp:positionH>
          <wp:positionV relativeFrom="paragraph">
            <wp:posOffset>191135</wp:posOffset>
          </wp:positionV>
          <wp:extent cx="1284337" cy="288000"/>
          <wp:effectExtent l="0" t="0" r="0" b="0"/>
          <wp:wrapNone/>
          <wp:docPr id="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4337" cy="288000"/>
                  </a:xfrm>
                  <a:prstGeom prst="rect">
                    <a:avLst/>
                  </a:prstGeom>
                  <a:noFill/>
                </pic:spPr>
              </pic:pic>
            </a:graphicData>
          </a:graphic>
          <wp14:sizeRelH relativeFrom="page">
            <wp14:pctWidth>0</wp14:pctWidth>
          </wp14:sizeRelH>
          <wp14:sizeRelV relativeFrom="page">
            <wp14:pctHeight>0</wp14:pctHeight>
          </wp14:sizeRelV>
        </wp:anchor>
      </w:drawing>
    </w:r>
    <w:r w:rsidR="00D872C3">
      <w:rPr>
        <w:b/>
        <w:bCs/>
        <w:sz w:val="18"/>
        <w:szCs w:val="18"/>
      </w:rPr>
      <w:t>________________________________________________________________________________</w:t>
    </w:r>
  </w:p>
  <w:p w14:paraId="57FDCE23" w14:textId="7201753B" w:rsidR="00F30FAF" w:rsidRPr="008F714D" w:rsidRDefault="008F714D" w:rsidP="008F714D">
    <w:pPr>
      <w:pStyle w:val="Voettekst"/>
    </w:pPr>
    <w:r w:rsidRPr="000808D5">
      <w:rPr>
        <w:b/>
        <w:bCs/>
        <w:sz w:val="18"/>
        <w:szCs w:val="18"/>
      </w:rPr>
      <w:t>202</w:t>
    </w:r>
    <w:r>
      <w:rPr>
        <w:b/>
        <w:bCs/>
        <w:sz w:val="18"/>
        <w:szCs w:val="18"/>
      </w:rPr>
      <w:t>6</w:t>
    </w:r>
    <w:r w:rsidRPr="000808D5">
      <w:rPr>
        <w:b/>
        <w:bCs/>
        <w:sz w:val="18"/>
        <w:szCs w:val="18"/>
      </w:rPr>
      <w:t>/MW/PV/</w:t>
    </w:r>
    <w:r>
      <w:rPr>
        <w:b/>
        <w:bCs/>
        <w:sz w:val="18"/>
        <w:szCs w:val="18"/>
      </w:rPr>
      <w:t>19</w:t>
    </w:r>
    <w:r>
      <w:rPr>
        <w:sz w:val="18"/>
        <w:szCs w:val="18"/>
      </w:rPr>
      <w:br/>
    </w:r>
    <w:proofErr w:type="spellStart"/>
    <w:r w:rsidRPr="00C26089">
      <w:rPr>
        <w:sz w:val="18"/>
        <w:szCs w:val="18"/>
      </w:rPr>
      <w:t>Pagina</w:t>
    </w:r>
    <w:proofErr w:type="spellEnd"/>
    <w:r w:rsidRPr="00C26089">
      <w:rPr>
        <w:sz w:val="18"/>
        <w:szCs w:val="18"/>
      </w:rPr>
      <w:t xml:space="preserve"> </w:t>
    </w:r>
    <w:r w:rsidRPr="00C26089">
      <w:rPr>
        <w:sz w:val="18"/>
        <w:szCs w:val="18"/>
      </w:rPr>
      <w:fldChar w:fldCharType="begin"/>
    </w:r>
    <w:r w:rsidRPr="00C26089">
      <w:rPr>
        <w:sz w:val="18"/>
        <w:szCs w:val="18"/>
      </w:rPr>
      <w:instrText>PAGE   \* MERGEFORMAT</w:instrText>
    </w:r>
    <w:r w:rsidRPr="00C26089">
      <w:rPr>
        <w:sz w:val="18"/>
        <w:szCs w:val="18"/>
      </w:rPr>
      <w:fldChar w:fldCharType="separate"/>
    </w:r>
    <w:r>
      <w:rPr>
        <w:sz w:val="18"/>
        <w:szCs w:val="18"/>
      </w:rPr>
      <w:t>4</w:t>
    </w:r>
    <w:r w:rsidRPr="00C26089">
      <w:rPr>
        <w:sz w:val="18"/>
        <w:szCs w:val="18"/>
      </w:rPr>
      <w:fldChar w:fldCharType="end"/>
    </w:r>
    <w:r>
      <w:rPr>
        <w:noProof/>
      </w:rPr>
      <w:drawing>
        <wp:anchor distT="0" distB="0" distL="114300" distR="114300" simplePos="0" relativeHeight="251657216" behindDoc="0" locked="0" layoutInCell="1" allowOverlap="1" wp14:anchorId="524DE6E8" wp14:editId="11A035CA">
          <wp:simplePos x="0" y="0"/>
          <wp:positionH relativeFrom="margin">
            <wp:posOffset>5241925</wp:posOffset>
          </wp:positionH>
          <wp:positionV relativeFrom="paragraph">
            <wp:posOffset>9774555</wp:posOffset>
          </wp:positionV>
          <wp:extent cx="1711325" cy="379730"/>
          <wp:effectExtent l="0" t="0" r="0" b="0"/>
          <wp:wrapNone/>
          <wp:docPr id="37"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1325" cy="37973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C1A4" w14:textId="77777777" w:rsidR="00D872C3" w:rsidRDefault="00D872C3" w:rsidP="00D872C3">
    <w:pPr>
      <w:pStyle w:val="Voettekst"/>
      <w:rPr>
        <w:b/>
        <w:bCs/>
        <w:sz w:val="18"/>
        <w:szCs w:val="18"/>
      </w:rPr>
    </w:pPr>
    <w:r>
      <w:rPr>
        <w:rFonts w:ascii="Verdana" w:hAnsi="Verdana"/>
        <w:noProof/>
        <w:color w:val="999999"/>
        <w:sz w:val="14"/>
        <w:szCs w:val="14"/>
      </w:rPr>
      <w:drawing>
        <wp:anchor distT="0" distB="0" distL="114300" distR="114300" simplePos="0" relativeHeight="251834368" behindDoc="0" locked="0" layoutInCell="1" allowOverlap="1" wp14:anchorId="2552C396" wp14:editId="73260EC8">
          <wp:simplePos x="0" y="0"/>
          <wp:positionH relativeFrom="column">
            <wp:posOffset>4783455</wp:posOffset>
          </wp:positionH>
          <wp:positionV relativeFrom="paragraph">
            <wp:posOffset>191135</wp:posOffset>
          </wp:positionV>
          <wp:extent cx="1284337" cy="288000"/>
          <wp:effectExtent l="0" t="0" r="0" b="0"/>
          <wp:wrapNone/>
          <wp:docPr id="15774019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4337" cy="288000"/>
                  </a:xfrm>
                  <a:prstGeom prst="rect">
                    <a:avLst/>
                  </a:prstGeom>
                  <a:noFill/>
                </pic:spPr>
              </pic:pic>
            </a:graphicData>
          </a:graphic>
          <wp14:sizeRelH relativeFrom="page">
            <wp14:pctWidth>0</wp14:pctWidth>
          </wp14:sizeRelH>
          <wp14:sizeRelV relativeFrom="page">
            <wp14:pctHeight>0</wp14:pctHeight>
          </wp14:sizeRelV>
        </wp:anchor>
      </w:drawing>
    </w:r>
    <w:r>
      <w:rPr>
        <w:b/>
        <w:bCs/>
        <w:sz w:val="18"/>
        <w:szCs w:val="18"/>
      </w:rPr>
      <w:t>________________________________________________________________________________</w:t>
    </w:r>
  </w:p>
  <w:p w14:paraId="3824EF5D" w14:textId="3244FEE1" w:rsidR="00D872C3" w:rsidRDefault="00D872C3">
    <w:pPr>
      <w:pStyle w:val="Voettekst"/>
    </w:pPr>
    <w:r w:rsidRPr="000808D5">
      <w:rPr>
        <w:b/>
        <w:bCs/>
        <w:sz w:val="18"/>
        <w:szCs w:val="18"/>
      </w:rPr>
      <w:t>202</w:t>
    </w:r>
    <w:r>
      <w:rPr>
        <w:b/>
        <w:bCs/>
        <w:sz w:val="18"/>
        <w:szCs w:val="18"/>
      </w:rPr>
      <w:t>6</w:t>
    </w:r>
    <w:r w:rsidRPr="000808D5">
      <w:rPr>
        <w:b/>
        <w:bCs/>
        <w:sz w:val="18"/>
        <w:szCs w:val="18"/>
      </w:rPr>
      <w:t>/MW/PV/</w:t>
    </w:r>
    <w:r>
      <w:rPr>
        <w:b/>
        <w:bCs/>
        <w:sz w:val="18"/>
        <w:szCs w:val="18"/>
      </w:rPr>
      <w:t>19</w:t>
    </w:r>
    <w:r>
      <w:rPr>
        <w:sz w:val="18"/>
        <w:szCs w:val="18"/>
      </w:rPr>
      <w:br/>
    </w:r>
    <w:proofErr w:type="spellStart"/>
    <w:r w:rsidRPr="00C26089">
      <w:rPr>
        <w:sz w:val="18"/>
        <w:szCs w:val="18"/>
      </w:rPr>
      <w:t>Pagina</w:t>
    </w:r>
    <w:proofErr w:type="spellEnd"/>
    <w:r w:rsidRPr="00C26089">
      <w:rPr>
        <w:sz w:val="18"/>
        <w:szCs w:val="18"/>
      </w:rPr>
      <w:t xml:space="preserve"> </w:t>
    </w:r>
    <w:r w:rsidRPr="00C26089">
      <w:rPr>
        <w:sz w:val="18"/>
        <w:szCs w:val="18"/>
      </w:rPr>
      <w:fldChar w:fldCharType="begin"/>
    </w:r>
    <w:r w:rsidRPr="00C26089">
      <w:rPr>
        <w:sz w:val="18"/>
        <w:szCs w:val="18"/>
      </w:rPr>
      <w:instrText>PAGE   \* MERGEFORMAT</w:instrText>
    </w:r>
    <w:r w:rsidRPr="00C26089">
      <w:rPr>
        <w:sz w:val="18"/>
        <w:szCs w:val="18"/>
      </w:rPr>
      <w:fldChar w:fldCharType="separate"/>
    </w:r>
    <w:r>
      <w:rPr>
        <w:sz w:val="18"/>
        <w:szCs w:val="18"/>
      </w:rPr>
      <w:t>2</w:t>
    </w:r>
    <w:r w:rsidRPr="00C26089">
      <w:rPr>
        <w:sz w:val="18"/>
        <w:szCs w:val="18"/>
      </w:rPr>
      <w:fldChar w:fldCharType="end"/>
    </w:r>
    <w:r>
      <w:rPr>
        <w:noProof/>
      </w:rPr>
      <w:drawing>
        <wp:anchor distT="0" distB="0" distL="114300" distR="114300" simplePos="0" relativeHeight="251833344" behindDoc="0" locked="0" layoutInCell="1" allowOverlap="1" wp14:anchorId="1611FED4" wp14:editId="4B69BB58">
          <wp:simplePos x="0" y="0"/>
          <wp:positionH relativeFrom="margin">
            <wp:posOffset>5241925</wp:posOffset>
          </wp:positionH>
          <wp:positionV relativeFrom="paragraph">
            <wp:posOffset>9774555</wp:posOffset>
          </wp:positionV>
          <wp:extent cx="1711325" cy="379730"/>
          <wp:effectExtent l="0" t="0" r="0" b="0"/>
          <wp:wrapNone/>
          <wp:docPr id="1301989889"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1325" cy="37973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E8E98" w14:textId="77777777" w:rsidR="007D4435" w:rsidRDefault="007D4435">
      <w:pPr>
        <w:spacing w:after="0" w:line="240" w:lineRule="auto"/>
      </w:pPr>
      <w:r>
        <w:separator/>
      </w:r>
    </w:p>
  </w:footnote>
  <w:footnote w:type="continuationSeparator" w:id="0">
    <w:p w14:paraId="021FBFA4" w14:textId="77777777" w:rsidR="007D4435" w:rsidRDefault="007D4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D537A" w14:textId="77777777" w:rsidR="00D872C3" w:rsidRDefault="00D872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9FE3A" w14:textId="77777777" w:rsidR="00D872C3" w:rsidRDefault="00D872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1A72" w14:textId="77777777" w:rsidR="008F714D" w:rsidRDefault="008F714D" w:rsidP="008F714D">
    <w:pPr>
      <w:pStyle w:val="Koptekst"/>
      <w:tabs>
        <w:tab w:val="left" w:pos="8240"/>
      </w:tabs>
      <w:spacing w:line="520" w:lineRule="atLeast"/>
      <w:ind w:left="-142"/>
      <w:rPr>
        <w:rFonts w:ascii="Verdana" w:hAnsi="Verdana"/>
        <w:w w:val="90"/>
        <w:szCs w:val="20"/>
      </w:rPr>
    </w:pPr>
    <w:r>
      <w:rPr>
        <w:noProof/>
      </w:rPr>
      <w:drawing>
        <wp:anchor distT="0" distB="0" distL="114300" distR="114300" simplePos="0" relativeHeight="251664384" behindDoc="0" locked="0" layoutInCell="1" allowOverlap="1" wp14:anchorId="283A68A7" wp14:editId="63CDA0DD">
          <wp:simplePos x="0" y="0"/>
          <wp:positionH relativeFrom="column">
            <wp:posOffset>0</wp:posOffset>
          </wp:positionH>
          <wp:positionV relativeFrom="paragraph">
            <wp:posOffset>182880</wp:posOffset>
          </wp:positionV>
          <wp:extent cx="2877820" cy="639445"/>
          <wp:effectExtent l="0" t="0" r="0" b="0"/>
          <wp:wrapNone/>
          <wp:docPr id="34"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7820"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033199" w14:textId="77777777" w:rsidR="008F714D" w:rsidRDefault="008F714D" w:rsidP="008F714D">
    <w:pPr>
      <w:pStyle w:val="Koptekst"/>
      <w:tabs>
        <w:tab w:val="left" w:pos="8240"/>
      </w:tabs>
      <w:spacing w:line="520" w:lineRule="atLeast"/>
      <w:ind w:left="-142"/>
      <w:rPr>
        <w:rFonts w:ascii="Verdana" w:hAnsi="Verdana"/>
        <w:w w:val="90"/>
        <w:szCs w:val="20"/>
      </w:rPr>
    </w:pPr>
  </w:p>
  <w:p w14:paraId="0FEF8D54" w14:textId="77777777" w:rsidR="008F714D" w:rsidRPr="008F714D" w:rsidRDefault="008F714D" w:rsidP="008F71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243414941">
    <w:abstractNumId w:val="8"/>
  </w:num>
  <w:num w:numId="2" w16cid:durableId="892229258">
    <w:abstractNumId w:val="6"/>
  </w:num>
  <w:num w:numId="3" w16cid:durableId="125585523">
    <w:abstractNumId w:val="5"/>
  </w:num>
  <w:num w:numId="4" w16cid:durableId="1352148670">
    <w:abstractNumId w:val="4"/>
  </w:num>
  <w:num w:numId="5" w16cid:durableId="40445069">
    <w:abstractNumId w:val="7"/>
  </w:num>
  <w:num w:numId="6" w16cid:durableId="2132017866">
    <w:abstractNumId w:val="3"/>
  </w:num>
  <w:num w:numId="7" w16cid:durableId="1501316640">
    <w:abstractNumId w:val="2"/>
  </w:num>
  <w:num w:numId="8" w16cid:durableId="1833133071">
    <w:abstractNumId w:val="1"/>
  </w:num>
  <w:num w:numId="9" w16cid:durableId="1183203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1FE0"/>
    <w:rsid w:val="00326F90"/>
    <w:rsid w:val="005D1D49"/>
    <w:rsid w:val="00757FA6"/>
    <w:rsid w:val="007D4435"/>
    <w:rsid w:val="008F714D"/>
    <w:rsid w:val="00AA1D8D"/>
    <w:rsid w:val="00B47730"/>
    <w:rsid w:val="00BB05E5"/>
    <w:rsid w:val="00CB0664"/>
    <w:rsid w:val="00D872C3"/>
    <w:rsid w:val="00E73A2F"/>
    <w:rsid w:val="00ED1032"/>
    <w:rsid w:val="00F30F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ECC24D"/>
  <w14:defaultImageDpi w14:val="300"/>
  <w15:docId w15:val="{A0DC43EF-5D94-AB4C-AAAC-CF1D1BDD2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47" w:lineRule="auto"/>
    </w:pPr>
    <w:rPr>
      <w:rFonts w:ascii="DM Sans" w:hAnsi="DM Sans"/>
      <w:sz w:val="20"/>
    </w:rPr>
  </w:style>
  <w:style w:type="paragraph" w:styleId="Kop1">
    <w:name w:val="heading 1"/>
    <w:basedOn w:val="Standaard"/>
    <w:next w:val="Standaard"/>
    <w:link w:val="Kop1Char"/>
    <w:uiPriority w:val="9"/>
    <w:qFormat/>
    <w:rsid w:val="00FC693F"/>
    <w:pPr>
      <w:keepNext/>
      <w:keepLines/>
      <w:spacing w:before="200"/>
      <w:outlineLvl w:val="0"/>
    </w:pPr>
    <w:rPr>
      <w:rFonts w:asciiTheme="majorHAnsi" w:eastAsiaTheme="majorEastAsia" w:hAnsiTheme="majorHAnsi" w:cstheme="majorBidi"/>
      <w:b/>
      <w:bCs/>
      <w:color w:val="000000"/>
      <w:sz w:val="28"/>
      <w:szCs w:val="28"/>
    </w:rPr>
  </w:style>
  <w:style w:type="paragraph" w:styleId="Kop2">
    <w:name w:val="heading 2"/>
    <w:basedOn w:val="Standaard"/>
    <w:next w:val="Standaard"/>
    <w:link w:val="Kop2Char"/>
    <w:uiPriority w:val="9"/>
    <w:unhideWhenUsed/>
    <w:qFormat/>
    <w:rsid w:val="00FC693F"/>
    <w:pPr>
      <w:keepNext/>
      <w:keepLines/>
      <w:spacing w:before="200"/>
      <w:outlineLvl w:val="1"/>
    </w:pPr>
    <w:rPr>
      <w:rFonts w:asciiTheme="majorHAnsi" w:eastAsiaTheme="majorEastAsia" w:hAnsiTheme="majorHAnsi" w:cstheme="majorBidi"/>
      <w:b/>
      <w:bCs/>
      <w:color w:val="000000"/>
      <w:sz w:val="22"/>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rPr>
      <w:rFonts w:ascii="DM Sans" w:hAnsi="DM Sans"/>
    </w:rPr>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rPr>
      <w:rFonts w:ascii="DM Sans" w:hAnsi="DM Sans"/>
    </w:rPr>
  </w:style>
  <w:style w:type="paragraph" w:styleId="Geenafstand">
    <w:name w:val="No Spacing"/>
    <w:uiPriority w:val="1"/>
    <w:qFormat/>
    <w:rsid w:val="00FC693F"/>
    <w:pPr>
      <w:spacing w:after="0" w:line="240" w:lineRule="auto"/>
    </w:pPr>
    <w:rPr>
      <w:rFonts w:ascii="DM Sans" w:hAnsi="DM Sans"/>
    </w:r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keepNext/>
      <w:spacing w:line="240" w:lineRule="auto"/>
      <w:contextualSpacing/>
    </w:pPr>
    <w:rPr>
      <w:rFonts w:asciiTheme="majorHAnsi" w:eastAsiaTheme="majorEastAsia" w:hAnsiTheme="majorHAnsi" w:cstheme="majorBidi"/>
      <w:color w:val="000000"/>
      <w:spacing w:val="5"/>
      <w:kern w:val="28"/>
      <w:sz w:val="40"/>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rPr>
      <w:rFonts w:ascii="DM Sans" w:hAnsi="DM Sans"/>
    </w:rPr>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rPr>
      <w:rFonts w:ascii="DM Sans" w:hAnsi="DM Sans"/>
    </w:rPr>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rFonts w:ascii="DM Sans" w:hAnsi="DM Sans"/>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DM Sans" w:hAnsi="DM Sans"/>
      <w:sz w:val="20"/>
      <w:szCs w:val="20"/>
    </w:rPr>
  </w:style>
  <w:style w:type="character" w:customStyle="1" w:styleId="MacrotekstChar">
    <w:name w:val="Macrotekst Char"/>
    <w:basedOn w:val="Standaardalinea-lettertype"/>
    <w:link w:val="Macrotekst"/>
    <w:uiPriority w:val="99"/>
    <w:rsid w:val="0029639D"/>
    <w:rPr>
      <w:rFonts w:ascii="DM Sans" w:hAnsi="DM Sans"/>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rFonts w:ascii="DM Sans" w:hAnsi="DM Sans"/>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rFonts w:ascii="DM Sans" w:hAnsi="DM Sans"/>
      <w:b/>
      <w:bCs/>
    </w:rPr>
  </w:style>
  <w:style w:type="character" w:styleId="Nadruk">
    <w:name w:val="Emphasis"/>
    <w:basedOn w:val="Standaardalinea-lettertype"/>
    <w:uiPriority w:val="20"/>
    <w:qFormat/>
    <w:rsid w:val="00FC693F"/>
    <w:rPr>
      <w:rFonts w:ascii="DM Sans" w:hAnsi="DM Sans"/>
      <w:i/>
      <w:iCs/>
    </w:rPr>
  </w:style>
  <w:style w:type="paragraph" w:styleId="Duidelijkcitaat">
    <w:name w:val="Intense Quote"/>
    <w:basedOn w:val="Standaard"/>
    <w:next w:val="Standaard"/>
    <w:link w:val="DuidelijkcitaatChar"/>
    <w:uiPriority w:val="30"/>
    <w:qFormat/>
    <w:rsid w:val="00FC693F"/>
    <w:pP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rFonts w:ascii="DM Sans" w:hAnsi="DM Sans"/>
      <w:b/>
      <w:bCs/>
      <w:i/>
      <w:iCs/>
      <w:color w:val="4F81BD" w:themeColor="accent1"/>
    </w:rPr>
  </w:style>
  <w:style w:type="character" w:styleId="Subtielebenadrukking">
    <w:name w:val="Subtle Emphasis"/>
    <w:basedOn w:val="Standaardalinea-lettertype"/>
    <w:uiPriority w:val="19"/>
    <w:qFormat/>
    <w:rsid w:val="00FC693F"/>
    <w:rPr>
      <w:rFonts w:ascii="DM Sans" w:hAnsi="DM Sans"/>
      <w:i/>
      <w:iCs/>
      <w:color w:val="808080" w:themeColor="text1" w:themeTint="7F"/>
    </w:rPr>
  </w:style>
  <w:style w:type="character" w:styleId="Intensievebenadrukking">
    <w:name w:val="Intense Emphasis"/>
    <w:basedOn w:val="Standaardalinea-lettertype"/>
    <w:uiPriority w:val="21"/>
    <w:qFormat/>
    <w:rsid w:val="00FC693F"/>
    <w:rPr>
      <w:rFonts w:ascii="DM Sans" w:hAnsi="DM Sans"/>
      <w:b/>
      <w:bCs/>
      <w:i/>
      <w:iCs/>
      <w:color w:val="4F81BD" w:themeColor="accent1"/>
    </w:rPr>
  </w:style>
  <w:style w:type="character" w:styleId="Subtieleverwijzing">
    <w:name w:val="Subtle Reference"/>
    <w:basedOn w:val="Standaardalinea-lettertype"/>
    <w:uiPriority w:val="31"/>
    <w:qFormat/>
    <w:rsid w:val="00FC693F"/>
    <w:rPr>
      <w:rFonts w:ascii="DM Sans" w:hAnsi="DM Sans"/>
      <w:smallCaps/>
      <w:color w:val="C0504D" w:themeColor="accent2"/>
      <w:u w:val="single"/>
    </w:rPr>
  </w:style>
  <w:style w:type="character" w:styleId="Intensieveverwijzing">
    <w:name w:val="Intense Reference"/>
    <w:basedOn w:val="Standaardalinea-lettertype"/>
    <w:uiPriority w:val="32"/>
    <w:qFormat/>
    <w:rsid w:val="00FC693F"/>
    <w:rPr>
      <w:rFonts w:ascii="DM Sans" w:hAnsi="DM Sans"/>
      <w:b/>
      <w:bCs/>
      <w:smallCaps/>
      <w:color w:val="C0504D" w:themeColor="accent2"/>
      <w:spacing w:val="5"/>
      <w:u w:val="single"/>
    </w:rPr>
  </w:style>
  <w:style w:type="character" w:styleId="Titelvanboek">
    <w:name w:val="Book Title"/>
    <w:basedOn w:val="Standaardalinea-lettertype"/>
    <w:uiPriority w:val="33"/>
    <w:qFormat/>
    <w:rsid w:val="00FC693F"/>
    <w:rPr>
      <w:rFonts w:ascii="DM Sans" w:hAnsi="DM Sans"/>
      <w:b/>
      <w:bCs/>
      <w:smallCaps/>
      <w:spacing w:val="5"/>
    </w:rPr>
  </w:style>
  <w:style w:type="paragraph" w:styleId="Kopvaninhoudsopgave">
    <w:name w:val="TOC Heading"/>
    <w:basedOn w:val="Kop1"/>
    <w:next w:val="Standaard"/>
    <w:uiPriority w:val="39"/>
    <w:semiHidden/>
    <w:unhideWhenUsed/>
    <w:qFormat/>
    <w:rsid w:val="00FC693F"/>
    <w:pPr>
      <w:outlineLvl w:val="9"/>
    </w:pPr>
    <w:rPr>
      <w:rFonts w:ascii="DM Sans" w:hAnsi="DM Sans"/>
    </w:r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1088</Words>
  <Characters>5984</Characters>
  <Application>Microsoft Office Word</Application>
  <DocSecurity>0</DocSecurity>
  <Lines>49</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Inschrijfformulier DAS afvaltransporten Midwaste</vt:lpstr>
      <vt:lpstr/>
    </vt:vector>
  </TitlesOfParts>
  <Manager/>
  <Company>Midwaste Milieu</Company>
  <LinksUpToDate>false</LinksUpToDate>
  <CharactersWithSpaces>7058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Inschrijfformulier DAS afvaltransporten Midwaste</dc:title>
  <dc:subject>Bijlage 3 Aanvraag tot deelneming en keuze categorieën</dc:subject>
  <dc:creator>ing. P.J.W. (Peter) Verhagen</dc:creator>
  <cp:keywords/>
  <dc:description>VaS</dc:description>
  <cp:lastModifiedBy>Peter Verhagen</cp:lastModifiedBy>
  <cp:revision>2</cp:revision>
  <dcterms:created xsi:type="dcterms:W3CDTF">2026-10-30T14:51:00Z</dcterms:created>
  <dcterms:modified xsi:type="dcterms:W3CDTF">2026-10-30T14:51:00Z</dcterms:modified>
  <cp:category/>
</cp:coreProperties>
</file>