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4A011" w14:textId="77777777" w:rsidR="009F18FD" w:rsidRDefault="009F18FD"/>
    <w:p w14:paraId="789D8BDB" w14:textId="77777777" w:rsidR="009F18FD" w:rsidRDefault="00D159EB">
      <w:pPr>
        <w:jc w:val="center"/>
        <w:rPr>
          <w:b/>
          <w:color w:val="00783C"/>
          <w:sz w:val="32"/>
          <w:lang w:val="nl-NL"/>
        </w:rPr>
      </w:pPr>
      <w:r w:rsidRPr="006E2C38">
        <w:rPr>
          <w:b/>
          <w:color w:val="00783C"/>
          <w:sz w:val="32"/>
          <w:lang w:val="nl-NL"/>
        </w:rPr>
        <w:t>AVRI - AANMELDFORMULIER</w:t>
      </w:r>
      <w:r w:rsidRPr="006E2C38">
        <w:rPr>
          <w:b/>
          <w:color w:val="00783C"/>
          <w:sz w:val="32"/>
          <w:lang w:val="nl-NL"/>
        </w:rPr>
        <w:br/>
        <w:t>Levering bomen, hagen en heesters en optioneel aanplanten</w:t>
      </w:r>
    </w:p>
    <w:p w14:paraId="7683290B" w14:textId="77777777" w:rsidR="00A5304D" w:rsidRPr="006E2C38" w:rsidRDefault="00A5304D">
      <w:pPr>
        <w:jc w:val="center"/>
        <w:rPr>
          <w:lang w:val="nl-NL"/>
        </w:rPr>
      </w:pPr>
    </w:p>
    <w:p w14:paraId="4F0B4F09" w14:textId="77777777" w:rsidR="009F18FD" w:rsidRPr="006E2C38" w:rsidRDefault="00D159EB">
      <w:pPr>
        <w:rPr>
          <w:lang w:val="nl-NL"/>
        </w:rPr>
      </w:pPr>
      <w:r w:rsidRPr="006E2C38">
        <w:rPr>
          <w:lang w:val="nl-NL"/>
        </w:rPr>
        <w:t>Dit formulier dient volledig ingevuld en rechtsgeldig ondertekend te worden ingediend.</w:t>
      </w:r>
    </w:p>
    <w:p w14:paraId="7FE3FD7C" w14:textId="77777777" w:rsidR="009F18FD" w:rsidRPr="006E2C38" w:rsidRDefault="00D159EB">
      <w:pPr>
        <w:rPr>
          <w:lang w:val="nl-NL"/>
        </w:rPr>
      </w:pPr>
      <w:r w:rsidRPr="006E2C38">
        <w:rPr>
          <w:b/>
          <w:color w:val="00783C"/>
          <w:lang w:val="nl-NL"/>
        </w:rPr>
        <w:t>1. Gegevens inschrijver</w:t>
      </w:r>
    </w:p>
    <w:p w14:paraId="6880697E" w14:textId="77777777" w:rsidR="009F18FD" w:rsidRPr="006E2C38" w:rsidRDefault="00D159EB">
      <w:pPr>
        <w:rPr>
          <w:lang w:val="nl-NL"/>
        </w:rPr>
      </w:pPr>
      <w:r w:rsidRPr="006E2C38">
        <w:rPr>
          <w:b/>
          <w:color w:val="00783C"/>
          <w:lang w:val="nl-NL"/>
        </w:rPr>
        <w:t>2. Keuze perceel(en)</w:t>
      </w:r>
    </w:p>
    <w:p w14:paraId="215BF2E6" w14:textId="77777777" w:rsidR="009F18FD" w:rsidRDefault="00D159EB">
      <w:r>
        <w:rPr>
          <w:b/>
          <w:color w:val="00783C"/>
        </w:rPr>
        <w:t>3. Verklaring Programma van Eisen</w:t>
      </w:r>
    </w:p>
    <w:p w14:paraId="5F821926" w14:textId="77777777" w:rsidR="009F18FD" w:rsidRDefault="00D159EB">
      <w:r>
        <w:rPr>
          <w:b/>
          <w:color w:val="00783C"/>
        </w:rPr>
        <w:t>4. Ondertekening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9F18FD" w14:paraId="3F231FE9" w14:textId="77777777">
        <w:tc>
          <w:tcPr>
            <w:tcW w:w="4320" w:type="dxa"/>
          </w:tcPr>
          <w:p w14:paraId="1D0BBE78" w14:textId="77777777" w:rsidR="009F18FD" w:rsidRDefault="00D159EB">
            <w:r>
              <w:t>Bedrijfsnaam</w:t>
            </w:r>
          </w:p>
        </w:tc>
        <w:tc>
          <w:tcPr>
            <w:tcW w:w="4320" w:type="dxa"/>
          </w:tcPr>
          <w:p w14:paraId="6696B824" w14:textId="77777777" w:rsidR="009F18FD" w:rsidRDefault="009F18FD"/>
        </w:tc>
      </w:tr>
      <w:tr w:rsidR="009F18FD" w14:paraId="6F3ADE85" w14:textId="77777777">
        <w:tc>
          <w:tcPr>
            <w:tcW w:w="4320" w:type="dxa"/>
          </w:tcPr>
          <w:p w14:paraId="418BF786" w14:textId="77777777" w:rsidR="009F18FD" w:rsidRDefault="00D159EB">
            <w:r>
              <w:t>KvK-nummer</w:t>
            </w:r>
          </w:p>
        </w:tc>
        <w:tc>
          <w:tcPr>
            <w:tcW w:w="4320" w:type="dxa"/>
          </w:tcPr>
          <w:p w14:paraId="31A3AD44" w14:textId="77777777" w:rsidR="009F18FD" w:rsidRDefault="009F18FD"/>
        </w:tc>
      </w:tr>
      <w:tr w:rsidR="009F18FD" w14:paraId="36B3279A" w14:textId="77777777">
        <w:tc>
          <w:tcPr>
            <w:tcW w:w="4320" w:type="dxa"/>
          </w:tcPr>
          <w:p w14:paraId="407785D5" w14:textId="77777777" w:rsidR="009F18FD" w:rsidRDefault="00D159EB">
            <w:r>
              <w:t>Adres</w:t>
            </w:r>
          </w:p>
        </w:tc>
        <w:tc>
          <w:tcPr>
            <w:tcW w:w="4320" w:type="dxa"/>
          </w:tcPr>
          <w:p w14:paraId="44561D69" w14:textId="77777777" w:rsidR="009F18FD" w:rsidRDefault="009F18FD"/>
        </w:tc>
      </w:tr>
      <w:tr w:rsidR="009F18FD" w14:paraId="2CDDBDD7" w14:textId="77777777">
        <w:tc>
          <w:tcPr>
            <w:tcW w:w="4320" w:type="dxa"/>
          </w:tcPr>
          <w:p w14:paraId="12030C59" w14:textId="77777777" w:rsidR="009F18FD" w:rsidRDefault="00D159EB">
            <w:r>
              <w:t>Postcode/Plaats</w:t>
            </w:r>
          </w:p>
        </w:tc>
        <w:tc>
          <w:tcPr>
            <w:tcW w:w="4320" w:type="dxa"/>
          </w:tcPr>
          <w:p w14:paraId="19FD7E2A" w14:textId="77777777" w:rsidR="009F18FD" w:rsidRDefault="009F18FD"/>
        </w:tc>
      </w:tr>
      <w:tr w:rsidR="009F18FD" w14:paraId="3FBC209E" w14:textId="77777777">
        <w:tc>
          <w:tcPr>
            <w:tcW w:w="4320" w:type="dxa"/>
          </w:tcPr>
          <w:p w14:paraId="51C8BDDE" w14:textId="77777777" w:rsidR="009F18FD" w:rsidRDefault="00D159EB">
            <w:r>
              <w:t>Contactpersoon</w:t>
            </w:r>
          </w:p>
        </w:tc>
        <w:tc>
          <w:tcPr>
            <w:tcW w:w="4320" w:type="dxa"/>
          </w:tcPr>
          <w:p w14:paraId="1D28C28B" w14:textId="77777777" w:rsidR="009F18FD" w:rsidRDefault="009F18FD"/>
        </w:tc>
      </w:tr>
      <w:tr w:rsidR="009F18FD" w14:paraId="078AF066" w14:textId="77777777">
        <w:tc>
          <w:tcPr>
            <w:tcW w:w="4320" w:type="dxa"/>
          </w:tcPr>
          <w:p w14:paraId="2F3C2A3C" w14:textId="77777777" w:rsidR="009F18FD" w:rsidRDefault="00D159EB">
            <w:r>
              <w:t>Telefoon</w:t>
            </w:r>
          </w:p>
        </w:tc>
        <w:tc>
          <w:tcPr>
            <w:tcW w:w="4320" w:type="dxa"/>
          </w:tcPr>
          <w:p w14:paraId="322D1BA9" w14:textId="77777777" w:rsidR="009F18FD" w:rsidRDefault="009F18FD"/>
        </w:tc>
      </w:tr>
      <w:tr w:rsidR="009F18FD" w14:paraId="3D4D88CF" w14:textId="77777777">
        <w:tc>
          <w:tcPr>
            <w:tcW w:w="4320" w:type="dxa"/>
          </w:tcPr>
          <w:p w14:paraId="09147465" w14:textId="77777777" w:rsidR="009F18FD" w:rsidRDefault="00D159EB">
            <w:r>
              <w:t>E-mail</w:t>
            </w:r>
          </w:p>
          <w:p w14:paraId="78352FE6" w14:textId="77777777" w:rsidR="006E2C38" w:rsidRDefault="006E2C38"/>
        </w:tc>
        <w:tc>
          <w:tcPr>
            <w:tcW w:w="4320" w:type="dxa"/>
          </w:tcPr>
          <w:p w14:paraId="2B7B8943" w14:textId="77777777" w:rsidR="009F18FD" w:rsidRDefault="009F18FD"/>
        </w:tc>
      </w:tr>
    </w:tbl>
    <w:p w14:paraId="62865340" w14:textId="77777777" w:rsidR="009F18FD" w:rsidRPr="006E2C38" w:rsidRDefault="00D159EB">
      <w:pPr>
        <w:rPr>
          <w:lang w:val="nl-NL"/>
        </w:rPr>
      </w:pPr>
      <w:r w:rsidRPr="006E2C38">
        <w:rPr>
          <w:lang w:val="nl-NL"/>
        </w:rPr>
        <w:t>Aanmelding voor perceel(en):</w:t>
      </w:r>
      <w:r w:rsidRPr="006E2C38">
        <w:rPr>
          <w:lang w:val="nl-NL"/>
        </w:rPr>
        <w:br/>
        <w:t>☐ Perceel 1 - Bomen</w:t>
      </w:r>
      <w:r w:rsidRPr="006E2C38">
        <w:rPr>
          <w:lang w:val="nl-NL"/>
        </w:rPr>
        <w:br/>
        <w:t>☐ Perceel 2 - Hagen en heesters</w:t>
      </w:r>
      <w:r w:rsidRPr="006E2C38">
        <w:rPr>
          <w:lang w:val="nl-NL"/>
        </w:rPr>
        <w:br/>
        <w:t>☐ Beide percelen</w:t>
      </w:r>
    </w:p>
    <w:p w14:paraId="46ADA681" w14:textId="77777777" w:rsidR="006E2C38" w:rsidRDefault="006E2C38">
      <w:pPr>
        <w:rPr>
          <w:lang w:val="nl-NL"/>
        </w:rPr>
      </w:pPr>
    </w:p>
    <w:p w14:paraId="4627DE55" w14:textId="77777777" w:rsidR="006E2C38" w:rsidRDefault="006E2C38">
      <w:pPr>
        <w:rPr>
          <w:lang w:val="nl-NL"/>
        </w:rPr>
      </w:pPr>
    </w:p>
    <w:p w14:paraId="653338CA" w14:textId="77777777" w:rsidR="006E2C38" w:rsidRDefault="006E2C38">
      <w:pPr>
        <w:rPr>
          <w:lang w:val="nl-NL"/>
        </w:rPr>
      </w:pPr>
    </w:p>
    <w:p w14:paraId="72DF3538" w14:textId="77777777" w:rsidR="006E2C38" w:rsidRDefault="006E2C38">
      <w:pPr>
        <w:rPr>
          <w:lang w:val="nl-NL"/>
        </w:rPr>
      </w:pPr>
    </w:p>
    <w:p w14:paraId="20F36DB8" w14:textId="77777777" w:rsidR="006E2C38" w:rsidRDefault="006E2C38">
      <w:pPr>
        <w:rPr>
          <w:lang w:val="nl-NL"/>
        </w:rPr>
      </w:pPr>
    </w:p>
    <w:p w14:paraId="5634A739" w14:textId="45A5ABEB" w:rsidR="009F18FD" w:rsidRDefault="00D159EB">
      <w:pPr>
        <w:rPr>
          <w:lang w:val="nl-NL"/>
        </w:rPr>
      </w:pPr>
      <w:r w:rsidRPr="006E2C38">
        <w:rPr>
          <w:lang w:val="nl-NL"/>
        </w:rPr>
        <w:t xml:space="preserve">Hierbij verklaart inschrijver onvoorwaardelijk te voldoen aan alle eisen uit het Programma van Eisen </w:t>
      </w:r>
      <w:r w:rsidR="00D75BB2">
        <w:rPr>
          <w:lang w:val="nl-NL"/>
        </w:rPr>
        <w:t xml:space="preserve">en de inschrijvingsleidraad </w:t>
      </w:r>
      <w:r w:rsidRPr="006E2C38">
        <w:rPr>
          <w:lang w:val="nl-NL"/>
        </w:rPr>
        <w:t>behorende bij de aanbesteding Levering bomen, hagen en heesters van Avri.</w:t>
      </w:r>
      <w:r w:rsidR="000C24ED">
        <w:rPr>
          <w:lang w:val="nl-NL"/>
        </w:rPr>
        <w:t xml:space="preserve"> </w:t>
      </w:r>
    </w:p>
    <w:p w14:paraId="341AF9FE" w14:textId="77777777" w:rsidR="00D75BB2" w:rsidRPr="006E2C38" w:rsidRDefault="00D75BB2">
      <w:pPr>
        <w:rPr>
          <w:lang w:val="nl-N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1440"/>
        <w:gridCol w:w="1440"/>
        <w:gridCol w:w="2880"/>
      </w:tblGrid>
      <w:tr w:rsidR="009F18FD" w14:paraId="1BBFAB04" w14:textId="77777777">
        <w:tc>
          <w:tcPr>
            <w:tcW w:w="2880" w:type="dxa"/>
          </w:tcPr>
          <w:p w14:paraId="3D0021E7" w14:textId="77777777" w:rsidR="009F18FD" w:rsidRDefault="00D159EB">
            <w:proofErr w:type="spellStart"/>
            <w:r>
              <w:t>Perceel</w:t>
            </w:r>
            <w:proofErr w:type="spellEnd"/>
          </w:p>
        </w:tc>
        <w:tc>
          <w:tcPr>
            <w:tcW w:w="2880" w:type="dxa"/>
            <w:gridSpan w:val="2"/>
          </w:tcPr>
          <w:p w14:paraId="49217FD9" w14:textId="77777777" w:rsidR="009F18FD" w:rsidRDefault="00D159EB">
            <w:r>
              <w:t>Akkoord</w:t>
            </w:r>
          </w:p>
        </w:tc>
        <w:tc>
          <w:tcPr>
            <w:tcW w:w="2880" w:type="dxa"/>
          </w:tcPr>
          <w:p w14:paraId="25327503" w14:textId="77777777" w:rsidR="009F18FD" w:rsidRDefault="00D159EB">
            <w:r>
              <w:t>Opmerkingen</w:t>
            </w:r>
          </w:p>
        </w:tc>
      </w:tr>
      <w:tr w:rsidR="009F18FD" w14:paraId="67BE260C" w14:textId="77777777">
        <w:tc>
          <w:tcPr>
            <w:tcW w:w="2880" w:type="dxa"/>
          </w:tcPr>
          <w:p w14:paraId="23107167" w14:textId="77777777" w:rsidR="009F18FD" w:rsidRDefault="00D159EB">
            <w:r>
              <w:t>Perceel 1 Bomen</w:t>
            </w:r>
          </w:p>
        </w:tc>
        <w:tc>
          <w:tcPr>
            <w:tcW w:w="2880" w:type="dxa"/>
            <w:gridSpan w:val="2"/>
          </w:tcPr>
          <w:p w14:paraId="48DB31B1" w14:textId="77777777" w:rsidR="009F18FD" w:rsidRDefault="00D159EB">
            <w:r>
              <w:t>☐</w:t>
            </w:r>
            <w:r>
              <w:t xml:space="preserve"> Ja</w:t>
            </w:r>
          </w:p>
        </w:tc>
        <w:tc>
          <w:tcPr>
            <w:tcW w:w="2880" w:type="dxa"/>
          </w:tcPr>
          <w:p w14:paraId="1C0E32C3" w14:textId="77777777" w:rsidR="009F18FD" w:rsidRDefault="009F18FD"/>
        </w:tc>
      </w:tr>
      <w:tr w:rsidR="009F18FD" w14:paraId="480FC951" w14:textId="77777777">
        <w:tc>
          <w:tcPr>
            <w:tcW w:w="2880" w:type="dxa"/>
          </w:tcPr>
          <w:p w14:paraId="04C697F1" w14:textId="77777777" w:rsidR="009F18FD" w:rsidRDefault="00D159EB">
            <w:r>
              <w:t>Perceel 2 Hagen en heesters</w:t>
            </w:r>
          </w:p>
        </w:tc>
        <w:tc>
          <w:tcPr>
            <w:tcW w:w="2880" w:type="dxa"/>
            <w:gridSpan w:val="2"/>
          </w:tcPr>
          <w:p w14:paraId="51BFBC83" w14:textId="77777777" w:rsidR="009F18FD" w:rsidRDefault="00D159EB">
            <w:r>
              <w:t>☐</w:t>
            </w:r>
            <w:r>
              <w:t xml:space="preserve"> Ja</w:t>
            </w:r>
          </w:p>
        </w:tc>
        <w:tc>
          <w:tcPr>
            <w:tcW w:w="2880" w:type="dxa"/>
          </w:tcPr>
          <w:p w14:paraId="43AFBDC3" w14:textId="77777777" w:rsidR="009F18FD" w:rsidRDefault="009F18FD"/>
        </w:tc>
      </w:tr>
      <w:tr w:rsidR="009F18FD" w14:paraId="39C6DAE7" w14:textId="77777777">
        <w:tc>
          <w:tcPr>
            <w:tcW w:w="4320" w:type="dxa"/>
            <w:gridSpan w:val="2"/>
          </w:tcPr>
          <w:p w14:paraId="5D7B95AA" w14:textId="77777777" w:rsidR="006E2C38" w:rsidRDefault="006E2C38"/>
          <w:p w14:paraId="20AAFC59" w14:textId="35C4E46A" w:rsidR="009F18FD" w:rsidRDefault="00D159EB">
            <w:r>
              <w:t xml:space="preserve">Naam </w:t>
            </w:r>
            <w:proofErr w:type="spellStart"/>
            <w:r>
              <w:t>rechtsgeldig</w:t>
            </w:r>
            <w:proofErr w:type="spellEnd"/>
            <w:r>
              <w:t xml:space="preserve"> </w:t>
            </w:r>
            <w:proofErr w:type="spellStart"/>
            <w:r>
              <w:t>vertegenwoordiger</w:t>
            </w:r>
            <w:proofErr w:type="spellEnd"/>
          </w:p>
        </w:tc>
        <w:tc>
          <w:tcPr>
            <w:tcW w:w="4320" w:type="dxa"/>
            <w:gridSpan w:val="2"/>
          </w:tcPr>
          <w:p w14:paraId="5A9FA697" w14:textId="77777777" w:rsidR="009F18FD" w:rsidRDefault="009F18FD"/>
        </w:tc>
      </w:tr>
      <w:tr w:rsidR="009F18FD" w14:paraId="2800585A" w14:textId="77777777">
        <w:tc>
          <w:tcPr>
            <w:tcW w:w="4320" w:type="dxa"/>
            <w:gridSpan w:val="2"/>
          </w:tcPr>
          <w:p w14:paraId="1CC8A6EA" w14:textId="77777777" w:rsidR="009F18FD" w:rsidRDefault="00D159EB">
            <w:r>
              <w:t>Functie</w:t>
            </w:r>
          </w:p>
        </w:tc>
        <w:tc>
          <w:tcPr>
            <w:tcW w:w="4320" w:type="dxa"/>
            <w:gridSpan w:val="2"/>
          </w:tcPr>
          <w:p w14:paraId="58B80E10" w14:textId="77777777" w:rsidR="009F18FD" w:rsidRDefault="009F18FD"/>
        </w:tc>
      </w:tr>
      <w:tr w:rsidR="009F18FD" w14:paraId="4479A729" w14:textId="77777777">
        <w:tc>
          <w:tcPr>
            <w:tcW w:w="4320" w:type="dxa"/>
            <w:gridSpan w:val="2"/>
          </w:tcPr>
          <w:p w14:paraId="304A34AF" w14:textId="77777777" w:rsidR="009F18FD" w:rsidRDefault="00D159EB">
            <w:r>
              <w:t>Plaats</w:t>
            </w:r>
          </w:p>
        </w:tc>
        <w:tc>
          <w:tcPr>
            <w:tcW w:w="4320" w:type="dxa"/>
            <w:gridSpan w:val="2"/>
          </w:tcPr>
          <w:p w14:paraId="29D3FC0F" w14:textId="77777777" w:rsidR="009F18FD" w:rsidRDefault="009F18FD"/>
        </w:tc>
      </w:tr>
      <w:tr w:rsidR="009F18FD" w14:paraId="3C211B1D" w14:textId="77777777">
        <w:tc>
          <w:tcPr>
            <w:tcW w:w="4320" w:type="dxa"/>
            <w:gridSpan w:val="2"/>
          </w:tcPr>
          <w:p w14:paraId="0A0EB653" w14:textId="77777777" w:rsidR="009F18FD" w:rsidRDefault="00D159EB">
            <w:r>
              <w:t>Datum</w:t>
            </w:r>
          </w:p>
        </w:tc>
        <w:tc>
          <w:tcPr>
            <w:tcW w:w="4320" w:type="dxa"/>
            <w:gridSpan w:val="2"/>
          </w:tcPr>
          <w:p w14:paraId="71754D3D" w14:textId="77777777" w:rsidR="009F18FD" w:rsidRDefault="009F18FD"/>
        </w:tc>
      </w:tr>
      <w:tr w:rsidR="009F18FD" w14:paraId="7CBF7A39" w14:textId="77777777">
        <w:tc>
          <w:tcPr>
            <w:tcW w:w="4320" w:type="dxa"/>
            <w:gridSpan w:val="2"/>
          </w:tcPr>
          <w:p w14:paraId="5D1A0E69" w14:textId="77777777" w:rsidR="009F18FD" w:rsidRDefault="00D159EB">
            <w:r>
              <w:t>Handtekening</w:t>
            </w:r>
          </w:p>
        </w:tc>
        <w:tc>
          <w:tcPr>
            <w:tcW w:w="4320" w:type="dxa"/>
            <w:gridSpan w:val="2"/>
          </w:tcPr>
          <w:p w14:paraId="4BA7BB0B" w14:textId="77777777" w:rsidR="009F18FD" w:rsidRDefault="009F18FD"/>
        </w:tc>
      </w:tr>
    </w:tbl>
    <w:p w14:paraId="7A58F5FD" w14:textId="77777777" w:rsidR="006E2C38" w:rsidRDefault="00D159EB">
      <w:pPr>
        <w:jc w:val="center"/>
      </w:pPr>
      <w:r>
        <w:br/>
      </w:r>
    </w:p>
    <w:p w14:paraId="0F84B1A3" w14:textId="77777777" w:rsidR="006E2C38" w:rsidRDefault="006E2C38">
      <w:pPr>
        <w:jc w:val="center"/>
      </w:pPr>
    </w:p>
    <w:p w14:paraId="2D7125CC" w14:textId="77777777" w:rsidR="006E2C38" w:rsidRDefault="006E2C38">
      <w:pPr>
        <w:jc w:val="center"/>
      </w:pPr>
    </w:p>
    <w:p w14:paraId="38E41749" w14:textId="77777777" w:rsidR="006E2C38" w:rsidRDefault="006E2C38">
      <w:pPr>
        <w:jc w:val="center"/>
      </w:pPr>
    </w:p>
    <w:p w14:paraId="6235D646" w14:textId="77777777" w:rsidR="006E2C38" w:rsidRDefault="006E2C38">
      <w:pPr>
        <w:jc w:val="center"/>
      </w:pPr>
    </w:p>
    <w:p w14:paraId="710EEF18" w14:textId="77777777" w:rsidR="006E2C38" w:rsidRDefault="006E2C38">
      <w:pPr>
        <w:jc w:val="center"/>
      </w:pPr>
    </w:p>
    <w:p w14:paraId="022517CC" w14:textId="77777777" w:rsidR="006E2C38" w:rsidRDefault="006E2C38">
      <w:pPr>
        <w:jc w:val="center"/>
      </w:pPr>
    </w:p>
    <w:p w14:paraId="1FA69281" w14:textId="77777777" w:rsidR="006E2C38" w:rsidRDefault="006E2C38">
      <w:pPr>
        <w:jc w:val="center"/>
      </w:pPr>
    </w:p>
    <w:p w14:paraId="58C0C5C1" w14:textId="5BA5E473" w:rsidR="009F18FD" w:rsidRDefault="00D159EB">
      <w:pPr>
        <w:jc w:val="center"/>
      </w:pPr>
      <w:proofErr w:type="spellStart"/>
      <w:r>
        <w:t>Gemeenschappelijke</w:t>
      </w:r>
      <w:proofErr w:type="spellEnd"/>
      <w:r>
        <w:t xml:space="preserve"> </w:t>
      </w:r>
      <w:proofErr w:type="spellStart"/>
      <w:r>
        <w:t>Regeling</w:t>
      </w:r>
      <w:proofErr w:type="spellEnd"/>
      <w:r>
        <w:t xml:space="preserve"> Avri | </w:t>
      </w:r>
      <w:proofErr w:type="spellStart"/>
      <w:r>
        <w:t>Aanmeldformulier</w:t>
      </w:r>
      <w:proofErr w:type="spellEnd"/>
      <w:r>
        <w:t xml:space="preserve"> aanbesteding</w:t>
      </w:r>
    </w:p>
    <w:sectPr w:rsidR="009F18FD" w:rsidSect="00034616">
      <w:head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DF468" w14:textId="77777777" w:rsidR="00D159EB" w:rsidRDefault="00D159EB" w:rsidP="006E2C38">
      <w:pPr>
        <w:spacing w:after="0" w:line="240" w:lineRule="auto"/>
      </w:pPr>
      <w:r>
        <w:separator/>
      </w:r>
    </w:p>
  </w:endnote>
  <w:endnote w:type="continuationSeparator" w:id="0">
    <w:p w14:paraId="7678FD6E" w14:textId="77777777" w:rsidR="00D159EB" w:rsidRDefault="00D159EB" w:rsidP="006E2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E6FE0" w14:textId="77777777" w:rsidR="00D159EB" w:rsidRDefault="00D159EB" w:rsidP="006E2C38">
      <w:pPr>
        <w:spacing w:after="0" w:line="240" w:lineRule="auto"/>
      </w:pPr>
      <w:r>
        <w:separator/>
      </w:r>
    </w:p>
  </w:footnote>
  <w:footnote w:type="continuationSeparator" w:id="0">
    <w:p w14:paraId="37E60F72" w14:textId="77777777" w:rsidR="00D159EB" w:rsidRDefault="00D159EB" w:rsidP="006E2C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8AC2D" w14:textId="68A62953" w:rsidR="006E2C38" w:rsidRDefault="006E2C38">
    <w:pPr>
      <w:pStyle w:val="Koptekst"/>
    </w:pPr>
    <w:r>
      <w:rPr>
        <w:noProof/>
      </w:rPr>
      <w:drawing>
        <wp:inline distT="0" distB="0" distL="0" distR="0" wp14:anchorId="498C4B04" wp14:editId="2626A794">
          <wp:extent cx="878205" cy="658495"/>
          <wp:effectExtent l="0" t="0" r="0" b="8255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4578940">
    <w:abstractNumId w:val="8"/>
  </w:num>
  <w:num w:numId="2" w16cid:durableId="1880169139">
    <w:abstractNumId w:val="6"/>
  </w:num>
  <w:num w:numId="3" w16cid:durableId="1277103657">
    <w:abstractNumId w:val="5"/>
  </w:num>
  <w:num w:numId="4" w16cid:durableId="594366456">
    <w:abstractNumId w:val="4"/>
  </w:num>
  <w:num w:numId="5" w16cid:durableId="411243697">
    <w:abstractNumId w:val="7"/>
  </w:num>
  <w:num w:numId="6" w16cid:durableId="1555041906">
    <w:abstractNumId w:val="3"/>
  </w:num>
  <w:num w:numId="7" w16cid:durableId="781531759">
    <w:abstractNumId w:val="2"/>
  </w:num>
  <w:num w:numId="8" w16cid:durableId="2011789137">
    <w:abstractNumId w:val="1"/>
  </w:num>
  <w:num w:numId="9" w16cid:durableId="1072505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24ED"/>
    <w:rsid w:val="0015074B"/>
    <w:rsid w:val="0029639D"/>
    <w:rsid w:val="00326F90"/>
    <w:rsid w:val="006E2C38"/>
    <w:rsid w:val="00796131"/>
    <w:rsid w:val="009F18FD"/>
    <w:rsid w:val="00A5304D"/>
    <w:rsid w:val="00AA1D8D"/>
    <w:rsid w:val="00B47730"/>
    <w:rsid w:val="00CB0664"/>
    <w:rsid w:val="00D159EB"/>
    <w:rsid w:val="00D75BB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A8974BA7-0C96-4A6C-92C0-6DEA646E9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08161-638f-4eb9-a539-0e7b466da1b7" xsi:nil="true"/>
    <lcf76f155ced4ddcb4097134ff3c332f xmlns="449a4014-0841-4f8e-b8ad-91d60c239400">
      <Terms xmlns="http://schemas.microsoft.com/office/infopath/2007/PartnerControls"/>
    </lcf76f155ced4ddcb4097134ff3c332f>
    <MediaLengthInSeconds xmlns="449a4014-0841-4f8e-b8ad-91d60c239400" xsi:nil="true"/>
    <SharedWithUsers xmlns="02108161-638f-4eb9-a539-0e7b466da1b7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6C30EC1366B34794B9997205DD6C2C" ma:contentTypeVersion="16" ma:contentTypeDescription="Een nieuw document maken." ma:contentTypeScope="" ma:versionID="e0dd58544d61e6619f4c0f26fde71d16">
  <xsd:schema xmlns:xsd="http://www.w3.org/2001/XMLSchema" xmlns:xs="http://www.w3.org/2001/XMLSchema" xmlns:p="http://schemas.microsoft.com/office/2006/metadata/properties" xmlns:ns2="449a4014-0841-4f8e-b8ad-91d60c239400" xmlns:ns3="02108161-638f-4eb9-a539-0e7b466da1b7" targetNamespace="http://schemas.microsoft.com/office/2006/metadata/properties" ma:root="true" ma:fieldsID="52fd99570633c39b440e258539a45deb" ns2:_="" ns3:_="">
    <xsd:import namespace="449a4014-0841-4f8e-b8ad-91d60c239400"/>
    <xsd:import namespace="02108161-638f-4eb9-a539-0e7b466da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a4014-0841-4f8e-b8ad-91d60c2394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58200a91-694e-4749-bb92-7cfd6d1a52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08161-638f-4eb9-a539-0e7b466da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b74813-3a10-4038-bcc3-0a2544f7094e}" ma:internalName="TaxCatchAll" ma:showField="CatchAllData" ma:web="02108161-638f-4eb9-a539-0e7b466da1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CB52B4-53EB-48B0-BADD-7B0461119794}">
  <ds:schemaRefs>
    <ds:schemaRef ds:uri="http://schemas.microsoft.com/office/2006/metadata/properties"/>
    <ds:schemaRef ds:uri="http://schemas.microsoft.com/office/infopath/2007/PartnerControls"/>
    <ds:schemaRef ds:uri="02108161-638f-4eb9-a539-0e7b466da1b7"/>
    <ds:schemaRef ds:uri="449a4014-0841-4f8e-b8ad-91d60c239400"/>
  </ds:schemaRefs>
</ds:datastoreItem>
</file>

<file path=customXml/itemProps2.xml><?xml version="1.0" encoding="utf-8"?>
<ds:datastoreItem xmlns:ds="http://schemas.openxmlformats.org/officeDocument/2006/customXml" ds:itemID="{3EEE0420-C704-4312-A186-9E52C7A152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D529D6-2B14-43D4-9888-7416E4DD1B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a4014-0841-4f8e-b8ad-91d60c239400"/>
    <ds:schemaRef ds:uri="02108161-638f-4eb9-a539-0e7b466da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139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 de Jong</dc:creator>
  <cp:keywords/>
  <dc:description>generated by python-docx</dc:description>
  <cp:lastModifiedBy>Sander de Jong</cp:lastModifiedBy>
  <cp:revision>5</cp:revision>
  <dcterms:created xsi:type="dcterms:W3CDTF">2026-10-29T13:52:00Z</dcterms:created>
  <dcterms:modified xsi:type="dcterms:W3CDTF">2026-10-29T13:59:00Z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0x0101000D6C30EC1366B34794B9997205DD6C2C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