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0172C510" wp14:textId="77777777">
      <w:pPr>
        <w:jc w:val="left"/>
      </w:pPr>
      <w:r>
        <w:rPr>
          <w:rFonts w:ascii="Arial" w:hAnsi="Arial"/>
          <w:b/>
          <w:color w:val="2E74B5"/>
          <w:sz w:val="32"/>
        </w:rPr>
        <w:t>Bijlage 5 - Referentieopdracht</w:t>
      </w:r>
    </w:p>
    <w:p xmlns:wp14="http://schemas.microsoft.com/office/word/2010/wordml" w14:paraId="101A822D" wp14:textId="77777777">
      <w:r w:rsidRPr="6EBD405A" w:rsidR="6EBD405A">
        <w:rPr>
          <w:b w:val="1"/>
          <w:bCs w:val="1"/>
        </w:rPr>
        <w:t>Referentie ten behoeve van de Europese openbare aanbesteding 'Raamovereenkomst advies- en ingenieursdiensten t.b.v. project Stadslint Keizerslanden gemeente Deventer'</w:t>
      </w:r>
    </w:p>
    <w:p w:rsidR="6EBD405A" w:rsidP="6EBD405A" w:rsidRDefault="6EBD405A" w14:paraId="0821BA05" w14:textId="47249BF7">
      <w:pPr>
        <w:rPr>
          <w:b w:val="1"/>
          <w:bCs w:val="1"/>
        </w:rPr>
      </w:pPr>
    </w:p>
    <w:tbl>
      <w:tblPr>
        <w:tblStyle w:val="TableGrid"/>
        <w:tblW w:w="0" w:type="auto"/>
        <w:jc w:val="center"/>
        <w:tblLayout w:type="fixed"/>
        <w:tblLook w:val="04A0" w:firstRow="1" w:lastRow="0" w:firstColumn="1" w:lastColumn="0" w:noHBand="0" w:noVBand="1"/>
      </w:tblPr>
      <w:tblGrid>
        <w:gridCol w:w="3400"/>
        <w:gridCol w:w="3400"/>
        <w:gridCol w:w="3400"/>
      </w:tblGrid>
      <w:tr xmlns:wp14="http://schemas.microsoft.com/office/word/2010/wordml" w:rsidTr="240B3F60" w14:paraId="05DD5543" wp14:textId="77777777">
        <w:tc>
          <w:tcPr>
            <w:tcW w:w="3969" w:type="dxa"/>
            <w:gridSpan w:val="3"/>
            <w:shd w:val="clear" w:color="auto" w:fill="2E74B5"/>
            <w:tcMar>
              <w:top w:w="70" w:type="dxa"/>
              <w:left w:w="90" w:type="dxa"/>
              <w:bottom w:w="70" w:type="dxa"/>
              <w:right w:w="90" w:type="dxa"/>
            </w:tcMar>
            <w:vAlign w:val="center"/>
            <w:tcMar>
              <w:top w:w="70" w:type="dxa"/>
              <w:start w:w="90" w:type="dxa"/>
              <w:bottom w:w="70" w:type="dxa"/>
              <w:end w:w="90" w:type="dxa"/>
            </w:tcMar>
            <w:shd w:fill="2E74B5"/>
          </w:tcPr>
          <w:p w14:paraId="6A2D9061" wp14:textId="77777777">
            <w:pPr>
              <w:spacing w:before="0" w:after="0" w:line="240" w:lineRule="auto"/>
            </w:pPr>
            <w:r/>
            <w:r>
              <w:rPr>
                <w:rFonts w:ascii="Arial" w:hAnsi="Arial"/>
                <w:b/>
                <w:color w:val="FFFFFF"/>
                <w:sz w:val="20"/>
              </w:rPr>
              <w:t>Gegevens Inschrijver</w:t>
            </w:r>
          </w:p>
        </w:tc>
      </w:tr>
      <w:tr xmlns:wp14="http://schemas.microsoft.com/office/word/2010/wordml" w:rsidTr="240B3F60" w14:paraId="2E0E4F4A" wp14:textId="77777777">
        <w:tc>
          <w:tcPr>
            <w:tcW w:w="567" w:type="dxa"/>
            <w:tcMar>
              <w:top w:w="70" w:type="dxa"/>
              <w:left w:w="90" w:type="dxa"/>
              <w:bottom w:w="70" w:type="dxa"/>
              <w:right w:w="90" w:type="dxa"/>
            </w:tcMar>
            <w:vAlign w:val="center"/>
            <w:tcMar>
              <w:top w:w="70" w:type="dxa"/>
              <w:start w:w="90" w:type="dxa"/>
              <w:bottom w:w="70" w:type="dxa"/>
              <w:end w:w="90" w:type="dxa"/>
            </w:tcMar>
          </w:tcPr>
          <w:p w14:paraId="0135CBF0" wp14:textId="77777777">
            <w:pPr>
              <w:spacing w:before="0" w:after="0" w:line="240" w:lineRule="auto"/>
            </w:pPr>
            <w:r/>
            <w:r>
              <w:rPr>
                <w:rFonts w:ascii="Arial" w:hAnsi="Arial"/>
                <w:b/>
                <w:sz w:val="18"/>
              </w:rPr>
              <w:t>1.</w:t>
            </w:r>
          </w:p>
        </w:tc>
        <w:tc>
          <w:tcPr>
            <w:tcW w:w="5499" w:type="dxa"/>
            <w:tcMar>
              <w:top w:w="70" w:type="dxa"/>
              <w:left w:w="90" w:type="dxa"/>
              <w:bottom w:w="70" w:type="dxa"/>
              <w:right w:w="90" w:type="dxa"/>
            </w:tcMar>
            <w:vAlign w:val="center"/>
            <w:tcMar>
              <w:top w:w="70" w:type="dxa"/>
              <w:start w:w="90" w:type="dxa"/>
              <w:bottom w:w="70" w:type="dxa"/>
              <w:end w:w="90" w:type="dxa"/>
            </w:tcMar>
          </w:tcPr>
          <w:p w14:paraId="3364788D" wp14:textId="77777777">
            <w:pPr>
              <w:spacing w:before="0" w:after="0" w:line="240" w:lineRule="auto"/>
            </w:pPr>
            <w:r/>
            <w:r>
              <w:rPr>
                <w:rFonts w:ascii="Arial" w:hAnsi="Arial"/>
                <w:b w:val="0"/>
                <w:sz w:val="18"/>
              </w:rPr>
              <w:t>Naam onderneming</w:t>
            </w:r>
          </w:p>
        </w:tc>
        <w:tc>
          <w:tcPr>
            <w:tcW w:w="3969" w:type="dxa"/>
            <w:tcMar>
              <w:top w:w="70" w:type="dxa"/>
              <w:left w:w="90" w:type="dxa"/>
              <w:bottom w:w="70" w:type="dxa"/>
              <w:right w:w="90" w:type="dxa"/>
            </w:tcMar>
            <w:vAlign w:val="center"/>
            <w:tcMar>
              <w:top w:w="70" w:type="dxa"/>
              <w:start w:w="90" w:type="dxa"/>
              <w:bottom w:w="70" w:type="dxa"/>
              <w:end w:w="90" w:type="dxa"/>
            </w:tcMar>
          </w:tcPr>
          <w:p w14:paraId="672A6659" wp14:textId="77777777">
            <w:pPr>
              <w:spacing w:before="0" w:after="0" w:line="240" w:lineRule="auto"/>
            </w:pPr>
            <w:r/>
            <w:r>
              <w:rPr>
                <w:rFonts w:ascii="Arial" w:hAnsi="Arial"/>
                <w:b w:val="0"/>
                <w:sz w:val="18"/>
              </w:rPr>
            </w:r>
          </w:p>
        </w:tc>
      </w:tr>
      <w:tr xmlns:wp14="http://schemas.microsoft.com/office/word/2010/wordml" w:rsidTr="240B3F60" w14:paraId="3DA05D79" wp14:textId="77777777">
        <w:tc>
          <w:tcPr>
            <w:tcW w:w="567" w:type="dxa"/>
            <w:tcMar>
              <w:top w:w="70" w:type="dxa"/>
              <w:left w:w="90" w:type="dxa"/>
              <w:bottom w:w="70" w:type="dxa"/>
              <w:right w:w="90" w:type="dxa"/>
            </w:tcMar>
            <w:vAlign w:val="center"/>
            <w:tcMar>
              <w:top w:w="70" w:type="dxa"/>
              <w:start w:w="90" w:type="dxa"/>
              <w:bottom w:w="70" w:type="dxa"/>
              <w:end w:w="90" w:type="dxa"/>
            </w:tcMar>
          </w:tcPr>
          <w:p w14:paraId="47886996" wp14:textId="77777777">
            <w:pPr>
              <w:spacing w:before="0" w:after="0" w:line="240" w:lineRule="auto"/>
            </w:pPr>
            <w:r/>
            <w:r>
              <w:rPr>
                <w:rFonts w:ascii="Arial" w:hAnsi="Arial"/>
                <w:b/>
                <w:sz w:val="18"/>
              </w:rPr>
              <w:t>2.</w:t>
            </w:r>
          </w:p>
        </w:tc>
        <w:tc>
          <w:tcPr>
            <w:tcW w:w="5499" w:type="dxa"/>
            <w:tcMar>
              <w:top w:w="70" w:type="dxa"/>
              <w:left w:w="90" w:type="dxa"/>
              <w:bottom w:w="70" w:type="dxa"/>
              <w:right w:w="90" w:type="dxa"/>
            </w:tcMar>
            <w:vAlign w:val="center"/>
            <w:tcMar>
              <w:top w:w="70" w:type="dxa"/>
              <w:start w:w="90" w:type="dxa"/>
              <w:bottom w:w="70" w:type="dxa"/>
              <w:end w:w="90" w:type="dxa"/>
            </w:tcMar>
          </w:tcPr>
          <w:p w14:paraId="108BA864" wp14:textId="77777777">
            <w:pPr>
              <w:spacing w:before="0" w:after="0" w:line="240" w:lineRule="auto"/>
            </w:pPr>
            <w:r/>
            <w:r>
              <w:rPr>
                <w:rFonts w:ascii="Arial" w:hAnsi="Arial"/>
                <w:b w:val="0"/>
                <w:sz w:val="18"/>
              </w:rPr>
              <w:t>Naam en functie contactpersoon</w:t>
            </w:r>
          </w:p>
        </w:tc>
        <w:tc>
          <w:tcPr>
            <w:tcW w:w="3969" w:type="dxa"/>
            <w:tcMar>
              <w:top w:w="70" w:type="dxa"/>
              <w:left w:w="90" w:type="dxa"/>
              <w:bottom w:w="70" w:type="dxa"/>
              <w:right w:w="90" w:type="dxa"/>
            </w:tcMar>
            <w:vAlign w:val="center"/>
            <w:tcMar>
              <w:top w:w="70" w:type="dxa"/>
              <w:start w:w="90" w:type="dxa"/>
              <w:bottom w:w="70" w:type="dxa"/>
              <w:end w:w="90" w:type="dxa"/>
            </w:tcMar>
          </w:tcPr>
          <w:p w14:paraId="0A37501D" wp14:textId="77777777">
            <w:pPr>
              <w:spacing w:before="0" w:after="0" w:line="240" w:lineRule="auto"/>
            </w:pPr>
            <w:r/>
            <w:r>
              <w:rPr>
                <w:rFonts w:ascii="Arial" w:hAnsi="Arial"/>
                <w:b w:val="0"/>
                <w:sz w:val="18"/>
              </w:rPr>
            </w:r>
          </w:p>
        </w:tc>
      </w:tr>
      <w:tr xmlns:wp14="http://schemas.microsoft.com/office/word/2010/wordml" w:rsidTr="240B3F60" w14:paraId="74B49845" wp14:textId="77777777">
        <w:tc>
          <w:tcPr>
            <w:tcW w:w="567" w:type="dxa"/>
            <w:tcMar>
              <w:top w:w="70" w:type="dxa"/>
              <w:left w:w="90" w:type="dxa"/>
              <w:bottom w:w="70" w:type="dxa"/>
              <w:right w:w="90" w:type="dxa"/>
            </w:tcMar>
            <w:vAlign w:val="center"/>
            <w:tcMar>
              <w:top w:w="70" w:type="dxa"/>
              <w:start w:w="90" w:type="dxa"/>
              <w:bottom w:w="70" w:type="dxa"/>
              <w:end w:w="90" w:type="dxa"/>
            </w:tcMar>
          </w:tcPr>
          <w:p w14:paraId="1F75A9DD" wp14:textId="77777777">
            <w:pPr>
              <w:spacing w:before="0" w:after="0" w:line="240" w:lineRule="auto"/>
            </w:pPr>
            <w:r/>
            <w:r>
              <w:rPr>
                <w:rFonts w:ascii="Arial" w:hAnsi="Arial"/>
                <w:b/>
                <w:sz w:val="18"/>
              </w:rPr>
              <w:t>3.</w:t>
            </w:r>
          </w:p>
        </w:tc>
        <w:tc>
          <w:tcPr>
            <w:tcW w:w="5499" w:type="dxa"/>
            <w:tcMar>
              <w:top w:w="70" w:type="dxa"/>
              <w:left w:w="90" w:type="dxa"/>
              <w:bottom w:w="70" w:type="dxa"/>
              <w:right w:w="90" w:type="dxa"/>
            </w:tcMar>
            <w:vAlign w:val="center"/>
            <w:tcMar>
              <w:top w:w="70" w:type="dxa"/>
              <w:start w:w="90" w:type="dxa"/>
              <w:bottom w:w="70" w:type="dxa"/>
              <w:end w:w="90" w:type="dxa"/>
            </w:tcMar>
          </w:tcPr>
          <w:p w14:paraId="347C6260" wp14:textId="77777777">
            <w:pPr>
              <w:spacing w:before="0" w:after="0" w:line="240" w:lineRule="auto"/>
            </w:pPr>
            <w:r/>
            <w:r>
              <w:rPr>
                <w:rFonts w:ascii="Arial" w:hAnsi="Arial"/>
                <w:b w:val="0"/>
                <w:sz w:val="18"/>
              </w:rPr>
              <w:t>Inschrijvingsvorm</w:t>
            </w:r>
            <w:r>
              <w:rPr>
                <w:rFonts w:ascii="Arial" w:hAnsi="Arial"/>
                <w:b w:val="0"/>
                <w:sz w:val="18"/>
              </w:rPr>
              <w:br/>
            </w:r>
            <w:r>
              <w:rPr>
                <w:rFonts w:ascii="Arial" w:hAnsi="Arial"/>
                <w:b w:val="0"/>
                <w:sz w:val="18"/>
              </w:rPr>
              <w:t>(individueel / combinatie / hoofd-onderaannemer)</w:t>
            </w:r>
          </w:p>
        </w:tc>
        <w:tc>
          <w:tcPr>
            <w:tcW w:w="3969" w:type="dxa"/>
            <w:tcMar>
              <w:top w:w="70" w:type="dxa"/>
              <w:left w:w="90" w:type="dxa"/>
              <w:bottom w:w="70" w:type="dxa"/>
              <w:right w:w="90" w:type="dxa"/>
            </w:tcMar>
            <w:vAlign w:val="center"/>
            <w:tcMar>
              <w:top w:w="70" w:type="dxa"/>
              <w:start w:w="90" w:type="dxa"/>
              <w:bottom w:w="70" w:type="dxa"/>
              <w:end w:w="90" w:type="dxa"/>
            </w:tcMar>
          </w:tcPr>
          <w:p w14:paraId="5DAB6C7B" wp14:textId="77777777">
            <w:pPr>
              <w:spacing w:before="0" w:after="0" w:line="240" w:lineRule="auto"/>
            </w:pPr>
            <w:r/>
            <w:r>
              <w:rPr>
                <w:rFonts w:ascii="Arial" w:hAnsi="Arial"/>
                <w:b w:val="0"/>
                <w:sz w:val="18"/>
              </w:rPr>
            </w:r>
          </w:p>
        </w:tc>
      </w:tr>
      <w:tr xmlns:wp14="http://schemas.microsoft.com/office/word/2010/wordml" w:rsidTr="240B3F60" w14:paraId="6B98F9A4" wp14:textId="77777777">
        <w:tc>
          <w:tcPr>
            <w:tcW w:w="3969" w:type="dxa"/>
            <w:gridSpan w:val="3"/>
            <w:shd w:val="clear" w:color="auto" w:fill="2E74B5"/>
            <w:tcMar>
              <w:top w:w="70" w:type="dxa"/>
              <w:left w:w="90" w:type="dxa"/>
              <w:bottom w:w="70" w:type="dxa"/>
              <w:right w:w="90" w:type="dxa"/>
            </w:tcMar>
            <w:vAlign w:val="center"/>
            <w:tcMar>
              <w:top w:w="70" w:type="dxa"/>
              <w:start w:w="90" w:type="dxa"/>
              <w:bottom w:w="70" w:type="dxa"/>
              <w:end w:w="90" w:type="dxa"/>
            </w:tcMar>
            <w:shd w:fill="2E74B5"/>
          </w:tcPr>
          <w:p w14:paraId="7E9570FC" wp14:textId="77777777">
            <w:pPr>
              <w:spacing w:before="0" w:after="0" w:line="240" w:lineRule="auto"/>
            </w:pPr>
            <w:r/>
            <w:r>
              <w:rPr>
                <w:rFonts w:ascii="Arial" w:hAnsi="Arial"/>
                <w:b/>
                <w:color w:val="FFFFFF"/>
                <w:sz w:val="20"/>
              </w:rPr>
              <w:t>Gegevens referentieopdracht</w:t>
            </w:r>
          </w:p>
        </w:tc>
      </w:tr>
      <w:tr xmlns:wp14="http://schemas.microsoft.com/office/word/2010/wordml" w:rsidTr="240B3F60" w14:paraId="17DAD168" wp14:textId="77777777">
        <w:tc>
          <w:tcPr>
            <w:tcW w:w="567" w:type="dxa"/>
            <w:tcMar>
              <w:top w:w="70" w:type="dxa"/>
              <w:left w:w="90" w:type="dxa"/>
              <w:bottom w:w="70" w:type="dxa"/>
              <w:right w:w="90" w:type="dxa"/>
            </w:tcMar>
            <w:vAlign w:val="center"/>
            <w:tcMar>
              <w:top w:w="70" w:type="dxa"/>
              <w:start w:w="90" w:type="dxa"/>
              <w:bottom w:w="70" w:type="dxa"/>
              <w:end w:w="90" w:type="dxa"/>
            </w:tcMar>
          </w:tcPr>
          <w:p w14:paraId="0F9ABB3F" wp14:textId="77777777">
            <w:pPr>
              <w:spacing w:before="0" w:after="0" w:line="240" w:lineRule="auto"/>
            </w:pPr>
            <w:r/>
            <w:r>
              <w:rPr>
                <w:rFonts w:ascii="Arial" w:hAnsi="Arial"/>
                <w:b/>
                <w:sz w:val="18"/>
              </w:rPr>
              <w:t>4.</w:t>
            </w:r>
          </w:p>
        </w:tc>
        <w:tc>
          <w:tcPr>
            <w:tcW w:w="5499" w:type="dxa"/>
            <w:tcMar>
              <w:top w:w="70" w:type="dxa"/>
              <w:left w:w="90" w:type="dxa"/>
              <w:bottom w:w="70" w:type="dxa"/>
              <w:right w:w="90" w:type="dxa"/>
            </w:tcMar>
            <w:vAlign w:val="center"/>
            <w:tcMar>
              <w:top w:w="70" w:type="dxa"/>
              <w:start w:w="90" w:type="dxa"/>
              <w:bottom w:w="70" w:type="dxa"/>
              <w:end w:w="90" w:type="dxa"/>
            </w:tcMar>
          </w:tcPr>
          <w:p w14:paraId="2622F0CC" wp14:textId="77777777">
            <w:pPr>
              <w:spacing w:before="0" w:after="0" w:line="240" w:lineRule="auto"/>
            </w:pPr>
            <w:r/>
            <w:r>
              <w:rPr>
                <w:rFonts w:ascii="Arial" w:hAnsi="Arial"/>
                <w:b w:val="0"/>
                <w:sz w:val="18"/>
              </w:rPr>
              <w:t>Naam opdrachtgever</w:t>
            </w:r>
          </w:p>
        </w:tc>
        <w:tc>
          <w:tcPr>
            <w:tcW w:w="3969" w:type="dxa"/>
            <w:tcMar>
              <w:top w:w="70" w:type="dxa"/>
              <w:left w:w="90" w:type="dxa"/>
              <w:bottom w:w="70" w:type="dxa"/>
              <w:right w:w="90" w:type="dxa"/>
            </w:tcMar>
            <w:vAlign w:val="center"/>
            <w:tcMar>
              <w:top w:w="70" w:type="dxa"/>
              <w:start w:w="90" w:type="dxa"/>
              <w:bottom w:w="70" w:type="dxa"/>
              <w:end w:w="90" w:type="dxa"/>
            </w:tcMar>
          </w:tcPr>
          <w:p w14:paraId="02EB378F" wp14:textId="77777777">
            <w:pPr>
              <w:spacing w:before="0" w:after="0" w:line="240" w:lineRule="auto"/>
            </w:pPr>
            <w:r/>
            <w:r>
              <w:rPr>
                <w:rFonts w:ascii="Arial" w:hAnsi="Arial"/>
                <w:b w:val="0"/>
                <w:sz w:val="18"/>
              </w:rPr>
            </w:r>
          </w:p>
        </w:tc>
      </w:tr>
      <w:tr xmlns:wp14="http://schemas.microsoft.com/office/word/2010/wordml" w:rsidTr="240B3F60" w14:paraId="186EE80C" wp14:textId="77777777">
        <w:tc>
          <w:tcPr>
            <w:tcW w:w="567" w:type="dxa"/>
            <w:tcMar>
              <w:top w:w="70" w:type="dxa"/>
              <w:left w:w="90" w:type="dxa"/>
              <w:bottom w:w="70" w:type="dxa"/>
              <w:right w:w="90" w:type="dxa"/>
            </w:tcMar>
            <w:vAlign w:val="center"/>
            <w:tcMar>
              <w:top w:w="70" w:type="dxa"/>
              <w:start w:w="90" w:type="dxa"/>
              <w:bottom w:w="70" w:type="dxa"/>
              <w:end w:w="90" w:type="dxa"/>
            </w:tcMar>
          </w:tcPr>
          <w:p w14:paraId="56C72689" wp14:textId="77777777">
            <w:pPr>
              <w:spacing w:before="0" w:after="0" w:line="240" w:lineRule="auto"/>
            </w:pPr>
            <w:r/>
            <w:r>
              <w:rPr>
                <w:rFonts w:ascii="Arial" w:hAnsi="Arial"/>
                <w:b/>
                <w:sz w:val="18"/>
              </w:rPr>
              <w:t>5.</w:t>
            </w:r>
          </w:p>
        </w:tc>
        <w:tc>
          <w:tcPr>
            <w:tcW w:w="5499" w:type="dxa"/>
            <w:tcMar>
              <w:top w:w="70" w:type="dxa"/>
              <w:left w:w="90" w:type="dxa"/>
              <w:bottom w:w="70" w:type="dxa"/>
              <w:right w:w="90" w:type="dxa"/>
            </w:tcMar>
            <w:vAlign w:val="center"/>
            <w:tcMar>
              <w:top w:w="70" w:type="dxa"/>
              <w:start w:w="90" w:type="dxa"/>
              <w:bottom w:w="70" w:type="dxa"/>
              <w:end w:w="90" w:type="dxa"/>
            </w:tcMar>
          </w:tcPr>
          <w:p w14:paraId="0685910D" wp14:textId="77777777">
            <w:pPr>
              <w:spacing w:before="0" w:after="0" w:line="240" w:lineRule="auto"/>
            </w:pPr>
            <w:r/>
            <w:r>
              <w:rPr>
                <w:rFonts w:ascii="Arial" w:hAnsi="Arial"/>
                <w:b w:val="0"/>
                <w:sz w:val="18"/>
              </w:rPr>
              <w:t>Adres, postcode, plaats en land opdrachtgever</w:t>
            </w:r>
          </w:p>
        </w:tc>
        <w:tc>
          <w:tcPr>
            <w:tcW w:w="3969" w:type="dxa"/>
            <w:tcMar>
              <w:top w:w="70" w:type="dxa"/>
              <w:left w:w="90" w:type="dxa"/>
              <w:bottom w:w="70" w:type="dxa"/>
              <w:right w:w="90" w:type="dxa"/>
            </w:tcMar>
            <w:vAlign w:val="center"/>
            <w:tcMar>
              <w:top w:w="70" w:type="dxa"/>
              <w:start w:w="90" w:type="dxa"/>
              <w:bottom w:w="70" w:type="dxa"/>
              <w:end w:w="90" w:type="dxa"/>
            </w:tcMar>
          </w:tcPr>
          <w:p w14:paraId="6A05A809" wp14:textId="77777777">
            <w:pPr>
              <w:spacing w:before="0" w:after="0" w:line="240" w:lineRule="auto"/>
            </w:pPr>
            <w:r/>
            <w:r>
              <w:rPr>
                <w:rFonts w:ascii="Arial" w:hAnsi="Arial"/>
                <w:b w:val="0"/>
                <w:sz w:val="18"/>
              </w:rPr>
            </w:r>
          </w:p>
        </w:tc>
      </w:tr>
      <w:tr xmlns:wp14="http://schemas.microsoft.com/office/word/2010/wordml" w:rsidTr="240B3F60" w14:paraId="7CC56323" wp14:textId="77777777">
        <w:tc>
          <w:tcPr>
            <w:tcW w:w="567" w:type="dxa"/>
            <w:tcMar>
              <w:top w:w="70" w:type="dxa"/>
              <w:left w:w="90" w:type="dxa"/>
              <w:bottom w:w="70" w:type="dxa"/>
              <w:right w:w="90" w:type="dxa"/>
            </w:tcMar>
            <w:vAlign w:val="center"/>
            <w:tcMar>
              <w:top w:w="70" w:type="dxa"/>
              <w:start w:w="90" w:type="dxa"/>
              <w:bottom w:w="70" w:type="dxa"/>
              <w:end w:w="90" w:type="dxa"/>
            </w:tcMar>
          </w:tcPr>
          <w:p w14:paraId="4BC6DBBF" wp14:textId="77777777">
            <w:pPr>
              <w:spacing w:before="0" w:after="0" w:line="240" w:lineRule="auto"/>
            </w:pPr>
            <w:r/>
            <w:r>
              <w:rPr>
                <w:rFonts w:ascii="Arial" w:hAnsi="Arial"/>
                <w:b/>
                <w:sz w:val="18"/>
              </w:rPr>
              <w:t>6.</w:t>
            </w:r>
          </w:p>
        </w:tc>
        <w:tc>
          <w:tcPr>
            <w:tcW w:w="5499" w:type="dxa"/>
            <w:tcMar>
              <w:top w:w="70" w:type="dxa"/>
              <w:left w:w="90" w:type="dxa"/>
              <w:bottom w:w="70" w:type="dxa"/>
              <w:right w:w="90" w:type="dxa"/>
            </w:tcMar>
            <w:vAlign w:val="center"/>
            <w:tcMar>
              <w:top w:w="70" w:type="dxa"/>
              <w:start w:w="90" w:type="dxa"/>
              <w:bottom w:w="70" w:type="dxa"/>
              <w:end w:w="90" w:type="dxa"/>
            </w:tcMar>
          </w:tcPr>
          <w:p w14:paraId="4B28CB38" wp14:textId="77777777">
            <w:pPr>
              <w:spacing w:before="0" w:after="0" w:line="240" w:lineRule="auto"/>
            </w:pPr>
            <w:r/>
            <w:r>
              <w:rPr>
                <w:rFonts w:ascii="Arial" w:hAnsi="Arial"/>
                <w:b w:val="0"/>
                <w:sz w:val="18"/>
              </w:rPr>
              <w:t>Naam, functie, telefoonnummer en e-mailadres contactpersoon opdrachtgever</w:t>
            </w:r>
          </w:p>
        </w:tc>
        <w:tc>
          <w:tcPr>
            <w:tcW w:w="3969" w:type="dxa"/>
            <w:tcMar>
              <w:top w:w="70" w:type="dxa"/>
              <w:left w:w="90" w:type="dxa"/>
              <w:bottom w:w="70" w:type="dxa"/>
              <w:right w:w="90" w:type="dxa"/>
            </w:tcMar>
            <w:vAlign w:val="center"/>
            <w:tcMar>
              <w:top w:w="70" w:type="dxa"/>
              <w:start w:w="90" w:type="dxa"/>
              <w:bottom w:w="70" w:type="dxa"/>
              <w:end w:w="90" w:type="dxa"/>
            </w:tcMar>
          </w:tcPr>
          <w:p w14:paraId="5A39BBE3" wp14:textId="77777777">
            <w:pPr>
              <w:spacing w:before="0" w:after="0" w:line="240" w:lineRule="auto"/>
            </w:pPr>
            <w:r/>
            <w:r>
              <w:rPr>
                <w:rFonts w:ascii="Arial" w:hAnsi="Arial"/>
                <w:b w:val="0"/>
                <w:sz w:val="18"/>
              </w:rPr>
              <w:br/>
            </w:r>
          </w:p>
        </w:tc>
      </w:tr>
      <w:tr xmlns:wp14="http://schemas.microsoft.com/office/word/2010/wordml" w:rsidTr="240B3F60" w14:paraId="3D4BB956" wp14:textId="77777777">
        <w:tc>
          <w:tcPr>
            <w:tcW w:w="567" w:type="dxa"/>
            <w:tcMar>
              <w:top w:w="70" w:type="dxa"/>
              <w:left w:w="90" w:type="dxa"/>
              <w:bottom w:w="70" w:type="dxa"/>
              <w:right w:w="90" w:type="dxa"/>
            </w:tcMar>
            <w:vAlign w:val="center"/>
            <w:tcMar>
              <w:top w:w="70" w:type="dxa"/>
              <w:start w:w="90" w:type="dxa"/>
              <w:bottom w:w="70" w:type="dxa"/>
              <w:end w:w="90" w:type="dxa"/>
            </w:tcMar>
          </w:tcPr>
          <w:p w14:paraId="45CB103B" wp14:textId="77777777">
            <w:pPr>
              <w:spacing w:before="0" w:after="0" w:line="240" w:lineRule="auto"/>
            </w:pPr>
            <w:r/>
            <w:r>
              <w:rPr>
                <w:rFonts w:ascii="Arial" w:hAnsi="Arial"/>
                <w:b/>
                <w:sz w:val="18"/>
              </w:rPr>
              <w:t>7.</w:t>
            </w:r>
          </w:p>
        </w:tc>
        <w:tc>
          <w:tcPr>
            <w:tcW w:w="5499" w:type="dxa"/>
            <w:tcMar>
              <w:top w:w="70" w:type="dxa"/>
              <w:left w:w="90" w:type="dxa"/>
              <w:bottom w:w="70" w:type="dxa"/>
              <w:right w:w="90" w:type="dxa"/>
            </w:tcMar>
            <w:vAlign w:val="center"/>
            <w:tcMar>
              <w:top w:w="70" w:type="dxa"/>
              <w:start w:w="90" w:type="dxa"/>
              <w:bottom w:w="70" w:type="dxa"/>
              <w:end w:w="90" w:type="dxa"/>
            </w:tcMar>
          </w:tcPr>
          <w:p w14:paraId="6B343D25" wp14:textId="77777777">
            <w:pPr>
              <w:spacing w:before="0" w:after="0" w:line="240" w:lineRule="auto"/>
            </w:pPr>
            <w:r/>
            <w:r>
              <w:rPr>
                <w:rFonts w:ascii="Arial" w:hAnsi="Arial"/>
                <w:b w:val="0"/>
                <w:sz w:val="18"/>
              </w:rPr>
              <w:t>Naam en referentienummer van de opdracht</w:t>
            </w:r>
          </w:p>
        </w:tc>
        <w:tc>
          <w:tcPr>
            <w:tcW w:w="3969" w:type="dxa"/>
            <w:tcMar>
              <w:top w:w="70" w:type="dxa"/>
              <w:left w:w="90" w:type="dxa"/>
              <w:bottom w:w="70" w:type="dxa"/>
              <w:right w:w="90" w:type="dxa"/>
            </w:tcMar>
            <w:vAlign w:val="center"/>
            <w:tcMar>
              <w:top w:w="70" w:type="dxa"/>
              <w:start w:w="90" w:type="dxa"/>
              <w:bottom w:w="70" w:type="dxa"/>
              <w:end w:w="90" w:type="dxa"/>
            </w:tcMar>
          </w:tcPr>
          <w:p w14:paraId="41C8F396" wp14:textId="77777777">
            <w:pPr>
              <w:spacing w:before="0" w:after="0" w:line="240" w:lineRule="auto"/>
            </w:pPr>
            <w:r/>
            <w:r>
              <w:rPr>
                <w:rFonts w:ascii="Arial" w:hAnsi="Arial"/>
                <w:b w:val="0"/>
                <w:sz w:val="18"/>
              </w:rPr>
            </w:r>
          </w:p>
        </w:tc>
      </w:tr>
      <w:tr xmlns:wp14="http://schemas.microsoft.com/office/word/2010/wordml" w:rsidTr="240B3F60" w14:paraId="00160C03" wp14:textId="77777777">
        <w:tc>
          <w:tcPr>
            <w:tcW w:w="567" w:type="dxa"/>
            <w:tcMar>
              <w:top w:w="70" w:type="dxa"/>
              <w:left w:w="90" w:type="dxa"/>
              <w:bottom w:w="70" w:type="dxa"/>
              <w:right w:w="90" w:type="dxa"/>
            </w:tcMar>
            <w:vAlign w:val="center"/>
            <w:tcMar>
              <w:top w:w="70" w:type="dxa"/>
              <w:start w:w="90" w:type="dxa"/>
              <w:bottom w:w="70" w:type="dxa"/>
              <w:end w:w="90" w:type="dxa"/>
            </w:tcMar>
          </w:tcPr>
          <w:p w14:paraId="3DF6D3BA" wp14:textId="77777777">
            <w:pPr>
              <w:spacing w:before="0" w:after="0" w:line="240" w:lineRule="auto"/>
            </w:pPr>
            <w:r/>
            <w:r>
              <w:rPr>
                <w:rFonts w:ascii="Arial" w:hAnsi="Arial"/>
                <w:b/>
                <w:sz w:val="18"/>
              </w:rPr>
              <w:t>8.</w:t>
            </w:r>
          </w:p>
        </w:tc>
        <w:tc>
          <w:tcPr>
            <w:tcW w:w="5499" w:type="dxa"/>
            <w:tcMar>
              <w:top w:w="70" w:type="dxa"/>
              <w:left w:w="90" w:type="dxa"/>
              <w:bottom w:w="70" w:type="dxa"/>
              <w:right w:w="90" w:type="dxa"/>
            </w:tcMar>
            <w:vAlign w:val="center"/>
            <w:tcMar>
              <w:top w:w="70" w:type="dxa"/>
              <w:start w:w="90" w:type="dxa"/>
              <w:bottom w:w="70" w:type="dxa"/>
              <w:end w:w="90" w:type="dxa"/>
            </w:tcMar>
          </w:tcPr>
          <w:p w14:paraId="718B6E1E" wp14:textId="77777777">
            <w:pPr>
              <w:spacing w:before="0" w:after="0" w:line="240" w:lineRule="auto"/>
            </w:pPr>
            <w:r/>
            <w:r>
              <w:rPr>
                <w:rFonts w:ascii="Arial" w:hAnsi="Arial"/>
                <w:b w:val="0"/>
                <w:sz w:val="18"/>
              </w:rPr>
              <w:t>Uitvoeringsperiode</w:t>
            </w:r>
            <w:r>
              <w:rPr>
                <w:rFonts w:ascii="Arial" w:hAnsi="Arial"/>
                <w:b w:val="0"/>
                <w:sz w:val="18"/>
              </w:rPr>
              <w:br/>
            </w:r>
            <w:r>
              <w:rPr>
                <w:rFonts w:ascii="Arial" w:hAnsi="Arial"/>
                <w:b w:val="0"/>
                <w:sz w:val="18"/>
              </w:rPr>
              <w:t>(startdatum en einddatum; licht toe welk deel in de afgelopen drie jaar is uitgevoerd)</w:t>
            </w:r>
          </w:p>
        </w:tc>
        <w:tc>
          <w:tcPr>
            <w:tcW w:w="3969" w:type="dxa"/>
            <w:tcMar>
              <w:top w:w="70" w:type="dxa"/>
              <w:left w:w="90" w:type="dxa"/>
              <w:bottom w:w="70" w:type="dxa"/>
              <w:right w:w="90" w:type="dxa"/>
            </w:tcMar>
            <w:vAlign w:val="center"/>
            <w:tcMar>
              <w:top w:w="70" w:type="dxa"/>
              <w:start w:w="90" w:type="dxa"/>
              <w:bottom w:w="70" w:type="dxa"/>
              <w:end w:w="90" w:type="dxa"/>
            </w:tcMar>
          </w:tcPr>
          <w:p w14:paraId="72A3D3EC" wp14:textId="77777777">
            <w:pPr>
              <w:spacing w:before="0" w:after="0" w:line="240" w:lineRule="auto"/>
            </w:pPr>
            <w:r/>
            <w:r>
              <w:rPr>
                <w:rFonts w:ascii="Arial" w:hAnsi="Arial"/>
                <w:b w:val="0"/>
                <w:sz w:val="18"/>
              </w:rPr>
            </w:r>
          </w:p>
        </w:tc>
      </w:tr>
      <w:tr xmlns:wp14="http://schemas.microsoft.com/office/word/2010/wordml" w:rsidTr="240B3F60" w14:paraId="38AB912B" wp14:textId="77777777">
        <w:tc>
          <w:tcPr>
            <w:tcW w:w="567" w:type="dxa"/>
            <w:tcMar>
              <w:top w:w="70" w:type="dxa"/>
              <w:left w:w="90" w:type="dxa"/>
              <w:bottom w:w="70" w:type="dxa"/>
              <w:right w:w="90" w:type="dxa"/>
            </w:tcMar>
            <w:vAlign w:val="center"/>
            <w:tcMar>
              <w:top w:w="70" w:type="dxa"/>
              <w:start w:w="90" w:type="dxa"/>
              <w:bottom w:w="70" w:type="dxa"/>
              <w:end w:w="90" w:type="dxa"/>
            </w:tcMar>
          </w:tcPr>
          <w:p w14:paraId="0F57406D" wp14:textId="77777777">
            <w:pPr>
              <w:spacing w:before="0" w:after="0" w:line="240" w:lineRule="auto"/>
            </w:pPr>
            <w:r/>
            <w:r>
              <w:rPr>
                <w:rFonts w:ascii="Arial" w:hAnsi="Arial"/>
                <w:b/>
                <w:sz w:val="18"/>
              </w:rPr>
              <w:t>9.</w:t>
            </w:r>
          </w:p>
        </w:tc>
        <w:tc>
          <w:tcPr>
            <w:tcW w:w="5499" w:type="dxa"/>
            <w:tcMar>
              <w:top w:w="70" w:type="dxa"/>
              <w:left w:w="90" w:type="dxa"/>
              <w:bottom w:w="70" w:type="dxa"/>
              <w:right w:w="90" w:type="dxa"/>
            </w:tcMar>
            <w:vAlign w:val="center"/>
            <w:tcMar>
              <w:top w:w="70" w:type="dxa"/>
              <w:start w:w="90" w:type="dxa"/>
              <w:bottom w:w="70" w:type="dxa"/>
              <w:end w:w="90" w:type="dxa"/>
            </w:tcMar>
          </w:tcPr>
          <w:p w14:paraId="02AF334B" wp14:textId="77777777">
            <w:pPr>
              <w:spacing w:before="0" w:after="0" w:line="240" w:lineRule="auto"/>
            </w:pPr>
            <w:r/>
            <w:r>
              <w:rPr>
                <w:rFonts w:ascii="Arial" w:hAnsi="Arial"/>
                <w:b w:val="0"/>
                <w:sz w:val="18"/>
              </w:rPr>
              <w:t>Totale opdrachtwaarde exclusief btw</w:t>
            </w:r>
          </w:p>
        </w:tc>
        <w:tc>
          <w:tcPr>
            <w:tcW w:w="3969" w:type="dxa"/>
            <w:tcMar>
              <w:top w:w="70" w:type="dxa"/>
              <w:left w:w="90" w:type="dxa"/>
              <w:bottom w:w="70" w:type="dxa"/>
              <w:right w:w="90" w:type="dxa"/>
            </w:tcMar>
            <w:vAlign w:val="center"/>
            <w:tcMar>
              <w:top w:w="70" w:type="dxa"/>
              <w:start w:w="90" w:type="dxa"/>
              <w:bottom w:w="70" w:type="dxa"/>
              <w:end w:w="90" w:type="dxa"/>
            </w:tcMar>
          </w:tcPr>
          <w:p w14:paraId="0D0B940D" wp14:textId="77777777">
            <w:pPr>
              <w:spacing w:before="0" w:after="0" w:line="240" w:lineRule="auto"/>
            </w:pPr>
            <w:r/>
            <w:r>
              <w:rPr>
                <w:rFonts w:ascii="Arial" w:hAnsi="Arial"/>
                <w:b w:val="0"/>
                <w:sz w:val="18"/>
              </w:rPr>
            </w:r>
          </w:p>
        </w:tc>
      </w:tr>
      <w:tr xmlns:wp14="http://schemas.microsoft.com/office/word/2010/wordml" w:rsidTr="240B3F60" w14:paraId="1BE62FDA" wp14:textId="77777777">
        <w:tc>
          <w:tcPr>
            <w:tcW w:w="567" w:type="dxa"/>
            <w:tcMar>
              <w:top w:w="70" w:type="dxa"/>
              <w:left w:w="90" w:type="dxa"/>
              <w:bottom w:w="70" w:type="dxa"/>
              <w:right w:w="90" w:type="dxa"/>
            </w:tcMar>
            <w:vAlign w:val="center"/>
            <w:tcMar>
              <w:top w:w="70" w:type="dxa"/>
              <w:start w:w="90" w:type="dxa"/>
              <w:bottom w:w="70" w:type="dxa"/>
              <w:end w:w="90" w:type="dxa"/>
            </w:tcMar>
          </w:tcPr>
          <w:p w14:paraId="5F682803" wp14:textId="77777777">
            <w:pPr>
              <w:spacing w:before="0" w:after="0" w:line="240" w:lineRule="auto"/>
            </w:pPr>
            <w:r/>
            <w:r>
              <w:rPr>
                <w:rFonts w:ascii="Arial" w:hAnsi="Arial"/>
                <w:b/>
                <w:sz w:val="18"/>
              </w:rPr>
              <w:t>10.</w:t>
            </w:r>
          </w:p>
        </w:tc>
        <w:tc>
          <w:tcPr>
            <w:tcW w:w="5499" w:type="dxa"/>
            <w:tcMar>
              <w:top w:w="70" w:type="dxa"/>
              <w:left w:w="90" w:type="dxa"/>
              <w:bottom w:w="70" w:type="dxa"/>
              <w:right w:w="90" w:type="dxa"/>
            </w:tcMar>
            <w:vAlign w:val="center"/>
            <w:tcMar>
              <w:top w:w="70" w:type="dxa"/>
              <w:start w:w="90" w:type="dxa"/>
              <w:bottom w:w="70" w:type="dxa"/>
              <w:end w:w="90" w:type="dxa"/>
            </w:tcMar>
          </w:tcPr>
          <w:p w14:paraId="61857E8B" wp14:textId="77777777">
            <w:pPr>
              <w:spacing w:before="0" w:after="0" w:line="240" w:lineRule="auto"/>
            </w:pPr>
            <w:r/>
            <w:r>
              <w:rPr>
                <w:rFonts w:ascii="Arial" w:hAnsi="Arial"/>
                <w:b w:val="0"/>
                <w:sz w:val="18"/>
              </w:rPr>
              <w:t>Waarde van het eigen aandeel exclusief btw</w:t>
            </w:r>
            <w:r>
              <w:rPr>
                <w:rFonts w:ascii="Arial" w:hAnsi="Arial"/>
                <w:b w:val="0"/>
                <w:sz w:val="18"/>
              </w:rPr>
              <w:br/>
            </w:r>
            <w:r>
              <w:rPr>
                <w:rFonts w:ascii="Arial" w:hAnsi="Arial"/>
                <w:b w:val="0"/>
                <w:sz w:val="18"/>
              </w:rPr>
              <w:t>(indien uitgevoerd in samenwerkingsverband of als onderaannemer)</w:t>
            </w:r>
          </w:p>
        </w:tc>
        <w:tc>
          <w:tcPr>
            <w:tcW w:w="3969" w:type="dxa"/>
            <w:tcMar>
              <w:top w:w="70" w:type="dxa"/>
              <w:left w:w="90" w:type="dxa"/>
              <w:bottom w:w="70" w:type="dxa"/>
              <w:right w:w="90" w:type="dxa"/>
            </w:tcMar>
            <w:vAlign w:val="center"/>
            <w:tcMar>
              <w:top w:w="70" w:type="dxa"/>
              <w:start w:w="90" w:type="dxa"/>
              <w:bottom w:w="70" w:type="dxa"/>
              <w:end w:w="90" w:type="dxa"/>
            </w:tcMar>
          </w:tcPr>
          <w:p w14:paraId="0E27B00A" wp14:textId="77777777">
            <w:pPr>
              <w:spacing w:before="0" w:after="0" w:line="240" w:lineRule="auto"/>
            </w:pPr>
            <w:r/>
            <w:r>
              <w:rPr>
                <w:rFonts w:ascii="Arial" w:hAnsi="Arial"/>
                <w:b w:val="0"/>
                <w:sz w:val="18"/>
              </w:rPr>
            </w:r>
          </w:p>
        </w:tc>
      </w:tr>
      <w:tr xmlns:wp14="http://schemas.microsoft.com/office/word/2010/wordml" w:rsidTr="240B3F60" w14:paraId="2F9F9B6A" wp14:textId="77777777">
        <w:tc>
          <w:tcPr>
            <w:tcW w:w="567" w:type="dxa"/>
            <w:tcMar>
              <w:top w:w="70" w:type="dxa"/>
              <w:left w:w="90" w:type="dxa"/>
              <w:bottom w:w="70" w:type="dxa"/>
              <w:right w:w="90" w:type="dxa"/>
            </w:tcMar>
            <w:vAlign w:val="center"/>
            <w:tcMar>
              <w:top w:w="70" w:type="dxa"/>
              <w:start w:w="90" w:type="dxa"/>
              <w:bottom w:w="70" w:type="dxa"/>
              <w:end w:w="90" w:type="dxa"/>
            </w:tcMar>
          </w:tcPr>
          <w:p w14:paraId="6B7135B9" wp14:textId="77777777">
            <w:pPr>
              <w:spacing w:before="0" w:after="0" w:line="240" w:lineRule="auto"/>
            </w:pPr>
            <w:r/>
            <w:r>
              <w:rPr>
                <w:rFonts w:ascii="Arial" w:hAnsi="Arial"/>
                <w:b/>
                <w:sz w:val="18"/>
              </w:rPr>
              <w:t>11.</w:t>
            </w:r>
          </w:p>
        </w:tc>
        <w:tc>
          <w:tcPr>
            <w:tcW w:w="5499" w:type="dxa"/>
            <w:tcMar>
              <w:top w:w="70" w:type="dxa"/>
              <w:left w:w="90" w:type="dxa"/>
              <w:bottom w:w="70" w:type="dxa"/>
              <w:right w:w="90" w:type="dxa"/>
            </w:tcMar>
            <w:vAlign w:val="center"/>
            <w:tcMar>
              <w:top w:w="70" w:type="dxa"/>
              <w:start w:w="90" w:type="dxa"/>
              <w:bottom w:w="70" w:type="dxa"/>
              <w:end w:w="90" w:type="dxa"/>
            </w:tcMar>
          </w:tcPr>
          <w:p w14:paraId="1E7D57C3" wp14:textId="77777777">
            <w:pPr>
              <w:spacing w:before="0" w:after="0" w:line="240" w:lineRule="auto"/>
            </w:pPr>
            <w:r/>
            <w:r>
              <w:rPr>
                <w:rFonts w:ascii="Arial" w:hAnsi="Arial"/>
                <w:b w:val="0"/>
                <w:sz w:val="18"/>
              </w:rPr>
              <w:t>Korte omschrijving van de opdracht, scope, eigen werkzaamheden en behaalde resultaten</w:t>
            </w:r>
          </w:p>
        </w:tc>
        <w:tc>
          <w:tcPr>
            <w:tcW w:w="3969" w:type="dxa"/>
            <w:tcMar>
              <w:top w:w="70" w:type="dxa"/>
              <w:left w:w="90" w:type="dxa"/>
              <w:bottom w:w="70" w:type="dxa"/>
              <w:right w:w="90" w:type="dxa"/>
            </w:tcMar>
            <w:vAlign w:val="center"/>
            <w:tcMar>
              <w:top w:w="70" w:type="dxa"/>
              <w:start w:w="90" w:type="dxa"/>
              <w:bottom w:w="70" w:type="dxa"/>
              <w:end w:w="90" w:type="dxa"/>
            </w:tcMar>
          </w:tcPr>
          <w:p w14:paraId="60061E4C" wp14:textId="77777777">
            <w:pPr>
              <w:spacing w:before="0" w:after="0" w:line="240" w:lineRule="auto"/>
            </w:pPr>
            <w:r/>
            <w:r>
              <w:rPr>
                <w:rFonts w:ascii="Arial" w:hAnsi="Arial"/>
                <w:b w:val="0"/>
                <w:sz w:val="18"/>
              </w:rPr>
              <w:br/>
            </w:r>
            <w:r>
              <w:rPr>
                <w:rFonts w:ascii="Arial" w:hAnsi="Arial"/>
                <w:b w:val="0"/>
                <w:sz w:val="18"/>
              </w:rPr>
              <w:br/>
            </w:r>
            <w:r>
              <w:rPr>
                <w:rFonts w:ascii="Arial" w:hAnsi="Arial"/>
                <w:b w:val="0"/>
                <w:sz w:val="18"/>
              </w:rPr>
              <w:br/>
            </w:r>
          </w:p>
        </w:tc>
      </w:tr>
      <w:tr xmlns:wp14="http://schemas.microsoft.com/office/word/2010/wordml" w:rsidTr="240B3F60" w14:paraId="2E4F0831" wp14:textId="77777777">
        <w:tc>
          <w:tcPr>
            <w:tcW w:w="3969" w:type="dxa"/>
            <w:gridSpan w:val="3"/>
            <w:shd w:val="clear" w:color="auto" w:fill="2E74B5"/>
            <w:tcMar>
              <w:top w:w="70" w:type="dxa"/>
              <w:left w:w="90" w:type="dxa"/>
              <w:bottom w:w="70" w:type="dxa"/>
              <w:right w:w="90" w:type="dxa"/>
            </w:tcMar>
            <w:vAlign w:val="center"/>
            <w:tcMar>
              <w:top w:w="70" w:type="dxa"/>
              <w:start w:w="90" w:type="dxa"/>
              <w:bottom w:w="70" w:type="dxa"/>
              <w:end w:w="90" w:type="dxa"/>
            </w:tcMar>
            <w:shd w:fill="2E74B5"/>
          </w:tcPr>
          <w:p w14:paraId="2E3EFB9B" wp14:textId="77777777">
            <w:pPr>
              <w:spacing w:before="0" w:after="0" w:line="240" w:lineRule="auto"/>
            </w:pPr>
            <w:r/>
            <w:r>
              <w:rPr>
                <w:rFonts w:ascii="Arial" w:hAnsi="Arial"/>
                <w:b/>
                <w:color w:val="FFFFFF"/>
                <w:sz w:val="20"/>
              </w:rPr>
              <w:t>Aantonen ervaringseisen</w:t>
            </w:r>
          </w:p>
        </w:tc>
      </w:tr>
      <w:tr xmlns:wp14="http://schemas.microsoft.com/office/word/2010/wordml" w:rsidTr="240B3F60" w14:paraId="279ACD80" wp14:textId="77777777">
        <w:tc>
          <w:tcPr>
            <w:tcW w:w="567" w:type="dxa"/>
            <w:tcMar>
              <w:top w:w="70" w:type="dxa"/>
              <w:left w:w="90" w:type="dxa"/>
              <w:bottom w:w="70" w:type="dxa"/>
              <w:right w:w="90" w:type="dxa"/>
            </w:tcMar>
            <w:vAlign w:val="center"/>
            <w:tcMar>
              <w:top w:w="70" w:type="dxa"/>
              <w:start w:w="90" w:type="dxa"/>
              <w:bottom w:w="70" w:type="dxa"/>
              <w:end w:w="90" w:type="dxa"/>
            </w:tcMar>
          </w:tcPr>
          <w:p w14:paraId="6D6998CD" wp14:textId="77777777">
            <w:pPr>
              <w:spacing w:before="0" w:after="0" w:line="240" w:lineRule="auto"/>
            </w:pPr>
            <w:r/>
            <w:r>
              <w:rPr>
                <w:rFonts w:ascii="Arial" w:hAnsi="Arial"/>
                <w:b/>
                <w:sz w:val="18"/>
              </w:rPr>
              <w:t>12.</w:t>
            </w:r>
          </w:p>
        </w:tc>
        <w:tc>
          <w:tcPr>
            <w:tcW w:w="5499" w:type="dxa"/>
            <w:tcMar>
              <w:top w:w="70" w:type="dxa"/>
              <w:left w:w="90" w:type="dxa"/>
              <w:bottom w:w="70" w:type="dxa"/>
              <w:right w:w="90" w:type="dxa"/>
            </w:tcMar>
            <w:vAlign w:val="center"/>
            <w:tcMar>
              <w:top w:w="70" w:type="dxa"/>
              <w:start w:w="90" w:type="dxa"/>
              <w:bottom w:w="70" w:type="dxa"/>
              <w:end w:w="90" w:type="dxa"/>
            </w:tcMar>
          </w:tcPr>
          <w:p wp14:textId="77777777" w14:paraId="1034BE1D">
            <w:pPr>
              <w:spacing w:before="0" w:after="0" w:line="240" w:lineRule="auto"/>
            </w:pPr>
            <w:r w:rsidRPr="6EBD405A" w:rsidR="6EBD405A">
              <w:rPr>
                <w:rFonts w:ascii="Arial" w:hAnsi="Arial"/>
                <w:b w:val="0"/>
                <w:bCs w:val="0"/>
                <w:sz w:val="18"/>
                <w:szCs w:val="18"/>
              </w:rPr>
              <w:t>Kruis aan welke ervaringseis(en) met deze referentie wordt/worden aangetoond:</w:t>
            </w:r>
            <w:r>
              <w:rPr>
                <w:rFonts w:ascii="Arial" w:hAnsi="Arial"/>
                <w:b w:val="0"/>
                <w:sz w:val="18"/>
              </w:rPr>
              <w:br/>
            </w:r>
            <w:r w:rsidRPr="6EBD405A" w:rsidR="6EBD405A">
              <w:rPr>
                <w:rFonts w:ascii="Arial" w:hAnsi="Arial"/>
                <w:b w:val="0"/>
                <w:bCs w:val="0"/>
                <w:sz w:val="18"/>
                <w:szCs w:val="18"/>
              </w:rPr>
              <w:t xml:space="preserve">☐ Ervaringseis A   </w:t>
            </w:r>
          </w:p>
          <w:p wp14:noSpellErr="1" w14:paraId="08FF78A5" wp14:textId="1E406151">
            <w:pPr>
              <w:spacing w:before="0" w:after="0" w:line="240" w:lineRule="auto"/>
            </w:pPr>
            <w:r w:rsidRPr="240B3F60" w:rsidR="6EBD405A">
              <w:rPr>
                <w:rFonts w:ascii="Arial" w:hAnsi="Arial"/>
                <w:b w:val="0"/>
                <w:bCs w:val="0"/>
                <w:sz w:val="18"/>
                <w:szCs w:val="18"/>
              </w:rPr>
              <w:t xml:space="preserve">☐ Ervaringseis B   </w:t>
            </w:r>
          </w:p>
          <w:p w14:paraId="4B2D2E76" wp14:textId="4D57ED9C">
            <w:pPr>
              <w:spacing w:before="0" w:after="0" w:line="240" w:lineRule="auto"/>
            </w:pPr>
            <w:r w:rsidRPr="240B3F60" w:rsidR="6EBD405A">
              <w:rPr>
                <w:rFonts w:ascii="Arial" w:hAnsi="Arial"/>
                <w:b w:val="0"/>
                <w:bCs w:val="0"/>
                <w:sz w:val="18"/>
                <w:szCs w:val="18"/>
              </w:rPr>
              <w:t>☐ Ervaringseis C</w:t>
            </w:r>
          </w:p>
        </w:tc>
        <w:tc>
          <w:tcPr>
            <w:tcW w:w="3969" w:type="dxa"/>
            <w:tcMar>
              <w:top w:w="70" w:type="dxa"/>
              <w:left w:w="90" w:type="dxa"/>
              <w:bottom w:w="70" w:type="dxa"/>
              <w:right w:w="90" w:type="dxa"/>
            </w:tcMar>
            <w:vAlign w:val="center"/>
            <w:tcMar>
              <w:top w:w="70" w:type="dxa"/>
              <w:start w:w="90" w:type="dxa"/>
              <w:bottom w:w="70" w:type="dxa"/>
              <w:end w:w="90" w:type="dxa"/>
            </w:tcMar>
          </w:tcPr>
          <w:p w14:paraId="44EAFD9C" wp14:textId="77777777">
            <w:pPr>
              <w:spacing w:before="0" w:after="0" w:line="240" w:lineRule="auto"/>
            </w:pPr>
            <w:r/>
            <w:r>
              <w:rPr>
                <w:rFonts w:ascii="Arial" w:hAnsi="Arial"/>
                <w:b w:val="0"/>
                <w:sz w:val="18"/>
              </w:rPr>
            </w:r>
          </w:p>
        </w:tc>
      </w:tr>
      <w:tr xmlns:wp14="http://schemas.microsoft.com/office/word/2010/wordml" w:rsidTr="240B3F60" w14:paraId="3BE86F99" wp14:textId="77777777">
        <w:tc>
          <w:tcPr>
            <w:tcW w:w="567" w:type="dxa"/>
            <w:tcMar>
              <w:top w:w="70" w:type="dxa"/>
              <w:left w:w="90" w:type="dxa"/>
              <w:bottom w:w="70" w:type="dxa"/>
              <w:right w:w="90" w:type="dxa"/>
            </w:tcMar>
            <w:vAlign w:val="center"/>
            <w:tcMar>
              <w:top w:w="70" w:type="dxa"/>
              <w:start w:w="90" w:type="dxa"/>
              <w:bottom w:w="70" w:type="dxa"/>
              <w:end w:w="90" w:type="dxa"/>
            </w:tcMar>
          </w:tcPr>
          <w:p w14:paraId="49449F47" wp14:textId="77777777">
            <w:pPr>
              <w:spacing w:before="0" w:after="0" w:line="240" w:lineRule="auto"/>
            </w:pPr>
            <w:r/>
            <w:r>
              <w:rPr>
                <w:rFonts w:ascii="Arial" w:hAnsi="Arial"/>
                <w:b/>
                <w:sz w:val="18"/>
              </w:rPr>
              <w:t>A.</w:t>
            </w:r>
          </w:p>
        </w:tc>
        <w:tc>
          <w:tcPr>
            <w:tcW w:w="5499" w:type="dxa"/>
            <w:tcMar>
              <w:top w:w="70" w:type="dxa"/>
              <w:left w:w="90" w:type="dxa"/>
              <w:bottom w:w="70" w:type="dxa"/>
              <w:right w:w="90" w:type="dxa"/>
            </w:tcMar>
            <w:vAlign w:val="center"/>
            <w:tcMar>
              <w:top w:w="70" w:type="dxa"/>
              <w:start w:w="90" w:type="dxa"/>
              <w:bottom w:w="70" w:type="dxa"/>
              <w:end w:w="90" w:type="dxa"/>
            </w:tcMar>
          </w:tcPr>
          <w:p w14:paraId="454A91C9" wp14:textId="77777777">
            <w:pPr>
              <w:spacing w:before="0" w:after="0" w:line="240" w:lineRule="auto"/>
            </w:pPr>
            <w:r/>
            <w:r>
              <w:rPr>
                <w:rFonts w:ascii="Arial" w:hAnsi="Arial"/>
                <w:b w:val="0"/>
                <w:sz w:val="18"/>
              </w:rPr>
              <w:t>Integrale adviezen en ontwerpen in een verkenningsfase</w:t>
            </w:r>
            <w:r>
              <w:rPr>
                <w:rFonts w:ascii="Arial" w:hAnsi="Arial"/>
                <w:b w:val="0"/>
                <w:sz w:val="18"/>
              </w:rPr>
              <w:br/>
            </w:r>
            <w:r>
              <w:rPr>
                <w:rFonts w:ascii="Arial" w:hAnsi="Arial"/>
                <w:b w:val="0"/>
                <w:sz w:val="18"/>
              </w:rPr>
              <w:br/>
            </w:r>
            <w:r>
              <w:rPr>
                <w:rFonts w:ascii="Arial" w:hAnsi="Arial"/>
                <w:b w:val="0"/>
                <w:sz w:val="18"/>
              </w:rPr>
              <w:t>Beschrijf concreet hoe de referentie betrekking heeft op het opstellen van integrale adviezen en ontwerpen in een verkenningsfase die leidt tot een Voorkeursmodel en een Voorkeursbeslissing voor een infrastructureel project in binnenstedelijk gebied. Benoem tevens welke kunstwerken onderdeel waren van de scope en toon aan dat de opdrachtwaarde ten minste € 750.000 exclusief btw bedroeg.</w:t>
            </w:r>
          </w:p>
        </w:tc>
        <w:tc>
          <w:tcPr>
            <w:tcW w:w="3969" w:type="dxa"/>
            <w:tcMar>
              <w:top w:w="70" w:type="dxa"/>
              <w:left w:w="90" w:type="dxa"/>
              <w:bottom w:w="70" w:type="dxa"/>
              <w:right w:w="90" w:type="dxa"/>
            </w:tcMar>
            <w:vAlign w:val="center"/>
            <w:tcMar>
              <w:top w:w="70" w:type="dxa"/>
              <w:start w:w="90" w:type="dxa"/>
              <w:bottom w:w="70" w:type="dxa"/>
              <w:end w:w="90" w:type="dxa"/>
            </w:tcMar>
          </w:tcPr>
          <w:p w14:paraId="4B94D5A5" wp14:textId="77777777">
            <w:pPr>
              <w:spacing w:before="0" w:after="0" w:line="240" w:lineRule="auto"/>
            </w:pPr>
            <w:r/>
            <w:r>
              <w:rPr>
                <w:rFonts w:ascii="Arial" w:hAnsi="Arial"/>
                <w:b w:val="0"/>
                <w:sz w:val="18"/>
              </w:rPr>
              <w:br/>
            </w:r>
            <w:r>
              <w:rPr>
                <w:rFonts w:ascii="Arial" w:hAnsi="Arial"/>
                <w:b w:val="0"/>
                <w:sz w:val="18"/>
              </w:rPr>
              <w:br/>
            </w:r>
            <w:r>
              <w:rPr>
                <w:rFonts w:ascii="Arial" w:hAnsi="Arial"/>
                <w:b w:val="0"/>
                <w:sz w:val="18"/>
              </w:rPr>
              <w:br/>
            </w:r>
            <w:r>
              <w:rPr>
                <w:rFonts w:ascii="Arial" w:hAnsi="Arial"/>
                <w:b w:val="0"/>
                <w:sz w:val="18"/>
              </w:rPr>
              <w:br/>
            </w:r>
          </w:p>
        </w:tc>
      </w:tr>
      <w:tr xmlns:wp14="http://schemas.microsoft.com/office/word/2010/wordml" w:rsidTr="240B3F60" w14:paraId="596C80DC" wp14:textId="77777777">
        <w:tc>
          <w:tcPr>
            <w:tcW w:w="567" w:type="dxa"/>
            <w:tcMar>
              <w:top w:w="70" w:type="dxa"/>
              <w:left w:w="90" w:type="dxa"/>
              <w:bottom w:w="70" w:type="dxa"/>
              <w:right w:w="90" w:type="dxa"/>
            </w:tcMar>
            <w:vAlign w:val="center"/>
            <w:tcMar>
              <w:top w:w="70" w:type="dxa"/>
              <w:start w:w="90" w:type="dxa"/>
              <w:bottom w:w="70" w:type="dxa"/>
              <w:end w:w="90" w:type="dxa"/>
            </w:tcMar>
          </w:tcPr>
          <w:p w14:paraId="0D090CB5" wp14:textId="77777777">
            <w:pPr>
              <w:spacing w:before="0" w:after="0" w:line="240" w:lineRule="auto"/>
            </w:pPr>
            <w:r/>
            <w:r>
              <w:rPr>
                <w:rFonts w:ascii="Arial" w:hAnsi="Arial"/>
                <w:b/>
                <w:sz w:val="18"/>
              </w:rPr>
              <w:t>B.</w:t>
            </w:r>
          </w:p>
        </w:tc>
        <w:tc>
          <w:tcPr>
            <w:tcW w:w="5499" w:type="dxa"/>
            <w:tcMar>
              <w:top w:w="70" w:type="dxa"/>
              <w:left w:w="90" w:type="dxa"/>
              <w:bottom w:w="70" w:type="dxa"/>
              <w:right w:w="90" w:type="dxa"/>
            </w:tcMar>
            <w:vAlign w:val="center"/>
            <w:tcMar>
              <w:top w:w="70" w:type="dxa"/>
              <w:start w:w="90" w:type="dxa"/>
              <w:bottom w:w="70" w:type="dxa"/>
              <w:end w:w="90" w:type="dxa"/>
            </w:tcMar>
          </w:tcPr>
          <w:p w14:paraId="6D66A5AC" wp14:textId="77777777">
            <w:pPr>
              <w:spacing w:before="0" w:after="0" w:line="240" w:lineRule="auto"/>
            </w:pPr>
            <w:r/>
            <w:r>
              <w:rPr>
                <w:rFonts w:ascii="Arial" w:hAnsi="Arial"/>
                <w:b w:val="0"/>
                <w:sz w:val="18"/>
              </w:rPr>
              <w:t>Strategisch ontwerpend onderzoek</w:t>
            </w:r>
            <w:r>
              <w:rPr>
                <w:rFonts w:ascii="Arial" w:hAnsi="Arial"/>
                <w:b w:val="0"/>
                <w:sz w:val="18"/>
              </w:rPr>
              <w:br/>
            </w:r>
            <w:r>
              <w:rPr>
                <w:rFonts w:ascii="Arial" w:hAnsi="Arial"/>
                <w:b w:val="0"/>
                <w:sz w:val="18"/>
              </w:rPr>
              <w:br/>
            </w:r>
            <w:r>
              <w:rPr>
                <w:rFonts w:ascii="Arial" w:hAnsi="Arial"/>
                <w:b w:val="0"/>
                <w:sz w:val="18"/>
              </w:rPr>
              <w:t>Beschrijf concreet hoe strategisch ontwerpend onderzoek is uitgevoerd op het snijvlak van mobiliteit, stedenbouw en openbare ruimte, waarbij uiteenlopende opgaven tot samenhangende oplossingen zijn uitgewerkt. Toon tevens aan dat de omvang van dit onderdeel ten minste € 150.000 exclusief btw bedroeg.</w:t>
            </w:r>
          </w:p>
        </w:tc>
        <w:tc>
          <w:tcPr>
            <w:tcW w:w="3969" w:type="dxa"/>
            <w:tcMar>
              <w:top w:w="70" w:type="dxa"/>
              <w:left w:w="90" w:type="dxa"/>
              <w:bottom w:w="70" w:type="dxa"/>
              <w:right w:w="90" w:type="dxa"/>
            </w:tcMar>
            <w:vAlign w:val="center"/>
            <w:tcMar>
              <w:top w:w="70" w:type="dxa"/>
              <w:start w:w="90" w:type="dxa"/>
              <w:bottom w:w="70" w:type="dxa"/>
              <w:end w:w="90" w:type="dxa"/>
            </w:tcMar>
          </w:tcPr>
          <w:p w14:paraId="3DEEC669" wp14:textId="77777777">
            <w:pPr>
              <w:spacing w:before="0" w:after="0" w:line="240" w:lineRule="auto"/>
            </w:pPr>
            <w:r/>
            <w:r>
              <w:rPr>
                <w:rFonts w:ascii="Arial" w:hAnsi="Arial"/>
                <w:b w:val="0"/>
                <w:sz w:val="18"/>
              </w:rPr>
              <w:br/>
            </w:r>
            <w:r>
              <w:rPr>
                <w:rFonts w:ascii="Arial" w:hAnsi="Arial"/>
                <w:b w:val="0"/>
                <w:sz w:val="18"/>
              </w:rPr>
              <w:br/>
            </w:r>
            <w:r>
              <w:rPr>
                <w:rFonts w:ascii="Arial" w:hAnsi="Arial"/>
                <w:b w:val="0"/>
                <w:sz w:val="18"/>
              </w:rPr>
              <w:br/>
            </w:r>
            <w:r>
              <w:rPr>
                <w:rFonts w:ascii="Arial" w:hAnsi="Arial"/>
                <w:b w:val="0"/>
                <w:sz w:val="18"/>
              </w:rPr>
              <w:br/>
            </w:r>
          </w:p>
        </w:tc>
      </w:tr>
      <w:tr xmlns:wp14="http://schemas.microsoft.com/office/word/2010/wordml" w:rsidTr="240B3F60" w14:paraId="43287586" wp14:textId="77777777">
        <w:tc>
          <w:tcPr>
            <w:tcW w:w="567" w:type="dxa"/>
            <w:tcMar>
              <w:top w:w="70" w:type="dxa"/>
              <w:left w:w="90" w:type="dxa"/>
              <w:bottom w:w="70" w:type="dxa"/>
              <w:right w:w="90" w:type="dxa"/>
            </w:tcMar>
            <w:vAlign w:val="center"/>
            <w:tcMar>
              <w:top w:w="70" w:type="dxa"/>
              <w:start w:w="90" w:type="dxa"/>
              <w:bottom w:w="70" w:type="dxa"/>
              <w:end w:w="90" w:type="dxa"/>
            </w:tcMar>
          </w:tcPr>
          <w:p w14:paraId="10E643BF" wp14:textId="77777777">
            <w:pPr>
              <w:spacing w:before="0" w:after="0" w:line="240" w:lineRule="auto"/>
            </w:pPr>
            <w:r/>
            <w:r>
              <w:rPr>
                <w:rFonts w:ascii="Arial" w:hAnsi="Arial"/>
                <w:b/>
                <w:sz w:val="18"/>
              </w:rPr>
              <w:t>C.</w:t>
            </w:r>
          </w:p>
        </w:tc>
        <w:tc>
          <w:tcPr>
            <w:tcW w:w="5499" w:type="dxa"/>
            <w:tcMar>
              <w:top w:w="70" w:type="dxa"/>
              <w:left w:w="90" w:type="dxa"/>
              <w:bottom w:w="70" w:type="dxa"/>
              <w:right w:w="90" w:type="dxa"/>
            </w:tcMar>
            <w:vAlign w:val="center"/>
            <w:tcMar>
              <w:top w:w="70" w:type="dxa"/>
              <w:start w:w="90" w:type="dxa"/>
              <w:bottom w:w="70" w:type="dxa"/>
              <w:end w:w="90" w:type="dxa"/>
            </w:tcMar>
          </w:tcPr>
          <w:p w14:paraId="603BC21C" wp14:textId="77777777">
            <w:pPr>
              <w:spacing w:before="0" w:after="0" w:line="240" w:lineRule="auto"/>
            </w:pPr>
            <w:r/>
            <w:r>
              <w:rPr>
                <w:rFonts w:ascii="Arial" w:hAnsi="Arial"/>
                <w:b w:val="0"/>
                <w:sz w:val="18"/>
              </w:rPr>
              <w:t>Participatieopgave en complex stakeholdertraject</w:t>
            </w:r>
            <w:r>
              <w:rPr>
                <w:rFonts w:ascii="Arial" w:hAnsi="Arial"/>
                <w:b w:val="0"/>
                <w:sz w:val="18"/>
              </w:rPr>
              <w:br/>
            </w:r>
            <w:r>
              <w:rPr>
                <w:rFonts w:ascii="Arial" w:hAnsi="Arial"/>
                <w:b w:val="0"/>
                <w:sz w:val="18"/>
              </w:rPr>
              <w:br/>
            </w:r>
            <w:r>
              <w:rPr>
                <w:rFonts w:ascii="Arial" w:hAnsi="Arial"/>
                <w:b w:val="0"/>
                <w:sz w:val="18"/>
              </w:rPr>
              <w:t>Beschrijf concreet de participatieopgave in een stedelijke omgeving met meer dan 75.000 inwoners. Licht de complexiteit van het stakeholdertraject toe, welke stakeholders betrokken waren, welke rol de Inschrijver had en welke resultaten zijn bereikt.</w:t>
            </w:r>
          </w:p>
        </w:tc>
        <w:tc>
          <w:tcPr>
            <w:tcW w:w="3969" w:type="dxa"/>
            <w:tcMar>
              <w:top w:w="70" w:type="dxa"/>
              <w:left w:w="90" w:type="dxa"/>
              <w:bottom w:w="70" w:type="dxa"/>
              <w:right w:w="90" w:type="dxa"/>
            </w:tcMar>
            <w:vAlign w:val="center"/>
            <w:tcMar>
              <w:top w:w="70" w:type="dxa"/>
              <w:start w:w="90" w:type="dxa"/>
              <w:bottom w:w="70" w:type="dxa"/>
              <w:end w:w="90" w:type="dxa"/>
            </w:tcMar>
          </w:tcPr>
          <w:p w14:paraId="3656B9AB" wp14:textId="77777777">
            <w:pPr>
              <w:spacing w:before="0" w:after="0" w:line="240" w:lineRule="auto"/>
            </w:pPr>
            <w:r/>
            <w:r>
              <w:rPr>
                <w:rFonts w:ascii="Arial" w:hAnsi="Arial"/>
                <w:b w:val="0"/>
                <w:sz w:val="18"/>
              </w:rPr>
              <w:br/>
            </w:r>
            <w:r>
              <w:rPr>
                <w:rFonts w:ascii="Arial" w:hAnsi="Arial"/>
                <w:b w:val="0"/>
                <w:sz w:val="18"/>
              </w:rPr>
              <w:br/>
            </w:r>
            <w:r>
              <w:rPr>
                <w:rFonts w:ascii="Arial" w:hAnsi="Arial"/>
                <w:b w:val="0"/>
                <w:sz w:val="18"/>
              </w:rPr>
              <w:br/>
            </w:r>
            <w:r>
              <w:rPr>
                <w:rFonts w:ascii="Arial" w:hAnsi="Arial"/>
                <w:b w:val="0"/>
                <w:sz w:val="18"/>
              </w:rPr>
              <w:br/>
            </w:r>
          </w:p>
        </w:tc>
      </w:tr>
      <w:tr xmlns:wp14="http://schemas.microsoft.com/office/word/2010/wordml" w:rsidTr="240B3F60" w14:paraId="14685972" wp14:textId="77777777">
        <w:tc>
          <w:tcPr>
            <w:tcW w:w="3969" w:type="dxa"/>
            <w:gridSpan w:val="3"/>
            <w:shd w:val="clear" w:color="auto" w:fill="2E74B5"/>
            <w:tcMar>
              <w:top w:w="70" w:type="dxa"/>
              <w:left w:w="90" w:type="dxa"/>
              <w:bottom w:w="70" w:type="dxa"/>
              <w:right w:w="90" w:type="dxa"/>
            </w:tcMar>
            <w:vAlign w:val="center"/>
            <w:tcMar>
              <w:top w:w="70" w:type="dxa"/>
              <w:start w:w="90" w:type="dxa"/>
              <w:bottom w:w="70" w:type="dxa"/>
              <w:end w:w="90" w:type="dxa"/>
            </w:tcMar>
            <w:shd w:fill="2E74B5"/>
          </w:tcPr>
          <w:p w14:paraId="342851C4" wp14:textId="77777777">
            <w:pPr>
              <w:spacing w:before="0" w:after="0" w:line="240" w:lineRule="auto"/>
            </w:pPr>
            <w:r/>
            <w:r>
              <w:rPr>
                <w:rFonts w:ascii="Arial" w:hAnsi="Arial"/>
                <w:b/>
                <w:color w:val="FFFFFF"/>
                <w:sz w:val="20"/>
              </w:rPr>
              <w:t>Uitvoering door Inschrijver, combinant, onderaannemer of derde</w:t>
            </w:r>
          </w:p>
        </w:tc>
      </w:tr>
      <w:tr xmlns:wp14="http://schemas.microsoft.com/office/word/2010/wordml" w:rsidTr="240B3F60" w14:paraId="2F87AD1F" wp14:textId="77777777">
        <w:tc>
          <w:tcPr>
            <w:tcW w:w="567" w:type="dxa"/>
            <w:tcMar>
              <w:top w:w="70" w:type="dxa"/>
              <w:left w:w="90" w:type="dxa"/>
              <w:bottom w:w="70" w:type="dxa"/>
              <w:right w:w="90" w:type="dxa"/>
            </w:tcMar>
            <w:vAlign w:val="center"/>
            <w:tcMar>
              <w:top w:w="70" w:type="dxa"/>
              <w:start w:w="90" w:type="dxa"/>
              <w:bottom w:w="70" w:type="dxa"/>
              <w:end w:w="90" w:type="dxa"/>
            </w:tcMar>
          </w:tcPr>
          <w:p w14:paraId="43ACE903" wp14:textId="77777777">
            <w:pPr>
              <w:spacing w:before="0" w:after="0" w:line="240" w:lineRule="auto"/>
            </w:pPr>
            <w:r/>
            <w:r>
              <w:rPr>
                <w:rFonts w:ascii="Arial" w:hAnsi="Arial"/>
                <w:b/>
                <w:sz w:val="18"/>
              </w:rPr>
              <w:t>13.</w:t>
            </w:r>
          </w:p>
        </w:tc>
        <w:tc>
          <w:tcPr>
            <w:tcW w:w="5499" w:type="dxa"/>
            <w:tcMar>
              <w:top w:w="70" w:type="dxa"/>
              <w:left w:w="90" w:type="dxa"/>
              <w:bottom w:w="70" w:type="dxa"/>
              <w:right w:w="90" w:type="dxa"/>
            </w:tcMar>
            <w:vAlign w:val="center"/>
            <w:tcMar>
              <w:top w:w="70" w:type="dxa"/>
              <w:start w:w="90" w:type="dxa"/>
              <w:bottom w:w="70" w:type="dxa"/>
              <w:end w:w="90" w:type="dxa"/>
            </w:tcMar>
          </w:tcPr>
          <w:p w14:paraId="735A747F" wp14:textId="77777777">
            <w:pPr>
              <w:spacing w:before="0" w:after="0" w:line="240" w:lineRule="auto"/>
            </w:pPr>
            <w:r/>
            <w:r>
              <w:rPr>
                <w:rFonts w:ascii="Arial" w:hAnsi="Arial"/>
                <w:b w:val="0"/>
                <w:sz w:val="18"/>
              </w:rPr>
              <w:t>Geef aan door welke onderneming de beschreven werkzaamheden zijn uitgevoerd en welke rol deze onderneming heeft in de inschrijving.</w:t>
            </w:r>
          </w:p>
        </w:tc>
        <w:tc>
          <w:tcPr>
            <w:tcW w:w="3969" w:type="dxa"/>
            <w:tcMar>
              <w:top w:w="70" w:type="dxa"/>
              <w:left w:w="90" w:type="dxa"/>
              <w:bottom w:w="70" w:type="dxa"/>
              <w:right w:w="90" w:type="dxa"/>
            </w:tcMar>
            <w:vAlign w:val="center"/>
            <w:tcMar>
              <w:top w:w="70" w:type="dxa"/>
              <w:start w:w="90" w:type="dxa"/>
              <w:bottom w:w="70" w:type="dxa"/>
              <w:end w:w="90" w:type="dxa"/>
            </w:tcMar>
          </w:tcPr>
          <w:p w14:paraId="45FB0818" wp14:textId="77777777">
            <w:pPr>
              <w:spacing w:before="0" w:after="0" w:line="240" w:lineRule="auto"/>
            </w:pPr>
            <w:r/>
            <w:r>
              <w:rPr>
                <w:rFonts w:ascii="Arial" w:hAnsi="Arial"/>
                <w:b w:val="0"/>
                <w:sz w:val="18"/>
              </w:rPr>
              <w:br/>
            </w:r>
          </w:p>
        </w:tc>
      </w:tr>
      <w:tr xmlns:wp14="http://schemas.microsoft.com/office/word/2010/wordml" w:rsidTr="240B3F60" w14:paraId="56F4BAB9" wp14:textId="77777777">
        <w:tc>
          <w:tcPr>
            <w:tcW w:w="567" w:type="dxa"/>
            <w:tcMar>
              <w:top w:w="70" w:type="dxa"/>
              <w:left w:w="90" w:type="dxa"/>
              <w:bottom w:w="70" w:type="dxa"/>
              <w:right w:w="90" w:type="dxa"/>
            </w:tcMar>
            <w:vAlign w:val="center"/>
            <w:tcMar>
              <w:top w:w="70" w:type="dxa"/>
              <w:start w:w="90" w:type="dxa"/>
              <w:bottom w:w="70" w:type="dxa"/>
              <w:end w:w="90" w:type="dxa"/>
            </w:tcMar>
          </w:tcPr>
          <w:p w14:paraId="64FED937" wp14:textId="77777777">
            <w:pPr>
              <w:spacing w:before="0" w:after="0" w:line="240" w:lineRule="auto"/>
            </w:pPr>
            <w:r/>
            <w:r>
              <w:rPr>
                <w:rFonts w:ascii="Arial" w:hAnsi="Arial"/>
                <w:b/>
                <w:sz w:val="18"/>
              </w:rPr>
              <w:t>14.</w:t>
            </w:r>
          </w:p>
        </w:tc>
        <w:tc>
          <w:tcPr>
            <w:tcW w:w="5499" w:type="dxa"/>
            <w:tcMar>
              <w:top w:w="70" w:type="dxa"/>
              <w:left w:w="90" w:type="dxa"/>
              <w:bottom w:w="70" w:type="dxa"/>
              <w:right w:w="90" w:type="dxa"/>
            </w:tcMar>
            <w:vAlign w:val="center"/>
            <w:tcMar>
              <w:top w:w="70" w:type="dxa"/>
              <w:start w:w="90" w:type="dxa"/>
              <w:bottom w:w="70" w:type="dxa"/>
              <w:end w:w="90" w:type="dxa"/>
            </w:tcMar>
          </w:tcPr>
          <w:p w14:paraId="5601AC95" wp14:textId="77777777">
            <w:pPr>
              <w:spacing w:before="0" w:after="0" w:line="240" w:lineRule="auto"/>
            </w:pPr>
            <w:r/>
            <w:r>
              <w:rPr>
                <w:rFonts w:ascii="Arial" w:hAnsi="Arial"/>
                <w:b w:val="0"/>
                <w:sz w:val="18"/>
              </w:rPr>
              <w:t>Indien de referentie samen met andere ondernemers is uitgevoerd: omschrijf exact welk deel door de onderneming waarop een beroep wordt gedaan is uitgevoerd en welke waarde dit aandeel had.</w:t>
            </w:r>
          </w:p>
        </w:tc>
        <w:tc>
          <w:tcPr>
            <w:tcW w:w="3969" w:type="dxa"/>
            <w:tcMar>
              <w:top w:w="70" w:type="dxa"/>
              <w:left w:w="90" w:type="dxa"/>
              <w:bottom w:w="70" w:type="dxa"/>
              <w:right w:w="90" w:type="dxa"/>
            </w:tcMar>
            <w:vAlign w:val="center"/>
            <w:tcMar>
              <w:top w:w="70" w:type="dxa"/>
              <w:start w:w="90" w:type="dxa"/>
              <w:bottom w:w="70" w:type="dxa"/>
              <w:end w:w="90" w:type="dxa"/>
            </w:tcMar>
          </w:tcPr>
          <w:p w14:paraId="049F31CB" wp14:textId="77777777">
            <w:pPr>
              <w:spacing w:before="0" w:after="0" w:line="240" w:lineRule="auto"/>
            </w:pPr>
            <w:r/>
            <w:r>
              <w:rPr>
                <w:rFonts w:ascii="Arial" w:hAnsi="Arial"/>
                <w:b w:val="0"/>
                <w:sz w:val="18"/>
              </w:rPr>
              <w:br/>
            </w:r>
            <w:r>
              <w:rPr>
                <w:rFonts w:ascii="Arial" w:hAnsi="Arial"/>
                <w:b w:val="0"/>
                <w:sz w:val="18"/>
              </w:rPr>
              <w:br/>
            </w:r>
          </w:p>
        </w:tc>
      </w:tr>
      <w:tr xmlns:wp14="http://schemas.microsoft.com/office/word/2010/wordml" w:rsidTr="240B3F60" w14:paraId="503A82C9" wp14:textId="77777777">
        <w:tc>
          <w:tcPr>
            <w:tcW w:w="567" w:type="dxa"/>
            <w:tcMar>
              <w:top w:w="70" w:type="dxa"/>
              <w:left w:w="90" w:type="dxa"/>
              <w:bottom w:w="70" w:type="dxa"/>
              <w:right w:w="90" w:type="dxa"/>
            </w:tcMar>
            <w:vAlign w:val="center"/>
            <w:tcMar>
              <w:top w:w="70" w:type="dxa"/>
              <w:start w:w="90" w:type="dxa"/>
              <w:bottom w:w="70" w:type="dxa"/>
              <w:end w:w="90" w:type="dxa"/>
            </w:tcMar>
          </w:tcPr>
          <w:p w14:paraId="00F6DC0A" wp14:textId="77777777">
            <w:pPr>
              <w:spacing w:before="0" w:after="0" w:line="240" w:lineRule="auto"/>
            </w:pPr>
            <w:r/>
            <w:r>
              <w:rPr>
                <w:rFonts w:ascii="Arial" w:hAnsi="Arial"/>
                <w:b/>
                <w:sz w:val="18"/>
              </w:rPr>
              <w:t>15.</w:t>
            </w:r>
          </w:p>
        </w:tc>
        <w:tc>
          <w:tcPr>
            <w:tcW w:w="5499" w:type="dxa"/>
            <w:tcMar>
              <w:top w:w="70" w:type="dxa"/>
              <w:left w:w="90" w:type="dxa"/>
              <w:bottom w:w="70" w:type="dxa"/>
              <w:right w:w="90" w:type="dxa"/>
            </w:tcMar>
            <w:vAlign w:val="center"/>
            <w:tcMar>
              <w:top w:w="70" w:type="dxa"/>
              <w:start w:w="90" w:type="dxa"/>
              <w:bottom w:w="70" w:type="dxa"/>
              <w:end w:w="90" w:type="dxa"/>
            </w:tcMar>
          </w:tcPr>
          <w:p w14:paraId="0FE26E25" wp14:textId="77777777">
            <w:pPr>
              <w:spacing w:before="0" w:after="0" w:line="240" w:lineRule="auto"/>
            </w:pPr>
            <w:r/>
            <w:r>
              <w:rPr>
                <w:rFonts w:ascii="Arial" w:hAnsi="Arial"/>
                <w:b w:val="0"/>
                <w:sz w:val="18"/>
              </w:rPr>
              <w:t>Indien voor een ervaringseis een beroep wordt gedaan op een onderaannemer of derde: bevestig dat deze partij de betreffende werkzaamheden tijdens de uitvoering van de onderhavige opdracht daadwerkelijk zal uitvoeren.</w:t>
            </w:r>
          </w:p>
        </w:tc>
        <w:tc>
          <w:tcPr>
            <w:tcW w:w="3969" w:type="dxa"/>
            <w:tcMar>
              <w:top w:w="70" w:type="dxa"/>
              <w:left w:w="90" w:type="dxa"/>
              <w:bottom w:w="70" w:type="dxa"/>
              <w:right w:w="90" w:type="dxa"/>
            </w:tcMar>
            <w:vAlign w:val="center"/>
            <w:tcMar>
              <w:top w:w="70" w:type="dxa"/>
              <w:start w:w="90" w:type="dxa"/>
              <w:bottom w:w="70" w:type="dxa"/>
              <w:end w:w="90" w:type="dxa"/>
            </w:tcMar>
          </w:tcPr>
          <w:p w14:paraId="53128261" wp14:textId="77777777">
            <w:pPr>
              <w:spacing w:before="0" w:after="0" w:line="240" w:lineRule="auto"/>
            </w:pPr>
            <w:r/>
            <w:r>
              <w:rPr>
                <w:rFonts w:ascii="Arial" w:hAnsi="Arial"/>
                <w:b w:val="0"/>
                <w:sz w:val="18"/>
              </w:rPr>
              <w:br/>
            </w:r>
          </w:p>
        </w:tc>
      </w:tr>
      <w:tr xmlns:wp14="http://schemas.microsoft.com/office/word/2010/wordml" w:rsidTr="240B3F60" w14:paraId="2C5B3F28" wp14:textId="77777777">
        <w:tc>
          <w:tcPr>
            <w:tcW w:w="3969" w:type="dxa"/>
            <w:gridSpan w:val="3"/>
            <w:shd w:val="clear" w:color="auto" w:fill="2E74B5"/>
            <w:tcMar>
              <w:top w:w="70" w:type="dxa"/>
              <w:left w:w="90" w:type="dxa"/>
              <w:bottom w:w="70" w:type="dxa"/>
              <w:right w:w="90" w:type="dxa"/>
            </w:tcMar>
            <w:vAlign w:val="center"/>
            <w:tcMar>
              <w:top w:w="70" w:type="dxa"/>
              <w:start w:w="90" w:type="dxa"/>
              <w:bottom w:w="70" w:type="dxa"/>
              <w:end w:w="90" w:type="dxa"/>
            </w:tcMar>
            <w:shd w:fill="2E74B5"/>
          </w:tcPr>
          <w:p w14:paraId="1A23CA28" wp14:textId="77777777">
            <w:pPr>
              <w:spacing w:before="0" w:after="0" w:line="240" w:lineRule="auto"/>
            </w:pPr>
            <w:r/>
            <w:r>
              <w:rPr>
                <w:rFonts w:ascii="Arial" w:hAnsi="Arial"/>
                <w:b/>
                <w:color w:val="FFFFFF"/>
                <w:sz w:val="20"/>
              </w:rPr>
              <w:t>Verklaring en ondertekening Inschrijver</w:t>
            </w:r>
          </w:p>
        </w:tc>
      </w:tr>
      <w:tr xmlns:wp14="http://schemas.microsoft.com/office/word/2010/wordml" w:rsidTr="240B3F60" w14:paraId="14B18A37" wp14:textId="77777777">
        <w:tc>
          <w:tcPr>
            <w:tcW w:w="567" w:type="dxa"/>
            <w:tcMar>
              <w:top w:w="70" w:type="dxa"/>
              <w:left w:w="90" w:type="dxa"/>
              <w:bottom w:w="70" w:type="dxa"/>
              <w:right w:w="90" w:type="dxa"/>
            </w:tcMar>
            <w:vAlign w:val="center"/>
            <w:tcMar>
              <w:top w:w="70" w:type="dxa"/>
              <w:start w:w="90" w:type="dxa"/>
              <w:bottom w:w="70" w:type="dxa"/>
              <w:end w:w="90" w:type="dxa"/>
            </w:tcMar>
          </w:tcPr>
          <w:p w14:paraId="77F06FB0" wp14:textId="77777777">
            <w:pPr>
              <w:spacing w:before="0" w:after="0" w:line="240" w:lineRule="auto"/>
            </w:pPr>
            <w:r/>
            <w:r>
              <w:rPr>
                <w:rFonts w:ascii="Arial" w:hAnsi="Arial"/>
                <w:b/>
                <w:sz w:val="18"/>
              </w:rPr>
              <w:t>16.</w:t>
            </w:r>
          </w:p>
        </w:tc>
        <w:tc>
          <w:tcPr>
            <w:tcW w:w="5499" w:type="dxa"/>
            <w:tcMar>
              <w:top w:w="70" w:type="dxa"/>
              <w:left w:w="90" w:type="dxa"/>
              <w:bottom w:w="70" w:type="dxa"/>
              <w:right w:w="90" w:type="dxa"/>
            </w:tcMar>
            <w:vAlign w:val="center"/>
            <w:tcMar>
              <w:top w:w="70" w:type="dxa"/>
              <w:start w:w="90" w:type="dxa"/>
              <w:bottom w:w="70" w:type="dxa"/>
              <w:end w:w="90" w:type="dxa"/>
            </w:tcMar>
          </w:tcPr>
          <w:p w14:paraId="3D2ACD88" wp14:textId="77777777">
            <w:pPr>
              <w:spacing w:before="0" w:after="0" w:line="240" w:lineRule="auto"/>
            </w:pPr>
            <w:r/>
            <w:r>
              <w:rPr>
                <w:rFonts w:ascii="Arial" w:hAnsi="Arial"/>
                <w:b w:val="0"/>
                <w:sz w:val="18"/>
              </w:rPr>
              <w:t>De Inschrijver verklaart dat de verstrekte informatie volledig en naar waarheid is ingevuld en stemt ermee in dat gemeente Deventer zonder tussenkomst van de Inschrijver navraag kan doen bij de opgegeven referent.</w:t>
            </w:r>
          </w:p>
        </w:tc>
        <w:tc>
          <w:tcPr>
            <w:tcW w:w="3969" w:type="dxa"/>
            <w:tcMar>
              <w:top w:w="70" w:type="dxa"/>
              <w:left w:w="90" w:type="dxa"/>
              <w:bottom w:w="70" w:type="dxa"/>
              <w:right w:w="90" w:type="dxa"/>
            </w:tcMar>
            <w:vAlign w:val="center"/>
            <w:tcMar>
              <w:top w:w="70" w:type="dxa"/>
              <w:start w:w="90" w:type="dxa"/>
              <w:bottom w:w="70" w:type="dxa"/>
              <w:end w:w="90" w:type="dxa"/>
            </w:tcMar>
          </w:tcPr>
          <w:p w14:paraId="62486C05" wp14:textId="77777777">
            <w:pPr>
              <w:spacing w:before="0" w:after="0" w:line="240" w:lineRule="auto"/>
            </w:pPr>
            <w:r/>
            <w:r>
              <w:rPr>
                <w:rFonts w:ascii="Arial" w:hAnsi="Arial"/>
                <w:b w:val="0"/>
                <w:sz w:val="18"/>
              </w:rPr>
            </w:r>
          </w:p>
        </w:tc>
      </w:tr>
      <w:tr xmlns:wp14="http://schemas.microsoft.com/office/word/2010/wordml" w:rsidTr="240B3F60" w14:paraId="7A44AAA4" wp14:textId="77777777">
        <w:tc>
          <w:tcPr>
            <w:tcW w:w="567" w:type="dxa"/>
            <w:tcMar>
              <w:top w:w="70" w:type="dxa"/>
              <w:left w:w="90" w:type="dxa"/>
              <w:bottom w:w="70" w:type="dxa"/>
              <w:right w:w="90" w:type="dxa"/>
            </w:tcMar>
            <w:vAlign w:val="center"/>
            <w:tcMar>
              <w:top w:w="70" w:type="dxa"/>
              <w:start w:w="90" w:type="dxa"/>
              <w:bottom w:w="70" w:type="dxa"/>
              <w:end w:w="90" w:type="dxa"/>
            </w:tcMar>
          </w:tcPr>
          <w:p w14:paraId="679B977D" wp14:textId="77777777">
            <w:pPr>
              <w:spacing w:before="0" w:after="0" w:line="240" w:lineRule="auto"/>
            </w:pPr>
            <w:r/>
            <w:r>
              <w:rPr>
                <w:rFonts w:ascii="Arial" w:hAnsi="Arial"/>
                <w:b/>
                <w:sz w:val="18"/>
              </w:rPr>
              <w:t>17.</w:t>
            </w:r>
          </w:p>
        </w:tc>
        <w:tc>
          <w:tcPr>
            <w:tcW w:w="5499" w:type="dxa"/>
            <w:tcMar>
              <w:top w:w="70" w:type="dxa"/>
              <w:left w:w="90" w:type="dxa"/>
              <w:bottom w:w="70" w:type="dxa"/>
              <w:right w:w="90" w:type="dxa"/>
            </w:tcMar>
            <w:vAlign w:val="center"/>
            <w:tcMar>
              <w:top w:w="70" w:type="dxa"/>
              <w:start w:w="90" w:type="dxa"/>
              <w:bottom w:w="70" w:type="dxa"/>
              <w:end w:w="90" w:type="dxa"/>
            </w:tcMar>
          </w:tcPr>
          <w:p w14:paraId="5E1CBD02" wp14:textId="77777777">
            <w:pPr>
              <w:spacing w:before="0" w:after="0" w:line="240" w:lineRule="auto"/>
            </w:pPr>
            <w:r/>
            <w:r>
              <w:rPr>
                <w:rFonts w:ascii="Arial" w:hAnsi="Arial"/>
                <w:b w:val="0"/>
                <w:sz w:val="18"/>
              </w:rPr>
              <w:t>Naam onderneming</w:t>
            </w:r>
          </w:p>
        </w:tc>
        <w:tc>
          <w:tcPr>
            <w:tcW w:w="3969" w:type="dxa"/>
            <w:tcMar>
              <w:top w:w="70" w:type="dxa"/>
              <w:left w:w="90" w:type="dxa"/>
              <w:bottom w:w="70" w:type="dxa"/>
              <w:right w:w="90" w:type="dxa"/>
            </w:tcMar>
            <w:vAlign w:val="center"/>
            <w:tcMar>
              <w:top w:w="70" w:type="dxa"/>
              <w:start w:w="90" w:type="dxa"/>
              <w:bottom w:w="70" w:type="dxa"/>
              <w:end w:w="90" w:type="dxa"/>
            </w:tcMar>
          </w:tcPr>
          <w:p w14:paraId="4101652C" wp14:textId="77777777">
            <w:pPr>
              <w:spacing w:before="0" w:after="0" w:line="240" w:lineRule="auto"/>
            </w:pPr>
            <w:r/>
            <w:r>
              <w:rPr>
                <w:rFonts w:ascii="Arial" w:hAnsi="Arial"/>
                <w:b w:val="0"/>
                <w:sz w:val="18"/>
              </w:rPr>
            </w:r>
          </w:p>
        </w:tc>
      </w:tr>
      <w:tr xmlns:wp14="http://schemas.microsoft.com/office/word/2010/wordml" w:rsidTr="240B3F60" w14:paraId="1E79712C" wp14:textId="77777777">
        <w:tc>
          <w:tcPr>
            <w:tcW w:w="567" w:type="dxa"/>
            <w:tcMar>
              <w:top w:w="70" w:type="dxa"/>
              <w:left w:w="90" w:type="dxa"/>
              <w:bottom w:w="70" w:type="dxa"/>
              <w:right w:w="90" w:type="dxa"/>
            </w:tcMar>
            <w:vAlign w:val="center"/>
            <w:tcMar>
              <w:top w:w="70" w:type="dxa"/>
              <w:start w:w="90" w:type="dxa"/>
              <w:bottom w:w="70" w:type="dxa"/>
              <w:end w:w="90" w:type="dxa"/>
            </w:tcMar>
          </w:tcPr>
          <w:p w14:paraId="65FB52BB" wp14:textId="77777777">
            <w:pPr>
              <w:spacing w:before="0" w:after="0" w:line="240" w:lineRule="auto"/>
            </w:pPr>
            <w:r/>
            <w:r>
              <w:rPr>
                <w:rFonts w:ascii="Arial" w:hAnsi="Arial"/>
                <w:b/>
                <w:sz w:val="18"/>
              </w:rPr>
              <w:t>18.</w:t>
            </w:r>
          </w:p>
        </w:tc>
        <w:tc>
          <w:tcPr>
            <w:tcW w:w="5499" w:type="dxa"/>
            <w:tcMar>
              <w:top w:w="70" w:type="dxa"/>
              <w:left w:w="90" w:type="dxa"/>
              <w:bottom w:w="70" w:type="dxa"/>
              <w:right w:w="90" w:type="dxa"/>
            </w:tcMar>
            <w:vAlign w:val="center"/>
            <w:tcMar>
              <w:top w:w="70" w:type="dxa"/>
              <w:start w:w="90" w:type="dxa"/>
              <w:bottom w:w="70" w:type="dxa"/>
              <w:end w:w="90" w:type="dxa"/>
            </w:tcMar>
          </w:tcPr>
          <w:p w14:paraId="741E0FC1" wp14:textId="77777777">
            <w:pPr>
              <w:spacing w:before="0" w:after="0" w:line="240" w:lineRule="auto"/>
            </w:pPr>
            <w:r/>
            <w:r>
              <w:rPr>
                <w:rFonts w:ascii="Arial" w:hAnsi="Arial"/>
                <w:b w:val="0"/>
                <w:sz w:val="18"/>
              </w:rPr>
              <w:t>Naam rechtsgeldig bevoegde ondertekenaar</w:t>
            </w:r>
          </w:p>
        </w:tc>
        <w:tc>
          <w:tcPr>
            <w:tcW w:w="3969" w:type="dxa"/>
            <w:tcMar>
              <w:top w:w="70" w:type="dxa"/>
              <w:left w:w="90" w:type="dxa"/>
              <w:bottom w:w="70" w:type="dxa"/>
              <w:right w:w="90" w:type="dxa"/>
            </w:tcMar>
            <w:vAlign w:val="center"/>
            <w:tcMar>
              <w:top w:w="70" w:type="dxa"/>
              <w:start w:w="90" w:type="dxa"/>
              <w:bottom w:w="70" w:type="dxa"/>
              <w:end w:w="90" w:type="dxa"/>
            </w:tcMar>
          </w:tcPr>
          <w:p w14:paraId="4B99056E" wp14:textId="77777777">
            <w:pPr>
              <w:spacing w:before="0" w:after="0" w:line="240" w:lineRule="auto"/>
            </w:pPr>
            <w:r/>
            <w:r>
              <w:rPr>
                <w:rFonts w:ascii="Arial" w:hAnsi="Arial"/>
                <w:b w:val="0"/>
                <w:sz w:val="18"/>
              </w:rPr>
            </w:r>
          </w:p>
        </w:tc>
      </w:tr>
      <w:tr xmlns:wp14="http://schemas.microsoft.com/office/word/2010/wordml" w:rsidTr="240B3F60" w14:paraId="0173D963" wp14:textId="77777777">
        <w:tc>
          <w:tcPr>
            <w:tcW w:w="567" w:type="dxa"/>
            <w:tcMar>
              <w:top w:w="70" w:type="dxa"/>
              <w:left w:w="90" w:type="dxa"/>
              <w:bottom w:w="70" w:type="dxa"/>
              <w:right w:w="90" w:type="dxa"/>
            </w:tcMar>
            <w:vAlign w:val="center"/>
            <w:tcMar>
              <w:top w:w="70" w:type="dxa"/>
              <w:start w:w="90" w:type="dxa"/>
              <w:bottom w:w="70" w:type="dxa"/>
              <w:end w:w="90" w:type="dxa"/>
            </w:tcMar>
          </w:tcPr>
          <w:p w14:paraId="499A42DD" wp14:textId="77777777">
            <w:pPr>
              <w:spacing w:before="0" w:after="0" w:line="240" w:lineRule="auto"/>
            </w:pPr>
            <w:r/>
            <w:r>
              <w:rPr>
                <w:rFonts w:ascii="Arial" w:hAnsi="Arial"/>
                <w:b/>
                <w:sz w:val="18"/>
              </w:rPr>
              <w:t>19.</w:t>
            </w:r>
          </w:p>
        </w:tc>
        <w:tc>
          <w:tcPr>
            <w:tcW w:w="5499" w:type="dxa"/>
            <w:tcMar>
              <w:top w:w="70" w:type="dxa"/>
              <w:left w:w="90" w:type="dxa"/>
              <w:bottom w:w="70" w:type="dxa"/>
              <w:right w:w="90" w:type="dxa"/>
            </w:tcMar>
            <w:vAlign w:val="center"/>
            <w:tcMar>
              <w:top w:w="70" w:type="dxa"/>
              <w:start w:w="90" w:type="dxa"/>
              <w:bottom w:w="70" w:type="dxa"/>
              <w:end w:w="90" w:type="dxa"/>
            </w:tcMar>
          </w:tcPr>
          <w:p w14:paraId="701516E5" wp14:textId="77777777">
            <w:pPr>
              <w:spacing w:before="0" w:after="0" w:line="240" w:lineRule="auto"/>
            </w:pPr>
            <w:r/>
            <w:r>
              <w:rPr>
                <w:rFonts w:ascii="Arial" w:hAnsi="Arial"/>
                <w:b w:val="0"/>
                <w:sz w:val="18"/>
              </w:rPr>
              <w:t>Functie</w:t>
            </w:r>
          </w:p>
        </w:tc>
        <w:tc>
          <w:tcPr>
            <w:tcW w:w="3969" w:type="dxa"/>
            <w:tcMar>
              <w:top w:w="70" w:type="dxa"/>
              <w:left w:w="90" w:type="dxa"/>
              <w:bottom w:w="70" w:type="dxa"/>
              <w:right w:w="90" w:type="dxa"/>
            </w:tcMar>
            <w:vAlign w:val="center"/>
            <w:tcMar>
              <w:top w:w="70" w:type="dxa"/>
              <w:start w:w="90" w:type="dxa"/>
              <w:bottom w:w="70" w:type="dxa"/>
              <w:end w:w="90" w:type="dxa"/>
            </w:tcMar>
          </w:tcPr>
          <w:p w14:paraId="1299C43A" wp14:textId="77777777">
            <w:pPr>
              <w:spacing w:before="0" w:after="0" w:line="240" w:lineRule="auto"/>
            </w:pPr>
            <w:r/>
            <w:r>
              <w:rPr>
                <w:rFonts w:ascii="Arial" w:hAnsi="Arial"/>
                <w:b w:val="0"/>
                <w:sz w:val="18"/>
              </w:rPr>
            </w:r>
          </w:p>
        </w:tc>
      </w:tr>
      <w:tr xmlns:wp14="http://schemas.microsoft.com/office/word/2010/wordml" w:rsidTr="240B3F60" w14:paraId="24B9EA37" wp14:textId="77777777">
        <w:tc>
          <w:tcPr>
            <w:tcW w:w="567" w:type="dxa"/>
            <w:tcMar>
              <w:top w:w="70" w:type="dxa"/>
              <w:left w:w="90" w:type="dxa"/>
              <w:bottom w:w="70" w:type="dxa"/>
              <w:right w:w="90" w:type="dxa"/>
            </w:tcMar>
            <w:vAlign w:val="center"/>
            <w:tcMar>
              <w:top w:w="70" w:type="dxa"/>
              <w:start w:w="90" w:type="dxa"/>
              <w:bottom w:w="70" w:type="dxa"/>
              <w:end w:w="90" w:type="dxa"/>
            </w:tcMar>
          </w:tcPr>
          <w:p w14:paraId="2F17FE39" wp14:textId="77777777">
            <w:pPr>
              <w:spacing w:before="0" w:after="0" w:line="240" w:lineRule="auto"/>
            </w:pPr>
            <w:r/>
            <w:r>
              <w:rPr>
                <w:rFonts w:ascii="Arial" w:hAnsi="Arial"/>
                <w:b/>
                <w:sz w:val="18"/>
              </w:rPr>
              <w:t>20.</w:t>
            </w:r>
          </w:p>
        </w:tc>
        <w:tc>
          <w:tcPr>
            <w:tcW w:w="5499" w:type="dxa"/>
            <w:tcMar>
              <w:top w:w="70" w:type="dxa"/>
              <w:left w:w="90" w:type="dxa"/>
              <w:bottom w:w="70" w:type="dxa"/>
              <w:right w:w="90" w:type="dxa"/>
            </w:tcMar>
            <w:vAlign w:val="center"/>
            <w:tcMar>
              <w:top w:w="70" w:type="dxa"/>
              <w:start w:w="90" w:type="dxa"/>
              <w:bottom w:w="70" w:type="dxa"/>
              <w:end w:w="90" w:type="dxa"/>
            </w:tcMar>
          </w:tcPr>
          <w:p w14:paraId="6488F925" wp14:textId="77777777">
            <w:pPr>
              <w:spacing w:before="0" w:after="0" w:line="240" w:lineRule="auto"/>
            </w:pPr>
            <w:r/>
            <w:r>
              <w:rPr>
                <w:rFonts w:ascii="Arial" w:hAnsi="Arial"/>
                <w:b w:val="0"/>
                <w:sz w:val="18"/>
              </w:rPr>
              <w:t>Plaats en datum</w:t>
            </w:r>
          </w:p>
        </w:tc>
        <w:tc>
          <w:tcPr>
            <w:tcW w:w="3969" w:type="dxa"/>
            <w:tcMar>
              <w:top w:w="70" w:type="dxa"/>
              <w:left w:w="90" w:type="dxa"/>
              <w:bottom w:w="70" w:type="dxa"/>
              <w:right w:w="90" w:type="dxa"/>
            </w:tcMar>
            <w:vAlign w:val="center"/>
            <w:tcMar>
              <w:top w:w="70" w:type="dxa"/>
              <w:start w:w="90" w:type="dxa"/>
              <w:bottom w:w="70" w:type="dxa"/>
              <w:end w:w="90" w:type="dxa"/>
            </w:tcMar>
          </w:tcPr>
          <w:p w14:paraId="4DDBEF00" wp14:textId="77777777">
            <w:pPr>
              <w:spacing w:before="0" w:after="0" w:line="240" w:lineRule="auto"/>
            </w:pPr>
            <w:r/>
            <w:r>
              <w:rPr>
                <w:rFonts w:ascii="Arial" w:hAnsi="Arial"/>
                <w:b w:val="0"/>
                <w:sz w:val="18"/>
              </w:rPr>
            </w:r>
          </w:p>
        </w:tc>
      </w:tr>
      <w:tr xmlns:wp14="http://schemas.microsoft.com/office/word/2010/wordml" w:rsidTr="240B3F60" w14:paraId="50C6131C" wp14:textId="77777777">
        <w:tc>
          <w:tcPr>
            <w:tcW w:w="567" w:type="dxa"/>
            <w:tcMar>
              <w:top w:w="70" w:type="dxa"/>
              <w:left w:w="90" w:type="dxa"/>
              <w:bottom w:w="70" w:type="dxa"/>
              <w:right w:w="90" w:type="dxa"/>
            </w:tcMar>
            <w:vAlign w:val="center"/>
            <w:tcMar>
              <w:top w:w="70" w:type="dxa"/>
              <w:start w:w="90" w:type="dxa"/>
              <w:bottom w:w="70" w:type="dxa"/>
              <w:end w:w="90" w:type="dxa"/>
            </w:tcMar>
          </w:tcPr>
          <w:p w14:paraId="7992F0E8" wp14:textId="77777777">
            <w:pPr>
              <w:spacing w:before="0" w:after="0" w:line="240" w:lineRule="auto"/>
            </w:pPr>
            <w:r/>
            <w:r>
              <w:rPr>
                <w:rFonts w:ascii="Arial" w:hAnsi="Arial"/>
                <w:b/>
                <w:sz w:val="18"/>
              </w:rPr>
              <w:t>21.</w:t>
            </w:r>
          </w:p>
        </w:tc>
        <w:tc>
          <w:tcPr>
            <w:tcW w:w="5499" w:type="dxa"/>
            <w:tcMar>
              <w:top w:w="70" w:type="dxa"/>
              <w:left w:w="90" w:type="dxa"/>
              <w:bottom w:w="70" w:type="dxa"/>
              <w:right w:w="90" w:type="dxa"/>
            </w:tcMar>
            <w:vAlign w:val="center"/>
            <w:tcMar>
              <w:top w:w="70" w:type="dxa"/>
              <w:start w:w="90" w:type="dxa"/>
              <w:bottom w:w="70" w:type="dxa"/>
              <w:end w:w="90" w:type="dxa"/>
            </w:tcMar>
          </w:tcPr>
          <w:p w14:paraId="2F2403EB" wp14:textId="77777777">
            <w:pPr>
              <w:spacing w:before="0" w:after="0" w:line="240" w:lineRule="auto"/>
            </w:pPr>
            <w:r/>
            <w:r>
              <w:rPr>
                <w:rFonts w:ascii="Arial" w:hAnsi="Arial"/>
                <w:b w:val="0"/>
                <w:sz w:val="18"/>
              </w:rPr>
              <w:t>Handtekening</w:t>
            </w:r>
          </w:p>
        </w:tc>
        <w:tc>
          <w:tcPr>
            <w:tcW w:w="3969" w:type="dxa"/>
            <w:tcMar>
              <w:top w:w="70" w:type="dxa"/>
              <w:left w:w="90" w:type="dxa"/>
              <w:bottom w:w="70" w:type="dxa"/>
              <w:right w:w="90" w:type="dxa"/>
            </w:tcMar>
            <w:vAlign w:val="center"/>
            <w:tcMar>
              <w:top w:w="70" w:type="dxa"/>
              <w:start w:w="90" w:type="dxa"/>
              <w:bottom w:w="70" w:type="dxa"/>
              <w:end w:w="90" w:type="dxa"/>
            </w:tcMar>
          </w:tcPr>
          <w:p w14:paraId="3461D779" wp14:textId="77777777">
            <w:pPr>
              <w:spacing w:before="0" w:after="0" w:line="240" w:lineRule="auto"/>
            </w:pPr>
            <w:r/>
            <w:r>
              <w:rPr>
                <w:rFonts w:ascii="Arial" w:hAnsi="Arial"/>
                <w:b w:val="0"/>
                <w:sz w:val="18"/>
              </w:rPr>
              <w:br/>
            </w:r>
          </w:p>
        </w:tc>
      </w:tr>
    </w:tbl>
    <w:p xmlns:wp14="http://schemas.microsoft.com/office/word/2010/wordml" w14:paraId="023C1EA3" wp14:textId="77777777">
      <w:pPr>
        <w:spacing w:before="80"/>
      </w:pPr>
      <w:r>
        <w:rPr>
          <w:b/>
          <w:color w:val="2E74B5"/>
        </w:rPr>
        <w:t xml:space="preserve">Let op: </w:t>
      </w:r>
      <w:r>
        <w:t>Dit formulier mag qua vraagstelling en voorgedrukte inhoud niet worden gewijzigd. Voeg zo nodig extra pagina’s toe voor de toelichting, met behoud van de nummering en een duidelijke verwijzing naar de betreffende ervaringseis. Dien iedere referentie rechtsgeldig ondertekend in als PDF.</w:t>
      </w:r>
    </w:p>
    <w:sectPr w:rsidRPr="0006063C" w:rsidR="00FC693F" w:rsidSect="00034616">
      <w:pgSz w:w="12240" w:h="15840" w:orient="portrait"/>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0B3F60"/>
    <w:rsid w:val="6EBD40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7F602BDB-5717-4418-AA13-F9F9C967E6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asciiTheme="majorHAnsi" w:hAnsiTheme="majorHAnsi" w:eastAsiaTheme="majorEastAsia" w:cstheme="majorBidi"/>
      <w:b/>
      <w:bCs/>
      <w:color w:val="2E74B5"/>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asciiTheme="majorHAnsi" w:hAnsiTheme="majorHAnsi" w:eastAsiaTheme="majorEastAsia"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Arial" w:hAnsi="Arial" w:asciiTheme="majorHAnsi" w:hAnsiTheme="majorHAnsi" w:eastAsiaTheme="majorEastAsia" w:cstheme="majorBidi"/>
      <w:color w:val="2E74B5"/>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4.xml" Id="rId11" /><Relationship Type="http://schemas.openxmlformats.org/officeDocument/2006/relationships/settings" Target="settings.xml" Id="rId5" /><Relationship Type="http://schemas.openxmlformats.org/officeDocument/2006/relationships/customXml" Target="../customXml/item3.xml" Id="rId10" /><Relationship Type="http://schemas.microsoft.com/office/2007/relationships/stylesWithEffects" Target="stylesWithEffect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9E84AD3471F76418D4DCB4DAAEF0B4E" ma:contentTypeVersion="20" ma:contentTypeDescription="Een nieuw document maken." ma:contentTypeScope="" ma:versionID="0672f31d48b5f62aee646a7aecbfd1eb">
  <xsd:schema xmlns:xsd="http://www.w3.org/2001/XMLSchema" xmlns:xs="http://www.w3.org/2001/XMLSchema" xmlns:p="http://schemas.microsoft.com/office/2006/metadata/properties" xmlns:ns2="98e07a37-25f7-47cc-98eb-96cbca13b974" xmlns:ns3="3ea11793-3c5d-4777-b3d3-382426048946" targetNamespace="http://schemas.microsoft.com/office/2006/metadata/properties" ma:root="true" ma:fieldsID="05ebc215fb426a83e235bb2b6090141f" ns2:_="" ns3:_="">
    <xsd:import namespace="98e07a37-25f7-47cc-98eb-96cbca13b974"/>
    <xsd:import namespace="3ea11793-3c5d-4777-b3d3-3824260489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07a37-25f7-47cc-98eb-96cbca13b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a11793-3c5d-4777-b3d3-38242604894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ce44d80-6cb7-4af4-9659-7f9e754bda21}" ma:internalName="TaxCatchAll" ma:showField="CatchAllData" ma:web="3ea11793-3c5d-4777-b3d3-382426048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e07a37-25f7-47cc-98eb-96cbca13b974">
      <Terms xmlns="http://schemas.microsoft.com/office/infopath/2007/PartnerControls"/>
    </lcf76f155ced4ddcb4097134ff3c332f>
    <TaxCatchAll xmlns="3ea11793-3c5d-4777-b3d3-38242604894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A04D896-23DC-4555-8432-FDDFCAB3D8A7}"/>
</file>

<file path=customXml/itemProps3.xml><?xml version="1.0" encoding="utf-8"?>
<ds:datastoreItem xmlns:ds="http://schemas.openxmlformats.org/officeDocument/2006/customXml" ds:itemID="{BD2711B7-0D96-4686-A46C-998379A0E48D}"/>
</file>

<file path=customXml/itemProps4.xml><?xml version="1.0" encoding="utf-8"?>
<ds:datastoreItem xmlns:ds="http://schemas.openxmlformats.org/officeDocument/2006/customXml" ds:itemID="{984D0CB3-DF1C-4B15-A6A2-104C842CD0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Bijlage 5 - Referentieopdracht</dc:title>
  <dc:subject>Raamovereenkomst advies- en ingenieursdiensten Stadslint Keizerslanden</dc:subject>
  <dc:creator>Thijs Meerbeek | Adjust</dc:creator>
  <keywords/>
  <dc:description>generated by python-docx</dc:description>
  <lastModifiedBy>Jeroen van Netten | Adjust</lastModifiedBy>
  <revision>3</revision>
  <dcterms:created xsi:type="dcterms:W3CDTF">2026-10-16T09:36:14.0000000Z</dcterms:created>
  <dcterms:modified xsi:type="dcterms:W3CDTF">2026-10-16T09:56:43.6880973Z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0x01010039E84AD3471F76418D4DCB4DAAEF0B4E</vt:lpwstr>
  </property>
  <property fmtid="{D5CDD505-2E9C-101B-9397-08002B2CF9AE}" pid="3" name="MediaServiceImageTags">
    <vt:lpwstr/>
  </property>
</Properties>
</file>