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E796" w14:textId="77777777" w:rsidR="005E0ECB" w:rsidRPr="00DA620B" w:rsidRDefault="00D1635E">
      <w:pPr>
        <w:pStyle w:val="Kop1"/>
        <w:spacing w:before="60" w:after="180"/>
        <w:rPr>
          <w:rFonts w:ascii="Calibri Light" w:hAnsi="Calibri Light" w:cs="Calibri Light"/>
          <w:b w:val="0"/>
          <w:bCs w:val="0"/>
          <w:sz w:val="22"/>
          <w:szCs w:val="22"/>
          <w:lang w:val="nl-NL"/>
        </w:rPr>
      </w:pPr>
      <w:r w:rsidRPr="00DA620B">
        <w:rPr>
          <w:rFonts w:ascii="Calibri Light" w:hAnsi="Calibri Light" w:cs="Calibri Light"/>
          <w:b w:val="0"/>
          <w:bCs w:val="0"/>
          <w:sz w:val="22"/>
          <w:szCs w:val="22"/>
          <w:lang w:val="nl-NL"/>
        </w:rPr>
        <w:t>Verklaringen bij inschrijving</w:t>
      </w:r>
    </w:p>
    <w:p w14:paraId="6BDA29C0" w14:textId="77777777" w:rsidR="005E0ECB" w:rsidRPr="00DA620B" w:rsidRDefault="00D1635E">
      <w:pPr>
        <w:pStyle w:val="Kop2"/>
        <w:spacing w:before="0" w:after="100"/>
        <w:rPr>
          <w:rFonts w:cs="Calibri Light"/>
          <w:b w:val="0"/>
          <w:bCs w:val="0"/>
          <w:szCs w:val="22"/>
          <w:lang w:val="nl-NL"/>
        </w:rPr>
      </w:pPr>
      <w:r w:rsidRPr="00DA620B">
        <w:rPr>
          <w:rFonts w:cs="Calibri Light"/>
          <w:b w:val="0"/>
          <w:bCs w:val="0"/>
          <w:szCs w:val="22"/>
          <w:lang w:val="nl-NL"/>
        </w:rPr>
        <w:t>Verklaring conceptovereenkomst</w:t>
      </w:r>
    </w:p>
    <w:p w14:paraId="2B8096CC" w14:textId="1918F25E" w:rsidR="005E0ECB" w:rsidRPr="00DA620B" w:rsidRDefault="00D1635E">
      <w:pPr>
        <w:spacing w:after="140" w:line="252" w:lineRule="auto"/>
        <w:rPr>
          <w:rFonts w:ascii="Calibri Light" w:hAnsi="Calibri Light" w:cs="Calibri Light"/>
          <w:lang w:val="nl-NL"/>
        </w:rPr>
      </w:pPr>
      <w:r w:rsidRPr="00DA620B">
        <w:rPr>
          <w:rFonts w:ascii="Calibri Light" w:hAnsi="Calibri Light" w:cs="Calibri Light"/>
          <w:lang w:val="nl-NL"/>
        </w:rPr>
        <w:t xml:space="preserve">Hierbij verklaart ondergetekende de concept-raamovereenkomst (Bijlage </w:t>
      </w:r>
      <w:r w:rsidR="00DA620B">
        <w:rPr>
          <w:rFonts w:ascii="Calibri Light" w:hAnsi="Calibri Light" w:cs="Calibri Light"/>
          <w:lang w:val="nl-NL"/>
        </w:rPr>
        <w:t>2</w:t>
      </w:r>
      <w:r w:rsidRPr="00DA620B">
        <w:rPr>
          <w:rFonts w:ascii="Calibri Light" w:hAnsi="Calibri Light" w:cs="Calibri Light"/>
          <w:lang w:val="nl-NL"/>
        </w:rPr>
        <w:t>) van de Opdrachtgever, inclusief eventuele wijzigingen die daarop bij Nota('s) van Inlichtingen zijn aangebracht, zonder voorbehoud te accepteren.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669"/>
      </w:tblGrid>
      <w:tr w:rsidR="005E0ECB" w:rsidRPr="00DA620B" w14:paraId="71B7BFC0" w14:textId="77777777">
        <w:trPr>
          <w:trHeight w:val="65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7F25E73F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proofErr w:type="spellStart"/>
            <w:r w:rsidRPr="00DA620B">
              <w:rPr>
                <w:rFonts w:ascii="Calibri Light" w:hAnsi="Calibri Light" w:cs="Calibri Light"/>
              </w:rPr>
              <w:t>Bedrijfsnaam</w:t>
            </w:r>
            <w:proofErr w:type="spellEnd"/>
            <w:r w:rsidRPr="00DA620B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DA620B">
              <w:rPr>
                <w:rFonts w:ascii="Calibri Light" w:hAnsi="Calibri Light" w:cs="Calibri Light"/>
              </w:rPr>
              <w:t>Inschrijver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6C25659A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E0ECB" w:rsidRPr="00DA620B" w14:paraId="67EE8081" w14:textId="77777777">
        <w:trPr>
          <w:trHeight w:val="65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31441DDD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Naam </w:t>
            </w:r>
            <w:proofErr w:type="spellStart"/>
            <w:r w:rsidRPr="00DA620B">
              <w:rPr>
                <w:rFonts w:ascii="Calibri Light" w:hAnsi="Calibri Light" w:cs="Calibri Light"/>
              </w:rPr>
              <w:t>rechtsgeldige</w:t>
            </w:r>
            <w:proofErr w:type="spellEnd"/>
            <w:r w:rsidRPr="00DA620B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DA620B">
              <w:rPr>
                <w:rFonts w:ascii="Calibri Light" w:hAnsi="Calibri Light" w:cs="Calibri Light"/>
              </w:rPr>
              <w:t>ondertekenaar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1D3A7D88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E0ECB" w:rsidRPr="00DA620B" w14:paraId="7CE3381C" w14:textId="77777777">
        <w:trPr>
          <w:trHeight w:val="65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43C4B43F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proofErr w:type="spellStart"/>
            <w:r w:rsidRPr="00DA620B">
              <w:rPr>
                <w:rFonts w:ascii="Calibri Light" w:hAnsi="Calibri Light" w:cs="Calibri Light"/>
              </w:rPr>
              <w:t>Functie</w:t>
            </w:r>
            <w:proofErr w:type="spellEnd"/>
            <w:r w:rsidRPr="00DA620B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DA620B">
              <w:rPr>
                <w:rFonts w:ascii="Calibri Light" w:hAnsi="Calibri Light" w:cs="Calibri Light"/>
              </w:rPr>
              <w:t>ondertekenaar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6C43B77D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E0ECB" w:rsidRPr="00DA620B" w14:paraId="58EE827B" w14:textId="77777777">
        <w:trPr>
          <w:trHeight w:val="65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33EC7432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>Datum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11327CE8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E0ECB" w:rsidRPr="00DA620B" w14:paraId="629A0AF1" w14:textId="77777777">
        <w:trPr>
          <w:trHeight w:val="116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51109D59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proofErr w:type="spellStart"/>
            <w:r w:rsidRPr="00DA620B">
              <w:rPr>
                <w:rFonts w:ascii="Calibri Light" w:hAnsi="Calibri Light" w:cs="Calibri Light"/>
              </w:rPr>
              <w:t>Handtekening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0571320F" w14:textId="77777777" w:rsidR="005E0ECB" w:rsidRPr="00DA620B" w:rsidRDefault="00D1635E">
            <w:pPr>
              <w:spacing w:after="4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br/>
            </w:r>
            <w:r w:rsidRPr="00DA620B">
              <w:rPr>
                <w:rFonts w:ascii="Calibri Light" w:hAnsi="Calibri Light" w:cs="Calibri Light"/>
              </w:rPr>
              <w:br/>
            </w:r>
          </w:p>
        </w:tc>
      </w:tr>
    </w:tbl>
    <w:p w14:paraId="4AA2A0CF" w14:textId="77777777" w:rsidR="005E0ECB" w:rsidRPr="00DA620B" w:rsidRDefault="005E0ECB">
      <w:pPr>
        <w:spacing w:before="80" w:after="60"/>
        <w:rPr>
          <w:rFonts w:ascii="Calibri Light" w:hAnsi="Calibri Light" w:cs="Calibri Light"/>
        </w:rPr>
      </w:pPr>
    </w:p>
    <w:p w14:paraId="5BFFF632" w14:textId="77777777" w:rsidR="005E0ECB" w:rsidRPr="00DA620B" w:rsidRDefault="00D1635E">
      <w:pPr>
        <w:pStyle w:val="Kop2"/>
        <w:spacing w:before="0" w:after="100"/>
        <w:rPr>
          <w:rFonts w:cs="Calibri Light"/>
          <w:b w:val="0"/>
          <w:bCs w:val="0"/>
          <w:szCs w:val="22"/>
        </w:rPr>
      </w:pPr>
      <w:proofErr w:type="spellStart"/>
      <w:r w:rsidRPr="00DA620B">
        <w:rPr>
          <w:rFonts w:cs="Calibri Light"/>
          <w:b w:val="0"/>
          <w:bCs w:val="0"/>
          <w:szCs w:val="22"/>
        </w:rPr>
        <w:t>Verklaring</w:t>
      </w:r>
      <w:proofErr w:type="spellEnd"/>
      <w:r w:rsidRPr="00DA620B">
        <w:rPr>
          <w:rFonts w:cs="Calibri Light"/>
          <w:b w:val="0"/>
          <w:bCs w:val="0"/>
          <w:szCs w:val="22"/>
        </w:rPr>
        <w:t xml:space="preserve"> </w:t>
      </w:r>
      <w:proofErr w:type="spellStart"/>
      <w:r w:rsidRPr="00DA620B">
        <w:rPr>
          <w:rFonts w:cs="Calibri Light"/>
          <w:b w:val="0"/>
          <w:bCs w:val="0"/>
          <w:szCs w:val="22"/>
        </w:rPr>
        <w:t>acceptatie</w:t>
      </w:r>
      <w:proofErr w:type="spellEnd"/>
      <w:r w:rsidRPr="00DA620B">
        <w:rPr>
          <w:rFonts w:cs="Calibri Light"/>
          <w:b w:val="0"/>
          <w:bCs w:val="0"/>
          <w:szCs w:val="22"/>
        </w:rPr>
        <w:t xml:space="preserve"> </w:t>
      </w:r>
      <w:proofErr w:type="spellStart"/>
      <w:r w:rsidRPr="00DA620B">
        <w:rPr>
          <w:rFonts w:cs="Calibri Light"/>
          <w:b w:val="0"/>
          <w:bCs w:val="0"/>
          <w:szCs w:val="22"/>
        </w:rPr>
        <w:t>Programma</w:t>
      </w:r>
      <w:proofErr w:type="spellEnd"/>
      <w:r w:rsidRPr="00DA620B">
        <w:rPr>
          <w:rFonts w:cs="Calibri Light"/>
          <w:b w:val="0"/>
          <w:bCs w:val="0"/>
          <w:szCs w:val="22"/>
        </w:rPr>
        <w:t xml:space="preserve"> van Eisen</w:t>
      </w:r>
    </w:p>
    <w:p w14:paraId="0594C392" w14:textId="4AC462E3" w:rsidR="005E0ECB" w:rsidRPr="00DA620B" w:rsidRDefault="00D1635E">
      <w:pPr>
        <w:spacing w:after="140" w:line="252" w:lineRule="auto"/>
        <w:rPr>
          <w:rFonts w:ascii="Calibri Light" w:hAnsi="Calibri Light" w:cs="Calibri Light"/>
          <w:lang w:val="nl-NL"/>
        </w:rPr>
      </w:pPr>
      <w:r w:rsidRPr="00DA620B">
        <w:rPr>
          <w:rFonts w:ascii="Calibri Light" w:hAnsi="Calibri Light" w:cs="Calibri Light"/>
          <w:lang w:val="nl-NL"/>
        </w:rPr>
        <w:t xml:space="preserve">Hierbij verklaart ondergetekende het Programma van Eisen </w:t>
      </w:r>
      <w:r w:rsidR="00DA620B">
        <w:rPr>
          <w:rFonts w:ascii="Calibri Light" w:hAnsi="Calibri Light" w:cs="Calibri Light"/>
          <w:lang w:val="nl-NL"/>
        </w:rPr>
        <w:t xml:space="preserve">(bijlage 3) </w:t>
      </w:r>
      <w:r w:rsidRPr="00DA620B">
        <w:rPr>
          <w:rFonts w:ascii="Calibri Light" w:hAnsi="Calibri Light" w:cs="Calibri Light"/>
          <w:lang w:val="nl-NL"/>
        </w:rPr>
        <w:t>van de Opdrachtgever, inclusief eventuele wijzigingen die daarop bij Nota('s) van Inlichtingen zijn aangebracht, zonder voorbehoud te accepteren.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5669"/>
      </w:tblGrid>
      <w:tr w:rsidR="005E0ECB" w:rsidRPr="00DA620B" w14:paraId="040D4653" w14:textId="77777777">
        <w:trPr>
          <w:trHeight w:val="65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371F5EA1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proofErr w:type="spellStart"/>
            <w:r w:rsidRPr="00DA620B">
              <w:rPr>
                <w:rFonts w:ascii="Calibri Light" w:hAnsi="Calibri Light" w:cs="Calibri Light"/>
              </w:rPr>
              <w:t>Bedrijfsnaam</w:t>
            </w:r>
            <w:proofErr w:type="spellEnd"/>
            <w:r w:rsidRPr="00DA620B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DA620B">
              <w:rPr>
                <w:rFonts w:ascii="Calibri Light" w:hAnsi="Calibri Light" w:cs="Calibri Light"/>
              </w:rPr>
              <w:t>Inschrijver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497E0EDE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E0ECB" w:rsidRPr="00DA620B" w14:paraId="6B6A7A4C" w14:textId="77777777">
        <w:trPr>
          <w:trHeight w:val="65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0C4F924E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Naam </w:t>
            </w:r>
            <w:proofErr w:type="spellStart"/>
            <w:r w:rsidRPr="00DA620B">
              <w:rPr>
                <w:rFonts w:ascii="Calibri Light" w:hAnsi="Calibri Light" w:cs="Calibri Light"/>
              </w:rPr>
              <w:t>rechtsgeldige</w:t>
            </w:r>
            <w:proofErr w:type="spellEnd"/>
            <w:r w:rsidRPr="00DA620B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DA620B">
              <w:rPr>
                <w:rFonts w:ascii="Calibri Light" w:hAnsi="Calibri Light" w:cs="Calibri Light"/>
              </w:rPr>
              <w:t>ondertekenaar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63AC7DFF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E0ECB" w:rsidRPr="00DA620B" w14:paraId="1A013D29" w14:textId="77777777">
        <w:trPr>
          <w:trHeight w:val="65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6EE2AD91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proofErr w:type="spellStart"/>
            <w:r w:rsidRPr="00DA620B">
              <w:rPr>
                <w:rFonts w:ascii="Calibri Light" w:hAnsi="Calibri Light" w:cs="Calibri Light"/>
              </w:rPr>
              <w:t>Functie</w:t>
            </w:r>
            <w:proofErr w:type="spellEnd"/>
            <w:r w:rsidRPr="00DA620B">
              <w:rPr>
                <w:rFonts w:ascii="Calibri Light" w:hAnsi="Calibri Light" w:cs="Calibri Light"/>
              </w:rPr>
              <w:t xml:space="preserve"> </w:t>
            </w:r>
            <w:proofErr w:type="spellStart"/>
            <w:r w:rsidRPr="00DA620B">
              <w:rPr>
                <w:rFonts w:ascii="Calibri Light" w:hAnsi="Calibri Light" w:cs="Calibri Light"/>
              </w:rPr>
              <w:t>ondertekenaar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09298C8A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E0ECB" w:rsidRPr="00DA620B" w14:paraId="541F6E6E" w14:textId="77777777">
        <w:trPr>
          <w:trHeight w:val="65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3C941C1F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>Datum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19079D04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5E0ECB" w:rsidRPr="00DA620B" w14:paraId="27904B8E" w14:textId="77777777">
        <w:trPr>
          <w:trHeight w:val="1162"/>
          <w:jc w:val="center"/>
        </w:trPr>
        <w:tc>
          <w:tcPr>
            <w:tcW w:w="35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54DC52D8" w14:textId="77777777" w:rsidR="005E0ECB" w:rsidRPr="00DA620B" w:rsidRDefault="00D1635E">
            <w:pPr>
              <w:spacing w:after="0"/>
              <w:rPr>
                <w:rFonts w:ascii="Calibri Light" w:hAnsi="Calibri Light" w:cs="Calibri Light"/>
              </w:rPr>
            </w:pPr>
            <w:proofErr w:type="spellStart"/>
            <w:r w:rsidRPr="00DA620B">
              <w:rPr>
                <w:rFonts w:ascii="Calibri Light" w:hAnsi="Calibri Light" w:cs="Calibri Light"/>
              </w:rPr>
              <w:t>Handtekening</w:t>
            </w:r>
            <w:proofErr w:type="spellEnd"/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14:paraId="2362FCFD" w14:textId="77777777" w:rsidR="005E0ECB" w:rsidRPr="00DA620B" w:rsidRDefault="00D1635E">
            <w:pPr>
              <w:spacing w:after="40"/>
              <w:rPr>
                <w:rFonts w:ascii="Calibri Light" w:hAnsi="Calibri Light" w:cs="Calibri Light"/>
              </w:rPr>
            </w:pPr>
            <w:r w:rsidRPr="00DA620B">
              <w:rPr>
                <w:rFonts w:ascii="Calibri Light" w:hAnsi="Calibri Light" w:cs="Calibri Light"/>
              </w:rPr>
              <w:br/>
            </w:r>
            <w:r w:rsidRPr="00DA620B">
              <w:rPr>
                <w:rFonts w:ascii="Calibri Light" w:hAnsi="Calibri Light" w:cs="Calibri Light"/>
              </w:rPr>
              <w:br/>
            </w:r>
          </w:p>
        </w:tc>
      </w:tr>
    </w:tbl>
    <w:p w14:paraId="621D1734" w14:textId="77777777" w:rsidR="00D1635E" w:rsidRPr="00DA620B" w:rsidRDefault="00D1635E">
      <w:pPr>
        <w:rPr>
          <w:rFonts w:ascii="Calibri Light" w:hAnsi="Calibri Light" w:cs="Calibri Light"/>
        </w:rPr>
      </w:pPr>
    </w:p>
    <w:sectPr w:rsidR="00D1635E" w:rsidRPr="00DA620B" w:rsidSect="00640994">
      <w:headerReference w:type="default" r:id="rId11"/>
      <w:footerReference w:type="default" r:id="rId12"/>
      <w:pgSz w:w="11906" w:h="16838"/>
      <w:pgMar w:top="1446" w:right="1134" w:bottom="1162" w:left="1247" w:header="255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0ECE3" w14:textId="77777777" w:rsidR="00D1635E" w:rsidRDefault="00D1635E">
      <w:pPr>
        <w:spacing w:after="0" w:line="240" w:lineRule="auto"/>
      </w:pPr>
      <w:r>
        <w:separator/>
      </w:r>
    </w:p>
  </w:endnote>
  <w:endnote w:type="continuationSeparator" w:id="0">
    <w:p w14:paraId="69614547" w14:textId="77777777" w:rsidR="00D1635E" w:rsidRDefault="00D16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531B2" w14:textId="77777777" w:rsidR="00640994" w:rsidRPr="00DA3895" w:rsidRDefault="00923B98" w:rsidP="00640994">
    <w:pPr>
      <w:pStyle w:val="Voettekst"/>
      <w:tabs>
        <w:tab w:val="left" w:pos="1970"/>
      </w:tabs>
      <w:rPr>
        <w:rFonts w:ascii="Calibri Light" w:hAnsi="Calibri Light" w:cs="Calibri Light"/>
        <w:sz w:val="16"/>
        <w:szCs w:val="16"/>
        <w:lang w:val="nl-NL"/>
      </w:rPr>
    </w:pPr>
    <w:r>
      <w:rPr>
        <w:rFonts w:ascii="Calibri Light" w:hAnsi="Calibri Light" w:cs="Calibri Light"/>
        <w:sz w:val="16"/>
        <w:szCs w:val="16"/>
        <w:lang w:val="nl-NL"/>
      </w:rPr>
      <w:t xml:space="preserve">Openbare </w:t>
    </w:r>
    <w:r w:rsidR="00640994" w:rsidRPr="00DA3895">
      <w:rPr>
        <w:rFonts w:ascii="Calibri Light" w:hAnsi="Calibri Light" w:cs="Calibri Light"/>
        <w:sz w:val="16"/>
        <w:szCs w:val="16"/>
        <w:lang w:val="nl-NL"/>
      </w:rPr>
      <w:t>Europese aanbesteding</w:t>
    </w:r>
    <w:r>
      <w:rPr>
        <w:rFonts w:ascii="Calibri Light" w:hAnsi="Calibri Light" w:cs="Calibri Light"/>
        <w:sz w:val="16"/>
        <w:szCs w:val="16"/>
        <w:lang w:val="nl-NL"/>
      </w:rPr>
      <w:t xml:space="preserve"> integrale ICT-dienstverlening</w:t>
    </w:r>
  </w:p>
  <w:p w14:paraId="5F90312F" w14:textId="77777777" w:rsidR="00640994" w:rsidRPr="00DA3895" w:rsidRDefault="00640994" w:rsidP="00640994">
    <w:pPr>
      <w:pStyle w:val="Voettekst"/>
      <w:tabs>
        <w:tab w:val="left" w:pos="1970"/>
      </w:tabs>
      <w:rPr>
        <w:rFonts w:ascii="Calibri Light" w:hAnsi="Calibri Light" w:cs="Calibri Light"/>
        <w:sz w:val="16"/>
        <w:szCs w:val="16"/>
        <w:lang w:val="nl-NL"/>
      </w:rPr>
    </w:pPr>
    <w:r w:rsidRPr="00DA3895">
      <w:rPr>
        <w:rFonts w:ascii="Calibri Light" w:hAnsi="Calibri Light" w:cs="Calibri Light"/>
        <w:sz w:val="16"/>
        <w:szCs w:val="16"/>
        <w:lang w:val="nl-NL"/>
      </w:rPr>
      <w:t>Stichting TWijs</w:t>
    </w:r>
  </w:p>
  <w:p w14:paraId="39BBD445" w14:textId="77777777" w:rsidR="00640994" w:rsidRPr="00DA3895" w:rsidRDefault="00640994" w:rsidP="00640994">
    <w:pPr>
      <w:pStyle w:val="Voettekst"/>
      <w:rPr>
        <w:rFonts w:ascii="Calibri Light" w:hAnsi="Calibri Light" w:cs="Calibri Light"/>
        <w:sz w:val="16"/>
        <w:szCs w:val="16"/>
      </w:rPr>
    </w:pPr>
    <w:proofErr w:type="spellStart"/>
    <w:r w:rsidRPr="00DA3895">
      <w:rPr>
        <w:rFonts w:ascii="Calibri Light" w:hAnsi="Calibri Light" w:cs="Calibri Light"/>
        <w:sz w:val="16"/>
        <w:szCs w:val="16"/>
      </w:rPr>
      <w:t>Projectnummer</w:t>
    </w:r>
    <w:proofErr w:type="spellEnd"/>
    <w:r w:rsidRPr="00DA3895">
      <w:rPr>
        <w:rFonts w:ascii="Calibri Light" w:hAnsi="Calibri Light" w:cs="Calibri Light"/>
        <w:sz w:val="16"/>
        <w:szCs w:val="16"/>
      </w:rPr>
      <w:t>: VLC/260</w:t>
    </w:r>
    <w:r w:rsidR="00CA2F56" w:rsidRPr="00DA3895">
      <w:rPr>
        <w:rFonts w:ascii="Calibri Light" w:hAnsi="Calibri Light" w:cs="Calibri Light"/>
        <w:sz w:val="16"/>
        <w:szCs w:val="16"/>
      </w:rPr>
      <w:t>3396</w:t>
    </w:r>
  </w:p>
  <w:p w14:paraId="75CB2458" w14:textId="77777777" w:rsidR="00355F43" w:rsidRDefault="00355F4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4321B" w14:textId="77777777" w:rsidR="00D1635E" w:rsidRDefault="00D1635E">
      <w:pPr>
        <w:spacing w:after="0" w:line="240" w:lineRule="auto"/>
      </w:pPr>
      <w:r>
        <w:separator/>
      </w:r>
    </w:p>
  </w:footnote>
  <w:footnote w:type="continuationSeparator" w:id="0">
    <w:p w14:paraId="3D87430A" w14:textId="77777777" w:rsidR="00D1635E" w:rsidRDefault="00D16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077B" w14:textId="77777777" w:rsidR="00355F43" w:rsidRDefault="00CE6672">
    <w:pPr>
      <w:pStyle w:val="Koptekst"/>
      <w:spacing w:line="20" w:lineRule="exac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14E045A" wp14:editId="6AFF7F13">
          <wp:simplePos x="0" y="0"/>
          <wp:positionH relativeFrom="column">
            <wp:posOffset>4866005</wp:posOffset>
          </wp:positionH>
          <wp:positionV relativeFrom="paragraph">
            <wp:posOffset>9525</wp:posOffset>
          </wp:positionV>
          <wp:extent cx="1785459" cy="438150"/>
          <wp:effectExtent l="0" t="0" r="0" b="0"/>
          <wp:wrapNone/>
          <wp:docPr id="4976221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5459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7763">
      <w:rPr>
        <w:noProof/>
      </w:rPr>
      <w:drawing>
        <wp:anchor distT="0" distB="0" distL="114300" distR="114300" simplePos="0" relativeHeight="251658240" behindDoc="1" locked="0" layoutInCell="1" allowOverlap="1" wp14:anchorId="7EC69D38" wp14:editId="13020D40">
          <wp:simplePos x="0" y="0"/>
          <wp:positionH relativeFrom="margin">
            <wp:posOffset>-334645</wp:posOffset>
          </wp:positionH>
          <wp:positionV relativeFrom="paragraph">
            <wp:posOffset>-180975</wp:posOffset>
          </wp:positionV>
          <wp:extent cx="762000" cy="762000"/>
          <wp:effectExtent l="0" t="0" r="0" b="0"/>
          <wp:wrapNone/>
          <wp:docPr id="262500930" name="Afbeelding 262500930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fbeelding 11" descr="Afbeelding met Lettertype, Graphics, logo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3175"/>
      <w:gridCol w:w="3175"/>
      <w:gridCol w:w="3175"/>
    </w:tblGrid>
    <w:tr w:rsidR="00355F43" w14:paraId="32AF1050" w14:textId="77777777">
      <w:tc>
        <w:tcPr>
          <w:tcW w:w="3175" w:type="dxa"/>
        </w:tcPr>
        <w:p w14:paraId="217CA55E" w14:textId="77777777" w:rsidR="00355F43" w:rsidRDefault="00355F43">
          <w:pPr>
            <w:spacing w:after="0"/>
          </w:pPr>
        </w:p>
      </w:tc>
      <w:tc>
        <w:tcPr>
          <w:tcW w:w="3175" w:type="dxa"/>
        </w:tcPr>
        <w:p w14:paraId="45E0DD04" w14:textId="77777777" w:rsidR="00355F43" w:rsidRDefault="009C3F0C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64456FCA" wp14:editId="6E26DFE2">
                <wp:extent cx="1385668" cy="334878"/>
                <wp:effectExtent l="0" t="0" r="0" b="8255"/>
                <wp:docPr id="182074294" name="Afbeelding 1" descr="Beks Advi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eks Advi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prstClr val="black"/>
                            <a:schemeClr val="tx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9348" cy="345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dxa"/>
        </w:tcPr>
        <w:p w14:paraId="5E8BC26F" w14:textId="77777777" w:rsidR="00355F43" w:rsidRDefault="00355F43">
          <w:pPr>
            <w:spacing w:after="0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C842A2"/>
    <w:multiLevelType w:val="hybridMultilevel"/>
    <w:tmpl w:val="F588FA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77469"/>
    <w:multiLevelType w:val="hybridMultilevel"/>
    <w:tmpl w:val="2476129E"/>
    <w:lvl w:ilvl="0" w:tplc="6B90D68A">
      <w:start w:val="6"/>
      <w:numFmt w:val="bullet"/>
      <w:lvlText w:val="•"/>
      <w:lvlJc w:val="left"/>
      <w:pPr>
        <w:ind w:left="720" w:hanging="360"/>
      </w:pPr>
      <w:rPr>
        <w:rFonts w:ascii="Calibri Light" w:eastAsia="Noto San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914F0"/>
    <w:multiLevelType w:val="hybridMultilevel"/>
    <w:tmpl w:val="C42AF362"/>
    <w:lvl w:ilvl="0" w:tplc="D174EA16">
      <w:numFmt w:val="bullet"/>
      <w:lvlText w:val="•"/>
      <w:lvlJc w:val="left"/>
      <w:pPr>
        <w:ind w:left="720" w:hanging="360"/>
      </w:pPr>
      <w:rPr>
        <w:rFonts w:ascii="Calibri Light" w:eastAsia="Noto San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80B7C"/>
    <w:multiLevelType w:val="hybridMultilevel"/>
    <w:tmpl w:val="601C8F22"/>
    <w:lvl w:ilvl="0" w:tplc="66EE3C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Lucida Gran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869E3"/>
    <w:multiLevelType w:val="hybridMultilevel"/>
    <w:tmpl w:val="ACCA4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43809"/>
    <w:multiLevelType w:val="hybridMultilevel"/>
    <w:tmpl w:val="F42282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42752"/>
    <w:multiLevelType w:val="hybridMultilevel"/>
    <w:tmpl w:val="CB26F2FE"/>
    <w:lvl w:ilvl="0" w:tplc="D174EA16">
      <w:numFmt w:val="bullet"/>
      <w:lvlText w:val="•"/>
      <w:lvlJc w:val="left"/>
      <w:pPr>
        <w:ind w:left="720" w:hanging="360"/>
      </w:pPr>
      <w:rPr>
        <w:rFonts w:ascii="Calibri Light" w:eastAsia="Noto San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23047"/>
    <w:multiLevelType w:val="hybridMultilevel"/>
    <w:tmpl w:val="94BA14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E72B9"/>
    <w:multiLevelType w:val="hybridMultilevel"/>
    <w:tmpl w:val="CE6ED47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CF55A6"/>
    <w:multiLevelType w:val="hybridMultilevel"/>
    <w:tmpl w:val="FFA043BE"/>
    <w:lvl w:ilvl="0" w:tplc="B3D8DF5A">
      <w:numFmt w:val="bullet"/>
      <w:lvlText w:val="•"/>
      <w:lvlJc w:val="left"/>
      <w:pPr>
        <w:ind w:left="720" w:hanging="360"/>
      </w:pPr>
      <w:rPr>
        <w:rFonts w:ascii="Calibri Light" w:eastAsia="Noto San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96BF9"/>
    <w:multiLevelType w:val="hybridMultilevel"/>
    <w:tmpl w:val="FB3493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A2482"/>
    <w:multiLevelType w:val="multilevel"/>
    <w:tmpl w:val="B2E4796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F5491D"/>
    <w:multiLevelType w:val="hybridMultilevel"/>
    <w:tmpl w:val="0712BD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E66FA"/>
    <w:multiLevelType w:val="hybridMultilevel"/>
    <w:tmpl w:val="2B721C92"/>
    <w:lvl w:ilvl="0" w:tplc="F490CA2A">
      <w:start w:val="4"/>
      <w:numFmt w:val="bullet"/>
      <w:lvlText w:val="-"/>
      <w:lvlJc w:val="left"/>
      <w:pPr>
        <w:ind w:left="720" w:hanging="360"/>
      </w:pPr>
      <w:rPr>
        <w:rFonts w:ascii="Calibri Light" w:eastAsia="Noto San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7344ED"/>
    <w:multiLevelType w:val="hybridMultilevel"/>
    <w:tmpl w:val="169CE3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3118F8"/>
    <w:multiLevelType w:val="hybridMultilevel"/>
    <w:tmpl w:val="AB348FA2"/>
    <w:lvl w:ilvl="0" w:tplc="D174EA16">
      <w:numFmt w:val="bullet"/>
      <w:lvlText w:val="•"/>
      <w:lvlJc w:val="left"/>
      <w:pPr>
        <w:ind w:left="720" w:hanging="360"/>
      </w:pPr>
      <w:rPr>
        <w:rFonts w:ascii="Calibri Light" w:eastAsia="Noto San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2327A"/>
    <w:multiLevelType w:val="hybridMultilevel"/>
    <w:tmpl w:val="47B2D4E4"/>
    <w:lvl w:ilvl="0" w:tplc="632C2770">
      <w:numFmt w:val="bullet"/>
      <w:lvlText w:val="•"/>
      <w:lvlJc w:val="left"/>
      <w:pPr>
        <w:ind w:left="720" w:hanging="360"/>
      </w:pPr>
      <w:rPr>
        <w:rFonts w:ascii="Calibri Light" w:eastAsia="Noto Sans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901055">
    <w:abstractNumId w:val="8"/>
  </w:num>
  <w:num w:numId="2" w16cid:durableId="1652755395">
    <w:abstractNumId w:val="6"/>
  </w:num>
  <w:num w:numId="3" w16cid:durableId="1784954330">
    <w:abstractNumId w:val="5"/>
  </w:num>
  <w:num w:numId="4" w16cid:durableId="606812307">
    <w:abstractNumId w:val="4"/>
  </w:num>
  <w:num w:numId="5" w16cid:durableId="1666398939">
    <w:abstractNumId w:val="7"/>
  </w:num>
  <w:num w:numId="6" w16cid:durableId="807893018">
    <w:abstractNumId w:val="3"/>
  </w:num>
  <w:num w:numId="7" w16cid:durableId="1952124657">
    <w:abstractNumId w:val="2"/>
  </w:num>
  <w:num w:numId="8" w16cid:durableId="688259236">
    <w:abstractNumId w:val="1"/>
  </w:num>
  <w:num w:numId="9" w16cid:durableId="508569603">
    <w:abstractNumId w:val="0"/>
  </w:num>
  <w:num w:numId="10" w16cid:durableId="972254166">
    <w:abstractNumId w:val="19"/>
  </w:num>
  <w:num w:numId="11" w16cid:durableId="1332492458">
    <w:abstractNumId w:val="13"/>
  </w:num>
  <w:num w:numId="12" w16cid:durableId="231046917">
    <w:abstractNumId w:val="17"/>
  </w:num>
  <w:num w:numId="13" w16cid:durableId="9258543">
    <w:abstractNumId w:val="10"/>
  </w:num>
  <w:num w:numId="14" w16cid:durableId="786892153">
    <w:abstractNumId w:val="14"/>
  </w:num>
  <w:num w:numId="15" w16cid:durableId="1495023905">
    <w:abstractNumId w:val="18"/>
  </w:num>
  <w:num w:numId="16" w16cid:durableId="1554803133">
    <w:abstractNumId w:val="23"/>
  </w:num>
  <w:num w:numId="17" w16cid:durableId="290523947">
    <w:abstractNumId w:val="25"/>
  </w:num>
  <w:num w:numId="18" w16cid:durableId="1709643593">
    <w:abstractNumId w:val="9"/>
  </w:num>
  <w:num w:numId="19" w16cid:durableId="898515267">
    <w:abstractNumId w:val="15"/>
  </w:num>
  <w:num w:numId="20" w16cid:durableId="1244487469">
    <w:abstractNumId w:val="11"/>
  </w:num>
  <w:num w:numId="21" w16cid:durableId="1445926514">
    <w:abstractNumId w:val="24"/>
  </w:num>
  <w:num w:numId="22" w16cid:durableId="405078959">
    <w:abstractNumId w:val="21"/>
  </w:num>
  <w:num w:numId="23" w16cid:durableId="1539196857">
    <w:abstractNumId w:val="16"/>
  </w:num>
  <w:num w:numId="24" w16cid:durableId="1905145025">
    <w:abstractNumId w:val="20"/>
  </w:num>
  <w:num w:numId="25" w16cid:durableId="672612519">
    <w:abstractNumId w:val="12"/>
  </w:num>
  <w:num w:numId="26" w16cid:durableId="47876686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37"/>
    <w:rsid w:val="00002217"/>
    <w:rsid w:val="00004E9D"/>
    <w:rsid w:val="00005C05"/>
    <w:rsid w:val="00011892"/>
    <w:rsid w:val="00016E8D"/>
    <w:rsid w:val="00024DA7"/>
    <w:rsid w:val="00027C35"/>
    <w:rsid w:val="00034616"/>
    <w:rsid w:val="00035B84"/>
    <w:rsid w:val="000375CE"/>
    <w:rsid w:val="0004733E"/>
    <w:rsid w:val="00047CA1"/>
    <w:rsid w:val="00054B41"/>
    <w:rsid w:val="00057BA6"/>
    <w:rsid w:val="0006063C"/>
    <w:rsid w:val="0006288A"/>
    <w:rsid w:val="00063950"/>
    <w:rsid w:val="000655DC"/>
    <w:rsid w:val="000706FA"/>
    <w:rsid w:val="00072106"/>
    <w:rsid w:val="0007566D"/>
    <w:rsid w:val="00084C48"/>
    <w:rsid w:val="00093DCE"/>
    <w:rsid w:val="000A5710"/>
    <w:rsid w:val="000A76EF"/>
    <w:rsid w:val="000B7DC6"/>
    <w:rsid w:val="000D12E4"/>
    <w:rsid w:val="000D1B5C"/>
    <w:rsid w:val="000D2145"/>
    <w:rsid w:val="000E5164"/>
    <w:rsid w:val="00100170"/>
    <w:rsid w:val="00125457"/>
    <w:rsid w:val="001400E9"/>
    <w:rsid w:val="0014158F"/>
    <w:rsid w:val="001418D3"/>
    <w:rsid w:val="0015074B"/>
    <w:rsid w:val="00153796"/>
    <w:rsid w:val="00164904"/>
    <w:rsid w:val="001654B7"/>
    <w:rsid w:val="001656D9"/>
    <w:rsid w:val="00172E7B"/>
    <w:rsid w:val="001A1892"/>
    <w:rsid w:val="001C0ABC"/>
    <w:rsid w:val="001D576E"/>
    <w:rsid w:val="001D6939"/>
    <w:rsid w:val="001E00F7"/>
    <w:rsid w:val="001E2669"/>
    <w:rsid w:val="00202388"/>
    <w:rsid w:val="00204DB5"/>
    <w:rsid w:val="00205711"/>
    <w:rsid w:val="00214542"/>
    <w:rsid w:val="00215E6A"/>
    <w:rsid w:val="00220561"/>
    <w:rsid w:val="0023169D"/>
    <w:rsid w:val="002319EB"/>
    <w:rsid w:val="00231A6B"/>
    <w:rsid w:val="0023400C"/>
    <w:rsid w:val="0023459E"/>
    <w:rsid w:val="00236F56"/>
    <w:rsid w:val="002523B5"/>
    <w:rsid w:val="00262507"/>
    <w:rsid w:val="00264E05"/>
    <w:rsid w:val="00272E5D"/>
    <w:rsid w:val="00273457"/>
    <w:rsid w:val="00276141"/>
    <w:rsid w:val="00291BDF"/>
    <w:rsid w:val="00294EAF"/>
    <w:rsid w:val="0029639D"/>
    <w:rsid w:val="002A396B"/>
    <w:rsid w:val="002A51A6"/>
    <w:rsid w:val="002A588E"/>
    <w:rsid w:val="002A7567"/>
    <w:rsid w:val="002C30A8"/>
    <w:rsid w:val="002C37E5"/>
    <w:rsid w:val="002C41C1"/>
    <w:rsid w:val="002C5018"/>
    <w:rsid w:val="002D3949"/>
    <w:rsid w:val="002F0169"/>
    <w:rsid w:val="002F09E2"/>
    <w:rsid w:val="002F2025"/>
    <w:rsid w:val="002F434F"/>
    <w:rsid w:val="0030331B"/>
    <w:rsid w:val="003157AB"/>
    <w:rsid w:val="00316E7D"/>
    <w:rsid w:val="00326F90"/>
    <w:rsid w:val="00332A74"/>
    <w:rsid w:val="0033616C"/>
    <w:rsid w:val="00342BA3"/>
    <w:rsid w:val="00344B30"/>
    <w:rsid w:val="00355F43"/>
    <w:rsid w:val="00360B5C"/>
    <w:rsid w:val="00372502"/>
    <w:rsid w:val="0037718F"/>
    <w:rsid w:val="0038436A"/>
    <w:rsid w:val="0039580C"/>
    <w:rsid w:val="003A08EF"/>
    <w:rsid w:val="003A1B2C"/>
    <w:rsid w:val="003C50A3"/>
    <w:rsid w:val="003C6074"/>
    <w:rsid w:val="003D16A2"/>
    <w:rsid w:val="004102EC"/>
    <w:rsid w:val="00414B40"/>
    <w:rsid w:val="00425970"/>
    <w:rsid w:val="00435C30"/>
    <w:rsid w:val="00446F9F"/>
    <w:rsid w:val="00451534"/>
    <w:rsid w:val="004619B9"/>
    <w:rsid w:val="00464538"/>
    <w:rsid w:val="004651D8"/>
    <w:rsid w:val="00483096"/>
    <w:rsid w:val="00483D08"/>
    <w:rsid w:val="00484E73"/>
    <w:rsid w:val="00485985"/>
    <w:rsid w:val="00493DC9"/>
    <w:rsid w:val="004A4E33"/>
    <w:rsid w:val="004B183E"/>
    <w:rsid w:val="004B2FEB"/>
    <w:rsid w:val="004B6858"/>
    <w:rsid w:val="004D306E"/>
    <w:rsid w:val="004D4AE0"/>
    <w:rsid w:val="004E3045"/>
    <w:rsid w:val="004E4E25"/>
    <w:rsid w:val="004E4F40"/>
    <w:rsid w:val="004E67ED"/>
    <w:rsid w:val="004E7ABD"/>
    <w:rsid w:val="004F0B25"/>
    <w:rsid w:val="004F1E61"/>
    <w:rsid w:val="004F459B"/>
    <w:rsid w:val="00506689"/>
    <w:rsid w:val="0050694E"/>
    <w:rsid w:val="00506A90"/>
    <w:rsid w:val="00523628"/>
    <w:rsid w:val="00530B48"/>
    <w:rsid w:val="0054207A"/>
    <w:rsid w:val="00542A33"/>
    <w:rsid w:val="00542D4F"/>
    <w:rsid w:val="00542E68"/>
    <w:rsid w:val="00564527"/>
    <w:rsid w:val="00567881"/>
    <w:rsid w:val="0058202A"/>
    <w:rsid w:val="0058261F"/>
    <w:rsid w:val="00582DE3"/>
    <w:rsid w:val="00586BFA"/>
    <w:rsid w:val="00592BD0"/>
    <w:rsid w:val="005A0D8B"/>
    <w:rsid w:val="005B22F6"/>
    <w:rsid w:val="005B32B6"/>
    <w:rsid w:val="005B60A3"/>
    <w:rsid w:val="005B749E"/>
    <w:rsid w:val="005C2C87"/>
    <w:rsid w:val="005C2DC9"/>
    <w:rsid w:val="005C7B9C"/>
    <w:rsid w:val="005D6C4D"/>
    <w:rsid w:val="005E0ECB"/>
    <w:rsid w:val="005F67F4"/>
    <w:rsid w:val="00603853"/>
    <w:rsid w:val="0060560D"/>
    <w:rsid w:val="006066ED"/>
    <w:rsid w:val="00611FA7"/>
    <w:rsid w:val="00617A5E"/>
    <w:rsid w:val="00621DBE"/>
    <w:rsid w:val="006339FC"/>
    <w:rsid w:val="006361C5"/>
    <w:rsid w:val="00640994"/>
    <w:rsid w:val="00645B51"/>
    <w:rsid w:val="006568E0"/>
    <w:rsid w:val="00664795"/>
    <w:rsid w:val="00687D6B"/>
    <w:rsid w:val="006B3616"/>
    <w:rsid w:val="006B4BDF"/>
    <w:rsid w:val="006B4FAC"/>
    <w:rsid w:val="006C03B6"/>
    <w:rsid w:val="006C0699"/>
    <w:rsid w:val="006C4D61"/>
    <w:rsid w:val="006C782F"/>
    <w:rsid w:val="006D1690"/>
    <w:rsid w:val="006D3981"/>
    <w:rsid w:val="006D461E"/>
    <w:rsid w:val="006D69C0"/>
    <w:rsid w:val="0070152F"/>
    <w:rsid w:val="00706D6B"/>
    <w:rsid w:val="00721262"/>
    <w:rsid w:val="00734160"/>
    <w:rsid w:val="00736094"/>
    <w:rsid w:val="00743829"/>
    <w:rsid w:val="00753C14"/>
    <w:rsid w:val="00756D7A"/>
    <w:rsid w:val="00764A21"/>
    <w:rsid w:val="00772D62"/>
    <w:rsid w:val="007746CF"/>
    <w:rsid w:val="00775A84"/>
    <w:rsid w:val="00781596"/>
    <w:rsid w:val="00784CD0"/>
    <w:rsid w:val="00794A85"/>
    <w:rsid w:val="00797E2C"/>
    <w:rsid w:val="007A1C27"/>
    <w:rsid w:val="007A3FCA"/>
    <w:rsid w:val="007B3FFC"/>
    <w:rsid w:val="007B513E"/>
    <w:rsid w:val="007C5D63"/>
    <w:rsid w:val="007D1C28"/>
    <w:rsid w:val="007D676B"/>
    <w:rsid w:val="007E05E5"/>
    <w:rsid w:val="007F5245"/>
    <w:rsid w:val="00804D2A"/>
    <w:rsid w:val="008146BC"/>
    <w:rsid w:val="00832201"/>
    <w:rsid w:val="008361AD"/>
    <w:rsid w:val="008401D6"/>
    <w:rsid w:val="0085254F"/>
    <w:rsid w:val="00853649"/>
    <w:rsid w:val="00865BD9"/>
    <w:rsid w:val="00871482"/>
    <w:rsid w:val="00872E0F"/>
    <w:rsid w:val="008735B2"/>
    <w:rsid w:val="00874A97"/>
    <w:rsid w:val="008867C2"/>
    <w:rsid w:val="008869DE"/>
    <w:rsid w:val="008B2FF6"/>
    <w:rsid w:val="008C14FA"/>
    <w:rsid w:val="008E43BF"/>
    <w:rsid w:val="008E7169"/>
    <w:rsid w:val="008F0948"/>
    <w:rsid w:val="008F0B7F"/>
    <w:rsid w:val="008F0FB7"/>
    <w:rsid w:val="008F5081"/>
    <w:rsid w:val="0091584E"/>
    <w:rsid w:val="00921807"/>
    <w:rsid w:val="00923B98"/>
    <w:rsid w:val="00923C25"/>
    <w:rsid w:val="00924C59"/>
    <w:rsid w:val="00926FD9"/>
    <w:rsid w:val="00936F81"/>
    <w:rsid w:val="00952B41"/>
    <w:rsid w:val="0096151D"/>
    <w:rsid w:val="009707E7"/>
    <w:rsid w:val="009730E2"/>
    <w:rsid w:val="009835AF"/>
    <w:rsid w:val="00987873"/>
    <w:rsid w:val="00991B4F"/>
    <w:rsid w:val="00991E0A"/>
    <w:rsid w:val="00993AE2"/>
    <w:rsid w:val="009958C5"/>
    <w:rsid w:val="009A1972"/>
    <w:rsid w:val="009A24EF"/>
    <w:rsid w:val="009B21A3"/>
    <w:rsid w:val="009B77D9"/>
    <w:rsid w:val="009C3F0C"/>
    <w:rsid w:val="009C4558"/>
    <w:rsid w:val="009C63C9"/>
    <w:rsid w:val="009E0F68"/>
    <w:rsid w:val="009E7CFF"/>
    <w:rsid w:val="009F2B97"/>
    <w:rsid w:val="009F2FB9"/>
    <w:rsid w:val="009F7552"/>
    <w:rsid w:val="00A016AB"/>
    <w:rsid w:val="00A01EED"/>
    <w:rsid w:val="00A065F2"/>
    <w:rsid w:val="00A27B8D"/>
    <w:rsid w:val="00A3125A"/>
    <w:rsid w:val="00A40415"/>
    <w:rsid w:val="00A55A55"/>
    <w:rsid w:val="00A5755B"/>
    <w:rsid w:val="00A7210B"/>
    <w:rsid w:val="00A73CF7"/>
    <w:rsid w:val="00A80FB6"/>
    <w:rsid w:val="00A8257F"/>
    <w:rsid w:val="00A84326"/>
    <w:rsid w:val="00A97775"/>
    <w:rsid w:val="00AA109D"/>
    <w:rsid w:val="00AA1D8D"/>
    <w:rsid w:val="00AA3297"/>
    <w:rsid w:val="00AB3958"/>
    <w:rsid w:val="00AB5E0C"/>
    <w:rsid w:val="00AC56B5"/>
    <w:rsid w:val="00AC69B1"/>
    <w:rsid w:val="00AD2491"/>
    <w:rsid w:val="00AE0AF0"/>
    <w:rsid w:val="00AE0C7D"/>
    <w:rsid w:val="00AE4350"/>
    <w:rsid w:val="00AE717E"/>
    <w:rsid w:val="00B10F0C"/>
    <w:rsid w:val="00B12002"/>
    <w:rsid w:val="00B21FA3"/>
    <w:rsid w:val="00B41D82"/>
    <w:rsid w:val="00B47730"/>
    <w:rsid w:val="00B50012"/>
    <w:rsid w:val="00B5480F"/>
    <w:rsid w:val="00B752E5"/>
    <w:rsid w:val="00B854B8"/>
    <w:rsid w:val="00BB0FCA"/>
    <w:rsid w:val="00BB2119"/>
    <w:rsid w:val="00BB2747"/>
    <w:rsid w:val="00BC7B3E"/>
    <w:rsid w:val="00BD7229"/>
    <w:rsid w:val="00BE2C67"/>
    <w:rsid w:val="00BE5300"/>
    <w:rsid w:val="00BE5587"/>
    <w:rsid w:val="00BE64FF"/>
    <w:rsid w:val="00BF2B5D"/>
    <w:rsid w:val="00C02017"/>
    <w:rsid w:val="00C04394"/>
    <w:rsid w:val="00C101C6"/>
    <w:rsid w:val="00C177B6"/>
    <w:rsid w:val="00C275C9"/>
    <w:rsid w:val="00C30D04"/>
    <w:rsid w:val="00C32315"/>
    <w:rsid w:val="00C35D97"/>
    <w:rsid w:val="00C35E97"/>
    <w:rsid w:val="00C448FC"/>
    <w:rsid w:val="00C46D70"/>
    <w:rsid w:val="00C55A99"/>
    <w:rsid w:val="00C64B1B"/>
    <w:rsid w:val="00C8238A"/>
    <w:rsid w:val="00C84BFC"/>
    <w:rsid w:val="00C91C09"/>
    <w:rsid w:val="00C92E98"/>
    <w:rsid w:val="00C95A9A"/>
    <w:rsid w:val="00CA1E4C"/>
    <w:rsid w:val="00CA23E4"/>
    <w:rsid w:val="00CA2F56"/>
    <w:rsid w:val="00CA313F"/>
    <w:rsid w:val="00CB0664"/>
    <w:rsid w:val="00CB4A7C"/>
    <w:rsid w:val="00CC0D1C"/>
    <w:rsid w:val="00CC1E89"/>
    <w:rsid w:val="00CC3AFD"/>
    <w:rsid w:val="00CC48BC"/>
    <w:rsid w:val="00CD024E"/>
    <w:rsid w:val="00CE3FC1"/>
    <w:rsid w:val="00CE6672"/>
    <w:rsid w:val="00CE6E16"/>
    <w:rsid w:val="00CE7E7C"/>
    <w:rsid w:val="00D01615"/>
    <w:rsid w:val="00D072A5"/>
    <w:rsid w:val="00D07763"/>
    <w:rsid w:val="00D13B40"/>
    <w:rsid w:val="00D1635E"/>
    <w:rsid w:val="00D26158"/>
    <w:rsid w:val="00D265FE"/>
    <w:rsid w:val="00D3281D"/>
    <w:rsid w:val="00D346ED"/>
    <w:rsid w:val="00D52D79"/>
    <w:rsid w:val="00D557A7"/>
    <w:rsid w:val="00D607D7"/>
    <w:rsid w:val="00D627BF"/>
    <w:rsid w:val="00D6377E"/>
    <w:rsid w:val="00D65E43"/>
    <w:rsid w:val="00D66A68"/>
    <w:rsid w:val="00D835C6"/>
    <w:rsid w:val="00D8782E"/>
    <w:rsid w:val="00D9248B"/>
    <w:rsid w:val="00D94036"/>
    <w:rsid w:val="00D95BD2"/>
    <w:rsid w:val="00DA3895"/>
    <w:rsid w:val="00DA5696"/>
    <w:rsid w:val="00DA620B"/>
    <w:rsid w:val="00DA6F79"/>
    <w:rsid w:val="00DD2A3A"/>
    <w:rsid w:val="00DF4590"/>
    <w:rsid w:val="00DF5A3E"/>
    <w:rsid w:val="00DF6926"/>
    <w:rsid w:val="00E30F0B"/>
    <w:rsid w:val="00E4080F"/>
    <w:rsid w:val="00E66229"/>
    <w:rsid w:val="00E66F75"/>
    <w:rsid w:val="00E702CE"/>
    <w:rsid w:val="00E7045D"/>
    <w:rsid w:val="00E718FF"/>
    <w:rsid w:val="00E90D51"/>
    <w:rsid w:val="00E953A6"/>
    <w:rsid w:val="00E97BB7"/>
    <w:rsid w:val="00EA5A96"/>
    <w:rsid w:val="00EA79BE"/>
    <w:rsid w:val="00EB7939"/>
    <w:rsid w:val="00ED2EFA"/>
    <w:rsid w:val="00ED449D"/>
    <w:rsid w:val="00EF24B6"/>
    <w:rsid w:val="00EF76FF"/>
    <w:rsid w:val="00EF78B4"/>
    <w:rsid w:val="00F06A23"/>
    <w:rsid w:val="00F074BA"/>
    <w:rsid w:val="00F2492B"/>
    <w:rsid w:val="00F356D5"/>
    <w:rsid w:val="00F42D2A"/>
    <w:rsid w:val="00F53744"/>
    <w:rsid w:val="00F6749B"/>
    <w:rsid w:val="00F7794E"/>
    <w:rsid w:val="00F854E9"/>
    <w:rsid w:val="00F9256C"/>
    <w:rsid w:val="00F9286A"/>
    <w:rsid w:val="00FA1474"/>
    <w:rsid w:val="00FA2446"/>
    <w:rsid w:val="00FB2C86"/>
    <w:rsid w:val="00FB458E"/>
    <w:rsid w:val="00FB4B93"/>
    <w:rsid w:val="00FC3AC7"/>
    <w:rsid w:val="00FC693F"/>
    <w:rsid w:val="00FD1706"/>
    <w:rsid w:val="00FD2138"/>
    <w:rsid w:val="00FE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E6A822"/>
  <w14:defaultImageDpi w14:val="300"/>
  <w15:docId w15:val="{39D8AFF9-80AE-4356-BBBA-A57C2F27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20" w:line="250" w:lineRule="auto"/>
    </w:pPr>
    <w:rPr>
      <w:rFonts w:ascii="Noto Sans" w:eastAsia="Noto Sans" w:hAnsi="Noto Sans" w:cs="Noto Sans"/>
      <w:color w:val="00000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220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3400C"/>
    <w:pPr>
      <w:keepNext/>
      <w:keepLines/>
      <w:spacing w:before="220"/>
      <w:outlineLvl w:val="1"/>
    </w:pPr>
    <w:rPr>
      <w:rFonts w:ascii="Calibri Light" w:hAnsi="Calibri Light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20"/>
      <w:outlineLvl w:val="2"/>
    </w:pPr>
    <w:rPr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  <w:rPr>
      <w:rFonts w:ascii="Noto Sans" w:eastAsia="Noto Sans" w:hAnsi="Noto Sans" w:cs="Noto Sans"/>
    </w:r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3400C"/>
    <w:rPr>
      <w:rFonts w:ascii="Calibri Light" w:eastAsia="Noto Sans" w:hAnsi="Calibri Light" w:cs="Noto Sans"/>
      <w:b/>
      <w:bCs/>
      <w:color w:val="00000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before="220" w:line="240" w:lineRule="auto"/>
      <w:contextualSpacing/>
    </w:pPr>
    <w:rPr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" w:eastAsia="Noto Sans" w:hAnsi="Noto Sans" w:cs="Noto San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236F56"/>
    <w:rPr>
      <w:color w:val="0000FF" w:themeColor="hyperlink"/>
      <w:u w:val="single"/>
    </w:rPr>
  </w:style>
  <w:style w:type="paragraph" w:customStyle="1" w:styleId="Default">
    <w:name w:val="Default"/>
    <w:rsid w:val="00236F56"/>
    <w:pPr>
      <w:widowControl w:val="0"/>
      <w:autoSpaceDE w:val="0"/>
      <w:autoSpaceDN w:val="0"/>
      <w:adjustRightInd w:val="0"/>
      <w:spacing w:after="0" w:line="240" w:lineRule="auto"/>
    </w:pPr>
    <w:rPr>
      <w:rFonts w:ascii="Corbel" w:eastAsiaTheme="minorHAnsi" w:hAnsi="Corbel" w:cs="Corbel"/>
      <w:color w:val="000000"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8C14F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8C14FA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8C14FA"/>
    <w:pPr>
      <w:spacing w:after="100"/>
      <w:ind w:left="440"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Noto Sans" w:eastAsia="Noto Sans" w:hAnsi="Noto Sans" w:cs="Noto Sans"/>
      <w:color w:val="000000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64a039-09f6-49fb-9a8b-f84d78f06f59" xsi:nil="true"/>
    <lcf76f155ced4ddcb4097134ff3c332f xmlns="91ff7e1f-25c0-49b7-b5f8-223776c1b1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99E2FC12FCE94E8016D9F15143869F" ma:contentTypeVersion="17" ma:contentTypeDescription="Een nieuw document maken." ma:contentTypeScope="" ma:versionID="6201986302aeb83997fc4d25af6583fb">
  <xsd:schema xmlns:xsd="http://www.w3.org/2001/XMLSchema" xmlns:xs="http://www.w3.org/2001/XMLSchema" xmlns:p="http://schemas.microsoft.com/office/2006/metadata/properties" xmlns:ns2="91ff7e1f-25c0-49b7-b5f8-223776c1b1e8" xmlns:ns3="4364a039-09f6-49fb-9a8b-f84d78f06f59" targetNamespace="http://schemas.microsoft.com/office/2006/metadata/properties" ma:root="true" ma:fieldsID="b3476db19682a5d46c31dc8c78bce79f" ns2:_="" ns3:_="">
    <xsd:import namespace="91ff7e1f-25c0-49b7-b5f8-223776c1b1e8"/>
    <xsd:import namespace="4364a039-09f6-49fb-9a8b-f84d78f06f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f7e1f-25c0-49b7-b5f8-223776c1b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7aebe9b-c068-4299-ac7b-db279763fd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4a039-09f6-49fb-9a8b-f84d78f06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6c3870b-409e-4702-a74d-d06addf5ccf1}" ma:internalName="TaxCatchAll" ma:showField="CatchAllData" ma:web="4364a039-09f6-49fb-9a8b-f84d78f06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B0F1D2-9E1A-40E2-A32F-DF969DF06A00}">
  <ds:schemaRefs>
    <ds:schemaRef ds:uri="http://schemas.microsoft.com/office/2006/metadata/properties"/>
    <ds:schemaRef ds:uri="http://schemas.microsoft.com/office/infopath/2007/PartnerControls"/>
    <ds:schemaRef ds:uri="4364a039-09f6-49fb-9a8b-f84d78f06f59"/>
    <ds:schemaRef ds:uri="91ff7e1f-25c0-49b7-b5f8-223776c1b1e8"/>
  </ds:schemaRefs>
</ds:datastoreItem>
</file>

<file path=customXml/itemProps2.xml><?xml version="1.0" encoding="utf-8"?>
<ds:datastoreItem xmlns:ds="http://schemas.openxmlformats.org/officeDocument/2006/customXml" ds:itemID="{63988AF9-A4D7-4257-9272-985E6F68B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08D9A1-67E8-4FE7-9C36-E0DFD5864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f7e1f-25c0-49b7-b5f8-223776c1b1e8"/>
    <ds:schemaRef ds:uri="4364a039-09f6-49fb-9a8b-f84d78f06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768</CharactersWithSpaces>
  <SharedDoc>false</SharedDoc>
  <HyperlinkBase/>
  <HLinks>
    <vt:vector size="354" baseType="variant">
      <vt:variant>
        <vt:i4>2031620</vt:i4>
      </vt:variant>
      <vt:variant>
        <vt:i4>348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345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1114161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_Toc241146656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_Toc241146655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_Toc241146654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_Toc241146653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_Toc241146652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_Toc241146651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_Toc241146650</vt:lpwstr>
      </vt:variant>
      <vt:variant>
        <vt:i4>1048625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_Toc241146649</vt:lpwstr>
      </vt:variant>
      <vt:variant>
        <vt:i4>1048625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_Toc241146648</vt:lpwstr>
      </vt:variant>
      <vt:variant>
        <vt:i4>1048625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_Toc241146647</vt:lpwstr>
      </vt:variant>
      <vt:variant>
        <vt:i4>1048625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_Toc241146646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_Toc241146645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_Toc241146644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_Toc241146643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_Toc241146642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_Toc241146641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_Toc241146640</vt:lpwstr>
      </vt:variant>
      <vt:variant>
        <vt:i4>1507377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_Toc241146639</vt:lpwstr>
      </vt:variant>
      <vt:variant>
        <vt:i4>1507377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_Toc241146638</vt:lpwstr>
      </vt:variant>
      <vt:variant>
        <vt:i4>1507377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_Toc241146637</vt:lpwstr>
      </vt:variant>
      <vt:variant>
        <vt:i4>1507377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_Toc241146636</vt:lpwstr>
      </vt:variant>
      <vt:variant>
        <vt:i4>1507377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_Toc241146635</vt:lpwstr>
      </vt:variant>
      <vt:variant>
        <vt:i4>1507377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_Toc241146634</vt:lpwstr>
      </vt:variant>
      <vt:variant>
        <vt:i4>1507377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_Toc241146633</vt:lpwstr>
      </vt:variant>
      <vt:variant>
        <vt:i4>1507377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_Toc241146632</vt:lpwstr>
      </vt:variant>
      <vt:variant>
        <vt:i4>1507377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_Toc241146631</vt:lpwstr>
      </vt:variant>
      <vt:variant>
        <vt:i4>1507377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_Toc241146630</vt:lpwstr>
      </vt:variant>
      <vt:variant>
        <vt:i4>1441841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_Toc241146629</vt:lpwstr>
      </vt:variant>
      <vt:variant>
        <vt:i4>1441841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_Toc241146628</vt:lpwstr>
      </vt:variant>
      <vt:variant>
        <vt:i4>1441841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_Toc241146627</vt:lpwstr>
      </vt:variant>
      <vt:variant>
        <vt:i4>1441841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_Toc241146626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_Toc241146625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_Toc241146624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_Toc241146623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_Toc241146622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_Toc241146621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_Toc241146620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_Toc241146619</vt:lpwstr>
      </vt:variant>
      <vt:variant>
        <vt:i4>1376305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_Toc241146618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_Toc241146617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_Toc241146616</vt:lpwstr>
      </vt:variant>
      <vt:variant>
        <vt:i4>1376305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_Toc241146615</vt:lpwstr>
      </vt:variant>
      <vt:variant>
        <vt:i4>1376305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_Toc241146614</vt:lpwstr>
      </vt:variant>
      <vt:variant>
        <vt:i4>1376305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_Toc241146613</vt:lpwstr>
      </vt:variant>
      <vt:variant>
        <vt:i4>1376305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_Toc241146612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_Toc241146611</vt:lpwstr>
      </vt:variant>
      <vt:variant>
        <vt:i4>1376305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_Toc241146610</vt:lpwstr>
      </vt:variant>
      <vt:variant>
        <vt:i4>1310769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_Toc241146609</vt:lpwstr>
      </vt:variant>
      <vt:variant>
        <vt:i4>1310769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_Toc241146608</vt:lpwstr>
      </vt:variant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_Toc241146607</vt:lpwstr>
      </vt:variant>
      <vt:variant>
        <vt:i4>1310769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_Toc241146606</vt:lpwstr>
      </vt:variant>
      <vt:variant>
        <vt:i4>1310769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_Toc241146605</vt:lpwstr>
      </vt:variant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_Toc241146604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_Toc241146603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_Toc241146602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_Toc241146601</vt:lpwstr>
      </vt:variant>
      <vt:variant>
        <vt:i4>1310769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_Toc241146600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Stichting TWijs Aanbestedingsleidraad</dc:title>
  <dc:subject>Integrale ICT-dienstverlening</dc:subject>
  <dc:creator>Stichting TWijs</dc:creator>
  <cp:keywords/>
  <dc:description/>
  <cp:lastModifiedBy>Marcel van Leen</cp:lastModifiedBy>
  <cp:revision>2</cp:revision>
  <dcterms:created xsi:type="dcterms:W3CDTF">2026-10-08T08:05:00Z</dcterms:created>
  <dcterms:modified xsi:type="dcterms:W3CDTF">2026-10-08T08:05:00Z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0x0101005699E2FC12FCE94E8016D9F15143869F</vt:lpwstr>
  </property>
  <property fmtid="{D5CDD505-2E9C-101B-9397-08002B2CF9AE}" pid="3" name="MediaServiceImageTags">
    <vt:lpwstr/>
  </property>
</Properties>
</file>