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63AD7" w14:textId="5E6D9665" w:rsidR="00165DE8" w:rsidRPr="00165DE8" w:rsidRDefault="00165DE8" w:rsidP="00165DE8">
      <w:pPr>
        <w:pStyle w:val="Kop1"/>
        <w:spacing w:before="0" w:line="240" w:lineRule="auto"/>
        <w:jc w:val="center"/>
        <w:rPr>
          <w:rFonts w:asciiTheme="minorHAnsi" w:eastAsiaTheme="minorEastAsia" w:hAnsiTheme="minorHAnsi" w:cstheme="minorBidi"/>
          <w:bCs w:val="0"/>
          <w:color w:val="auto"/>
          <w:sz w:val="32"/>
          <w:szCs w:val="32"/>
          <w:lang w:val="nl-NL"/>
        </w:rPr>
      </w:pPr>
      <w:r w:rsidRPr="00165DE8">
        <w:rPr>
          <w:rFonts w:asciiTheme="minorHAnsi" w:eastAsiaTheme="minorEastAsia" w:hAnsiTheme="minorHAnsi" w:cstheme="minorBidi"/>
          <w:bCs w:val="0"/>
          <w:color w:val="auto"/>
          <w:sz w:val="32"/>
          <w:szCs w:val="32"/>
          <w:lang w:val="nl-NL"/>
        </w:rPr>
        <w:t>Standaardformulier 4</w:t>
      </w:r>
    </w:p>
    <w:p w14:paraId="7EFD81E8" w14:textId="77777777" w:rsidR="00165DE8" w:rsidRPr="00165DE8" w:rsidRDefault="00165DE8" w:rsidP="00165DE8">
      <w:pPr>
        <w:rPr>
          <w:lang w:val="nl-NL"/>
        </w:rPr>
      </w:pPr>
    </w:p>
    <w:p w14:paraId="7C507EFD" w14:textId="5F0D7A35" w:rsidR="00E07760" w:rsidRPr="002D61E3" w:rsidRDefault="1DB985F9" w:rsidP="00165DE8">
      <w:pPr>
        <w:pStyle w:val="Kop1"/>
        <w:spacing w:before="0" w:line="240" w:lineRule="auto"/>
        <w:rPr>
          <w:lang w:val="nl-NL"/>
        </w:rPr>
      </w:pPr>
      <w:r w:rsidRPr="002D61E3">
        <w:rPr>
          <w:lang w:val="nl-NL"/>
        </w:rPr>
        <w:t xml:space="preserve">Selectiecriterium 3 - </w:t>
      </w:r>
      <w:r w:rsidR="00165DE8" w:rsidRPr="002D61E3">
        <w:rPr>
          <w:lang w:val="nl-NL"/>
        </w:rPr>
        <w:t>Continuïteit</w:t>
      </w:r>
      <w:r w:rsidRPr="002D61E3">
        <w:rPr>
          <w:lang w:val="nl-NL"/>
        </w:rPr>
        <w:t xml:space="preserve"> en robuustheid</w:t>
      </w:r>
    </w:p>
    <w:p w14:paraId="2C5B97C0" w14:textId="0476ED92" w:rsidR="00E07760" w:rsidRPr="002D61E3" w:rsidRDefault="00165DE8" w:rsidP="00165DE8">
      <w:pPr>
        <w:spacing w:line="240" w:lineRule="auto"/>
        <w:rPr>
          <w:lang w:val="nl-NL"/>
        </w:rPr>
      </w:pPr>
      <w:r>
        <w:rPr>
          <w:lang w:val="nl-NL"/>
        </w:rPr>
        <w:br/>
      </w:r>
      <w:r w:rsidR="1DB985F9" w:rsidRPr="002D61E3">
        <w:rPr>
          <w:lang w:val="nl-NL"/>
        </w:rPr>
        <w:t>Naam gegadigde: __________________________________________</w:t>
      </w:r>
    </w:p>
    <w:p w14:paraId="1A9C2E3D" w14:textId="435C463E" w:rsidR="702E8A59" w:rsidRPr="005E163F" w:rsidRDefault="702E8A59" w:rsidP="1DB985F9">
      <w:pPr>
        <w:spacing w:after="0"/>
        <w:rPr>
          <w:rFonts w:ascii="Verdana" w:eastAsia="Verdana" w:hAnsi="Verdana" w:cs="Verdana"/>
          <w:b/>
          <w:bCs/>
          <w:sz w:val="18"/>
          <w:szCs w:val="18"/>
          <w:lang w:val="nl-NL"/>
        </w:rPr>
      </w:pPr>
      <w:r w:rsidRPr="005E163F">
        <w:rPr>
          <w:rFonts w:ascii="Verdana" w:eastAsia="Verdana" w:hAnsi="Verdana" w:cs="Verdana"/>
          <w:b/>
          <w:bCs/>
          <w:sz w:val="18"/>
          <w:szCs w:val="18"/>
          <w:lang w:val="nl-NL"/>
        </w:rPr>
        <w:t xml:space="preserve">Selectiecriteria </w:t>
      </w:r>
    </w:p>
    <w:p w14:paraId="7914C2AA" w14:textId="0407E586" w:rsidR="702E8A59" w:rsidRPr="005E163F" w:rsidRDefault="702E8A59" w:rsidP="1DB985F9">
      <w:pPr>
        <w:spacing w:after="0"/>
        <w:rPr>
          <w:rFonts w:ascii="Verdana" w:hAnsi="Verdana"/>
          <w:sz w:val="18"/>
          <w:szCs w:val="18"/>
          <w:lang w:val="nl-NL"/>
        </w:rPr>
      </w:pPr>
      <w:r w:rsidRPr="005E163F">
        <w:rPr>
          <w:rFonts w:ascii="Verdana" w:eastAsia="Verdana" w:hAnsi="Verdana" w:cs="Verdana"/>
          <w:sz w:val="18"/>
          <w:szCs w:val="18"/>
          <w:lang w:val="nl-NL"/>
        </w:rPr>
        <w:t>Beoordeeld wordt in welke mate de organisatie in staat is de opdracht zonder kwaliteitsverlies voort te zetten bij uitval van medewerkers. De aanbestedende dienst kan onderbouwing verlangen bij de vijf hoogst scorende partijen, door middel van personeelsopgaven, projectbezettingen en beschikbaarheidsverklaringen.</w:t>
      </w:r>
    </w:p>
    <w:p w14:paraId="0CEDB654" w14:textId="2BC851F0" w:rsidR="702E8A59" w:rsidRPr="005E163F" w:rsidRDefault="702E8A59" w:rsidP="1DB985F9">
      <w:pPr>
        <w:spacing w:after="0"/>
        <w:rPr>
          <w:rFonts w:ascii="Verdana" w:hAnsi="Verdana"/>
          <w:sz w:val="18"/>
          <w:szCs w:val="18"/>
          <w:lang w:val="nl-NL"/>
        </w:rPr>
      </w:pPr>
      <w:r w:rsidRPr="005E163F">
        <w:rPr>
          <w:rFonts w:ascii="Verdana" w:eastAsia="Verdana" w:hAnsi="Verdana" w:cs="Verdana"/>
          <w:sz w:val="18"/>
          <w:szCs w:val="18"/>
          <w:lang w:val="nl-NL"/>
        </w:rPr>
        <w:t xml:space="preserve"> </w:t>
      </w:r>
    </w:p>
    <w:tbl>
      <w:tblPr>
        <w:tblW w:w="0" w:type="auto"/>
        <w:tblBorders>
          <w:top w:val="single" w:sz="4" w:space="0" w:color="auto"/>
          <w:left w:val="single" w:sz="4" w:space="0" w:color="auto"/>
          <w:bottom w:val="single" w:sz="4" w:space="0" w:color="auto"/>
          <w:right w:val="single" w:sz="4" w:space="0" w:color="auto"/>
          <w:insideH w:val="single" w:sz="8" w:space="0" w:color="E6E6E6"/>
          <w:insideV w:val="single" w:sz="8" w:space="0" w:color="E6E6E6"/>
        </w:tblBorders>
        <w:tblLook w:val="04A0" w:firstRow="1" w:lastRow="0" w:firstColumn="1" w:lastColumn="0" w:noHBand="0" w:noVBand="1"/>
      </w:tblPr>
      <w:tblGrid>
        <w:gridCol w:w="6583"/>
        <w:gridCol w:w="1655"/>
        <w:gridCol w:w="1655"/>
      </w:tblGrid>
      <w:tr w:rsidR="000F2049" w:rsidRPr="005E163F" w14:paraId="5A568417" w14:textId="32CD4E83" w:rsidTr="004076DC">
        <w:trPr>
          <w:trHeight w:val="315"/>
        </w:trPr>
        <w:tc>
          <w:tcPr>
            <w:tcW w:w="6583" w:type="dxa"/>
            <w:shd w:val="clear" w:color="auto" w:fill="F5F5F5"/>
            <w:tcMar>
              <w:top w:w="15" w:type="dxa"/>
              <w:left w:w="15" w:type="dxa"/>
              <w:bottom w:w="15" w:type="dxa"/>
              <w:right w:w="15" w:type="dxa"/>
            </w:tcMar>
            <w:vAlign w:val="center"/>
          </w:tcPr>
          <w:p w14:paraId="2247CAD4" w14:textId="0DE31C59" w:rsidR="000F2049" w:rsidRPr="005E163F" w:rsidRDefault="000F2049" w:rsidP="1DB985F9">
            <w:pPr>
              <w:spacing w:after="0"/>
              <w:rPr>
                <w:rFonts w:ascii="Verdana" w:hAnsi="Verdana"/>
                <w:sz w:val="18"/>
                <w:szCs w:val="18"/>
              </w:rPr>
            </w:pPr>
            <w:proofErr w:type="spellStart"/>
            <w:r w:rsidRPr="005E163F">
              <w:rPr>
                <w:rFonts w:ascii="Verdana" w:eastAsia="Verdana" w:hAnsi="Verdana" w:cs="Verdana"/>
                <w:b/>
                <w:bCs/>
                <w:color w:val="000000" w:themeColor="text1"/>
                <w:sz w:val="18"/>
                <w:szCs w:val="18"/>
              </w:rPr>
              <w:t>Situatie</w:t>
            </w:r>
            <w:proofErr w:type="spellEnd"/>
          </w:p>
        </w:tc>
        <w:tc>
          <w:tcPr>
            <w:tcW w:w="1655" w:type="dxa"/>
            <w:shd w:val="clear" w:color="auto" w:fill="F5F5F5"/>
            <w:tcMar>
              <w:top w:w="15" w:type="dxa"/>
              <w:left w:w="15" w:type="dxa"/>
              <w:bottom w:w="15" w:type="dxa"/>
              <w:right w:w="15" w:type="dxa"/>
            </w:tcMar>
            <w:vAlign w:val="center"/>
          </w:tcPr>
          <w:p w14:paraId="2A770AFE" w14:textId="009B2D95" w:rsidR="000F2049" w:rsidRPr="005E163F" w:rsidRDefault="000F2049" w:rsidP="004076DC">
            <w:pPr>
              <w:spacing w:after="0"/>
              <w:ind w:left="157"/>
              <w:rPr>
                <w:rFonts w:ascii="Verdana" w:hAnsi="Verdana"/>
                <w:sz w:val="18"/>
                <w:szCs w:val="18"/>
              </w:rPr>
            </w:pPr>
            <w:proofErr w:type="spellStart"/>
            <w:r w:rsidRPr="005E163F">
              <w:rPr>
                <w:rFonts w:ascii="Verdana" w:eastAsia="Verdana" w:hAnsi="Verdana" w:cs="Verdana"/>
                <w:b/>
                <w:bCs/>
                <w:color w:val="000000" w:themeColor="text1"/>
                <w:sz w:val="18"/>
                <w:szCs w:val="18"/>
              </w:rPr>
              <w:t>Punten</w:t>
            </w:r>
            <w:proofErr w:type="spellEnd"/>
          </w:p>
        </w:tc>
        <w:tc>
          <w:tcPr>
            <w:tcW w:w="1655" w:type="dxa"/>
            <w:shd w:val="clear" w:color="auto" w:fill="F5F5F5"/>
          </w:tcPr>
          <w:p w14:paraId="0949BBA1" w14:textId="3DCDB122" w:rsidR="000F2049" w:rsidRPr="005E163F" w:rsidRDefault="000F2049" w:rsidP="1DB985F9">
            <w:pPr>
              <w:spacing w:after="0"/>
              <w:rPr>
                <w:rFonts w:ascii="Verdana" w:eastAsia="Verdana" w:hAnsi="Verdana" w:cs="Verdana"/>
                <w:b/>
                <w:bCs/>
                <w:color w:val="000000" w:themeColor="text1"/>
                <w:sz w:val="18"/>
                <w:szCs w:val="18"/>
              </w:rPr>
            </w:pPr>
            <w:r w:rsidRPr="005E163F">
              <w:rPr>
                <w:rFonts w:ascii="Verdana" w:eastAsia="Verdana" w:hAnsi="Verdana" w:cs="Verdana"/>
                <w:b/>
                <w:bCs/>
                <w:color w:val="000000" w:themeColor="text1"/>
                <w:sz w:val="18"/>
                <w:szCs w:val="18"/>
              </w:rPr>
              <w:t xml:space="preserve">Kruis </w:t>
            </w:r>
            <w:proofErr w:type="spellStart"/>
            <w:r w:rsidRPr="005E163F">
              <w:rPr>
                <w:rFonts w:ascii="Verdana" w:eastAsia="Verdana" w:hAnsi="Verdana" w:cs="Verdana"/>
                <w:b/>
                <w:bCs/>
                <w:color w:val="000000" w:themeColor="text1"/>
                <w:sz w:val="18"/>
                <w:szCs w:val="18"/>
              </w:rPr>
              <w:t>aan</w:t>
            </w:r>
            <w:proofErr w:type="spellEnd"/>
          </w:p>
        </w:tc>
      </w:tr>
      <w:tr w:rsidR="004076DC" w:rsidRPr="005E163F" w14:paraId="265AF077" w14:textId="362717E5" w:rsidTr="004076DC">
        <w:trPr>
          <w:trHeight w:val="315"/>
        </w:trPr>
        <w:tc>
          <w:tcPr>
            <w:tcW w:w="6583" w:type="dxa"/>
            <w:tcMar>
              <w:top w:w="15" w:type="dxa"/>
              <w:left w:w="15" w:type="dxa"/>
              <w:bottom w:w="15" w:type="dxa"/>
              <w:right w:w="15" w:type="dxa"/>
            </w:tcMar>
            <w:vAlign w:val="center"/>
          </w:tcPr>
          <w:p w14:paraId="1F041AD2" w14:textId="5A0BE24D" w:rsidR="004076DC" w:rsidRPr="005E163F" w:rsidRDefault="004076DC" w:rsidP="004076DC">
            <w:pPr>
              <w:spacing w:after="0"/>
              <w:rPr>
                <w:rFonts w:ascii="Verdana" w:hAnsi="Verdana"/>
                <w:sz w:val="18"/>
                <w:szCs w:val="18"/>
              </w:rPr>
            </w:pPr>
            <w:r w:rsidRPr="005E163F">
              <w:rPr>
                <w:rFonts w:ascii="Verdana" w:eastAsia="Verdana" w:hAnsi="Verdana" w:cs="Verdana"/>
                <w:sz w:val="18"/>
                <w:szCs w:val="18"/>
              </w:rPr>
              <w:t xml:space="preserve">Geen </w:t>
            </w:r>
            <w:proofErr w:type="spellStart"/>
            <w:r w:rsidRPr="005E163F">
              <w:rPr>
                <w:rFonts w:ascii="Verdana" w:eastAsia="Verdana" w:hAnsi="Verdana" w:cs="Verdana"/>
                <w:sz w:val="18"/>
                <w:szCs w:val="18"/>
              </w:rPr>
              <w:t>aantoonbare</w:t>
            </w:r>
            <w:proofErr w:type="spellEnd"/>
            <w:r w:rsidRPr="005E163F">
              <w:rPr>
                <w:rFonts w:ascii="Verdana" w:eastAsia="Verdana" w:hAnsi="Verdana" w:cs="Verdana"/>
                <w:sz w:val="18"/>
                <w:szCs w:val="18"/>
              </w:rPr>
              <w:t xml:space="preserve"> </w:t>
            </w:r>
            <w:proofErr w:type="spellStart"/>
            <w:r w:rsidRPr="005E163F">
              <w:rPr>
                <w:rFonts w:ascii="Verdana" w:eastAsia="Verdana" w:hAnsi="Verdana" w:cs="Verdana"/>
                <w:sz w:val="18"/>
                <w:szCs w:val="18"/>
              </w:rPr>
              <w:t>vervangingsregeling</w:t>
            </w:r>
            <w:proofErr w:type="spellEnd"/>
          </w:p>
        </w:tc>
        <w:tc>
          <w:tcPr>
            <w:tcW w:w="1655" w:type="dxa"/>
            <w:tcMar>
              <w:top w:w="15" w:type="dxa"/>
              <w:left w:w="15" w:type="dxa"/>
              <w:bottom w:w="15" w:type="dxa"/>
              <w:right w:w="15" w:type="dxa"/>
            </w:tcMar>
            <w:vAlign w:val="center"/>
          </w:tcPr>
          <w:p w14:paraId="774451A5" w14:textId="715C184B" w:rsidR="004076DC" w:rsidRPr="005E163F" w:rsidRDefault="004076DC" w:rsidP="004076DC">
            <w:pPr>
              <w:spacing w:after="0"/>
              <w:ind w:left="157"/>
              <w:rPr>
                <w:rFonts w:ascii="Verdana" w:hAnsi="Verdana"/>
                <w:sz w:val="18"/>
                <w:szCs w:val="18"/>
              </w:rPr>
            </w:pPr>
            <w:r w:rsidRPr="005E163F">
              <w:rPr>
                <w:rFonts w:ascii="Verdana" w:eastAsia="Verdana" w:hAnsi="Verdana" w:cs="Verdana"/>
                <w:sz w:val="18"/>
                <w:szCs w:val="18"/>
              </w:rPr>
              <w:t>0</w:t>
            </w:r>
          </w:p>
        </w:tc>
        <w:tc>
          <w:tcPr>
            <w:tcW w:w="1655" w:type="dxa"/>
          </w:tcPr>
          <w:p w14:paraId="14CC7ADE" w14:textId="3FB31BA1" w:rsidR="004076DC" w:rsidRPr="005E163F" w:rsidRDefault="004076DC" w:rsidP="004076DC">
            <w:pPr>
              <w:spacing w:after="0"/>
              <w:rPr>
                <w:rFonts w:ascii="Verdana" w:eastAsia="Verdana" w:hAnsi="Verdana" w:cs="Verdana"/>
                <w:sz w:val="18"/>
                <w:szCs w:val="18"/>
              </w:rPr>
            </w:pPr>
            <w:r w:rsidRPr="005E163F">
              <w:rPr>
                <w:rFonts w:ascii="Segoe UI Symbol" w:hAnsi="Segoe UI Symbol" w:cs="Segoe UI Symbol"/>
                <w:sz w:val="18"/>
                <w:szCs w:val="18"/>
              </w:rPr>
              <w:t>☐</w:t>
            </w:r>
          </w:p>
        </w:tc>
      </w:tr>
      <w:tr w:rsidR="004076DC" w:rsidRPr="005E163F" w14:paraId="5795B1CD" w14:textId="740F6B8B" w:rsidTr="004076DC">
        <w:trPr>
          <w:trHeight w:val="315"/>
        </w:trPr>
        <w:tc>
          <w:tcPr>
            <w:tcW w:w="6583" w:type="dxa"/>
            <w:tcMar>
              <w:top w:w="15" w:type="dxa"/>
              <w:left w:w="15" w:type="dxa"/>
              <w:bottom w:w="15" w:type="dxa"/>
              <w:right w:w="15" w:type="dxa"/>
            </w:tcMar>
            <w:vAlign w:val="center"/>
          </w:tcPr>
          <w:p w14:paraId="18DF4443" w14:textId="63B12E18" w:rsidR="004076DC" w:rsidRPr="005E163F" w:rsidRDefault="004076DC" w:rsidP="004076DC">
            <w:pPr>
              <w:spacing w:after="0"/>
              <w:rPr>
                <w:rFonts w:ascii="Verdana" w:hAnsi="Verdana"/>
                <w:sz w:val="18"/>
                <w:szCs w:val="18"/>
              </w:rPr>
            </w:pPr>
            <w:r w:rsidRPr="005E163F">
              <w:rPr>
                <w:rFonts w:ascii="Verdana" w:eastAsia="Verdana" w:hAnsi="Verdana" w:cs="Verdana"/>
                <w:sz w:val="18"/>
                <w:szCs w:val="18"/>
              </w:rPr>
              <w:t xml:space="preserve">1 </w:t>
            </w:r>
            <w:proofErr w:type="spellStart"/>
            <w:r w:rsidRPr="005E163F">
              <w:rPr>
                <w:rFonts w:ascii="Verdana" w:eastAsia="Verdana" w:hAnsi="Verdana" w:cs="Verdana"/>
                <w:sz w:val="18"/>
                <w:szCs w:val="18"/>
              </w:rPr>
              <w:t>vervangende</w:t>
            </w:r>
            <w:proofErr w:type="spellEnd"/>
            <w:r w:rsidRPr="005E163F">
              <w:rPr>
                <w:rFonts w:ascii="Verdana" w:eastAsia="Verdana" w:hAnsi="Verdana" w:cs="Verdana"/>
                <w:sz w:val="18"/>
                <w:szCs w:val="18"/>
              </w:rPr>
              <w:t xml:space="preserve"> </w:t>
            </w:r>
            <w:proofErr w:type="spellStart"/>
            <w:r w:rsidRPr="005E163F">
              <w:rPr>
                <w:rFonts w:ascii="Verdana" w:eastAsia="Verdana" w:hAnsi="Verdana" w:cs="Verdana"/>
                <w:sz w:val="18"/>
                <w:szCs w:val="18"/>
              </w:rPr>
              <w:t>inspecteur</w:t>
            </w:r>
            <w:proofErr w:type="spellEnd"/>
            <w:r w:rsidRPr="005E163F">
              <w:rPr>
                <w:rFonts w:ascii="Verdana" w:eastAsia="Verdana" w:hAnsi="Verdana" w:cs="Verdana"/>
                <w:sz w:val="18"/>
                <w:szCs w:val="18"/>
              </w:rPr>
              <w:t xml:space="preserve"> </w:t>
            </w:r>
            <w:proofErr w:type="spellStart"/>
            <w:r w:rsidRPr="005E163F">
              <w:rPr>
                <w:rFonts w:ascii="Verdana" w:eastAsia="Verdana" w:hAnsi="Verdana" w:cs="Verdana"/>
                <w:sz w:val="18"/>
                <w:szCs w:val="18"/>
              </w:rPr>
              <w:t>beschikbaar</w:t>
            </w:r>
            <w:proofErr w:type="spellEnd"/>
          </w:p>
        </w:tc>
        <w:tc>
          <w:tcPr>
            <w:tcW w:w="1655" w:type="dxa"/>
            <w:tcMar>
              <w:top w:w="15" w:type="dxa"/>
              <w:left w:w="15" w:type="dxa"/>
              <w:bottom w:w="15" w:type="dxa"/>
              <w:right w:w="15" w:type="dxa"/>
            </w:tcMar>
            <w:vAlign w:val="center"/>
          </w:tcPr>
          <w:p w14:paraId="21EC4B1C" w14:textId="5E562541" w:rsidR="004076DC" w:rsidRPr="005E163F" w:rsidRDefault="004076DC" w:rsidP="004076DC">
            <w:pPr>
              <w:spacing w:after="0"/>
              <w:ind w:left="157"/>
              <w:rPr>
                <w:rFonts w:ascii="Verdana" w:hAnsi="Verdana"/>
                <w:sz w:val="18"/>
                <w:szCs w:val="18"/>
              </w:rPr>
            </w:pPr>
            <w:r w:rsidRPr="005E163F">
              <w:rPr>
                <w:rFonts w:ascii="Verdana" w:eastAsia="Verdana" w:hAnsi="Verdana" w:cs="Verdana"/>
                <w:sz w:val="18"/>
                <w:szCs w:val="18"/>
              </w:rPr>
              <w:t>5</w:t>
            </w:r>
          </w:p>
        </w:tc>
        <w:tc>
          <w:tcPr>
            <w:tcW w:w="1655" w:type="dxa"/>
          </w:tcPr>
          <w:p w14:paraId="0E9D9941" w14:textId="5537CA00" w:rsidR="004076DC" w:rsidRPr="005E163F" w:rsidRDefault="004076DC" w:rsidP="004076DC">
            <w:pPr>
              <w:spacing w:after="0"/>
              <w:rPr>
                <w:rFonts w:ascii="Verdana" w:eastAsia="Verdana" w:hAnsi="Verdana" w:cs="Verdana"/>
                <w:sz w:val="18"/>
                <w:szCs w:val="18"/>
              </w:rPr>
            </w:pPr>
            <w:r w:rsidRPr="005E163F">
              <w:rPr>
                <w:rFonts w:ascii="Segoe UI Symbol" w:hAnsi="Segoe UI Symbol" w:cs="Segoe UI Symbol"/>
                <w:sz w:val="18"/>
                <w:szCs w:val="18"/>
              </w:rPr>
              <w:t>☐</w:t>
            </w:r>
          </w:p>
        </w:tc>
      </w:tr>
      <w:tr w:rsidR="004076DC" w:rsidRPr="005E163F" w14:paraId="65B03A79" w14:textId="2480D24E" w:rsidTr="004076DC">
        <w:trPr>
          <w:trHeight w:val="315"/>
        </w:trPr>
        <w:tc>
          <w:tcPr>
            <w:tcW w:w="6583" w:type="dxa"/>
            <w:tcMar>
              <w:top w:w="15" w:type="dxa"/>
              <w:left w:w="15" w:type="dxa"/>
              <w:bottom w:w="15" w:type="dxa"/>
              <w:right w:w="15" w:type="dxa"/>
            </w:tcMar>
            <w:vAlign w:val="center"/>
          </w:tcPr>
          <w:p w14:paraId="1E911A3E" w14:textId="49D0BEC5" w:rsidR="004076DC" w:rsidRPr="005E163F" w:rsidRDefault="004076DC" w:rsidP="004076DC">
            <w:pPr>
              <w:spacing w:after="0"/>
              <w:rPr>
                <w:rFonts w:ascii="Verdana" w:hAnsi="Verdana"/>
                <w:sz w:val="18"/>
                <w:szCs w:val="18"/>
              </w:rPr>
            </w:pPr>
            <w:r w:rsidRPr="005E163F">
              <w:rPr>
                <w:rFonts w:ascii="Verdana" w:eastAsia="Verdana" w:hAnsi="Verdana" w:cs="Verdana"/>
                <w:sz w:val="18"/>
                <w:szCs w:val="18"/>
              </w:rPr>
              <w:t xml:space="preserve">2 </w:t>
            </w:r>
            <w:proofErr w:type="spellStart"/>
            <w:r w:rsidRPr="005E163F">
              <w:rPr>
                <w:rFonts w:ascii="Verdana" w:eastAsia="Verdana" w:hAnsi="Verdana" w:cs="Verdana"/>
                <w:sz w:val="18"/>
                <w:szCs w:val="18"/>
              </w:rPr>
              <w:t>vervangende</w:t>
            </w:r>
            <w:proofErr w:type="spellEnd"/>
            <w:r w:rsidRPr="005E163F">
              <w:rPr>
                <w:rFonts w:ascii="Verdana" w:eastAsia="Verdana" w:hAnsi="Verdana" w:cs="Verdana"/>
                <w:sz w:val="18"/>
                <w:szCs w:val="18"/>
              </w:rPr>
              <w:t xml:space="preserve"> </w:t>
            </w:r>
            <w:proofErr w:type="spellStart"/>
            <w:r w:rsidRPr="005E163F">
              <w:rPr>
                <w:rFonts w:ascii="Verdana" w:eastAsia="Verdana" w:hAnsi="Verdana" w:cs="Verdana"/>
                <w:sz w:val="18"/>
                <w:szCs w:val="18"/>
              </w:rPr>
              <w:t>inspecteurs</w:t>
            </w:r>
            <w:proofErr w:type="spellEnd"/>
            <w:r w:rsidRPr="005E163F">
              <w:rPr>
                <w:rFonts w:ascii="Verdana" w:eastAsia="Verdana" w:hAnsi="Verdana" w:cs="Verdana"/>
                <w:sz w:val="18"/>
                <w:szCs w:val="18"/>
              </w:rPr>
              <w:t xml:space="preserve"> </w:t>
            </w:r>
            <w:proofErr w:type="spellStart"/>
            <w:r w:rsidRPr="005E163F">
              <w:rPr>
                <w:rFonts w:ascii="Verdana" w:eastAsia="Verdana" w:hAnsi="Verdana" w:cs="Verdana"/>
                <w:sz w:val="18"/>
                <w:szCs w:val="18"/>
              </w:rPr>
              <w:t>beschikbaar</w:t>
            </w:r>
            <w:proofErr w:type="spellEnd"/>
          </w:p>
        </w:tc>
        <w:tc>
          <w:tcPr>
            <w:tcW w:w="1655" w:type="dxa"/>
            <w:tcMar>
              <w:top w:w="15" w:type="dxa"/>
              <w:left w:w="15" w:type="dxa"/>
              <w:bottom w:w="15" w:type="dxa"/>
              <w:right w:w="15" w:type="dxa"/>
            </w:tcMar>
            <w:vAlign w:val="center"/>
          </w:tcPr>
          <w:p w14:paraId="2288DA8D" w14:textId="18EAA909" w:rsidR="004076DC" w:rsidRPr="005E163F" w:rsidRDefault="004076DC" w:rsidP="004076DC">
            <w:pPr>
              <w:spacing w:after="0"/>
              <w:ind w:left="157"/>
              <w:rPr>
                <w:rFonts w:ascii="Verdana" w:hAnsi="Verdana"/>
                <w:sz w:val="18"/>
                <w:szCs w:val="18"/>
              </w:rPr>
            </w:pPr>
            <w:r w:rsidRPr="005E163F">
              <w:rPr>
                <w:rFonts w:ascii="Verdana" w:eastAsia="Verdana" w:hAnsi="Verdana" w:cs="Verdana"/>
                <w:sz w:val="18"/>
                <w:szCs w:val="18"/>
              </w:rPr>
              <w:t>10</w:t>
            </w:r>
          </w:p>
        </w:tc>
        <w:tc>
          <w:tcPr>
            <w:tcW w:w="1655" w:type="dxa"/>
          </w:tcPr>
          <w:p w14:paraId="7D10AFFB" w14:textId="584D4C06" w:rsidR="004076DC" w:rsidRPr="005E163F" w:rsidRDefault="004076DC" w:rsidP="004076DC">
            <w:pPr>
              <w:spacing w:after="0"/>
              <w:rPr>
                <w:rFonts w:ascii="Verdana" w:eastAsia="Verdana" w:hAnsi="Verdana" w:cs="Verdana"/>
                <w:sz w:val="18"/>
                <w:szCs w:val="18"/>
              </w:rPr>
            </w:pPr>
            <w:r w:rsidRPr="005E163F">
              <w:rPr>
                <w:rFonts w:ascii="Segoe UI Symbol" w:hAnsi="Segoe UI Symbol" w:cs="Segoe UI Symbol"/>
                <w:sz w:val="18"/>
                <w:szCs w:val="18"/>
              </w:rPr>
              <w:t>☐</w:t>
            </w:r>
          </w:p>
        </w:tc>
      </w:tr>
      <w:tr w:rsidR="004076DC" w:rsidRPr="005E163F" w14:paraId="6B6CB83B" w14:textId="3163166A" w:rsidTr="004076DC">
        <w:trPr>
          <w:trHeight w:val="315"/>
        </w:trPr>
        <w:tc>
          <w:tcPr>
            <w:tcW w:w="6583" w:type="dxa"/>
            <w:tcMar>
              <w:top w:w="15" w:type="dxa"/>
              <w:left w:w="15" w:type="dxa"/>
              <w:bottom w:w="15" w:type="dxa"/>
              <w:right w:w="15" w:type="dxa"/>
            </w:tcMar>
            <w:vAlign w:val="center"/>
          </w:tcPr>
          <w:p w14:paraId="4B7791E9" w14:textId="3974F330" w:rsidR="004076DC" w:rsidRPr="005E163F" w:rsidRDefault="004076DC" w:rsidP="004076DC">
            <w:pPr>
              <w:spacing w:after="0"/>
              <w:rPr>
                <w:rFonts w:ascii="Verdana" w:hAnsi="Verdana"/>
                <w:sz w:val="18"/>
                <w:szCs w:val="18"/>
                <w:lang w:val="nl-NL"/>
              </w:rPr>
            </w:pPr>
            <w:r w:rsidRPr="005E163F">
              <w:rPr>
                <w:rFonts w:ascii="Verdana" w:eastAsia="Verdana" w:hAnsi="Verdana" w:cs="Verdana"/>
                <w:sz w:val="18"/>
                <w:szCs w:val="18"/>
                <w:lang w:val="nl-NL"/>
              </w:rPr>
              <w:t>3 of meer vervangende inspecteurs beschikbaar</w:t>
            </w:r>
          </w:p>
        </w:tc>
        <w:tc>
          <w:tcPr>
            <w:tcW w:w="1655" w:type="dxa"/>
            <w:tcMar>
              <w:top w:w="15" w:type="dxa"/>
              <w:left w:w="15" w:type="dxa"/>
              <w:bottom w:w="15" w:type="dxa"/>
              <w:right w:w="15" w:type="dxa"/>
            </w:tcMar>
            <w:vAlign w:val="center"/>
          </w:tcPr>
          <w:p w14:paraId="7C50D6CB" w14:textId="33882B1E" w:rsidR="004076DC" w:rsidRPr="005E163F" w:rsidRDefault="004076DC" w:rsidP="004076DC">
            <w:pPr>
              <w:spacing w:after="0"/>
              <w:ind w:left="157"/>
              <w:rPr>
                <w:rFonts w:ascii="Verdana" w:hAnsi="Verdana"/>
                <w:sz w:val="18"/>
                <w:szCs w:val="18"/>
              </w:rPr>
            </w:pPr>
            <w:r w:rsidRPr="005E163F">
              <w:rPr>
                <w:rFonts w:ascii="Verdana" w:eastAsia="Verdana" w:hAnsi="Verdana" w:cs="Verdana"/>
                <w:sz w:val="18"/>
                <w:szCs w:val="18"/>
              </w:rPr>
              <w:t>15</w:t>
            </w:r>
          </w:p>
        </w:tc>
        <w:tc>
          <w:tcPr>
            <w:tcW w:w="1655" w:type="dxa"/>
          </w:tcPr>
          <w:p w14:paraId="415FB51A" w14:textId="286A5CD8" w:rsidR="004076DC" w:rsidRPr="005E163F" w:rsidRDefault="004076DC" w:rsidP="004076DC">
            <w:pPr>
              <w:spacing w:after="0"/>
              <w:rPr>
                <w:rFonts w:ascii="Verdana" w:eastAsia="Verdana" w:hAnsi="Verdana" w:cs="Verdana"/>
                <w:sz w:val="18"/>
                <w:szCs w:val="18"/>
              </w:rPr>
            </w:pPr>
            <w:r w:rsidRPr="005E163F">
              <w:rPr>
                <w:rFonts w:ascii="Segoe UI Symbol" w:hAnsi="Segoe UI Symbol" w:cs="Segoe UI Symbol"/>
                <w:sz w:val="18"/>
                <w:szCs w:val="18"/>
              </w:rPr>
              <w:t>☐</w:t>
            </w:r>
          </w:p>
        </w:tc>
      </w:tr>
    </w:tbl>
    <w:p w14:paraId="6E83C213" w14:textId="77777777" w:rsidR="00E07760" w:rsidRPr="005E163F" w:rsidRDefault="00000000">
      <w:pPr>
        <w:pStyle w:val="Kop2"/>
        <w:rPr>
          <w:rFonts w:ascii="Verdana" w:hAnsi="Verdana"/>
          <w:sz w:val="18"/>
          <w:szCs w:val="18"/>
        </w:rPr>
      </w:pPr>
      <w:proofErr w:type="spellStart"/>
      <w:r w:rsidRPr="005E163F">
        <w:rPr>
          <w:rFonts w:ascii="Verdana" w:hAnsi="Verdana"/>
          <w:sz w:val="18"/>
          <w:szCs w:val="18"/>
        </w:rPr>
        <w:t>Primaire</w:t>
      </w:r>
      <w:proofErr w:type="spellEnd"/>
      <w:r w:rsidRPr="005E163F">
        <w:rPr>
          <w:rFonts w:ascii="Verdana" w:hAnsi="Verdana"/>
          <w:sz w:val="18"/>
          <w:szCs w:val="18"/>
        </w:rPr>
        <w:t xml:space="preserve"> </w:t>
      </w:r>
      <w:proofErr w:type="spellStart"/>
      <w:r w:rsidRPr="005E163F">
        <w:rPr>
          <w:rFonts w:ascii="Verdana" w:hAnsi="Verdana"/>
          <w:sz w:val="18"/>
          <w:szCs w:val="18"/>
        </w:rPr>
        <w:t>bezetting</w:t>
      </w:r>
      <w:proofErr w:type="spellEnd"/>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4986"/>
        <w:gridCol w:w="4986"/>
      </w:tblGrid>
      <w:tr w:rsidR="00E07760" w:rsidRPr="005E163F" w14:paraId="7C9A2ABE" w14:textId="77777777" w:rsidTr="002D61E3">
        <w:tc>
          <w:tcPr>
            <w:tcW w:w="4986" w:type="dxa"/>
            <w:shd w:val="clear" w:color="auto" w:fill="EEECE1" w:themeFill="background2"/>
          </w:tcPr>
          <w:p w14:paraId="701516E5" w14:textId="77777777" w:rsidR="00E07760" w:rsidRPr="005E163F" w:rsidRDefault="1DB985F9" w:rsidP="00F67F45">
            <w:pPr>
              <w:spacing w:after="0"/>
              <w:rPr>
                <w:rFonts w:ascii="Verdana" w:hAnsi="Verdana"/>
                <w:b/>
                <w:bCs/>
                <w:sz w:val="18"/>
                <w:szCs w:val="18"/>
              </w:rPr>
            </w:pPr>
            <w:r w:rsidRPr="005E163F">
              <w:rPr>
                <w:rFonts w:ascii="Verdana" w:hAnsi="Verdana"/>
                <w:b/>
                <w:bCs/>
                <w:sz w:val="18"/>
                <w:szCs w:val="18"/>
              </w:rPr>
              <w:t>Functie</w:t>
            </w:r>
          </w:p>
        </w:tc>
        <w:tc>
          <w:tcPr>
            <w:tcW w:w="4986" w:type="dxa"/>
            <w:shd w:val="clear" w:color="auto" w:fill="EEECE1" w:themeFill="background2"/>
          </w:tcPr>
          <w:p w14:paraId="468E9CB3" w14:textId="77777777" w:rsidR="00E07760" w:rsidRPr="005E163F" w:rsidRDefault="1DB985F9" w:rsidP="00F67F45">
            <w:pPr>
              <w:spacing w:after="0"/>
              <w:rPr>
                <w:rFonts w:ascii="Verdana" w:hAnsi="Verdana"/>
                <w:b/>
                <w:bCs/>
                <w:sz w:val="18"/>
                <w:szCs w:val="18"/>
              </w:rPr>
            </w:pPr>
            <w:r w:rsidRPr="005E163F">
              <w:rPr>
                <w:rFonts w:ascii="Verdana" w:hAnsi="Verdana"/>
                <w:b/>
                <w:bCs/>
                <w:sz w:val="18"/>
                <w:szCs w:val="18"/>
              </w:rPr>
              <w:t>Naam</w:t>
            </w:r>
          </w:p>
        </w:tc>
      </w:tr>
      <w:tr w:rsidR="00E07760" w:rsidRPr="005E163F" w14:paraId="11C4D0C1" w14:textId="77777777" w:rsidTr="1DB985F9">
        <w:tc>
          <w:tcPr>
            <w:tcW w:w="4986" w:type="dxa"/>
          </w:tcPr>
          <w:p w14:paraId="43E22577" w14:textId="77777777" w:rsidR="00E07760" w:rsidRPr="005E163F" w:rsidRDefault="00000000" w:rsidP="000F2049">
            <w:pPr>
              <w:spacing w:after="0"/>
              <w:rPr>
                <w:rFonts w:ascii="Verdana" w:hAnsi="Verdana"/>
                <w:sz w:val="18"/>
                <w:szCs w:val="18"/>
              </w:rPr>
            </w:pPr>
            <w:r w:rsidRPr="005E163F">
              <w:rPr>
                <w:rFonts w:ascii="Verdana" w:hAnsi="Verdana"/>
                <w:sz w:val="18"/>
                <w:szCs w:val="18"/>
              </w:rPr>
              <w:t>Projectleider</w:t>
            </w:r>
          </w:p>
        </w:tc>
        <w:tc>
          <w:tcPr>
            <w:tcW w:w="4986" w:type="dxa"/>
          </w:tcPr>
          <w:p w14:paraId="672A6659" w14:textId="77777777" w:rsidR="00E07760" w:rsidRPr="005E163F" w:rsidRDefault="00E07760" w:rsidP="000F2049">
            <w:pPr>
              <w:spacing w:after="0"/>
              <w:rPr>
                <w:rFonts w:ascii="Verdana" w:hAnsi="Verdana"/>
                <w:sz w:val="18"/>
                <w:szCs w:val="18"/>
              </w:rPr>
            </w:pPr>
          </w:p>
        </w:tc>
      </w:tr>
      <w:tr w:rsidR="00E07760" w:rsidRPr="005E163F" w14:paraId="4F3D8D68" w14:textId="77777777" w:rsidTr="1DB985F9">
        <w:tc>
          <w:tcPr>
            <w:tcW w:w="4986" w:type="dxa"/>
          </w:tcPr>
          <w:p w14:paraId="245EEBCA" w14:textId="77777777" w:rsidR="00E07760" w:rsidRPr="005E163F" w:rsidRDefault="00000000" w:rsidP="000F2049">
            <w:pPr>
              <w:spacing w:after="0"/>
              <w:rPr>
                <w:rFonts w:ascii="Verdana" w:hAnsi="Verdana"/>
                <w:sz w:val="18"/>
                <w:szCs w:val="18"/>
              </w:rPr>
            </w:pPr>
            <w:r w:rsidRPr="005E163F">
              <w:rPr>
                <w:rFonts w:ascii="Verdana" w:hAnsi="Verdana"/>
                <w:sz w:val="18"/>
                <w:szCs w:val="18"/>
              </w:rPr>
              <w:t>Kwaliteitsmanager</w:t>
            </w:r>
          </w:p>
        </w:tc>
        <w:tc>
          <w:tcPr>
            <w:tcW w:w="4986" w:type="dxa"/>
          </w:tcPr>
          <w:p w14:paraId="0A37501D" w14:textId="77777777" w:rsidR="00E07760" w:rsidRPr="005E163F" w:rsidRDefault="00E07760" w:rsidP="000F2049">
            <w:pPr>
              <w:spacing w:after="0"/>
              <w:rPr>
                <w:rFonts w:ascii="Verdana" w:hAnsi="Verdana"/>
                <w:sz w:val="18"/>
                <w:szCs w:val="18"/>
              </w:rPr>
            </w:pPr>
          </w:p>
        </w:tc>
      </w:tr>
      <w:tr w:rsidR="00E07760" w:rsidRPr="005E163F" w14:paraId="759AD4AA" w14:textId="77777777" w:rsidTr="1DB985F9">
        <w:tc>
          <w:tcPr>
            <w:tcW w:w="4986" w:type="dxa"/>
          </w:tcPr>
          <w:p w14:paraId="0F9182BF" w14:textId="77777777" w:rsidR="00E07760" w:rsidRPr="005E163F" w:rsidRDefault="00000000" w:rsidP="000F2049">
            <w:pPr>
              <w:spacing w:after="0"/>
              <w:rPr>
                <w:rFonts w:ascii="Verdana" w:hAnsi="Verdana"/>
                <w:sz w:val="18"/>
                <w:szCs w:val="18"/>
              </w:rPr>
            </w:pPr>
            <w:r w:rsidRPr="005E163F">
              <w:rPr>
                <w:rFonts w:ascii="Verdana" w:hAnsi="Verdana"/>
                <w:sz w:val="18"/>
                <w:szCs w:val="18"/>
              </w:rPr>
              <w:t>Inspecteur 1</w:t>
            </w:r>
          </w:p>
        </w:tc>
        <w:tc>
          <w:tcPr>
            <w:tcW w:w="4986" w:type="dxa"/>
          </w:tcPr>
          <w:p w14:paraId="5DAB6C7B" w14:textId="77777777" w:rsidR="00E07760" w:rsidRPr="005E163F" w:rsidRDefault="00E07760" w:rsidP="000F2049">
            <w:pPr>
              <w:spacing w:after="0"/>
              <w:rPr>
                <w:rFonts w:ascii="Verdana" w:hAnsi="Verdana"/>
                <w:sz w:val="18"/>
                <w:szCs w:val="18"/>
              </w:rPr>
            </w:pPr>
          </w:p>
        </w:tc>
      </w:tr>
      <w:tr w:rsidR="00E07760" w:rsidRPr="005E163F" w14:paraId="4CF80DE9" w14:textId="77777777" w:rsidTr="1DB985F9">
        <w:tc>
          <w:tcPr>
            <w:tcW w:w="4986" w:type="dxa"/>
          </w:tcPr>
          <w:p w14:paraId="38ED5551" w14:textId="77777777" w:rsidR="00E07760" w:rsidRPr="005E163F" w:rsidRDefault="00000000" w:rsidP="000F2049">
            <w:pPr>
              <w:spacing w:after="0"/>
              <w:rPr>
                <w:rFonts w:ascii="Verdana" w:hAnsi="Verdana"/>
                <w:sz w:val="18"/>
                <w:szCs w:val="18"/>
              </w:rPr>
            </w:pPr>
            <w:r w:rsidRPr="005E163F">
              <w:rPr>
                <w:rFonts w:ascii="Verdana" w:hAnsi="Verdana"/>
                <w:sz w:val="18"/>
                <w:szCs w:val="18"/>
              </w:rPr>
              <w:t>Inspecteur 2</w:t>
            </w:r>
          </w:p>
        </w:tc>
        <w:tc>
          <w:tcPr>
            <w:tcW w:w="4986" w:type="dxa"/>
          </w:tcPr>
          <w:p w14:paraId="02EB378F" w14:textId="77777777" w:rsidR="00E07760" w:rsidRPr="005E163F" w:rsidRDefault="00E07760" w:rsidP="000F2049">
            <w:pPr>
              <w:spacing w:after="0"/>
              <w:rPr>
                <w:rFonts w:ascii="Verdana" w:hAnsi="Verdana"/>
                <w:sz w:val="18"/>
                <w:szCs w:val="18"/>
              </w:rPr>
            </w:pPr>
          </w:p>
        </w:tc>
      </w:tr>
      <w:tr w:rsidR="00E07760" w:rsidRPr="005E163F" w14:paraId="16E90E46" w14:textId="77777777" w:rsidTr="1DB985F9">
        <w:tc>
          <w:tcPr>
            <w:tcW w:w="4986" w:type="dxa"/>
          </w:tcPr>
          <w:p w14:paraId="414EAC03" w14:textId="77777777" w:rsidR="00E07760" w:rsidRPr="005E163F" w:rsidRDefault="00000000" w:rsidP="000F2049">
            <w:pPr>
              <w:spacing w:after="0"/>
              <w:rPr>
                <w:rFonts w:ascii="Verdana" w:hAnsi="Verdana"/>
                <w:sz w:val="18"/>
                <w:szCs w:val="18"/>
              </w:rPr>
            </w:pPr>
            <w:r w:rsidRPr="005E163F">
              <w:rPr>
                <w:rFonts w:ascii="Verdana" w:hAnsi="Verdana"/>
                <w:sz w:val="18"/>
                <w:szCs w:val="18"/>
              </w:rPr>
              <w:t>Inspecteur 3</w:t>
            </w:r>
          </w:p>
        </w:tc>
        <w:tc>
          <w:tcPr>
            <w:tcW w:w="4986" w:type="dxa"/>
          </w:tcPr>
          <w:p w14:paraId="6A05A809" w14:textId="77777777" w:rsidR="00E07760" w:rsidRPr="005E163F" w:rsidRDefault="00E07760" w:rsidP="000F2049">
            <w:pPr>
              <w:spacing w:after="0"/>
              <w:rPr>
                <w:rFonts w:ascii="Verdana" w:hAnsi="Verdana"/>
                <w:sz w:val="18"/>
                <w:szCs w:val="18"/>
              </w:rPr>
            </w:pPr>
          </w:p>
        </w:tc>
      </w:tr>
      <w:tr w:rsidR="00E07760" w:rsidRPr="005E163F" w14:paraId="71A15B45" w14:textId="77777777" w:rsidTr="1DB985F9">
        <w:tc>
          <w:tcPr>
            <w:tcW w:w="4986" w:type="dxa"/>
          </w:tcPr>
          <w:p w14:paraId="634EEBBB" w14:textId="77777777" w:rsidR="00E07760" w:rsidRPr="005E163F" w:rsidRDefault="00000000" w:rsidP="000F2049">
            <w:pPr>
              <w:spacing w:after="0"/>
              <w:rPr>
                <w:rFonts w:ascii="Verdana" w:hAnsi="Verdana"/>
                <w:sz w:val="18"/>
                <w:szCs w:val="18"/>
              </w:rPr>
            </w:pPr>
            <w:r w:rsidRPr="005E163F">
              <w:rPr>
                <w:rFonts w:ascii="Verdana" w:hAnsi="Verdana"/>
                <w:sz w:val="18"/>
                <w:szCs w:val="18"/>
              </w:rPr>
              <w:t>Monumenteninspecteur</w:t>
            </w:r>
          </w:p>
        </w:tc>
        <w:tc>
          <w:tcPr>
            <w:tcW w:w="4986" w:type="dxa"/>
          </w:tcPr>
          <w:p w14:paraId="5A39BBE3" w14:textId="77777777" w:rsidR="00E07760" w:rsidRPr="005E163F" w:rsidRDefault="00E07760" w:rsidP="000F2049">
            <w:pPr>
              <w:spacing w:after="0"/>
              <w:rPr>
                <w:rFonts w:ascii="Verdana" w:hAnsi="Verdana"/>
                <w:sz w:val="18"/>
                <w:szCs w:val="18"/>
              </w:rPr>
            </w:pPr>
          </w:p>
        </w:tc>
      </w:tr>
    </w:tbl>
    <w:p w14:paraId="2254B497" w14:textId="77777777" w:rsidR="00E07760" w:rsidRPr="005E163F" w:rsidRDefault="00000000">
      <w:pPr>
        <w:pStyle w:val="Kop2"/>
        <w:rPr>
          <w:rFonts w:ascii="Verdana" w:hAnsi="Verdana"/>
          <w:sz w:val="18"/>
          <w:szCs w:val="18"/>
        </w:rPr>
      </w:pPr>
      <w:r w:rsidRPr="005E163F">
        <w:rPr>
          <w:rFonts w:ascii="Verdana" w:hAnsi="Verdana"/>
          <w:sz w:val="18"/>
          <w:szCs w:val="18"/>
        </w:rPr>
        <w:t>Vervangende inspecteurs</w:t>
      </w:r>
    </w:p>
    <w:tbl>
      <w:tblPr>
        <w:tblW w:w="0" w:type="auto"/>
        <w:tblBorders>
          <w:insideH w:val="single" w:sz="4" w:space="0" w:color="auto"/>
          <w:insideV w:val="single" w:sz="4" w:space="0" w:color="auto"/>
        </w:tblBorders>
        <w:tblLook w:val="04A0" w:firstRow="1" w:lastRow="0" w:firstColumn="1" w:lastColumn="0" w:noHBand="0" w:noVBand="1"/>
      </w:tblPr>
      <w:tblGrid>
        <w:gridCol w:w="2235"/>
        <w:gridCol w:w="2751"/>
        <w:gridCol w:w="2210"/>
        <w:gridCol w:w="2776"/>
      </w:tblGrid>
      <w:tr w:rsidR="00E07760" w:rsidRPr="005E163F" w14:paraId="448EEADE" w14:textId="77777777" w:rsidTr="00F67F45">
        <w:trPr>
          <w:trHeight w:val="593"/>
        </w:trPr>
        <w:tc>
          <w:tcPr>
            <w:tcW w:w="2235" w:type="dxa"/>
            <w:shd w:val="clear" w:color="auto" w:fill="EEECE1" w:themeFill="background2"/>
          </w:tcPr>
          <w:p w14:paraId="33FB088A" w14:textId="77777777" w:rsidR="00E07760" w:rsidRPr="005E163F" w:rsidRDefault="00000000" w:rsidP="00F67F45">
            <w:pPr>
              <w:spacing w:after="0"/>
              <w:rPr>
                <w:rFonts w:ascii="Verdana" w:hAnsi="Verdana"/>
                <w:b/>
                <w:bCs/>
                <w:sz w:val="18"/>
                <w:szCs w:val="18"/>
              </w:rPr>
            </w:pPr>
            <w:r w:rsidRPr="005E163F">
              <w:rPr>
                <w:rFonts w:ascii="Verdana" w:hAnsi="Verdana"/>
                <w:b/>
                <w:bCs/>
                <w:sz w:val="18"/>
                <w:szCs w:val="18"/>
              </w:rPr>
              <w:t>Naam</w:t>
            </w:r>
          </w:p>
        </w:tc>
        <w:tc>
          <w:tcPr>
            <w:tcW w:w="2751" w:type="dxa"/>
            <w:shd w:val="clear" w:color="auto" w:fill="EEECE1" w:themeFill="background2"/>
          </w:tcPr>
          <w:p w14:paraId="3BFBFD00" w14:textId="3EE2C02A" w:rsidR="00E07760" w:rsidRPr="005E163F" w:rsidRDefault="00000000" w:rsidP="00F67F45">
            <w:pPr>
              <w:spacing w:after="0"/>
              <w:rPr>
                <w:rFonts w:ascii="Verdana" w:hAnsi="Verdana"/>
                <w:b/>
                <w:bCs/>
                <w:sz w:val="18"/>
                <w:szCs w:val="18"/>
              </w:rPr>
            </w:pPr>
            <w:proofErr w:type="spellStart"/>
            <w:r w:rsidRPr="005E163F">
              <w:rPr>
                <w:rFonts w:ascii="Verdana" w:hAnsi="Verdana"/>
                <w:b/>
                <w:bCs/>
                <w:sz w:val="18"/>
                <w:szCs w:val="18"/>
              </w:rPr>
              <w:t>Sertum</w:t>
            </w:r>
            <w:r w:rsidR="00F67F45" w:rsidRPr="005E163F">
              <w:rPr>
                <w:rFonts w:ascii="Verdana" w:hAnsi="Verdana"/>
                <w:b/>
                <w:bCs/>
                <w:sz w:val="18"/>
                <w:szCs w:val="18"/>
              </w:rPr>
              <w:t>-geregistreerd</w:t>
            </w:r>
            <w:proofErr w:type="spellEnd"/>
            <w:r w:rsidR="00F67F45" w:rsidRPr="005E163F">
              <w:rPr>
                <w:rFonts w:ascii="Verdana" w:hAnsi="Verdana"/>
                <w:b/>
                <w:bCs/>
                <w:sz w:val="18"/>
                <w:szCs w:val="18"/>
              </w:rPr>
              <w:t>? Ja/Nee</w:t>
            </w:r>
          </w:p>
        </w:tc>
        <w:tc>
          <w:tcPr>
            <w:tcW w:w="2210" w:type="dxa"/>
            <w:shd w:val="clear" w:color="auto" w:fill="EEECE1" w:themeFill="background2"/>
          </w:tcPr>
          <w:p w14:paraId="4F4F71C7" w14:textId="77777777" w:rsidR="00E07760" w:rsidRPr="005E163F" w:rsidRDefault="00000000" w:rsidP="00F67F45">
            <w:pPr>
              <w:spacing w:after="0"/>
              <w:rPr>
                <w:rFonts w:ascii="Verdana" w:hAnsi="Verdana"/>
                <w:b/>
                <w:bCs/>
                <w:sz w:val="18"/>
                <w:szCs w:val="18"/>
              </w:rPr>
            </w:pPr>
            <w:r w:rsidRPr="005E163F">
              <w:rPr>
                <w:rFonts w:ascii="Verdana" w:hAnsi="Verdana"/>
                <w:b/>
                <w:bCs/>
                <w:sz w:val="18"/>
                <w:szCs w:val="18"/>
              </w:rPr>
              <w:t>Ervaring (jaren)</w:t>
            </w:r>
          </w:p>
        </w:tc>
        <w:tc>
          <w:tcPr>
            <w:tcW w:w="2776" w:type="dxa"/>
            <w:shd w:val="clear" w:color="auto" w:fill="EEECE1" w:themeFill="background2"/>
          </w:tcPr>
          <w:p w14:paraId="24AF321B" w14:textId="77777777" w:rsidR="00E07760" w:rsidRPr="005E163F" w:rsidRDefault="00000000" w:rsidP="00F67F45">
            <w:pPr>
              <w:spacing w:after="0"/>
              <w:rPr>
                <w:rFonts w:ascii="Verdana" w:hAnsi="Verdana"/>
                <w:b/>
                <w:bCs/>
                <w:sz w:val="18"/>
                <w:szCs w:val="18"/>
              </w:rPr>
            </w:pPr>
            <w:r w:rsidRPr="005E163F">
              <w:rPr>
                <w:rFonts w:ascii="Verdana" w:hAnsi="Verdana"/>
                <w:b/>
                <w:bCs/>
                <w:sz w:val="18"/>
                <w:szCs w:val="18"/>
              </w:rPr>
              <w:t>Direct inzetbaar ja/nee</w:t>
            </w:r>
          </w:p>
        </w:tc>
      </w:tr>
      <w:tr w:rsidR="00E07760" w:rsidRPr="005E163F" w14:paraId="41C8F396" w14:textId="77777777" w:rsidTr="00F67F45">
        <w:tc>
          <w:tcPr>
            <w:tcW w:w="2235" w:type="dxa"/>
          </w:tcPr>
          <w:p w14:paraId="72A3D3EC" w14:textId="77777777" w:rsidR="00E07760" w:rsidRPr="005E163F" w:rsidRDefault="00E07760" w:rsidP="000F2049">
            <w:pPr>
              <w:spacing w:after="0"/>
              <w:rPr>
                <w:rFonts w:ascii="Verdana" w:hAnsi="Verdana"/>
                <w:sz w:val="18"/>
                <w:szCs w:val="18"/>
              </w:rPr>
            </w:pPr>
          </w:p>
        </w:tc>
        <w:tc>
          <w:tcPr>
            <w:tcW w:w="2751" w:type="dxa"/>
          </w:tcPr>
          <w:p w14:paraId="0D0B940D" w14:textId="77777777" w:rsidR="00E07760" w:rsidRPr="005E163F" w:rsidRDefault="00E07760" w:rsidP="000F2049">
            <w:pPr>
              <w:spacing w:after="0"/>
              <w:rPr>
                <w:rFonts w:ascii="Verdana" w:hAnsi="Verdana"/>
                <w:sz w:val="18"/>
                <w:szCs w:val="18"/>
              </w:rPr>
            </w:pPr>
          </w:p>
        </w:tc>
        <w:tc>
          <w:tcPr>
            <w:tcW w:w="2210" w:type="dxa"/>
          </w:tcPr>
          <w:p w14:paraId="0E27B00A" w14:textId="77777777" w:rsidR="00E07760" w:rsidRPr="005E163F" w:rsidRDefault="00E07760" w:rsidP="000F2049">
            <w:pPr>
              <w:spacing w:after="0"/>
              <w:rPr>
                <w:rFonts w:ascii="Verdana" w:hAnsi="Verdana"/>
                <w:sz w:val="18"/>
                <w:szCs w:val="18"/>
              </w:rPr>
            </w:pPr>
          </w:p>
        </w:tc>
        <w:tc>
          <w:tcPr>
            <w:tcW w:w="2776" w:type="dxa"/>
          </w:tcPr>
          <w:p w14:paraId="60061E4C" w14:textId="77777777" w:rsidR="00E07760" w:rsidRPr="005E163F" w:rsidRDefault="00E07760" w:rsidP="000F2049">
            <w:pPr>
              <w:spacing w:after="0"/>
              <w:rPr>
                <w:rFonts w:ascii="Verdana" w:hAnsi="Verdana"/>
                <w:sz w:val="18"/>
                <w:szCs w:val="18"/>
              </w:rPr>
            </w:pPr>
          </w:p>
        </w:tc>
      </w:tr>
      <w:tr w:rsidR="00E07760" w:rsidRPr="005E163F" w14:paraId="44EAFD9C" w14:textId="77777777" w:rsidTr="00F67F45">
        <w:tc>
          <w:tcPr>
            <w:tcW w:w="2235" w:type="dxa"/>
          </w:tcPr>
          <w:p w14:paraId="4B94D5A5" w14:textId="77777777" w:rsidR="00E07760" w:rsidRPr="005E163F" w:rsidRDefault="00E07760" w:rsidP="000F2049">
            <w:pPr>
              <w:spacing w:after="0"/>
              <w:rPr>
                <w:rFonts w:ascii="Verdana" w:hAnsi="Verdana"/>
                <w:sz w:val="18"/>
                <w:szCs w:val="18"/>
              </w:rPr>
            </w:pPr>
          </w:p>
        </w:tc>
        <w:tc>
          <w:tcPr>
            <w:tcW w:w="2751" w:type="dxa"/>
          </w:tcPr>
          <w:p w14:paraId="3DEEC669" w14:textId="77777777" w:rsidR="00E07760" w:rsidRPr="005E163F" w:rsidRDefault="00E07760" w:rsidP="000F2049">
            <w:pPr>
              <w:spacing w:after="0"/>
              <w:rPr>
                <w:rFonts w:ascii="Verdana" w:hAnsi="Verdana"/>
                <w:sz w:val="18"/>
                <w:szCs w:val="18"/>
              </w:rPr>
            </w:pPr>
          </w:p>
        </w:tc>
        <w:tc>
          <w:tcPr>
            <w:tcW w:w="2210" w:type="dxa"/>
          </w:tcPr>
          <w:p w14:paraId="3656B9AB" w14:textId="77777777" w:rsidR="00E07760" w:rsidRPr="005E163F" w:rsidRDefault="00E07760" w:rsidP="000F2049">
            <w:pPr>
              <w:spacing w:after="0"/>
              <w:rPr>
                <w:rFonts w:ascii="Verdana" w:hAnsi="Verdana"/>
                <w:sz w:val="18"/>
                <w:szCs w:val="18"/>
              </w:rPr>
            </w:pPr>
          </w:p>
        </w:tc>
        <w:tc>
          <w:tcPr>
            <w:tcW w:w="2776" w:type="dxa"/>
          </w:tcPr>
          <w:p w14:paraId="45FB0818" w14:textId="77777777" w:rsidR="00E07760" w:rsidRPr="005E163F" w:rsidRDefault="00E07760" w:rsidP="000F2049">
            <w:pPr>
              <w:spacing w:after="0"/>
              <w:rPr>
                <w:rFonts w:ascii="Verdana" w:hAnsi="Verdana"/>
                <w:sz w:val="18"/>
                <w:szCs w:val="18"/>
              </w:rPr>
            </w:pPr>
          </w:p>
        </w:tc>
      </w:tr>
      <w:tr w:rsidR="00E07760" w:rsidRPr="005E163F" w14:paraId="049F31CB" w14:textId="77777777" w:rsidTr="00F67F45">
        <w:tc>
          <w:tcPr>
            <w:tcW w:w="2235" w:type="dxa"/>
          </w:tcPr>
          <w:p w14:paraId="53128261" w14:textId="77777777" w:rsidR="00E07760" w:rsidRPr="005E163F" w:rsidRDefault="00E07760" w:rsidP="000F2049">
            <w:pPr>
              <w:spacing w:after="0"/>
              <w:rPr>
                <w:rFonts w:ascii="Verdana" w:hAnsi="Verdana"/>
                <w:sz w:val="18"/>
                <w:szCs w:val="18"/>
              </w:rPr>
            </w:pPr>
          </w:p>
        </w:tc>
        <w:tc>
          <w:tcPr>
            <w:tcW w:w="2751" w:type="dxa"/>
          </w:tcPr>
          <w:p w14:paraId="62486C05" w14:textId="77777777" w:rsidR="00E07760" w:rsidRPr="005E163F" w:rsidRDefault="00E07760" w:rsidP="000F2049">
            <w:pPr>
              <w:spacing w:after="0"/>
              <w:rPr>
                <w:rFonts w:ascii="Verdana" w:hAnsi="Verdana"/>
                <w:sz w:val="18"/>
                <w:szCs w:val="18"/>
              </w:rPr>
            </w:pPr>
          </w:p>
        </w:tc>
        <w:tc>
          <w:tcPr>
            <w:tcW w:w="2210" w:type="dxa"/>
          </w:tcPr>
          <w:p w14:paraId="4101652C" w14:textId="77777777" w:rsidR="00E07760" w:rsidRPr="005E163F" w:rsidRDefault="00E07760" w:rsidP="000F2049">
            <w:pPr>
              <w:spacing w:after="0"/>
              <w:rPr>
                <w:rFonts w:ascii="Verdana" w:hAnsi="Verdana"/>
                <w:sz w:val="18"/>
                <w:szCs w:val="18"/>
              </w:rPr>
            </w:pPr>
          </w:p>
        </w:tc>
        <w:tc>
          <w:tcPr>
            <w:tcW w:w="2776" w:type="dxa"/>
          </w:tcPr>
          <w:p w14:paraId="4B99056E" w14:textId="77777777" w:rsidR="00E07760" w:rsidRPr="005E163F" w:rsidRDefault="00E07760" w:rsidP="000F2049">
            <w:pPr>
              <w:spacing w:after="0"/>
              <w:rPr>
                <w:rFonts w:ascii="Verdana" w:hAnsi="Verdana"/>
                <w:sz w:val="18"/>
                <w:szCs w:val="18"/>
              </w:rPr>
            </w:pPr>
          </w:p>
        </w:tc>
      </w:tr>
      <w:tr w:rsidR="00E07760" w:rsidRPr="005E163F" w14:paraId="1299C43A" w14:textId="77777777" w:rsidTr="00F67F45">
        <w:tc>
          <w:tcPr>
            <w:tcW w:w="2235" w:type="dxa"/>
          </w:tcPr>
          <w:p w14:paraId="4DDBEF00" w14:textId="77777777" w:rsidR="00E07760" w:rsidRPr="005E163F" w:rsidRDefault="00E07760" w:rsidP="000F2049">
            <w:pPr>
              <w:spacing w:after="0"/>
              <w:rPr>
                <w:rFonts w:ascii="Verdana" w:hAnsi="Verdana"/>
                <w:sz w:val="18"/>
                <w:szCs w:val="18"/>
              </w:rPr>
            </w:pPr>
          </w:p>
        </w:tc>
        <w:tc>
          <w:tcPr>
            <w:tcW w:w="2751" w:type="dxa"/>
          </w:tcPr>
          <w:p w14:paraId="3461D779" w14:textId="77777777" w:rsidR="00E07760" w:rsidRPr="005E163F" w:rsidRDefault="00E07760" w:rsidP="000F2049">
            <w:pPr>
              <w:spacing w:after="0"/>
              <w:rPr>
                <w:rFonts w:ascii="Verdana" w:hAnsi="Verdana"/>
                <w:sz w:val="18"/>
                <w:szCs w:val="18"/>
              </w:rPr>
            </w:pPr>
          </w:p>
        </w:tc>
        <w:tc>
          <w:tcPr>
            <w:tcW w:w="2210" w:type="dxa"/>
          </w:tcPr>
          <w:p w14:paraId="3CF2D8B6" w14:textId="77777777" w:rsidR="00E07760" w:rsidRPr="005E163F" w:rsidRDefault="00E07760" w:rsidP="000F2049">
            <w:pPr>
              <w:spacing w:after="0"/>
              <w:rPr>
                <w:rFonts w:ascii="Verdana" w:hAnsi="Verdana"/>
                <w:sz w:val="18"/>
                <w:szCs w:val="18"/>
              </w:rPr>
            </w:pPr>
          </w:p>
        </w:tc>
        <w:tc>
          <w:tcPr>
            <w:tcW w:w="2776" w:type="dxa"/>
          </w:tcPr>
          <w:p w14:paraId="0FB78278" w14:textId="77777777" w:rsidR="00E07760" w:rsidRPr="005E163F" w:rsidRDefault="00E07760" w:rsidP="000F2049">
            <w:pPr>
              <w:spacing w:after="0"/>
              <w:rPr>
                <w:rFonts w:ascii="Verdana" w:hAnsi="Verdana"/>
                <w:sz w:val="18"/>
                <w:szCs w:val="18"/>
              </w:rPr>
            </w:pPr>
          </w:p>
        </w:tc>
      </w:tr>
    </w:tbl>
    <w:p w14:paraId="12F98F05" w14:textId="6A5BC8B4" w:rsidR="00E07760" w:rsidRPr="005E163F" w:rsidRDefault="00000000">
      <w:pPr>
        <w:pStyle w:val="Kop2"/>
        <w:rPr>
          <w:rFonts w:ascii="Verdana" w:hAnsi="Verdana"/>
          <w:sz w:val="18"/>
          <w:szCs w:val="18"/>
        </w:rPr>
      </w:pPr>
      <w:proofErr w:type="spellStart"/>
      <w:r w:rsidRPr="005E163F">
        <w:rPr>
          <w:rFonts w:ascii="Verdana" w:hAnsi="Verdana"/>
          <w:sz w:val="18"/>
          <w:szCs w:val="18"/>
        </w:rPr>
        <w:t>Continuiteitsregeling</w:t>
      </w:r>
      <w:proofErr w:type="spellEnd"/>
      <w:r w:rsidR="000A7042">
        <w:rPr>
          <w:rFonts w:ascii="Verdana" w:hAnsi="Verdana"/>
          <w:sz w:val="18"/>
          <w:szCs w:val="18"/>
        </w:rPr>
        <w:t>:</w:t>
      </w:r>
    </w:p>
    <w:p w14:paraId="18D302B5" w14:textId="19F1FF82" w:rsidR="000A7042" w:rsidRPr="005E163F" w:rsidRDefault="00000000" w:rsidP="000A7042">
      <w:pPr>
        <w:rPr>
          <w:rFonts w:ascii="Verdana" w:hAnsi="Verdana"/>
          <w:sz w:val="18"/>
          <w:szCs w:val="18"/>
        </w:rPr>
      </w:pPr>
      <w:r w:rsidRPr="005E163F">
        <w:rPr>
          <w:rFonts w:ascii="Verdana" w:hAnsi="Verdana"/>
          <w:sz w:val="18"/>
          <w:szCs w:val="18"/>
        </w:rPr>
        <w:br/>
      </w:r>
      <w:r w:rsidR="000A7042">
        <w:rPr>
          <w:rFonts w:ascii="Verdana" w:hAnsi="Verdana"/>
          <w:sz w:val="18"/>
          <w:szCs w:val="18"/>
        </w:rPr>
        <w:t>-------------------------------------------------------------------------------------------------------------------------</w:t>
      </w:r>
      <w:r w:rsidRPr="005E163F">
        <w:rPr>
          <w:rFonts w:ascii="Verdana" w:hAnsi="Verdana"/>
          <w:sz w:val="18"/>
          <w:szCs w:val="18"/>
        </w:rPr>
        <w:br/>
      </w:r>
      <w:r w:rsidR="000A7042">
        <w:rPr>
          <w:rFonts w:ascii="Verdana" w:hAnsi="Verdana"/>
          <w:sz w:val="18"/>
          <w:szCs w:val="18"/>
        </w:rPr>
        <w:t>--------------------------------------------------------------------------------------------------------------------------------------------------------------------------------------------------------------------------------------------------</w:t>
      </w:r>
    </w:p>
    <w:p w14:paraId="3A2DB21A" w14:textId="77777777" w:rsidR="00E07760" w:rsidRPr="005E163F" w:rsidRDefault="00000000">
      <w:pPr>
        <w:rPr>
          <w:rFonts w:ascii="Verdana" w:hAnsi="Verdana"/>
          <w:sz w:val="18"/>
          <w:szCs w:val="18"/>
          <w:lang w:val="nl-NL"/>
        </w:rPr>
      </w:pPr>
      <w:r w:rsidRPr="005E163F">
        <w:rPr>
          <w:rFonts w:ascii="Verdana" w:hAnsi="Verdana"/>
          <w:sz w:val="18"/>
          <w:szCs w:val="18"/>
          <w:lang w:val="nl-NL"/>
        </w:rPr>
        <w:t>Ondergetekende verklaart dat bovengenoemde vervangers beschikbaar zijn gedurende de overeenkomst.</w:t>
      </w:r>
    </w:p>
    <w:p w14:paraId="12625ECC" w14:textId="7E0177FF" w:rsidR="002B0F85" w:rsidRPr="005E163F" w:rsidRDefault="00000000">
      <w:pPr>
        <w:rPr>
          <w:rFonts w:ascii="Verdana" w:hAnsi="Verdana"/>
          <w:sz w:val="18"/>
          <w:szCs w:val="18"/>
          <w:lang w:val="nl-NL"/>
        </w:rPr>
      </w:pPr>
      <w:r w:rsidRPr="005E163F">
        <w:rPr>
          <w:rFonts w:ascii="Verdana" w:hAnsi="Verdana"/>
          <w:sz w:val="18"/>
          <w:szCs w:val="18"/>
          <w:lang w:val="nl-NL"/>
        </w:rPr>
        <w:t>Naam: ________________</w:t>
      </w:r>
      <w:r w:rsidR="00AC32C1" w:rsidRPr="005E163F">
        <w:rPr>
          <w:rFonts w:ascii="Verdana" w:hAnsi="Verdana"/>
          <w:sz w:val="18"/>
          <w:szCs w:val="18"/>
          <w:lang w:val="nl-NL"/>
        </w:rPr>
        <w:t>_________</w:t>
      </w:r>
      <w:r w:rsidRPr="005E163F">
        <w:rPr>
          <w:rFonts w:ascii="Verdana" w:hAnsi="Verdana"/>
          <w:sz w:val="18"/>
          <w:szCs w:val="18"/>
          <w:lang w:val="nl-NL"/>
        </w:rPr>
        <w:t xml:space="preserve">__ </w:t>
      </w:r>
      <w:r w:rsidR="00AC32C1" w:rsidRPr="005E163F">
        <w:rPr>
          <w:rFonts w:ascii="Verdana" w:hAnsi="Verdana"/>
          <w:sz w:val="18"/>
          <w:szCs w:val="18"/>
          <w:lang w:val="nl-NL"/>
        </w:rPr>
        <w:tab/>
      </w:r>
      <w:r w:rsidRPr="005E163F">
        <w:rPr>
          <w:rFonts w:ascii="Verdana" w:hAnsi="Verdana"/>
          <w:sz w:val="18"/>
          <w:szCs w:val="18"/>
          <w:lang w:val="nl-NL"/>
        </w:rPr>
        <w:t xml:space="preserve">Functie: __________________ </w:t>
      </w:r>
    </w:p>
    <w:p w14:paraId="0562CB0E" w14:textId="4C855885" w:rsidR="00E07760" w:rsidRPr="005E163F" w:rsidRDefault="00000000">
      <w:pPr>
        <w:rPr>
          <w:rFonts w:ascii="Verdana" w:hAnsi="Verdana"/>
          <w:sz w:val="18"/>
          <w:szCs w:val="18"/>
          <w:lang w:val="nl-NL"/>
        </w:rPr>
      </w:pPr>
      <w:r w:rsidRPr="005E163F">
        <w:rPr>
          <w:rFonts w:ascii="Verdana" w:hAnsi="Verdana"/>
          <w:sz w:val="18"/>
          <w:szCs w:val="18"/>
          <w:lang w:val="nl-NL"/>
        </w:rPr>
        <w:t>Handtekening: __________________</w:t>
      </w:r>
      <w:r w:rsidR="00AC32C1" w:rsidRPr="005E163F">
        <w:rPr>
          <w:rFonts w:ascii="Verdana" w:hAnsi="Verdana"/>
          <w:sz w:val="18"/>
          <w:szCs w:val="18"/>
          <w:lang w:val="nl-NL"/>
        </w:rPr>
        <w:t xml:space="preserve"> </w:t>
      </w:r>
      <w:r w:rsidR="00AC32C1" w:rsidRPr="005E163F">
        <w:rPr>
          <w:rFonts w:ascii="Verdana" w:hAnsi="Verdana"/>
          <w:sz w:val="18"/>
          <w:szCs w:val="18"/>
          <w:lang w:val="nl-NL"/>
        </w:rPr>
        <w:tab/>
      </w:r>
      <w:r w:rsidR="00AC32C1" w:rsidRPr="005E163F">
        <w:rPr>
          <w:rFonts w:ascii="Verdana" w:hAnsi="Verdana"/>
          <w:sz w:val="18"/>
          <w:szCs w:val="18"/>
          <w:lang w:val="nl-NL"/>
        </w:rPr>
        <w:t>Datum: __________</w:t>
      </w:r>
      <w:r w:rsidR="00AC32C1" w:rsidRPr="005E163F">
        <w:rPr>
          <w:rFonts w:ascii="Verdana" w:hAnsi="Verdana"/>
          <w:sz w:val="18"/>
          <w:szCs w:val="18"/>
          <w:lang w:val="nl-NL"/>
        </w:rPr>
        <w:t>_______</w:t>
      </w:r>
      <w:r w:rsidR="00AC32C1" w:rsidRPr="005E163F">
        <w:rPr>
          <w:rFonts w:ascii="Verdana" w:hAnsi="Verdana"/>
          <w:sz w:val="18"/>
          <w:szCs w:val="18"/>
          <w:lang w:val="nl-NL"/>
        </w:rPr>
        <w:t>__</w:t>
      </w:r>
    </w:p>
    <w:sectPr w:rsidR="00E07760" w:rsidRPr="005E163F"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2060595076">
    <w:abstractNumId w:val="8"/>
  </w:num>
  <w:num w:numId="2" w16cid:durableId="1756631552">
    <w:abstractNumId w:val="6"/>
  </w:num>
  <w:num w:numId="3" w16cid:durableId="2126271550">
    <w:abstractNumId w:val="5"/>
  </w:num>
  <w:num w:numId="4" w16cid:durableId="67272583">
    <w:abstractNumId w:val="4"/>
  </w:num>
  <w:num w:numId="5" w16cid:durableId="1366755306">
    <w:abstractNumId w:val="7"/>
  </w:num>
  <w:num w:numId="6" w16cid:durableId="1019891580">
    <w:abstractNumId w:val="3"/>
  </w:num>
  <w:num w:numId="7" w16cid:durableId="1808862591">
    <w:abstractNumId w:val="2"/>
  </w:num>
  <w:num w:numId="8" w16cid:durableId="514728568">
    <w:abstractNumId w:val="1"/>
  </w:num>
  <w:num w:numId="9" w16cid:durableId="809900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042"/>
    <w:rsid w:val="000F2049"/>
    <w:rsid w:val="0015074B"/>
    <w:rsid w:val="00165DE8"/>
    <w:rsid w:val="001D4D80"/>
    <w:rsid w:val="0029639D"/>
    <w:rsid w:val="002B0F85"/>
    <w:rsid w:val="002D61E3"/>
    <w:rsid w:val="00326F90"/>
    <w:rsid w:val="004076DC"/>
    <w:rsid w:val="005E163F"/>
    <w:rsid w:val="009F6054"/>
    <w:rsid w:val="00AA1D8D"/>
    <w:rsid w:val="00AC32C1"/>
    <w:rsid w:val="00B47730"/>
    <w:rsid w:val="00CB0664"/>
    <w:rsid w:val="00E07760"/>
    <w:rsid w:val="00F67F45"/>
    <w:rsid w:val="00FC693F"/>
    <w:rsid w:val="1DB985F9"/>
    <w:rsid w:val="380BFF16"/>
    <w:rsid w:val="702E8A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9565AB4-EECA-43EB-B507-D24051783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openxmlformats.org/officeDocument/2006/relationships/customXml" Target="../customXml/item5.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Basisdocument" ma:contentTypeID="0x0101003461259877754A49BA8A2CE1EB782078030017519B1F63D6E64EB499C171CA9E874E" ma:contentTypeVersion="17" ma:contentTypeDescription="Dit basisdocument is zichtbaar voor de medewerkers en is de standaard document type als er bijvoorbeeld een document wordt geupload" ma:contentTypeScope="" ma:versionID="fc8b5890f13a2fd3302662abdda2d42b">
  <xsd:schema xmlns:xsd="http://www.w3.org/2001/XMLSchema" xmlns:xs="http://www.w3.org/2001/XMLSchema" xmlns:p="http://schemas.microsoft.com/office/2006/metadata/properties" xmlns:ns2="21a9d099-3f14-4ec9-829a-ec3a01672c2b" xmlns:ns3="b27a60b8-0f91-45e7-94a6-6d968b8d2558" xmlns:ns4="e90e4ba9-717f-4155-a15f-1b0a2485f1fa" targetNamespace="http://schemas.microsoft.com/office/2006/metadata/properties" ma:root="true" ma:fieldsID="39e2a89b53a62bddd091d45b708c12a6" ns2:_="" ns3:_="" ns4:_="">
    <xsd:import namespace="21a9d099-3f14-4ec9-829a-ec3a01672c2b"/>
    <xsd:import namespace="b27a60b8-0f91-45e7-94a6-6d968b8d2558"/>
    <xsd:import namespace="e90e4ba9-717f-4155-a15f-1b0a2485f1fa"/>
    <xsd:element name="properties">
      <xsd:complexType>
        <xsd:sequence>
          <xsd:element name="documentManagement">
            <xsd:complexType>
              <xsd:all>
                <xsd:element ref="ns2:la8120c8e5bf46478dac37004bc3c5bf" minOccurs="0"/>
                <xsd:element ref="ns2:TaxCatchAll" minOccurs="0"/>
                <xsd:element ref="ns2:TaxCatchAllLabel" minOccurs="0"/>
                <xsd:element ref="ns2:i8f876a044c240b99b432cba972c21e6"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ServiceLocation" minOccurs="0"/>
                <xsd:element ref="ns4:MediaLengthInSeconds" minOccurs="0"/>
                <xsd:element ref="ns3:SharedWithUsers" minOccurs="0"/>
                <xsd:element ref="ns3:SharedWithDetail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9d099-3f14-4ec9-829a-ec3a01672c2b" elementFormDefault="qualified">
    <xsd:import namespace="http://schemas.microsoft.com/office/2006/documentManagement/types"/>
    <xsd:import namespace="http://schemas.microsoft.com/office/infopath/2007/PartnerControls"/>
    <xsd:element name="la8120c8e5bf46478dac37004bc3c5bf" ma:index="8" nillable="true" ma:taxonomy="true" ma:internalName="la8120c8e5bf46478dac37004bc3c5bf" ma:taxonomyFieldName="Type_x0020_document" ma:displayName="Type document" ma:default="" ma:fieldId="{5a8120c8-e5bf-4647-8dac-37004bc3c5bf}" ma:sspId="90b3b958-0269-4981-9737-c1909e1e525a" ma:termSetId="bb6eebd2-10e4-4125-9313-6242dc5c896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ad79f59-d983-4ebf-8ecd-0e5de96796f3}" ma:internalName="TaxCatchAll" ma:showField="CatchAllData"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ad79f59-d983-4ebf-8ecd-0e5de96796f3}" ma:internalName="TaxCatchAllLabel" ma:readOnly="true" ma:showField="CatchAllDataLabel"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i8f876a044c240b99b432cba972c21e6" ma:index="12" nillable="true" ma:taxonomy="true" ma:internalName="i8f876a044c240b99b432cba972c21e6" ma:taxonomyFieldName="Afdeling_x0020_gemeente" ma:displayName="Afdeling of team" ma:indexed="true" ma:default="" ma:fieldId="{28f876a0-44c2-40b9-9b43-2cba972c21e6}" ma:sspId="90b3b958-0269-4981-9737-c1909e1e525a" ma:termSetId="170a3564-43c3-4f71-9b5a-a8425ac9739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7a60b8-0f91-45e7-94a6-6d968b8d2558"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haredWithUsers" ma:index="2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0e4ba9-717f-4155-a15f-1b0a2485f1fa"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0b3b958-0269-4981-9737-c1909e1e525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dexed="true"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21a9d099-3f14-4ec9-829a-ec3a01672c2b" xsi:nil="true"/>
    <i8f876a044c240b99b432cba972c21e6 xmlns="21a9d099-3f14-4ec9-829a-ec3a01672c2b">
      <Terms xmlns="http://schemas.microsoft.com/office/infopath/2007/PartnerControls"/>
    </i8f876a044c240b99b432cba972c21e6>
    <lcf76f155ced4ddcb4097134ff3c332f xmlns="e90e4ba9-717f-4155-a15f-1b0a2485f1fa">
      <Terms xmlns="http://schemas.microsoft.com/office/infopath/2007/PartnerControls"/>
    </lcf76f155ced4ddcb4097134ff3c332f>
    <la8120c8e5bf46478dac37004bc3c5bf xmlns="21a9d099-3f14-4ec9-829a-ec3a01672c2b">
      <Terms xmlns="http://schemas.microsoft.com/office/infopath/2007/PartnerControls"/>
    </la8120c8e5bf46478dac37004bc3c5bf>
    <_dlc_DocId xmlns="b27a60b8-0f91-45e7-94a6-6d968b8d2558">F4R4SHKKDZ5C-1075551559-141612</_dlc_DocId>
    <_dlc_DocIdUrl xmlns="b27a60b8-0f91-45e7-94a6-6d968b8d2558">
      <Url>https://amstelveen.sharepoint.com/sites/IenA/_layouts/15/DocIdRedir.aspx?ID=F4R4SHKKDZ5C-1075551559-141612</Url>
      <Description>F4R4SHKKDZ5C-1075551559-141612</Description>
    </_dlc_DocIdUrl>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64BD8F9-4535-4D80-9451-F0EF4BC578F8}"/>
</file>

<file path=customXml/itemProps3.xml><?xml version="1.0" encoding="utf-8"?>
<ds:datastoreItem xmlns:ds="http://schemas.openxmlformats.org/officeDocument/2006/customXml" ds:itemID="{7ABA1982-D1DE-47CB-99EC-981DC94ACF49}"/>
</file>

<file path=customXml/itemProps4.xml><?xml version="1.0" encoding="utf-8"?>
<ds:datastoreItem xmlns:ds="http://schemas.openxmlformats.org/officeDocument/2006/customXml" ds:itemID="{FABC1447-5A81-44C6-96C6-134A5B0B9D66}"/>
</file>

<file path=customXml/itemProps5.xml><?xml version="1.0" encoding="utf-8"?>
<ds:datastoreItem xmlns:ds="http://schemas.openxmlformats.org/officeDocument/2006/customXml" ds:itemID="{75B6BBB5-8A89-4BDF-AEA0-83BD461706E5}"/>
</file>

<file path=docProps/app.xml><?xml version="1.0" encoding="utf-8"?>
<Properties xmlns="http://schemas.openxmlformats.org/officeDocument/2006/extended-properties" xmlns:vt="http://schemas.openxmlformats.org/officeDocument/2006/docPropsVTypes">
  <Template>Normal</Template>
  <TotalTime>9</TotalTime>
  <Pages>1</Pages>
  <Words>237</Words>
  <Characters>1306</Characters>
  <Application>Microsoft Office Word</Application>
  <DocSecurity>0</DocSecurity>
  <Lines>10</Lines>
  <Paragraphs>3</Paragraphs>
  <ScaleCrop>false</ScaleCrop>
  <Manager/>
  <Company/>
  <LinksUpToDate>false</LinksUpToDate>
  <CharactersWithSpaces>1540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Zengin, Dogan</dc:creator>
  <cp:keywords/>
  <dc:description>generated by python-docx</dc:description>
  <cp:lastModifiedBy>Zengin, Dogan</cp:lastModifiedBy>
  <cp:revision>13</cp:revision>
  <dcterms:created xsi:type="dcterms:W3CDTF">2026-09-07T11:01:00Z</dcterms:created>
  <dcterms:modified xsi:type="dcterms:W3CDTF">2026-09-07T13:59:00Z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0x0101003461259877754A49BA8A2CE1EB782078030017519B1F63D6E64EB499C171CA9E874E</vt:lpwstr>
  </property>
  <property fmtid="{D5CDD505-2E9C-101B-9397-08002B2CF9AE}" pid="3" name="_dlc_DocIdItemGuid">
    <vt:lpwstr>0a65cd91-9bb5-4149-a8ef-acc193115d02</vt:lpwstr>
  </property>
</Properties>
</file>