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2F66E1AD" w14:paraId="7F8B6B3A" wp14:textId="40A94F58">
      <w:pPr>
        <w:jc w:val="center"/>
        <w:rPr>
          <w:b w:val="1"/>
          <w:bCs w:val="1"/>
        </w:rPr>
      </w:pPr>
      <w:r w:rsidRPr="2F66E1AD" w:rsidR="71ECC393">
        <w:rPr>
          <w:b w:val="1"/>
          <w:bCs w:val="1"/>
        </w:rPr>
        <w:t>STANDAARD</w:t>
      </w:r>
      <w:r w:rsidRPr="2F66E1AD" w:rsidR="2F66E1AD">
        <w:rPr>
          <w:b w:val="1"/>
          <w:bCs w:val="1"/>
        </w:rPr>
        <w:t>FORMULIER</w:t>
      </w:r>
      <w:r w:rsidRPr="2F66E1AD" w:rsidR="2250C174">
        <w:rPr>
          <w:b w:val="1"/>
          <w:bCs w:val="1"/>
        </w:rPr>
        <w:t xml:space="preserve"> 3</w:t>
      </w:r>
    </w:p>
    <w:p xmlns:wp14="http://schemas.microsoft.com/office/word/2010/wordml" w14:paraId="41B3A99C" wp14:textId="77777777">
      <w:pPr>
        <w:pStyle w:val="Heading1"/>
      </w:pPr>
      <w:r>
        <w:t>Selectiecriterium 2 - Beschikbare capaciteit voor uitvoering</w:t>
      </w:r>
    </w:p>
    <w:p xmlns:wp14="http://schemas.microsoft.com/office/word/2010/wordml" w14:paraId="2C5B97C0" wp14:textId="77777777">
      <w:r>
        <w:t>Naam gegadigde: __________________________________________</w:t>
      </w:r>
    </w:p>
    <w:p xmlns:wp14="http://schemas.microsoft.com/office/word/2010/wordml" w14:paraId="131281BF" wp14:textId="77777777">
      <w:r w:rsidR="2F66E1AD">
        <w:rPr/>
        <w:t>Contactpersoon: __________________________________________</w:t>
      </w:r>
    </w:p>
    <w:p w:rsidR="61BB414B" w:rsidP="2F66E1AD" w:rsidRDefault="61BB414B" w14:paraId="3F8B19AD" w14:textId="3F622C3D">
      <w:pPr>
        <w:spacing w:before="0" w:beforeAutospacing="off" w:after="0" w:afterAutospacing="off"/>
      </w:pPr>
      <w:r w:rsidRPr="2F66E1AD" w:rsidR="61BB414B">
        <w:rPr>
          <w:rFonts w:ascii="Verdana" w:hAnsi="Verdana" w:eastAsia="Verdana" w:cs="Verdana"/>
          <w:noProof w:val="0"/>
          <w:sz w:val="18"/>
          <w:szCs w:val="18"/>
          <w:lang w:val="en-US"/>
        </w:rPr>
        <w:t>Beoordeeld wordt de aantoonbaar beschikbare inspectiecapaciteit die gedurende de contractperiode beschikbaar is voor de uitvoering van de opdracht.</w:t>
      </w:r>
    </w:p>
    <w:p w:rsidR="61BB414B" w:rsidP="2F66E1AD" w:rsidRDefault="61BB414B" w14:paraId="12D78425" w14:textId="796B972F">
      <w:pPr>
        <w:spacing w:before="0" w:beforeAutospacing="off" w:after="0" w:afterAutospacing="off" w:line="257" w:lineRule="auto"/>
        <w:ind w:left="720" w:right="0"/>
      </w:pPr>
      <w:r w:rsidRPr="2F66E1AD" w:rsidR="61BB414B">
        <w:rPr>
          <w:rFonts w:ascii="Verdana" w:hAnsi="Verdana" w:eastAsia="Verdana" w:cs="Verdana"/>
          <w:noProof w:val="0"/>
          <w:sz w:val="18"/>
          <w:szCs w:val="18"/>
          <w:lang w:val="en-US"/>
        </w:rPr>
        <w:t xml:space="preserve"> </w:t>
      </w:r>
    </w:p>
    <w:p w:rsidR="61BB414B" w:rsidP="2F66E1AD" w:rsidRDefault="61BB414B" w14:paraId="605A9CC5" w14:textId="68A2A548">
      <w:pPr>
        <w:spacing w:before="0" w:beforeAutospacing="off" w:after="0" w:afterAutospacing="off"/>
      </w:pPr>
      <w:r w:rsidRPr="2F66E1AD" w:rsidR="61BB414B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n-US"/>
        </w:rPr>
        <w:t xml:space="preserve"> </w:t>
      </w:r>
    </w:p>
    <w:p w:rsidR="61BB414B" w:rsidP="2F66E1AD" w:rsidRDefault="61BB414B" w14:paraId="733C7185" w14:textId="4E0CDA7A">
      <w:pPr>
        <w:spacing w:before="0" w:beforeAutospacing="off" w:after="0" w:afterAutospacing="off"/>
      </w:pPr>
      <w:r w:rsidRPr="2F66E1AD" w:rsidR="61BB414B">
        <w:rPr>
          <w:rFonts w:ascii="Verdana" w:hAnsi="Verdana" w:eastAsia="Verdana" w:cs="Verdana"/>
          <w:b w:val="1"/>
          <w:bCs w:val="1"/>
          <w:noProof w:val="0"/>
          <w:sz w:val="18"/>
          <w:szCs w:val="18"/>
          <w:lang w:val="en-US"/>
        </w:rPr>
        <w:t>Puntentoekenning:</w:t>
      </w:r>
    </w:p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4950"/>
        <w:gridCol w:w="1530"/>
      </w:tblGrid>
      <w:tr w:rsidR="2F66E1AD" w:rsidTr="2F66E1AD" w14:paraId="50D159AB">
        <w:trPr>
          <w:trHeight w:val="300"/>
        </w:trPr>
        <w:tc>
          <w:tcPr>
            <w:tcW w:w="49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2F3A089C" w14:textId="6A8B30CF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Beschikbare capaciteit voor deze opdracht</w:t>
            </w:r>
          </w:p>
        </w:tc>
        <w:tc>
          <w:tcPr>
            <w:tcW w:w="153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108766BF" w14:textId="7E10BBCE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Punten</w:t>
            </w:r>
          </w:p>
        </w:tc>
      </w:tr>
      <w:tr w:rsidR="2F66E1AD" w:rsidTr="2F66E1AD" w14:paraId="287BA6FD">
        <w:trPr>
          <w:trHeight w:val="300"/>
        </w:trPr>
        <w:tc>
          <w:tcPr>
            <w:tcW w:w="49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37ED3920" w14:textId="7D66A695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capaciteit voor &lt; 100 objecten in 3 jaar</w:t>
            </w:r>
          </w:p>
        </w:tc>
        <w:tc>
          <w:tcPr>
            <w:tcW w:w="153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133A1CA9" w14:textId="7A15E343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</w:tr>
      <w:tr w:rsidR="2F66E1AD" w:rsidTr="2F66E1AD" w14:paraId="093A9530">
        <w:trPr>
          <w:trHeight w:val="300"/>
        </w:trPr>
        <w:tc>
          <w:tcPr>
            <w:tcW w:w="49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003EA9DD" w14:textId="4C0262FC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capaciteit voor 100-120 objecten in 3 jaar</w:t>
            </w:r>
          </w:p>
        </w:tc>
        <w:tc>
          <w:tcPr>
            <w:tcW w:w="153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7AC43A47" w14:textId="21E50359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10</w:t>
            </w:r>
          </w:p>
        </w:tc>
      </w:tr>
      <w:tr w:rsidR="2F66E1AD" w:rsidTr="2F66E1AD" w14:paraId="1235C7B7">
        <w:trPr>
          <w:trHeight w:val="300"/>
        </w:trPr>
        <w:tc>
          <w:tcPr>
            <w:tcW w:w="49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56F47778" w14:textId="43F648B9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capaciteit voor 121-140 objecten in 3 jaar</w:t>
            </w:r>
          </w:p>
        </w:tc>
        <w:tc>
          <w:tcPr>
            <w:tcW w:w="153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7FD53A3F" w14:textId="0FBC1B3B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</w:tr>
      <w:tr w:rsidR="2F66E1AD" w:rsidTr="2F66E1AD" w14:paraId="04B7C8BB">
        <w:trPr>
          <w:trHeight w:val="300"/>
        </w:trPr>
        <w:tc>
          <w:tcPr>
            <w:tcW w:w="495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35573F1F" w14:textId="117B805C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capaciteit voor 141-160 objecten in 3 jaar</w:t>
            </w:r>
          </w:p>
        </w:tc>
        <w:tc>
          <w:tcPr>
            <w:tcW w:w="1530" w:type="dxa"/>
            <w:tcBorders>
              <w:top w:val="single" w:color="E6E6E6" w:sz="8"/>
              <w:left w:val="single" w:color="E6E6E6" w:sz="8"/>
              <w:bottom w:val="single" w:color="E6E6E6" w:sz="8"/>
              <w:right w:val="single" w:color="E6E6E6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2F66E1AD" w:rsidP="2F66E1AD" w:rsidRDefault="2F66E1AD" w14:paraId="61378556" w14:textId="5CC116CF">
            <w:pPr>
              <w:spacing w:before="0" w:beforeAutospacing="off" w:after="0" w:afterAutospacing="off"/>
            </w:pPr>
            <w:r w:rsidRPr="2F66E1AD" w:rsidR="2F66E1AD">
              <w:rPr>
                <w:rFonts w:ascii="Verdana" w:hAnsi="Verdana" w:eastAsia="Verdana" w:cs="Verdana"/>
                <w:sz w:val="18"/>
                <w:szCs w:val="18"/>
              </w:rPr>
              <w:t>20</w:t>
            </w:r>
          </w:p>
        </w:tc>
      </w:tr>
    </w:tbl>
    <w:p w:rsidR="2F66E1AD" w:rsidRDefault="2F66E1AD" w14:paraId="21A483CC" w14:textId="2EB46A35"/>
    <w:tbl>
      <w:tblPr>
        <w:tblW w:w="9972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4A0" w:firstRow="1" w:lastRow="0" w:firstColumn="1" w:lastColumn="0" w:noHBand="0" w:noVBand="1"/>
      </w:tblPr>
      <w:tblGrid>
        <w:gridCol w:w="6075"/>
        <w:gridCol w:w="3897"/>
      </w:tblGrid>
      <w:tr xmlns:wp14="http://schemas.microsoft.com/office/word/2010/wordml" w:rsidTr="2F66E1AD" w14:paraId="3D0113F4" wp14:textId="77777777">
        <w:tc>
          <w:tcPr>
            <w:tcW w:w="6075" w:type="dxa"/>
            <w:tcMar/>
          </w:tcPr>
          <w:p w14:paraId="088AEBDE" wp14:textId="77777777">
            <w:r>
              <w:t>Aantal beschikbare NEN 2767-inspecteurs</w:t>
            </w:r>
          </w:p>
        </w:tc>
        <w:tc>
          <w:tcPr>
            <w:tcW w:w="3897" w:type="dxa"/>
            <w:tcMar/>
          </w:tcPr>
          <w:p w14:paraId="672A6659" wp14:textId="77777777">
            <w:r/>
          </w:p>
        </w:tc>
      </w:tr>
      <w:tr xmlns:wp14="http://schemas.microsoft.com/office/word/2010/wordml" w:rsidTr="2F66E1AD" w14:paraId="39D7318A" wp14:textId="77777777">
        <w:tc>
          <w:tcPr>
            <w:tcW w:w="6075" w:type="dxa"/>
            <w:tcMar/>
          </w:tcPr>
          <w:p w14:paraId="7A86089A" wp14:textId="77777777">
            <w:r>
              <w:t>Gemiddeld aantal objecten per inspecteur per jaar</w:t>
            </w:r>
          </w:p>
        </w:tc>
        <w:tc>
          <w:tcPr>
            <w:tcW w:w="3897" w:type="dxa"/>
            <w:tcMar/>
          </w:tcPr>
          <w:p w14:paraId="0A37501D" wp14:textId="77777777">
            <w:r/>
          </w:p>
        </w:tc>
      </w:tr>
      <w:tr xmlns:wp14="http://schemas.microsoft.com/office/word/2010/wordml" w:rsidTr="2F66E1AD" w14:paraId="01F03C82" wp14:textId="77777777">
        <w:tc>
          <w:tcPr>
            <w:tcW w:w="6075" w:type="dxa"/>
            <w:tcMar/>
          </w:tcPr>
          <w:p w14:paraId="53910528" wp14:textId="77777777">
            <w:r>
              <w:t>Totale capaciteit in 3 jaar (objecten)</w:t>
            </w:r>
          </w:p>
        </w:tc>
        <w:tc>
          <w:tcPr>
            <w:tcW w:w="3897" w:type="dxa"/>
            <w:tcMar/>
          </w:tcPr>
          <w:p w14:paraId="5DAB6C7B" wp14:textId="77777777">
            <w:r/>
          </w:p>
        </w:tc>
      </w:tr>
      <w:tr xmlns:wp14="http://schemas.microsoft.com/office/word/2010/wordml" w:rsidTr="2F66E1AD" w14:paraId="0C1345F0" wp14:textId="77777777">
        <w:trPr>
          <w:trHeight w:val="1770"/>
        </w:trPr>
        <w:tc>
          <w:tcPr>
            <w:tcW w:w="6075" w:type="dxa"/>
            <w:tcMar/>
          </w:tcPr>
          <w:p w14:paraId="1663E45C" wp14:textId="77777777">
            <w:r>
              <w:t>Opgegeven scorecategorie</w:t>
            </w:r>
          </w:p>
        </w:tc>
        <w:tc>
          <w:tcPr>
            <w:tcW w:w="3897" w:type="dxa"/>
            <w:tcMar/>
          </w:tcPr>
          <w:p w:rsidR="3B6F3842" w:rsidP="2F66E1AD" w:rsidRDefault="3B6F3842" w14:paraId="76FB3A64" w14:textId="66B54DEF">
            <w:pPr>
              <w:spacing w:line="240" w:lineRule="auto"/>
            </w:pPr>
            <w:r w:rsidR="3B6F3842">
              <w:rPr/>
              <w:t xml:space="preserve">Kruis </w:t>
            </w:r>
            <w:r w:rsidR="3B6F3842">
              <w:rPr/>
              <w:t>aan</w:t>
            </w:r>
            <w:r w:rsidR="3B6F3842">
              <w:rPr/>
              <w:t xml:space="preserve"> wat van </w:t>
            </w:r>
            <w:r w:rsidR="3B6F3842">
              <w:rPr/>
              <w:t>toepassing</w:t>
            </w:r>
            <w:r w:rsidR="3B6F3842">
              <w:rPr/>
              <w:t xml:space="preserve"> is:</w:t>
            </w:r>
          </w:p>
          <w:p w:rsidP="2F66E1AD" w14:paraId="69B3B443" wp14:textId="3B26784A">
            <w:pPr>
              <w:spacing w:line="240" w:lineRule="auto"/>
            </w:pPr>
            <w:r w:rsidR="2F66E1AD">
              <w:rPr/>
              <w:t xml:space="preserve">☐ &lt;100  </w:t>
            </w:r>
          </w:p>
          <w:p w:rsidP="2F66E1AD" w14:paraId="5D02F7BB" wp14:textId="45078D98">
            <w:pPr>
              <w:spacing w:line="240" w:lineRule="auto"/>
            </w:pPr>
            <w:r w:rsidR="2F66E1AD">
              <w:rPr/>
              <w:t xml:space="preserve">☐ 100-120  </w:t>
            </w:r>
          </w:p>
          <w:p w:rsidP="2F66E1AD" w14:paraId="2146D6EB" wp14:textId="407975C8">
            <w:pPr>
              <w:spacing w:line="240" w:lineRule="auto"/>
            </w:pPr>
            <w:r w:rsidR="2F66E1AD">
              <w:rPr/>
              <w:t xml:space="preserve">☐ 121-140  </w:t>
            </w:r>
          </w:p>
          <w:p w:rsidP="2F66E1AD" w14:paraId="2930B231" wp14:textId="5E4BCDBF">
            <w:pPr>
              <w:spacing w:line="240" w:lineRule="auto"/>
            </w:pPr>
            <w:r w:rsidR="2F66E1AD">
              <w:rPr/>
              <w:t>☐ 141-160</w:t>
            </w:r>
          </w:p>
        </w:tc>
      </w:tr>
    </w:tbl>
    <w:p w:rsidR="2F66E1AD" w:rsidP="2F66E1AD" w:rsidRDefault="2F66E1AD" w14:paraId="7E2AD863" w14:textId="68D45CCA">
      <w:pPr>
        <w:pStyle w:val="Normal"/>
      </w:pPr>
    </w:p>
    <w:p xmlns:wp14="http://schemas.microsoft.com/office/word/2010/wordml" w14:paraId="122FA6B8" wp14:textId="77777777">
      <w:pPr>
        <w:pStyle w:val="Heading2"/>
      </w:pPr>
      <w:r>
        <w:t>Onderbouwing capaciteit</w:t>
      </w:r>
    </w:p>
    <w:tbl>
      <w:tblPr>
        <w:tblW w:w="997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4A0" w:firstRow="1" w:lastRow="0" w:firstColumn="1" w:lastColumn="0" w:noHBand="0" w:noVBand="1"/>
      </w:tblPr>
      <w:tblGrid>
        <w:gridCol w:w="1994"/>
        <w:gridCol w:w="2340"/>
        <w:gridCol w:w="1785"/>
        <w:gridCol w:w="1857"/>
        <w:gridCol w:w="1994"/>
      </w:tblGrid>
      <w:tr xmlns:wp14="http://schemas.microsoft.com/office/word/2010/wordml" w:rsidTr="2F66E1AD" w14:paraId="7E751B28" wp14:textId="77777777">
        <w:tc>
          <w:tcPr>
            <w:tcW w:w="1994" w:type="dxa"/>
            <w:tcMar/>
          </w:tcPr>
          <w:p w:rsidP="2F66E1AD" w14:paraId="37462787" wp14:textId="77777777">
            <w:pPr>
              <w:spacing w:after="0" w:afterAutospacing="off" w:line="240" w:lineRule="auto"/>
              <w:rPr>
                <w:b w:val="1"/>
                <w:bCs w:val="1"/>
              </w:rPr>
            </w:pPr>
            <w:r w:rsidRPr="2F66E1AD" w:rsidR="2F66E1AD">
              <w:rPr>
                <w:b w:val="1"/>
                <w:bCs w:val="1"/>
              </w:rPr>
              <w:t>Naam inspecteur</w:t>
            </w:r>
          </w:p>
        </w:tc>
        <w:tc>
          <w:tcPr>
            <w:tcW w:w="2340" w:type="dxa"/>
            <w:tcMar/>
          </w:tcPr>
          <w:p w:rsidP="2F66E1AD" w14:paraId="3BFBFD00" wp14:textId="257534F9">
            <w:pPr>
              <w:spacing w:after="0" w:afterAutospacing="off" w:line="240" w:lineRule="auto"/>
              <w:rPr>
                <w:b w:val="1"/>
                <w:bCs w:val="1"/>
              </w:rPr>
            </w:pPr>
            <w:r w:rsidRPr="2F66E1AD" w:rsidR="2F66E1AD">
              <w:rPr>
                <w:b w:val="1"/>
                <w:bCs w:val="1"/>
              </w:rPr>
              <w:t>Sertum</w:t>
            </w:r>
            <w:r w:rsidRPr="2F66E1AD" w:rsidR="4B3F7D64">
              <w:rPr>
                <w:b w:val="1"/>
                <w:bCs w:val="1"/>
              </w:rPr>
              <w:t>-registratienummer?</w:t>
            </w:r>
          </w:p>
        </w:tc>
        <w:tc>
          <w:tcPr>
            <w:tcW w:w="1785" w:type="dxa"/>
            <w:tcMar/>
          </w:tcPr>
          <w:p w:rsidP="2F66E1AD" w14:paraId="559979E0" wp14:textId="77777777">
            <w:pPr>
              <w:spacing w:after="0" w:afterAutospacing="off" w:line="240" w:lineRule="auto"/>
              <w:rPr>
                <w:b w:val="1"/>
                <w:bCs w:val="1"/>
              </w:rPr>
            </w:pPr>
            <w:r w:rsidRPr="2F66E1AD" w:rsidR="2F66E1AD">
              <w:rPr>
                <w:b w:val="1"/>
                <w:bCs w:val="1"/>
              </w:rPr>
              <w:t>Beschikbare uren/jaar</w:t>
            </w:r>
          </w:p>
        </w:tc>
        <w:tc>
          <w:tcPr>
            <w:tcW w:w="1857" w:type="dxa"/>
            <w:tcMar/>
          </w:tcPr>
          <w:p w:rsidP="2F66E1AD" w14:paraId="74F8FF2A" wp14:textId="77777777">
            <w:pPr>
              <w:spacing w:after="0" w:afterAutospacing="off" w:line="240" w:lineRule="auto"/>
              <w:rPr>
                <w:b w:val="1"/>
                <w:bCs w:val="1"/>
              </w:rPr>
            </w:pPr>
            <w:r w:rsidRPr="2F66E1AD" w:rsidR="2F66E1AD">
              <w:rPr>
                <w:b w:val="1"/>
                <w:bCs w:val="1"/>
              </w:rPr>
              <w:t>Objecten/jaar</w:t>
            </w:r>
          </w:p>
        </w:tc>
        <w:tc>
          <w:tcPr>
            <w:tcW w:w="1994" w:type="dxa"/>
            <w:tcMar/>
          </w:tcPr>
          <w:p w:rsidP="2F66E1AD" w14:paraId="7EBE206B" wp14:textId="77777777">
            <w:pPr>
              <w:spacing w:after="0" w:afterAutospacing="off" w:line="240" w:lineRule="auto"/>
              <w:rPr>
                <w:b w:val="1"/>
                <w:bCs w:val="1"/>
              </w:rPr>
            </w:pPr>
            <w:r w:rsidRPr="2F66E1AD" w:rsidR="2F66E1AD">
              <w:rPr>
                <w:b w:val="1"/>
                <w:bCs w:val="1"/>
              </w:rPr>
              <w:t>Opmerkingen</w:t>
            </w:r>
          </w:p>
        </w:tc>
      </w:tr>
      <w:tr xmlns:wp14="http://schemas.microsoft.com/office/word/2010/wordml" w:rsidTr="2F66E1AD" w14:paraId="02EB378F" wp14:textId="77777777">
        <w:tc>
          <w:tcPr>
            <w:tcW w:w="1994" w:type="dxa"/>
            <w:tcMar/>
          </w:tcPr>
          <w:p w:rsidP="2F66E1AD" w14:paraId="6A05A809" wp14:textId="77777777">
            <w:pPr>
              <w:spacing w:after="0" w:afterAutospacing="off" w:line="240" w:lineRule="auto"/>
            </w:pPr>
          </w:p>
        </w:tc>
        <w:tc>
          <w:tcPr>
            <w:tcW w:w="2340" w:type="dxa"/>
            <w:tcMar/>
          </w:tcPr>
          <w:p w:rsidP="2F66E1AD" w14:paraId="5A39BBE3" wp14:textId="37B5AD5B">
            <w:pPr>
              <w:spacing w:after="0" w:afterAutospacing="off" w:line="240" w:lineRule="auto"/>
            </w:pPr>
            <w:r w:rsidR="79DB4008">
              <w:rPr/>
              <w:t>ja/nee</w:t>
            </w:r>
          </w:p>
        </w:tc>
        <w:tc>
          <w:tcPr>
            <w:tcW w:w="1785" w:type="dxa"/>
            <w:tcMar/>
          </w:tcPr>
          <w:p w:rsidP="2F66E1AD" w14:paraId="41C8F396" wp14:textId="77777777">
            <w:pPr>
              <w:spacing w:after="0" w:afterAutospacing="off" w:line="240" w:lineRule="auto"/>
            </w:pPr>
          </w:p>
        </w:tc>
        <w:tc>
          <w:tcPr>
            <w:tcW w:w="1857" w:type="dxa"/>
            <w:tcMar/>
          </w:tcPr>
          <w:p w:rsidP="2F66E1AD" w14:paraId="72A3D3EC" wp14:textId="77777777">
            <w:pPr>
              <w:spacing w:after="0" w:afterAutospacing="off" w:line="240" w:lineRule="auto"/>
            </w:pPr>
          </w:p>
        </w:tc>
        <w:tc>
          <w:tcPr>
            <w:tcW w:w="1994" w:type="dxa"/>
            <w:tcMar/>
          </w:tcPr>
          <w:p w:rsidP="2F66E1AD" w14:paraId="0D0B940D" wp14:textId="77777777">
            <w:pPr>
              <w:spacing w:after="0" w:afterAutospacing="off" w:line="240" w:lineRule="auto"/>
            </w:pPr>
          </w:p>
        </w:tc>
      </w:tr>
      <w:tr xmlns:wp14="http://schemas.microsoft.com/office/word/2010/wordml" w:rsidTr="2F66E1AD" w14:paraId="0E27B00A" wp14:textId="77777777">
        <w:tc>
          <w:tcPr>
            <w:tcW w:w="1994" w:type="dxa"/>
            <w:tcMar/>
          </w:tcPr>
          <w:p w:rsidP="2F66E1AD" w14:paraId="60061E4C" wp14:textId="77777777">
            <w:pPr>
              <w:spacing w:after="0" w:afterAutospacing="off" w:line="240" w:lineRule="auto"/>
            </w:pPr>
          </w:p>
        </w:tc>
        <w:tc>
          <w:tcPr>
            <w:tcW w:w="2340" w:type="dxa"/>
            <w:tcMar/>
          </w:tcPr>
          <w:p w:rsidP="2F66E1AD" w14:paraId="44EAFD9C" wp14:textId="77777777">
            <w:pPr>
              <w:spacing w:after="0" w:afterAutospacing="off" w:line="240" w:lineRule="auto"/>
            </w:pPr>
          </w:p>
        </w:tc>
        <w:tc>
          <w:tcPr>
            <w:tcW w:w="1785" w:type="dxa"/>
            <w:tcMar/>
          </w:tcPr>
          <w:p w:rsidP="2F66E1AD" w14:paraId="4B94D5A5" wp14:textId="77777777">
            <w:pPr>
              <w:spacing w:after="0" w:afterAutospacing="off" w:line="240" w:lineRule="auto"/>
            </w:pPr>
          </w:p>
        </w:tc>
        <w:tc>
          <w:tcPr>
            <w:tcW w:w="1857" w:type="dxa"/>
            <w:tcMar/>
          </w:tcPr>
          <w:p w:rsidP="2F66E1AD" w14:paraId="3DEEC669" wp14:textId="77777777">
            <w:pPr>
              <w:spacing w:after="0" w:afterAutospacing="off" w:line="240" w:lineRule="auto"/>
            </w:pPr>
          </w:p>
        </w:tc>
        <w:tc>
          <w:tcPr>
            <w:tcW w:w="1994" w:type="dxa"/>
            <w:tcMar/>
          </w:tcPr>
          <w:p w:rsidP="2F66E1AD" w14:paraId="3656B9AB" wp14:textId="77777777">
            <w:pPr>
              <w:spacing w:after="0" w:afterAutospacing="off" w:line="240" w:lineRule="auto"/>
            </w:pPr>
          </w:p>
        </w:tc>
      </w:tr>
      <w:tr xmlns:wp14="http://schemas.microsoft.com/office/word/2010/wordml" w:rsidTr="2F66E1AD" w14:paraId="45FB0818" wp14:textId="77777777">
        <w:tc>
          <w:tcPr>
            <w:tcW w:w="1994" w:type="dxa"/>
            <w:tcMar/>
          </w:tcPr>
          <w:p w:rsidP="2F66E1AD" w14:paraId="049F31CB" wp14:textId="77777777">
            <w:pPr>
              <w:spacing w:after="0" w:afterAutospacing="off" w:line="240" w:lineRule="auto"/>
            </w:pPr>
          </w:p>
        </w:tc>
        <w:tc>
          <w:tcPr>
            <w:tcW w:w="2340" w:type="dxa"/>
            <w:tcMar/>
          </w:tcPr>
          <w:p w:rsidP="2F66E1AD" w14:paraId="53128261" wp14:textId="77777777">
            <w:pPr>
              <w:spacing w:after="0" w:afterAutospacing="off" w:line="240" w:lineRule="auto"/>
            </w:pPr>
          </w:p>
        </w:tc>
        <w:tc>
          <w:tcPr>
            <w:tcW w:w="1785" w:type="dxa"/>
            <w:tcMar/>
          </w:tcPr>
          <w:p w:rsidP="2F66E1AD" w14:paraId="62486C05" wp14:textId="77777777">
            <w:pPr>
              <w:spacing w:after="0" w:afterAutospacing="off" w:line="240" w:lineRule="auto"/>
            </w:pPr>
          </w:p>
        </w:tc>
        <w:tc>
          <w:tcPr>
            <w:tcW w:w="1857" w:type="dxa"/>
            <w:tcMar/>
          </w:tcPr>
          <w:p w:rsidP="2F66E1AD" w14:paraId="4101652C" wp14:textId="77777777">
            <w:pPr>
              <w:spacing w:after="0" w:afterAutospacing="off" w:line="240" w:lineRule="auto"/>
            </w:pPr>
          </w:p>
        </w:tc>
        <w:tc>
          <w:tcPr>
            <w:tcW w:w="1994" w:type="dxa"/>
            <w:tcMar/>
          </w:tcPr>
          <w:p w:rsidP="2F66E1AD" w14:paraId="4B99056E" wp14:textId="77777777">
            <w:pPr>
              <w:spacing w:after="0" w:afterAutospacing="off" w:line="240" w:lineRule="auto"/>
            </w:pPr>
          </w:p>
        </w:tc>
      </w:tr>
      <w:tr xmlns:wp14="http://schemas.microsoft.com/office/word/2010/wordml" w:rsidTr="2F66E1AD" w14:paraId="1299C43A" wp14:textId="77777777">
        <w:tc>
          <w:tcPr>
            <w:tcW w:w="1994" w:type="dxa"/>
            <w:tcMar/>
          </w:tcPr>
          <w:p w:rsidP="2F66E1AD" w14:paraId="4DDBEF00" wp14:textId="77777777">
            <w:pPr>
              <w:spacing w:after="0" w:afterAutospacing="off" w:line="240" w:lineRule="auto"/>
            </w:pPr>
          </w:p>
        </w:tc>
        <w:tc>
          <w:tcPr>
            <w:tcW w:w="2340" w:type="dxa"/>
            <w:tcMar/>
          </w:tcPr>
          <w:p w:rsidP="2F66E1AD" w14:paraId="3461D779" wp14:textId="77777777">
            <w:pPr>
              <w:spacing w:after="0" w:afterAutospacing="off" w:line="240" w:lineRule="auto"/>
            </w:pPr>
          </w:p>
        </w:tc>
        <w:tc>
          <w:tcPr>
            <w:tcW w:w="1785" w:type="dxa"/>
            <w:tcMar/>
          </w:tcPr>
          <w:p w:rsidP="2F66E1AD" w14:paraId="3CF2D8B6" wp14:textId="77777777">
            <w:pPr>
              <w:spacing w:after="0" w:afterAutospacing="off" w:line="240" w:lineRule="auto"/>
            </w:pPr>
          </w:p>
        </w:tc>
        <w:tc>
          <w:tcPr>
            <w:tcW w:w="1857" w:type="dxa"/>
            <w:tcMar/>
          </w:tcPr>
          <w:p w:rsidP="2F66E1AD" w14:paraId="0FB78278" wp14:textId="77777777">
            <w:pPr>
              <w:spacing w:after="0" w:afterAutospacing="off" w:line="240" w:lineRule="auto"/>
            </w:pPr>
          </w:p>
        </w:tc>
        <w:tc>
          <w:tcPr>
            <w:tcW w:w="1994" w:type="dxa"/>
            <w:tcMar/>
          </w:tcPr>
          <w:p w:rsidP="2F66E1AD" w14:paraId="1FC39945" wp14:textId="77777777">
            <w:pPr>
              <w:spacing w:after="0" w:afterAutospacing="off" w:line="240" w:lineRule="auto"/>
            </w:pPr>
          </w:p>
        </w:tc>
      </w:tr>
      <w:tr xmlns:wp14="http://schemas.microsoft.com/office/word/2010/wordml" w:rsidTr="2F66E1AD" w14:paraId="0562CB0E" wp14:textId="77777777">
        <w:tc>
          <w:tcPr>
            <w:tcW w:w="1994" w:type="dxa"/>
            <w:tcMar/>
          </w:tcPr>
          <w:p w:rsidP="2F66E1AD" w14:paraId="34CE0A41" wp14:textId="77777777">
            <w:pPr>
              <w:spacing w:after="0" w:afterAutospacing="off" w:line="240" w:lineRule="auto"/>
            </w:pPr>
          </w:p>
        </w:tc>
        <w:tc>
          <w:tcPr>
            <w:tcW w:w="2340" w:type="dxa"/>
            <w:tcMar/>
          </w:tcPr>
          <w:p w:rsidP="2F66E1AD" w14:paraId="62EBF3C5" wp14:textId="77777777">
            <w:pPr>
              <w:spacing w:after="0" w:afterAutospacing="off" w:line="240" w:lineRule="auto"/>
            </w:pPr>
          </w:p>
        </w:tc>
        <w:tc>
          <w:tcPr>
            <w:tcW w:w="1785" w:type="dxa"/>
            <w:tcMar/>
          </w:tcPr>
          <w:p w:rsidP="2F66E1AD" w14:paraId="6D98A12B" wp14:textId="77777777">
            <w:pPr>
              <w:spacing w:after="0" w:afterAutospacing="off" w:line="240" w:lineRule="auto"/>
            </w:pPr>
          </w:p>
        </w:tc>
        <w:tc>
          <w:tcPr>
            <w:tcW w:w="1857" w:type="dxa"/>
            <w:tcMar/>
          </w:tcPr>
          <w:p w:rsidP="2F66E1AD" w14:paraId="2946DB82" wp14:textId="77777777">
            <w:pPr>
              <w:spacing w:after="0" w:afterAutospacing="off" w:line="240" w:lineRule="auto"/>
            </w:pPr>
          </w:p>
        </w:tc>
        <w:tc>
          <w:tcPr>
            <w:tcW w:w="1994" w:type="dxa"/>
            <w:tcMar/>
          </w:tcPr>
          <w:p w:rsidP="2F66E1AD" w14:paraId="5997CC1D" wp14:textId="77777777">
            <w:pPr>
              <w:spacing w:after="0" w:afterAutospacing="off" w:line="240" w:lineRule="auto"/>
            </w:pPr>
          </w:p>
        </w:tc>
      </w:tr>
    </w:tbl>
    <w:p xmlns:wp14="http://schemas.microsoft.com/office/word/2010/wordml" w14:paraId="7E433E05" wp14:textId="77777777">
      <w:pPr>
        <w:pStyle w:val="Heading2"/>
      </w:pPr>
      <w:r>
        <w:t>Verklaring inschrijver</w:t>
      </w:r>
    </w:p>
    <w:p xmlns:wp14="http://schemas.microsoft.com/office/word/2010/wordml" w14:paraId="04A49E28" wp14:textId="77777777">
      <w:r>
        <w:t>Ondergetekende verklaart dat bovenstaande capaciteit beschikbaar is gedurende de contractperiode.</w:t>
      </w:r>
    </w:p>
    <w:p xmlns:wp14="http://schemas.microsoft.com/office/word/2010/wordml" w14:paraId="63CA03F2" wp14:textId="28614AAF">
      <w:r>
        <w:br/>
      </w:r>
      <w:r w:rsidR="2F66E1AD">
        <w:rPr/>
        <w:t xml:space="preserve">Naam: __________________ </w:t>
      </w:r>
      <w:r w:rsidR="7ECB7509">
        <w:rPr/>
        <w:t xml:space="preserve">  </w:t>
      </w:r>
      <w:r>
        <w:tab/>
      </w:r>
      <w:r w:rsidR="2F66E1AD">
        <w:rPr/>
        <w:t>Functie</w:t>
      </w:r>
      <w:r w:rsidR="2F66E1AD">
        <w:rPr/>
        <w:t>: _________</w:t>
      </w:r>
      <w:r w:rsidR="1B5D53EF">
        <w:rPr/>
        <w:t>________</w:t>
      </w:r>
      <w:r w:rsidR="2F66E1AD">
        <w:rPr/>
        <w:t xml:space="preserve">_________ </w:t>
      </w:r>
    </w:p>
    <w:p xmlns:wp14="http://schemas.microsoft.com/office/word/2010/wordml" w14:paraId="317E9084" wp14:textId="3FC71626"/>
    <w:p xmlns:wp14="http://schemas.microsoft.com/office/word/2010/wordml" w14:paraId="086E3F8A" wp14:textId="619401FC">
      <w:r w:rsidR="2F66E1AD">
        <w:rPr/>
        <w:t>Datum: ____________</w:t>
      </w:r>
      <w:r w:rsidR="72145962">
        <w:rPr/>
        <w:t>_____</w:t>
      </w:r>
      <w:r w:rsidR="6C3368D1">
        <w:rPr/>
        <w:t xml:space="preserve"> </w:t>
      </w:r>
      <w:r>
        <w:tab/>
      </w:r>
      <w:r w:rsidR="2F66E1AD">
        <w:rPr/>
        <w:t>Handtekening: __________________</w:t>
      </w:r>
    </w:p>
    <w:p xmlns:wp14="http://schemas.microsoft.com/office/word/2010/wordml" w14:paraId="110FFD37" wp14:textId="77777777">
      <w:r>
        <w:br w:type="page"/>
      </w:r>
    </w:p>
    <w:p xmlns:wp14="http://schemas.microsoft.com/office/word/2010/wordml" w14:paraId="28527F72" wp14:textId="77777777">
      <w:pPr>
        <w:pStyle w:val="Heading1"/>
      </w:pPr>
      <w:r>
        <w:t>Verificatiegedeelte aanbestedende dienst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xmlns:wp14="http://schemas.microsoft.com/office/word/2010/wordml" w14:paraId="3CAD2488" wp14:textId="77777777">
        <w:tc>
          <w:tcPr>
            <w:tcW w:w="4986" w:type="dxa"/>
          </w:tcPr>
          <w:p w14:paraId="7B238696" wp14:textId="77777777">
            <w:r>
              <w:t>Vastgestelde capaciteit</w:t>
            </w:r>
          </w:p>
        </w:tc>
        <w:tc>
          <w:tcPr>
            <w:tcW w:w="4986" w:type="dxa"/>
          </w:tcPr>
          <w:p w14:paraId="6B699379" wp14:textId="77777777"/>
        </w:tc>
      </w:tr>
      <w:tr xmlns:wp14="http://schemas.microsoft.com/office/word/2010/wordml" w14:paraId="5CBB56EA" wp14:textId="77777777">
        <w:tc>
          <w:tcPr>
            <w:tcW w:w="4986" w:type="dxa"/>
          </w:tcPr>
          <w:p w14:paraId="11C16FE1" wp14:textId="77777777">
            <w:r>
              <w:t>Toegekende score</w:t>
            </w:r>
          </w:p>
        </w:tc>
        <w:tc>
          <w:tcPr>
            <w:tcW w:w="4986" w:type="dxa"/>
          </w:tcPr>
          <w:p w14:paraId="3FE9F23F" wp14:textId="77777777"/>
        </w:tc>
      </w:tr>
      <w:tr xmlns:wp14="http://schemas.microsoft.com/office/word/2010/wordml" w14:paraId="40245D8C" wp14:textId="77777777">
        <w:tc>
          <w:tcPr>
            <w:tcW w:w="4986" w:type="dxa"/>
          </w:tcPr>
          <w:p w14:paraId="09026F26" wp14:textId="77777777">
            <w:r>
              <w:t>Verificatie uitgevoerd door</w:t>
            </w:r>
          </w:p>
        </w:tc>
        <w:tc>
          <w:tcPr>
            <w:tcW w:w="4986" w:type="dxa"/>
          </w:tcPr>
          <w:p w14:paraId="1F72F646" wp14:textId="77777777"/>
        </w:tc>
      </w:tr>
      <w:tr xmlns:wp14="http://schemas.microsoft.com/office/word/2010/wordml" w14:paraId="4456C4F5" wp14:textId="77777777">
        <w:tc>
          <w:tcPr>
            <w:tcW w:w="4986" w:type="dxa"/>
          </w:tcPr>
          <w:p w14:paraId="43F832D0" wp14:textId="77777777">
            <w:r>
              <w:t>Datum verificatie</w:t>
            </w:r>
          </w:p>
        </w:tc>
        <w:tc>
          <w:tcPr>
            <w:tcW w:w="4986" w:type="dxa"/>
          </w:tcPr>
          <w:p w14:paraId="08CE6F91" wp14:textId="77777777"/>
        </w:tc>
      </w:tr>
      <w:tr xmlns:wp14="http://schemas.microsoft.com/office/word/2010/wordml" w14:paraId="30694F42" wp14:textId="77777777">
        <w:tc>
          <w:tcPr>
            <w:tcW w:w="4986" w:type="dxa"/>
          </w:tcPr>
          <w:p w14:paraId="093E0A5F" wp14:textId="77777777">
            <w:r>
              <w:t>Opmerkingen</w:t>
            </w:r>
          </w:p>
        </w:tc>
        <w:tc>
          <w:tcPr>
            <w:tcW w:w="4986" w:type="dxa"/>
          </w:tcPr>
          <w:p w14:paraId="61CDCEAD" wp14:textId="77777777"/>
        </w:tc>
      </w:tr>
    </w:tbl>
    <w:p xmlns:wp14="http://schemas.microsoft.com/office/word/2010/wordml" w14:paraId="009998CF" wp14:textId="77777777">
      <w:pPr>
        <w:pStyle w:val="Heading2"/>
      </w:pPr>
      <w:r>
        <w:t>Scorevak</w:t>
      </w:r>
    </w:p>
    <w:p xmlns:wp14="http://schemas.microsoft.com/office/word/2010/wordml" w14:paraId="7B253C06" wp14:textId="77777777">
      <w:r>
        <w:t>Definitieve score: __________ punten</w:t>
      </w:r>
    </w:p>
    <w:sectPr w:rsidRPr="0006063C" w:rsidR="00FC693F" w:rsidSect="00034616">
      <w:pgSz w:w="12240" w:h="15840" w:orient="portrait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DC62"/>
    <w:rsid w:val="0014DC62"/>
    <w:rsid w:val="0015074B"/>
    <w:rsid w:val="0029639D"/>
    <w:rsid w:val="00326F90"/>
    <w:rsid w:val="00AA1D8D"/>
    <w:rsid w:val="00B47730"/>
    <w:rsid w:val="00CB0664"/>
    <w:rsid w:val="00FC693F"/>
    <w:rsid w:val="07D5E633"/>
    <w:rsid w:val="16163F12"/>
    <w:rsid w:val="1B5D53EF"/>
    <w:rsid w:val="2250C174"/>
    <w:rsid w:val="2A680E9A"/>
    <w:rsid w:val="2E2D2C2E"/>
    <w:rsid w:val="2F66E1AD"/>
    <w:rsid w:val="35E00502"/>
    <w:rsid w:val="35E00502"/>
    <w:rsid w:val="361702D9"/>
    <w:rsid w:val="3B6F3842"/>
    <w:rsid w:val="3F09A98C"/>
    <w:rsid w:val="4B3F7D64"/>
    <w:rsid w:val="5BBBF90A"/>
    <w:rsid w:val="61BB414B"/>
    <w:rsid w:val="63018D83"/>
    <w:rsid w:val="643574AE"/>
    <w:rsid w:val="6C3368D1"/>
    <w:rsid w:val="6C3E677E"/>
    <w:rsid w:val="6F815B05"/>
    <w:rsid w:val="6F815B05"/>
    <w:rsid w:val="71ECC393"/>
    <w:rsid w:val="72145962"/>
    <w:rsid w:val="79789A2C"/>
    <w:rsid w:val="79DB4008"/>
    <w:rsid w:val="7ECB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86A13C54-E424-452C-BBD4-9A2A77A48B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7" ma:contentTypeDescription="Dit basisdocument is zichtbaar voor de medewerkers en is de standaard document type als er bijvoorbeeld een document wordt geupload" ma:contentTypeScope="" ma:versionID="fc8b5890f13a2fd3302662abdda2d42b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39e2a89b53a62bddd091d45b708c12a6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F4R4SHKKDZ5C-1075551559-141613</_dlc_DocId>
    <_dlc_DocIdUrl xmlns="b27a60b8-0f91-45e7-94a6-6d968b8d2558">
      <Url>https://amstelveen.sharepoint.com/sites/IenA/_layouts/15/DocIdRedir.aspx?ID=F4R4SHKKDZ5C-1075551559-141613</Url>
      <Description>F4R4SHKKDZ5C-1075551559-141613</Description>
    </_dlc_DocIdUrl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5D4B80-A21A-4735-976E-42E96975C068}"/>
</file>

<file path=customXml/itemProps3.xml><?xml version="1.0" encoding="utf-8"?>
<ds:datastoreItem xmlns:ds="http://schemas.openxmlformats.org/officeDocument/2006/customXml" ds:itemID="{1EBC115D-3188-490E-90EE-811D9B6272DB}"/>
</file>

<file path=customXml/itemProps4.xml><?xml version="1.0" encoding="utf-8"?>
<ds:datastoreItem xmlns:ds="http://schemas.openxmlformats.org/officeDocument/2006/customXml" ds:itemID="{61E75501-D84E-40DF-9A12-E4C08FFCF1EA}"/>
</file>

<file path=customXml/itemProps5.xml><?xml version="1.0" encoding="utf-8"?>
<ds:datastoreItem xmlns:ds="http://schemas.openxmlformats.org/officeDocument/2006/customXml" ds:itemID="{BB2B502C-48EB-41D7-8792-397301B6BB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Zengin, Dogan</dc:creator>
  <cp:keywords/>
  <dc:description>generated by python-docx</dc:description>
  <cp:lastModifiedBy>Zengin, Dogan</cp:lastModifiedBy>
  <cp:revision>2</cp:revision>
  <dcterms:created xsi:type="dcterms:W3CDTF">2026-09-07T11:01:20Z</dcterms:created>
  <dcterms:modified xsi:type="dcterms:W3CDTF">2026-09-07T12:28:13Z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a674a66c-2de9-41b0-9ca4-86e973050064</vt:lpwstr>
  </property>
</Properties>
</file>