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0FA2" w14:textId="77777777" w:rsidR="00590302" w:rsidRDefault="00465EED">
      <w:pPr>
        <w:jc w:val="center"/>
      </w:pPr>
      <w:r>
        <w:rPr>
          <w:b/>
          <w:color w:val="0F2049"/>
          <w:sz w:val="28"/>
        </w:rPr>
        <w:t>BIJLAGE H</w:t>
      </w:r>
    </w:p>
    <w:p w14:paraId="33DC70DA" w14:textId="77777777" w:rsidR="00590302" w:rsidRDefault="00465EED">
      <w:pPr>
        <w:jc w:val="center"/>
      </w:pPr>
      <w:r>
        <w:rPr>
          <w:b/>
          <w:color w:val="0F2049"/>
          <w:sz w:val="34"/>
        </w:rPr>
        <w:t>Formulier voorkeursvolgorde percelen</w:t>
      </w:r>
    </w:p>
    <w:p w14:paraId="2AE2321D" w14:textId="77777777" w:rsidR="00590302" w:rsidRDefault="00465EED">
      <w:pPr>
        <w:jc w:val="center"/>
      </w:pPr>
      <w:r>
        <w:rPr>
          <w:sz w:val="22"/>
        </w:rPr>
        <w:t>Aanbesteding 260101DW - Machinaal wijkonderhoud</w:t>
      </w:r>
    </w:p>
    <w:tbl>
      <w:tblPr>
        <w:tblW w:w="0" w:type="auto"/>
        <w:jc w:val="center"/>
        <w:tblLayout w:type="fixed"/>
        <w:tblLook w:val="04A0" w:firstRow="1" w:lastRow="0" w:firstColumn="1" w:lastColumn="0" w:noHBand="0" w:noVBand="1"/>
      </w:tblPr>
      <w:tblGrid>
        <w:gridCol w:w="4873"/>
        <w:gridCol w:w="4873"/>
      </w:tblGrid>
      <w:tr w:rsidR="00590302" w14:paraId="07D214DF"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42A950FC" w14:textId="77777777" w:rsidR="00590302" w:rsidRDefault="00465EED">
            <w:r>
              <w:rPr>
                <w:b/>
              </w:rPr>
              <w:t>Naam inschrijver</w:t>
            </w:r>
          </w:p>
        </w:tc>
        <w:tc>
          <w:tcPr>
            <w:tcW w:w="4873" w:type="dxa"/>
            <w:tcBorders>
              <w:top w:val="single" w:sz="4" w:space="0" w:color="B7C3D0"/>
              <w:left w:val="single" w:sz="4" w:space="0" w:color="B7C3D0"/>
              <w:bottom w:val="single" w:sz="4" w:space="0" w:color="B7C3D0"/>
              <w:right w:val="single" w:sz="4" w:space="0" w:color="B7C3D0"/>
            </w:tcBorders>
            <w:vAlign w:val="center"/>
          </w:tcPr>
          <w:p w14:paraId="7494B434" w14:textId="77777777" w:rsidR="00590302" w:rsidRDefault="00590302"/>
        </w:tc>
      </w:tr>
      <w:tr w:rsidR="00590302" w14:paraId="0ECBA9FF"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21776ABB" w14:textId="77777777" w:rsidR="00590302" w:rsidRDefault="00465EED">
            <w:r>
              <w:rPr>
                <w:b/>
              </w:rPr>
              <w:t>KvK-nummer</w:t>
            </w:r>
          </w:p>
        </w:tc>
        <w:tc>
          <w:tcPr>
            <w:tcW w:w="4873" w:type="dxa"/>
            <w:tcBorders>
              <w:top w:val="single" w:sz="4" w:space="0" w:color="B7C3D0"/>
              <w:left w:val="single" w:sz="4" w:space="0" w:color="B7C3D0"/>
              <w:bottom w:val="single" w:sz="4" w:space="0" w:color="B7C3D0"/>
              <w:right w:val="single" w:sz="4" w:space="0" w:color="B7C3D0"/>
            </w:tcBorders>
            <w:vAlign w:val="center"/>
          </w:tcPr>
          <w:p w14:paraId="7D4658DA" w14:textId="77777777" w:rsidR="00590302" w:rsidRDefault="00590302"/>
        </w:tc>
      </w:tr>
    </w:tbl>
    <w:p w14:paraId="3645466C" w14:textId="77777777" w:rsidR="00590302" w:rsidRDefault="00465EED">
      <w:pPr>
        <w:spacing w:before="200" w:after="100"/>
      </w:pPr>
      <w:r>
        <w:rPr>
          <w:b/>
          <w:color w:val="0F2049"/>
          <w:sz w:val="24"/>
        </w:rPr>
        <w:t>Toelichting</w:t>
      </w:r>
    </w:p>
    <w:p w14:paraId="1AAB6C36" w14:textId="77777777" w:rsidR="00590302" w:rsidRDefault="00465EED">
      <w:pPr>
        <w:spacing w:after="100"/>
      </w:pPr>
      <w:r>
        <w:t>De opdracht is verdeeld in drie percelen. U mag op een, meerdere of alle drie de percelen inschrijven. Aan een inschrijver worden in beginsel maximaal twee percelen gegund. Indien u op meerdere percelen inschrijft, geeft u hieronder uw voorkeursvolgorde aan.</w:t>
      </w:r>
    </w:p>
    <w:p w14:paraId="3D631854" w14:textId="77777777" w:rsidR="00590302" w:rsidRDefault="00465EED">
      <w:pPr>
        <w:spacing w:after="160"/>
      </w:pPr>
      <w:r>
        <w:t>De opgegeven voorkeursvolgorde wordt toegepast indien u op basis van de beoordeling op alle drie de percelen als eerste in de rangorde eindigt. In dat geval worden maximaal twee percelen aan u gegund overeenkomstig deze voorkeursvolgorde. Indien voor het resterende perceel geen andere geldige en geschikte inschrijving beschikbaar is die voor gunning in aanmerking komt, kan van het maximum van twee percelen worden afgeweken.</w:t>
      </w:r>
    </w:p>
    <w:p w14:paraId="1DA917A6" w14:textId="77777777" w:rsidR="00590302" w:rsidRDefault="00465EED">
      <w:r>
        <w:rPr>
          <w:b/>
          <w:color w:val="0F2049"/>
          <w:sz w:val="24"/>
        </w:rPr>
        <w:t>Voorkeursvolgorde</w:t>
      </w:r>
    </w:p>
    <w:p w14:paraId="7AFCF991" w14:textId="77777777" w:rsidR="00590302" w:rsidRDefault="00465EED">
      <w:pPr>
        <w:spacing w:after="120"/>
      </w:pPr>
      <w:r>
        <w:t>Vul uitsluitend de percelen in waarop u inschrijft. Gebruik ieder rangnummer slechts eenmaal. Rangnummer 1 is uw hoogste voorkeur.</w:t>
      </w:r>
    </w:p>
    <w:tbl>
      <w:tblPr>
        <w:tblW w:w="0" w:type="auto"/>
        <w:jc w:val="center"/>
        <w:tblLayout w:type="fixed"/>
        <w:tblLook w:val="04A0" w:firstRow="1" w:lastRow="0" w:firstColumn="1" w:lastColumn="0" w:noHBand="0" w:noVBand="1"/>
      </w:tblPr>
      <w:tblGrid>
        <w:gridCol w:w="3249"/>
        <w:gridCol w:w="3249"/>
        <w:gridCol w:w="3249"/>
      </w:tblGrid>
      <w:tr w:rsidR="00590302" w14:paraId="60EBB0E5" w14:textId="77777777">
        <w:trPr>
          <w:jc w:val="center"/>
        </w:trPr>
        <w:tc>
          <w:tcPr>
            <w:tcW w:w="3249" w:type="dxa"/>
            <w:tcBorders>
              <w:top w:val="single" w:sz="4" w:space="0" w:color="B7C3D0"/>
              <w:left w:val="single" w:sz="4" w:space="0" w:color="B7C3D0"/>
              <w:bottom w:val="single" w:sz="4" w:space="0" w:color="B7C3D0"/>
              <w:right w:val="single" w:sz="4" w:space="0" w:color="B7C3D0"/>
            </w:tcBorders>
            <w:shd w:val="clear" w:color="auto" w:fill="0F2049"/>
            <w:vAlign w:val="center"/>
          </w:tcPr>
          <w:p w14:paraId="55FF2DB4" w14:textId="77777777" w:rsidR="00590302" w:rsidRDefault="00465EED">
            <w:r>
              <w:rPr>
                <w:b/>
                <w:color w:val="FFFFFF"/>
              </w:rPr>
              <w:t>Perceel</w:t>
            </w:r>
          </w:p>
        </w:tc>
        <w:tc>
          <w:tcPr>
            <w:tcW w:w="3249" w:type="dxa"/>
            <w:tcBorders>
              <w:top w:val="single" w:sz="4" w:space="0" w:color="B7C3D0"/>
              <w:left w:val="single" w:sz="4" w:space="0" w:color="B7C3D0"/>
              <w:bottom w:val="single" w:sz="4" w:space="0" w:color="B7C3D0"/>
              <w:right w:val="single" w:sz="4" w:space="0" w:color="B7C3D0"/>
            </w:tcBorders>
            <w:shd w:val="clear" w:color="auto" w:fill="0F2049"/>
            <w:vAlign w:val="center"/>
          </w:tcPr>
          <w:p w14:paraId="39894050" w14:textId="77777777" w:rsidR="00590302" w:rsidRDefault="00465EED">
            <w:r>
              <w:rPr>
                <w:b/>
                <w:color w:val="FFFFFF"/>
              </w:rPr>
              <w:t>Omschrijving</w:t>
            </w:r>
          </w:p>
        </w:tc>
        <w:tc>
          <w:tcPr>
            <w:tcW w:w="3249" w:type="dxa"/>
            <w:tcBorders>
              <w:top w:val="single" w:sz="4" w:space="0" w:color="B7C3D0"/>
              <w:left w:val="single" w:sz="4" w:space="0" w:color="B7C3D0"/>
              <w:bottom w:val="single" w:sz="4" w:space="0" w:color="B7C3D0"/>
              <w:right w:val="single" w:sz="4" w:space="0" w:color="B7C3D0"/>
            </w:tcBorders>
            <w:shd w:val="clear" w:color="auto" w:fill="0F2049"/>
            <w:vAlign w:val="center"/>
          </w:tcPr>
          <w:p w14:paraId="61750272" w14:textId="77777777" w:rsidR="00590302" w:rsidRDefault="00465EED">
            <w:r>
              <w:rPr>
                <w:b/>
                <w:color w:val="FFFFFF"/>
              </w:rPr>
              <w:t>Voorkeur (1, 2 of 3)</w:t>
            </w:r>
          </w:p>
        </w:tc>
      </w:tr>
      <w:tr w:rsidR="00590302" w14:paraId="16887368" w14:textId="77777777">
        <w:trPr>
          <w:jc w:val="center"/>
        </w:trPr>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4CEE2718" w14:textId="77777777" w:rsidR="00590302" w:rsidRDefault="00465EED">
            <w:pPr>
              <w:jc w:val="center"/>
            </w:pPr>
            <w:r>
              <w:t>1</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675E9EC1" w14:textId="77777777" w:rsidR="00590302" w:rsidRDefault="00465EED">
            <w:r>
              <w:t>Bedrijventerrein West</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33FD468E" w14:textId="77777777" w:rsidR="00590302" w:rsidRDefault="00590302">
            <w:pPr>
              <w:jc w:val="center"/>
            </w:pPr>
          </w:p>
        </w:tc>
      </w:tr>
      <w:tr w:rsidR="00590302" w14:paraId="24AB9DAF" w14:textId="77777777">
        <w:trPr>
          <w:jc w:val="center"/>
        </w:trPr>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0BC00AA4" w14:textId="77777777" w:rsidR="00590302" w:rsidRDefault="00465EED">
            <w:pPr>
              <w:jc w:val="center"/>
            </w:pPr>
            <w:r>
              <w:t>2</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6164EF59" w14:textId="77777777" w:rsidR="00590302" w:rsidRDefault="00465EED">
            <w:r>
              <w:t>Staart-Reeland en Wantijpark</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783F04E4" w14:textId="77777777" w:rsidR="00590302" w:rsidRDefault="00590302">
            <w:pPr>
              <w:jc w:val="center"/>
            </w:pPr>
          </w:p>
        </w:tc>
      </w:tr>
      <w:tr w:rsidR="00590302" w14:paraId="4E6A87CA" w14:textId="77777777">
        <w:trPr>
          <w:jc w:val="center"/>
        </w:trPr>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66CD09FB" w14:textId="77777777" w:rsidR="00590302" w:rsidRDefault="00465EED">
            <w:pPr>
              <w:jc w:val="center"/>
            </w:pPr>
            <w:r>
              <w:t>3</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6304BFFE" w14:textId="77777777" w:rsidR="00590302" w:rsidRDefault="00465EED">
            <w:r>
              <w:t>Dubbeldam</w:t>
            </w:r>
          </w:p>
        </w:tc>
        <w:tc>
          <w:tcPr>
            <w:tcW w:w="3249" w:type="dxa"/>
            <w:tcBorders>
              <w:top w:val="single" w:sz="4" w:space="0" w:color="B7C3D0"/>
              <w:left w:val="single" w:sz="4" w:space="0" w:color="B7C3D0"/>
              <w:bottom w:val="single" w:sz="4" w:space="0" w:color="B7C3D0"/>
              <w:right w:val="single" w:sz="4" w:space="0" w:color="B7C3D0"/>
            </w:tcBorders>
            <w:tcMar>
              <w:top w:w="110" w:type="dxa"/>
              <w:left w:w="110" w:type="dxa"/>
              <w:bottom w:w="110" w:type="dxa"/>
              <w:right w:w="110" w:type="dxa"/>
            </w:tcMar>
            <w:vAlign w:val="center"/>
          </w:tcPr>
          <w:p w14:paraId="48465CFF" w14:textId="77777777" w:rsidR="00590302" w:rsidRDefault="00590302">
            <w:pPr>
              <w:jc w:val="center"/>
            </w:pPr>
          </w:p>
        </w:tc>
      </w:tr>
    </w:tbl>
    <w:p w14:paraId="67E83276" w14:textId="77777777" w:rsidR="00590302" w:rsidRDefault="00465EED">
      <w:pPr>
        <w:spacing w:before="200"/>
      </w:pPr>
      <w:r>
        <w:rPr>
          <w:b/>
          <w:color w:val="0F2049"/>
          <w:sz w:val="24"/>
        </w:rPr>
        <w:t>Verklaring inschrijver</w:t>
      </w:r>
    </w:p>
    <w:p w14:paraId="51E4D027" w14:textId="77777777" w:rsidR="00590302" w:rsidRDefault="00465EED">
      <w:r>
        <w:t>Ondergetekende verklaart dat bovenstaande voorkeursvolgorde onderdeel uitmaakt van de inschrijving voor aanbesteding 260101DW en akkoord te gaan met de spelregels voor de gunning van de percelen zoals opgenomen in de aanbestedingsleidraad.</w:t>
      </w:r>
    </w:p>
    <w:tbl>
      <w:tblPr>
        <w:tblW w:w="0" w:type="auto"/>
        <w:jc w:val="center"/>
        <w:tblLayout w:type="fixed"/>
        <w:tblLook w:val="04A0" w:firstRow="1" w:lastRow="0" w:firstColumn="1" w:lastColumn="0" w:noHBand="0" w:noVBand="1"/>
      </w:tblPr>
      <w:tblGrid>
        <w:gridCol w:w="4873"/>
        <w:gridCol w:w="4873"/>
      </w:tblGrid>
      <w:tr w:rsidR="00590302" w14:paraId="729840D2"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5212489A" w14:textId="77777777" w:rsidR="00590302" w:rsidRDefault="00465EED">
            <w:r>
              <w:rPr>
                <w:b/>
              </w:rPr>
              <w:t>Naam ondertekenaar</w:t>
            </w:r>
          </w:p>
        </w:tc>
        <w:tc>
          <w:tcPr>
            <w:tcW w:w="4873" w:type="dxa"/>
            <w:tcBorders>
              <w:top w:val="single" w:sz="4" w:space="0" w:color="B7C3D0"/>
              <w:left w:val="single" w:sz="4" w:space="0" w:color="B7C3D0"/>
              <w:bottom w:val="single" w:sz="4" w:space="0" w:color="B7C3D0"/>
              <w:right w:val="single" w:sz="4" w:space="0" w:color="B7C3D0"/>
            </w:tcBorders>
            <w:vAlign w:val="center"/>
          </w:tcPr>
          <w:p w14:paraId="22780D05" w14:textId="77777777" w:rsidR="00590302" w:rsidRDefault="00590302"/>
        </w:tc>
      </w:tr>
      <w:tr w:rsidR="00590302" w14:paraId="033F88A1"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55FBA77B" w14:textId="77777777" w:rsidR="00590302" w:rsidRDefault="00465EED">
            <w:r>
              <w:rPr>
                <w:b/>
              </w:rPr>
              <w:t>Functie</w:t>
            </w:r>
          </w:p>
        </w:tc>
        <w:tc>
          <w:tcPr>
            <w:tcW w:w="4873" w:type="dxa"/>
            <w:tcBorders>
              <w:top w:val="single" w:sz="4" w:space="0" w:color="B7C3D0"/>
              <w:left w:val="single" w:sz="4" w:space="0" w:color="B7C3D0"/>
              <w:bottom w:val="single" w:sz="4" w:space="0" w:color="B7C3D0"/>
              <w:right w:val="single" w:sz="4" w:space="0" w:color="B7C3D0"/>
            </w:tcBorders>
            <w:vAlign w:val="center"/>
          </w:tcPr>
          <w:p w14:paraId="325508CE" w14:textId="77777777" w:rsidR="00590302" w:rsidRDefault="00590302"/>
        </w:tc>
      </w:tr>
      <w:tr w:rsidR="00590302" w14:paraId="03D90CE6"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37692809" w14:textId="77777777" w:rsidR="00590302" w:rsidRDefault="00465EED">
            <w:r>
              <w:rPr>
                <w:b/>
              </w:rPr>
              <w:lastRenderedPageBreak/>
              <w:t>Datum</w:t>
            </w:r>
          </w:p>
        </w:tc>
        <w:tc>
          <w:tcPr>
            <w:tcW w:w="4873" w:type="dxa"/>
            <w:tcBorders>
              <w:top w:val="single" w:sz="4" w:space="0" w:color="B7C3D0"/>
              <w:left w:val="single" w:sz="4" w:space="0" w:color="B7C3D0"/>
              <w:bottom w:val="single" w:sz="4" w:space="0" w:color="B7C3D0"/>
              <w:right w:val="single" w:sz="4" w:space="0" w:color="B7C3D0"/>
            </w:tcBorders>
            <w:vAlign w:val="center"/>
          </w:tcPr>
          <w:p w14:paraId="5831A6CE" w14:textId="77777777" w:rsidR="00590302" w:rsidRDefault="00590302"/>
        </w:tc>
      </w:tr>
      <w:tr w:rsidR="00590302" w14:paraId="24F685D0" w14:textId="77777777">
        <w:trPr>
          <w:jc w:val="center"/>
        </w:trPr>
        <w:tc>
          <w:tcPr>
            <w:tcW w:w="4873" w:type="dxa"/>
            <w:tcBorders>
              <w:top w:val="single" w:sz="4" w:space="0" w:color="B7C3D0"/>
              <w:left w:val="single" w:sz="4" w:space="0" w:color="B7C3D0"/>
              <w:bottom w:val="single" w:sz="4" w:space="0" w:color="B7C3D0"/>
              <w:right w:val="single" w:sz="4" w:space="0" w:color="B7C3D0"/>
            </w:tcBorders>
            <w:vAlign w:val="center"/>
          </w:tcPr>
          <w:p w14:paraId="38D081C9" w14:textId="77777777" w:rsidR="00590302" w:rsidRDefault="00465EED">
            <w:r>
              <w:rPr>
                <w:b/>
              </w:rPr>
              <w:t>Handtekening</w:t>
            </w:r>
          </w:p>
        </w:tc>
        <w:tc>
          <w:tcPr>
            <w:tcW w:w="4873" w:type="dxa"/>
            <w:tcBorders>
              <w:top w:val="single" w:sz="4" w:space="0" w:color="B7C3D0"/>
              <w:left w:val="single" w:sz="4" w:space="0" w:color="B7C3D0"/>
              <w:bottom w:val="single" w:sz="4" w:space="0" w:color="B7C3D0"/>
              <w:right w:val="single" w:sz="4" w:space="0" w:color="B7C3D0"/>
            </w:tcBorders>
            <w:vAlign w:val="center"/>
          </w:tcPr>
          <w:p w14:paraId="320FD8A2" w14:textId="77777777" w:rsidR="00590302" w:rsidRDefault="00465EED">
            <w:r>
              <w:br/>
            </w:r>
            <w:r>
              <w:br/>
            </w:r>
          </w:p>
        </w:tc>
      </w:tr>
    </w:tbl>
    <w:p w14:paraId="4D668C68" w14:textId="77777777" w:rsidR="00465EED" w:rsidRDefault="00465EED"/>
    <w:sectPr w:rsidR="00465EED" w:rsidSect="001821D0">
      <w:headerReference w:type="default" r:id="rId11"/>
      <w:footerReference w:type="default" r:id="rId12"/>
      <w:pgSz w:w="12240" w:h="15840"/>
      <w:pgMar w:top="1985" w:right="1701" w:bottom="1440" w:left="1701" w:header="794"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A7651" w14:textId="77777777" w:rsidR="00465EED" w:rsidRDefault="00465EED">
      <w:pPr>
        <w:spacing w:after="0" w:line="240" w:lineRule="auto"/>
      </w:pPr>
      <w:r>
        <w:separator/>
      </w:r>
    </w:p>
  </w:endnote>
  <w:endnote w:type="continuationSeparator" w:id="0">
    <w:p w14:paraId="79EA45AD" w14:textId="77777777" w:rsidR="00465EED" w:rsidRDefault="00465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C585" w14:textId="77777777" w:rsidR="00590302" w:rsidRDefault="00465EED">
    <w:pPr>
      <w:pStyle w:val="Voettekst"/>
      <w:jc w:val="center"/>
    </w:pPr>
    <w:r>
      <w:rPr>
        <w:color w:val="646464"/>
        <w:sz w:val="16"/>
      </w:rPr>
      <w:t xml:space="preserve">260101DW - </w:t>
    </w:r>
    <w:proofErr w:type="spellStart"/>
    <w:r>
      <w:rPr>
        <w:color w:val="646464"/>
        <w:sz w:val="16"/>
      </w:rPr>
      <w:t>Bijlage</w:t>
    </w:r>
    <w:proofErr w:type="spellEnd"/>
    <w:r>
      <w:rPr>
        <w:color w:val="646464"/>
        <w:sz w:val="16"/>
      </w:rPr>
      <w:t xml:space="preserve"> H - </w:t>
    </w:r>
    <w:proofErr w:type="spellStart"/>
    <w:r>
      <w:rPr>
        <w:color w:val="646464"/>
        <w:sz w:val="16"/>
      </w:rPr>
      <w:t>Formulier</w:t>
    </w:r>
    <w:proofErr w:type="spellEnd"/>
    <w:r>
      <w:rPr>
        <w:color w:val="646464"/>
        <w:sz w:val="16"/>
      </w:rPr>
      <w:t xml:space="preserve"> </w:t>
    </w:r>
    <w:proofErr w:type="spellStart"/>
    <w:r>
      <w:rPr>
        <w:color w:val="646464"/>
        <w:sz w:val="16"/>
      </w:rPr>
      <w:t>voorkeursvolgorde</w:t>
    </w:r>
    <w:proofErr w:type="spellEnd"/>
    <w:r>
      <w:rPr>
        <w:color w:val="646464"/>
        <w:sz w:val="16"/>
      </w:rPr>
      <w:t xml:space="preserve"> </w:t>
    </w:r>
    <w:proofErr w:type="spellStart"/>
    <w:r>
      <w:rPr>
        <w:color w:val="646464"/>
        <w:sz w:val="16"/>
      </w:rPr>
      <w:t>percelen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4D0BF" w14:textId="77777777" w:rsidR="00465EED" w:rsidRDefault="00465EED">
      <w:pPr>
        <w:spacing w:after="0" w:line="240" w:lineRule="auto"/>
      </w:pPr>
      <w:r>
        <w:separator/>
      </w:r>
    </w:p>
  </w:footnote>
  <w:footnote w:type="continuationSeparator" w:id="0">
    <w:p w14:paraId="1802677D" w14:textId="77777777" w:rsidR="00465EED" w:rsidRDefault="00465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A07A" w14:textId="0A9743C8" w:rsidR="00DE030D" w:rsidRDefault="001821D0" w:rsidP="001821D0">
    <w:pPr>
      <w:pStyle w:val="Koptekst"/>
      <w:tabs>
        <w:tab w:val="clear" w:pos="4680"/>
        <w:tab w:val="clear" w:pos="9360"/>
        <w:tab w:val="left" w:pos="4200"/>
      </w:tabs>
    </w:pPr>
    <w:r>
      <w:rPr>
        <w:rFonts w:cs="Arial"/>
        <w:noProof/>
        <w:sz w:val="34"/>
        <w:szCs w:val="34"/>
      </w:rPr>
      <w:drawing>
        <wp:anchor distT="0" distB="0" distL="114300" distR="114300" simplePos="0" relativeHeight="251661824" behindDoc="0" locked="0" layoutInCell="1" allowOverlap="1" wp14:anchorId="6705BAE1" wp14:editId="4026A935">
          <wp:simplePos x="0" y="0"/>
          <wp:positionH relativeFrom="column">
            <wp:posOffset>4408170</wp:posOffset>
          </wp:positionH>
          <wp:positionV relativeFrom="paragraph">
            <wp:posOffset>-104140</wp:posOffset>
          </wp:positionV>
          <wp:extent cx="1009650" cy="562610"/>
          <wp:effectExtent l="0" t="0" r="0"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562610"/>
                  </a:xfrm>
                  <a:prstGeom prst="rect">
                    <a:avLst/>
                  </a:prstGeom>
                  <a:noFill/>
                </pic:spPr>
              </pic:pic>
            </a:graphicData>
          </a:graphic>
        </wp:anchor>
      </w:drawing>
    </w:r>
    <w:r w:rsidR="00DE030D">
      <w:rPr>
        <w:noProof/>
      </w:rPr>
      <w:drawing>
        <wp:anchor distT="0" distB="0" distL="114300" distR="114300" simplePos="0" relativeHeight="251660800" behindDoc="1" locked="0" layoutInCell="1" allowOverlap="1" wp14:anchorId="608BB044" wp14:editId="74B592D7">
          <wp:simplePos x="0" y="0"/>
          <wp:positionH relativeFrom="column">
            <wp:posOffset>-666750</wp:posOffset>
          </wp:positionH>
          <wp:positionV relativeFrom="paragraph">
            <wp:posOffset>-192405</wp:posOffset>
          </wp:positionV>
          <wp:extent cx="2247900" cy="554355"/>
          <wp:effectExtent l="0" t="0" r="0" b="0"/>
          <wp:wrapTight wrapText="bothSides">
            <wp:wrapPolygon edited="0">
              <wp:start x="3478" y="0"/>
              <wp:lineTo x="1281" y="2227"/>
              <wp:lineTo x="0" y="5938"/>
              <wp:lineTo x="0" y="20041"/>
              <wp:lineTo x="6773" y="20784"/>
              <wp:lineTo x="16475" y="20784"/>
              <wp:lineTo x="21417" y="15588"/>
              <wp:lineTo x="21417" y="8165"/>
              <wp:lineTo x="7139" y="0"/>
              <wp:lineTo x="3478" y="0"/>
            </wp:wrapPolygon>
          </wp:wrapTight>
          <wp:docPr id="13010456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7900" cy="554355"/>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737315666">
    <w:abstractNumId w:val="8"/>
  </w:num>
  <w:num w:numId="2" w16cid:durableId="914902268">
    <w:abstractNumId w:val="6"/>
  </w:num>
  <w:num w:numId="3" w16cid:durableId="1433092688">
    <w:abstractNumId w:val="5"/>
  </w:num>
  <w:num w:numId="4" w16cid:durableId="1798833439">
    <w:abstractNumId w:val="4"/>
  </w:num>
  <w:num w:numId="5" w16cid:durableId="873739304">
    <w:abstractNumId w:val="7"/>
  </w:num>
  <w:num w:numId="6" w16cid:durableId="214004236">
    <w:abstractNumId w:val="3"/>
  </w:num>
  <w:num w:numId="7" w16cid:durableId="250705189">
    <w:abstractNumId w:val="2"/>
  </w:num>
  <w:num w:numId="8" w16cid:durableId="2056075176">
    <w:abstractNumId w:val="1"/>
  </w:num>
  <w:num w:numId="9" w16cid:durableId="239414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21D0"/>
    <w:rsid w:val="0029639D"/>
    <w:rsid w:val="00326F90"/>
    <w:rsid w:val="00465EED"/>
    <w:rsid w:val="00590302"/>
    <w:rsid w:val="007E5481"/>
    <w:rsid w:val="00AA1D8D"/>
    <w:rsid w:val="00B47730"/>
    <w:rsid w:val="00CB0664"/>
    <w:rsid w:val="00DE03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CB03284-325B-4643-966B-65A21632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C6B8-2FB7-499F-BF46-69E5B489E990}">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A9134E2-976D-4562-BC4C-59C9ED1D192B}">
  <ds:schemaRefs>
    <ds:schemaRef ds:uri="http://schemas.microsoft.com/sharepoint/v3/contenttype/forms"/>
  </ds:schemaRefs>
</ds:datastoreItem>
</file>

<file path=customXml/itemProps4.xml><?xml version="1.0" encoding="utf-8"?>
<ds:datastoreItem xmlns:ds="http://schemas.openxmlformats.org/officeDocument/2006/customXml" ds:itemID="{A75DBF58-0D6C-4F04-8492-22501C85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217</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J (Jesse)</dc:creator>
  <cp:keywords/>
  <dc:description>generated by python-docx</dc:description>
  <cp:lastModifiedBy>Blok, J (Jesse)</cp:lastModifiedBy>
  <cp:revision>3</cp:revision>
  <dcterms:created xsi:type="dcterms:W3CDTF">2026-10-06T09:59:00Z</dcterms:created>
  <dcterms:modified xsi:type="dcterms:W3CDTF">2026-10-06T10:04:00Z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ies>
</file>