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825D2" w14:textId="621B024D" w:rsidR="000E2A52" w:rsidRPr="004114A5" w:rsidRDefault="00553D2C">
      <w:pPr>
        <w:spacing w:after="100"/>
      </w:pPr>
      <w:r w:rsidRPr="004114A5">
        <w:rPr>
          <w:b/>
          <w:color w:val="000000"/>
          <w:sz w:val="36"/>
        </w:rPr>
        <w:t>Opleverformulier / Acceptatieprotocol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8"/>
      </w:tblGrid>
      <w:tr w:rsidR="000E2A52" w:rsidRPr="004114A5" w14:paraId="3BAF4175" w14:textId="77777777">
        <w:tc>
          <w:tcPr>
            <w:tcW w:w="10318" w:type="dxa"/>
            <w:shd w:val="clear" w:color="auto" w:fill="EEF2F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9FACA6" w14:textId="77777777" w:rsidR="000E2A52" w:rsidRPr="004114A5" w:rsidRDefault="00553D2C">
            <w:r w:rsidRPr="004114A5">
              <w:rPr>
                <w:b/>
                <w:color w:val="000000"/>
                <w:sz w:val="17"/>
              </w:rPr>
              <w:t xml:space="preserve">Doel van dit voorbeeld: </w:t>
            </w:r>
            <w:r w:rsidRPr="004114A5">
              <w:rPr>
                <w:color w:val="000000"/>
                <w:sz w:val="17"/>
              </w:rPr>
              <w:t>aantoonbaar vastleggen van opleveringscontroles, restpunten, fotoregistratie en het resultaat van de oplevering.</w:t>
            </w:r>
          </w:p>
        </w:tc>
      </w:tr>
    </w:tbl>
    <w:p w14:paraId="4D6F0796" w14:textId="77777777" w:rsidR="000E2A52" w:rsidRPr="004114A5" w:rsidRDefault="00553D2C">
      <w:pPr>
        <w:spacing w:before="80" w:after="40"/>
      </w:pPr>
      <w:r w:rsidRPr="004114A5">
        <w:rPr>
          <w:b/>
          <w:color w:val="000000"/>
          <w:sz w:val="22"/>
        </w:rPr>
        <w:t>Algemeen</w:t>
      </w:r>
    </w:p>
    <w:tbl>
      <w:tblPr>
        <w:tblStyle w:val="Tabel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3458"/>
        <w:gridCol w:w="1814"/>
        <w:gridCol w:w="3344"/>
      </w:tblGrid>
      <w:tr w:rsidR="000E2A52" w:rsidRPr="004114A5" w14:paraId="1263B92F" w14:textId="77777777">
        <w:trPr>
          <w:trHeight w:val="453"/>
          <w:jc w:val="center"/>
        </w:trPr>
        <w:tc>
          <w:tcPr>
            <w:tcW w:w="1700" w:type="dxa"/>
            <w:shd w:val="clear" w:color="auto" w:fill="E6ECF2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82D66A" w14:textId="77777777" w:rsidR="000E2A52" w:rsidRPr="004114A5" w:rsidRDefault="00553D2C">
            <w:r w:rsidRPr="004114A5">
              <w:rPr>
                <w:b/>
                <w:color w:val="000000"/>
                <w:sz w:val="15"/>
              </w:rPr>
              <w:t>Project / locatie:</w:t>
            </w:r>
          </w:p>
        </w:tc>
        <w:tc>
          <w:tcPr>
            <w:tcW w:w="3458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6880F1" w14:textId="77777777" w:rsidR="000E2A52" w:rsidRPr="004114A5" w:rsidRDefault="000E2A52"/>
        </w:tc>
        <w:tc>
          <w:tcPr>
            <w:tcW w:w="1814" w:type="dxa"/>
            <w:shd w:val="clear" w:color="auto" w:fill="E6ECF2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276EA0" w14:textId="77777777" w:rsidR="000E2A52" w:rsidRPr="004114A5" w:rsidRDefault="00553D2C">
            <w:r w:rsidRPr="004114A5">
              <w:rPr>
                <w:b/>
                <w:color w:val="000000"/>
                <w:sz w:val="15"/>
              </w:rPr>
              <w:t>Ruimte:</w:t>
            </w:r>
          </w:p>
        </w:tc>
        <w:tc>
          <w:tcPr>
            <w:tcW w:w="3344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0CBB822" w14:textId="77777777" w:rsidR="000E2A52" w:rsidRPr="004114A5" w:rsidRDefault="000E2A52"/>
        </w:tc>
      </w:tr>
      <w:tr w:rsidR="000E2A52" w:rsidRPr="004114A5" w14:paraId="57DDAC7A" w14:textId="77777777">
        <w:trPr>
          <w:trHeight w:val="453"/>
          <w:jc w:val="center"/>
        </w:trPr>
        <w:tc>
          <w:tcPr>
            <w:tcW w:w="1700" w:type="dxa"/>
            <w:shd w:val="clear" w:color="auto" w:fill="E6ECF2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C408D5" w14:textId="77777777" w:rsidR="000E2A52" w:rsidRPr="004114A5" w:rsidRDefault="00553D2C">
            <w:r w:rsidRPr="004114A5">
              <w:rPr>
                <w:b/>
                <w:color w:val="000000"/>
                <w:sz w:val="15"/>
              </w:rPr>
              <w:t>Referentie / order:</w:t>
            </w:r>
          </w:p>
        </w:tc>
        <w:tc>
          <w:tcPr>
            <w:tcW w:w="3458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93952A" w14:textId="77777777" w:rsidR="000E2A52" w:rsidRPr="004114A5" w:rsidRDefault="000E2A52"/>
        </w:tc>
        <w:tc>
          <w:tcPr>
            <w:tcW w:w="1814" w:type="dxa"/>
            <w:shd w:val="clear" w:color="auto" w:fill="E6ECF2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CE5888" w14:textId="77777777" w:rsidR="000E2A52" w:rsidRPr="004114A5" w:rsidRDefault="00553D2C">
            <w:r w:rsidRPr="004114A5">
              <w:rPr>
                <w:b/>
                <w:color w:val="000000"/>
                <w:sz w:val="15"/>
              </w:rPr>
              <w:t>Type installatie:</w:t>
            </w:r>
          </w:p>
        </w:tc>
        <w:tc>
          <w:tcPr>
            <w:tcW w:w="3344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271F03" w14:textId="77777777" w:rsidR="000E2A52" w:rsidRPr="004114A5" w:rsidRDefault="000E2A52"/>
        </w:tc>
      </w:tr>
      <w:tr w:rsidR="000E2A52" w:rsidRPr="004114A5" w14:paraId="49AF637A" w14:textId="77777777">
        <w:trPr>
          <w:trHeight w:val="453"/>
          <w:jc w:val="center"/>
        </w:trPr>
        <w:tc>
          <w:tcPr>
            <w:tcW w:w="1700" w:type="dxa"/>
            <w:shd w:val="clear" w:color="auto" w:fill="E6ECF2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2E9DDB" w14:textId="77777777" w:rsidR="000E2A52" w:rsidRPr="004114A5" w:rsidRDefault="00553D2C">
            <w:r w:rsidRPr="004114A5">
              <w:rPr>
                <w:b/>
                <w:color w:val="000000"/>
                <w:sz w:val="15"/>
              </w:rPr>
              <w:t>Uitvoerdatum:</w:t>
            </w:r>
          </w:p>
        </w:tc>
        <w:tc>
          <w:tcPr>
            <w:tcW w:w="3458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6ADD16" w14:textId="77777777" w:rsidR="000E2A52" w:rsidRPr="004114A5" w:rsidRDefault="000E2A52"/>
        </w:tc>
        <w:tc>
          <w:tcPr>
            <w:tcW w:w="1814" w:type="dxa"/>
            <w:shd w:val="clear" w:color="auto" w:fill="E6ECF2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B058A7" w14:textId="77777777" w:rsidR="000E2A52" w:rsidRPr="004114A5" w:rsidRDefault="00553D2C">
            <w:r w:rsidRPr="004114A5">
              <w:rPr>
                <w:b/>
                <w:color w:val="000000"/>
                <w:sz w:val="15"/>
              </w:rPr>
              <w:t>Contactpersoon opdrachtgever:</w:t>
            </w:r>
          </w:p>
        </w:tc>
        <w:tc>
          <w:tcPr>
            <w:tcW w:w="3344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345D955" w14:textId="77777777" w:rsidR="000E2A52" w:rsidRPr="004114A5" w:rsidRDefault="000E2A52"/>
        </w:tc>
      </w:tr>
      <w:tr w:rsidR="000E2A52" w:rsidRPr="004114A5" w14:paraId="3AFD0EA4" w14:textId="77777777">
        <w:trPr>
          <w:trHeight w:val="453"/>
          <w:jc w:val="center"/>
        </w:trPr>
        <w:tc>
          <w:tcPr>
            <w:tcW w:w="1700" w:type="dxa"/>
            <w:shd w:val="clear" w:color="auto" w:fill="E6ECF2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8811BD" w14:textId="77777777" w:rsidR="000E2A52" w:rsidRPr="004114A5" w:rsidRDefault="00553D2C">
            <w:r w:rsidRPr="004114A5">
              <w:rPr>
                <w:b/>
                <w:color w:val="000000"/>
                <w:sz w:val="15"/>
              </w:rPr>
              <w:t>Uitgevoerd door:</w:t>
            </w:r>
          </w:p>
        </w:tc>
        <w:tc>
          <w:tcPr>
            <w:tcW w:w="3458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1D785F" w14:textId="77777777" w:rsidR="000E2A52" w:rsidRPr="004114A5" w:rsidRDefault="000E2A52"/>
        </w:tc>
        <w:tc>
          <w:tcPr>
            <w:tcW w:w="1814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9F9FE4" w14:textId="77777777" w:rsidR="000E2A52" w:rsidRPr="004114A5" w:rsidRDefault="000E2A52"/>
        </w:tc>
        <w:tc>
          <w:tcPr>
            <w:tcW w:w="3344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C5BD54" w14:textId="77777777" w:rsidR="000E2A52" w:rsidRPr="004114A5" w:rsidRDefault="000E2A52"/>
        </w:tc>
      </w:tr>
    </w:tbl>
    <w:p w14:paraId="19277C3A" w14:textId="77777777" w:rsidR="000E2A52" w:rsidRPr="004114A5" w:rsidRDefault="00553D2C">
      <w:pPr>
        <w:spacing w:before="80" w:after="40"/>
      </w:pPr>
      <w:r w:rsidRPr="004114A5">
        <w:rPr>
          <w:b/>
          <w:color w:val="000000"/>
          <w:sz w:val="22"/>
        </w:rPr>
        <w:t>Checklist controlepunten</w:t>
      </w:r>
    </w:p>
    <w:tbl>
      <w:tblPr>
        <w:tblStyle w:val="Tabelraster"/>
        <w:tblW w:w="10362" w:type="dxa"/>
        <w:jc w:val="center"/>
        <w:tblLayout w:type="fixed"/>
        <w:tblLook w:val="04A0" w:firstRow="1" w:lastRow="0" w:firstColumn="1" w:lastColumn="0" w:noHBand="0" w:noVBand="1"/>
      </w:tblPr>
      <w:tblGrid>
        <w:gridCol w:w="6928"/>
        <w:gridCol w:w="833"/>
        <w:gridCol w:w="833"/>
        <w:gridCol w:w="884"/>
        <w:gridCol w:w="884"/>
      </w:tblGrid>
      <w:tr w:rsidR="00187EB2" w:rsidRPr="004114A5" w14:paraId="02D41C0D" w14:textId="6992836C" w:rsidTr="00187EB2">
        <w:trPr>
          <w:trHeight w:val="430"/>
          <w:jc w:val="center"/>
        </w:trPr>
        <w:tc>
          <w:tcPr>
            <w:tcW w:w="6928" w:type="dxa"/>
            <w:shd w:val="clear" w:color="auto" w:fill="8DB3E2"/>
          </w:tcPr>
          <w:p w14:paraId="1AD57DF6" w14:textId="77777777" w:rsidR="00187EB2" w:rsidRPr="004114A5" w:rsidRDefault="00187EB2" w:rsidP="00187EB2">
            <w:pPr>
              <w:jc w:val="center"/>
            </w:pPr>
            <w:r w:rsidRPr="004114A5">
              <w:rPr>
                <w:b/>
                <w:color w:val="FFFFFF"/>
                <w:sz w:val="15"/>
              </w:rPr>
              <w:t>Controlepunt</w:t>
            </w:r>
          </w:p>
        </w:tc>
        <w:tc>
          <w:tcPr>
            <w:tcW w:w="833" w:type="dxa"/>
            <w:shd w:val="clear" w:color="auto" w:fill="8DB3E2"/>
          </w:tcPr>
          <w:p w14:paraId="0B4E0563" w14:textId="77777777" w:rsidR="00187EB2" w:rsidRPr="004114A5" w:rsidRDefault="00187EB2" w:rsidP="00187EB2">
            <w:pPr>
              <w:jc w:val="center"/>
            </w:pPr>
            <w:r w:rsidRPr="004114A5">
              <w:rPr>
                <w:b/>
                <w:color w:val="FFFFFF"/>
                <w:sz w:val="15"/>
              </w:rPr>
              <w:t>Ja</w:t>
            </w:r>
          </w:p>
        </w:tc>
        <w:tc>
          <w:tcPr>
            <w:tcW w:w="833" w:type="dxa"/>
            <w:shd w:val="clear" w:color="auto" w:fill="8DB3E2"/>
          </w:tcPr>
          <w:p w14:paraId="4B315139" w14:textId="77777777" w:rsidR="00187EB2" w:rsidRPr="004114A5" w:rsidRDefault="00187EB2" w:rsidP="00187EB2">
            <w:pPr>
              <w:jc w:val="center"/>
            </w:pPr>
            <w:r w:rsidRPr="004114A5">
              <w:rPr>
                <w:b/>
                <w:color w:val="FFFFFF"/>
                <w:sz w:val="15"/>
              </w:rPr>
              <w:t>Nee</w:t>
            </w:r>
          </w:p>
        </w:tc>
        <w:tc>
          <w:tcPr>
            <w:tcW w:w="884" w:type="dxa"/>
            <w:shd w:val="clear" w:color="auto" w:fill="8DB3E2"/>
          </w:tcPr>
          <w:p w14:paraId="3E05E2A1" w14:textId="763D37B2" w:rsidR="00187EB2" w:rsidRPr="004114A5" w:rsidRDefault="00DD70FD" w:rsidP="00187EB2">
            <w:pPr>
              <w:jc w:val="center"/>
            </w:pPr>
            <w:r w:rsidRPr="004114A5">
              <w:rPr>
                <w:b/>
                <w:color w:val="FFFFFF"/>
                <w:sz w:val="15"/>
              </w:rPr>
              <w:t>R</w:t>
            </w:r>
            <w:r w:rsidR="00187EB2" w:rsidRPr="004114A5">
              <w:rPr>
                <w:b/>
                <w:color w:val="FFFFFF"/>
                <w:sz w:val="15"/>
              </w:rPr>
              <w:t>estpunt</w:t>
            </w:r>
          </w:p>
        </w:tc>
        <w:tc>
          <w:tcPr>
            <w:tcW w:w="884" w:type="dxa"/>
            <w:shd w:val="clear" w:color="auto" w:fill="8DB3E2"/>
          </w:tcPr>
          <w:p w14:paraId="7D2DF806" w14:textId="34D4DBB8" w:rsidR="00187EB2" w:rsidRPr="004114A5" w:rsidRDefault="00187EB2" w:rsidP="00187EB2">
            <w:pPr>
              <w:jc w:val="center"/>
              <w:rPr>
                <w:b/>
                <w:color w:val="FFFFFF"/>
                <w:sz w:val="15"/>
              </w:rPr>
            </w:pPr>
            <w:r w:rsidRPr="004114A5">
              <w:rPr>
                <w:b/>
                <w:color w:val="FFFFFF"/>
                <w:sz w:val="15"/>
              </w:rPr>
              <w:t>N.v.t.</w:t>
            </w:r>
          </w:p>
        </w:tc>
      </w:tr>
      <w:tr w:rsidR="00187EB2" w:rsidRPr="004114A5" w14:paraId="3F4E5E91" w14:textId="2E5FD2E9" w:rsidTr="00187EB2">
        <w:trPr>
          <w:cantSplit/>
          <w:trHeight w:val="365"/>
          <w:jc w:val="center"/>
        </w:trPr>
        <w:tc>
          <w:tcPr>
            <w:tcW w:w="6928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1E44BEDF" w14:textId="77777777" w:rsidR="00187EB2" w:rsidRPr="004114A5" w:rsidRDefault="00187EB2" w:rsidP="00187EB2">
            <w:r w:rsidRPr="004114A5">
              <w:rPr>
                <w:color w:val="000000"/>
                <w:sz w:val="14"/>
              </w:rPr>
              <w:t>Functionaliteiten getest (beeld, geluid, camera, microfoon, etc.)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4E5B2191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19239D22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064FD295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</w:tcPr>
          <w:p w14:paraId="3D806C8F" w14:textId="64FDF0E4" w:rsidR="00187EB2" w:rsidRPr="004114A5" w:rsidRDefault="00187EB2" w:rsidP="00187EB2">
            <w:pPr>
              <w:jc w:val="center"/>
              <w:rPr>
                <w:color w:val="000000"/>
                <w:sz w:val="15"/>
              </w:rPr>
            </w:pPr>
            <w:r w:rsidRPr="004114A5">
              <w:rPr>
                <w:color w:val="000000"/>
                <w:sz w:val="15"/>
              </w:rPr>
              <w:t>[ ]</w:t>
            </w:r>
          </w:p>
        </w:tc>
      </w:tr>
      <w:tr w:rsidR="00187EB2" w:rsidRPr="004114A5" w14:paraId="3C408C51" w14:textId="46BFE7FC" w:rsidTr="00187EB2">
        <w:trPr>
          <w:cantSplit/>
          <w:trHeight w:val="365"/>
          <w:jc w:val="center"/>
        </w:trPr>
        <w:tc>
          <w:tcPr>
            <w:tcW w:w="6928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3C8EC29C" w14:textId="77777777" w:rsidR="00187EB2" w:rsidRPr="004114A5" w:rsidRDefault="00187EB2" w:rsidP="00187EB2">
            <w:r w:rsidRPr="004114A5">
              <w:rPr>
                <w:color w:val="000000"/>
                <w:sz w:val="14"/>
              </w:rPr>
              <w:t>Bekabeling getest/doorgemeten (wanneer van toepassing)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4BCC9DA8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03C91EB6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55ABD613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</w:tcPr>
          <w:p w14:paraId="757EB30F" w14:textId="7D0F4CDE" w:rsidR="00187EB2" w:rsidRPr="004114A5" w:rsidRDefault="00187EB2" w:rsidP="00187EB2">
            <w:pPr>
              <w:jc w:val="center"/>
              <w:rPr>
                <w:color w:val="000000"/>
                <w:sz w:val="15"/>
              </w:rPr>
            </w:pPr>
            <w:r w:rsidRPr="004114A5">
              <w:rPr>
                <w:color w:val="000000"/>
                <w:sz w:val="15"/>
              </w:rPr>
              <w:t>[ ]</w:t>
            </w:r>
          </w:p>
        </w:tc>
      </w:tr>
      <w:tr w:rsidR="00187EB2" w:rsidRPr="004114A5" w14:paraId="69F40A8C" w14:textId="7DFA5369" w:rsidTr="00187EB2">
        <w:trPr>
          <w:cantSplit/>
          <w:trHeight w:val="365"/>
          <w:jc w:val="center"/>
        </w:trPr>
        <w:tc>
          <w:tcPr>
            <w:tcW w:w="6928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1353CB1B" w14:textId="77777777" w:rsidR="00187EB2" w:rsidRPr="004114A5" w:rsidRDefault="00187EB2" w:rsidP="00187EB2">
            <w:r w:rsidRPr="004114A5">
              <w:rPr>
                <w:color w:val="000000"/>
                <w:sz w:val="14"/>
              </w:rPr>
              <w:t>Bedienings- en/of besturingssysteem getest op werking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10A38FD2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6DD129ED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0C42639C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</w:tcPr>
          <w:p w14:paraId="5AB4D14B" w14:textId="4F04CC05" w:rsidR="00187EB2" w:rsidRPr="004114A5" w:rsidRDefault="00187EB2" w:rsidP="00187EB2">
            <w:pPr>
              <w:jc w:val="center"/>
              <w:rPr>
                <w:color w:val="000000"/>
                <w:sz w:val="15"/>
              </w:rPr>
            </w:pPr>
            <w:r w:rsidRPr="004114A5">
              <w:rPr>
                <w:color w:val="000000"/>
                <w:sz w:val="15"/>
              </w:rPr>
              <w:t>[ ]</w:t>
            </w:r>
          </w:p>
        </w:tc>
      </w:tr>
      <w:tr w:rsidR="00187EB2" w:rsidRPr="004114A5" w14:paraId="231C1803" w14:textId="7987814B" w:rsidTr="00187EB2">
        <w:trPr>
          <w:cantSplit/>
          <w:trHeight w:val="365"/>
          <w:jc w:val="center"/>
        </w:trPr>
        <w:tc>
          <w:tcPr>
            <w:tcW w:w="6928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52458383" w14:textId="77777777" w:rsidR="00187EB2" w:rsidRPr="004114A5" w:rsidRDefault="00187EB2" w:rsidP="00187EB2">
            <w:r w:rsidRPr="004114A5">
              <w:rPr>
                <w:color w:val="000000"/>
                <w:sz w:val="14"/>
              </w:rPr>
              <w:t>Kabelmanagement netjes en deugdelijk afgewerkt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4FD30C95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6E96A1B8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23C6F7C5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</w:tcPr>
          <w:p w14:paraId="59BC39A2" w14:textId="0613C0E6" w:rsidR="00187EB2" w:rsidRPr="004114A5" w:rsidRDefault="00187EB2" w:rsidP="00187EB2">
            <w:pPr>
              <w:jc w:val="center"/>
              <w:rPr>
                <w:color w:val="000000"/>
                <w:sz w:val="15"/>
              </w:rPr>
            </w:pPr>
            <w:r w:rsidRPr="004114A5">
              <w:rPr>
                <w:color w:val="000000"/>
                <w:sz w:val="15"/>
              </w:rPr>
              <w:t>[ ]</w:t>
            </w:r>
          </w:p>
        </w:tc>
      </w:tr>
      <w:tr w:rsidR="00187EB2" w:rsidRPr="004114A5" w14:paraId="4FAC6A47" w14:textId="447628DC" w:rsidTr="00187EB2">
        <w:trPr>
          <w:cantSplit/>
          <w:trHeight w:val="365"/>
          <w:jc w:val="center"/>
        </w:trPr>
        <w:tc>
          <w:tcPr>
            <w:tcW w:w="6928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07D1DD98" w14:textId="77777777" w:rsidR="00187EB2" w:rsidRPr="004114A5" w:rsidRDefault="00187EB2" w:rsidP="00187EB2">
            <w:r w:rsidRPr="004114A5">
              <w:rPr>
                <w:color w:val="000000"/>
                <w:sz w:val="14"/>
              </w:rPr>
              <w:t>Montage en bevestiging veilig en deugdelijk uitgevoerd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192ED408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3488F925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05CAC9CD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</w:tcPr>
          <w:p w14:paraId="4753804C" w14:textId="3EDBEC4E" w:rsidR="00187EB2" w:rsidRPr="004114A5" w:rsidRDefault="00187EB2" w:rsidP="00187EB2">
            <w:pPr>
              <w:jc w:val="center"/>
              <w:rPr>
                <w:color w:val="000000"/>
                <w:sz w:val="15"/>
              </w:rPr>
            </w:pPr>
            <w:r w:rsidRPr="004114A5">
              <w:rPr>
                <w:color w:val="000000"/>
                <w:sz w:val="15"/>
              </w:rPr>
              <w:t>[ ]</w:t>
            </w:r>
          </w:p>
        </w:tc>
      </w:tr>
      <w:tr w:rsidR="00187EB2" w:rsidRPr="004114A5" w14:paraId="0F8FB773" w14:textId="45C23674" w:rsidTr="00187EB2">
        <w:trPr>
          <w:cantSplit/>
          <w:trHeight w:val="365"/>
          <w:jc w:val="center"/>
        </w:trPr>
        <w:tc>
          <w:tcPr>
            <w:tcW w:w="6928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24761776" w14:textId="77777777" w:rsidR="00187EB2" w:rsidRPr="004114A5" w:rsidRDefault="00187EB2" w:rsidP="00187EB2">
            <w:r w:rsidRPr="004114A5">
              <w:rPr>
                <w:color w:val="000000"/>
                <w:sz w:val="14"/>
              </w:rPr>
              <w:t>AV-componenten voldoende bereikbaar voor beheer, onderhoud en vervanging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616ED265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738A664C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1F836A3F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</w:tcPr>
          <w:p w14:paraId="69C6BAB2" w14:textId="16054162" w:rsidR="00187EB2" w:rsidRPr="004114A5" w:rsidRDefault="00187EB2" w:rsidP="00187EB2">
            <w:pPr>
              <w:jc w:val="center"/>
              <w:rPr>
                <w:color w:val="000000"/>
                <w:sz w:val="15"/>
              </w:rPr>
            </w:pPr>
            <w:r w:rsidRPr="004114A5">
              <w:rPr>
                <w:color w:val="000000"/>
                <w:sz w:val="15"/>
              </w:rPr>
              <w:t>[ ]</w:t>
            </w:r>
          </w:p>
        </w:tc>
      </w:tr>
      <w:tr w:rsidR="00187EB2" w:rsidRPr="004114A5" w14:paraId="6ECEDBC5" w14:textId="156FD590" w:rsidTr="00187EB2">
        <w:trPr>
          <w:cantSplit/>
          <w:trHeight w:val="365"/>
          <w:jc w:val="center"/>
        </w:trPr>
        <w:tc>
          <w:tcPr>
            <w:tcW w:w="6928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177D71F9" w14:textId="77777777" w:rsidR="00187EB2" w:rsidRPr="004114A5" w:rsidRDefault="00187EB2" w:rsidP="00187EB2">
            <w:r w:rsidRPr="004114A5">
              <w:rPr>
                <w:color w:val="000000"/>
                <w:sz w:val="14"/>
              </w:rPr>
              <w:t>Asset- en CMDB-gegevens compleet aangeleverd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428A23F7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489291A6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39EA5BC1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</w:tcPr>
          <w:p w14:paraId="14110A62" w14:textId="62AA064B" w:rsidR="00187EB2" w:rsidRPr="004114A5" w:rsidRDefault="00187EB2" w:rsidP="00187EB2">
            <w:pPr>
              <w:jc w:val="center"/>
              <w:rPr>
                <w:color w:val="000000"/>
                <w:sz w:val="15"/>
              </w:rPr>
            </w:pPr>
            <w:r w:rsidRPr="004114A5">
              <w:rPr>
                <w:color w:val="000000"/>
                <w:sz w:val="15"/>
              </w:rPr>
              <w:t>[ ]</w:t>
            </w:r>
          </w:p>
        </w:tc>
      </w:tr>
      <w:tr w:rsidR="00187EB2" w:rsidRPr="004114A5" w14:paraId="48B86395" w14:textId="18A77AA5" w:rsidTr="00187EB2">
        <w:trPr>
          <w:cantSplit/>
          <w:trHeight w:val="365"/>
          <w:jc w:val="center"/>
        </w:trPr>
        <w:tc>
          <w:tcPr>
            <w:tcW w:w="6928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10D1FA8C" w14:textId="77777777" w:rsidR="00187EB2" w:rsidRPr="004114A5" w:rsidRDefault="00187EB2" w:rsidP="00187EB2">
            <w:r w:rsidRPr="004114A5">
              <w:rPr>
                <w:color w:val="000000"/>
                <w:sz w:val="14"/>
              </w:rPr>
              <w:t>Relevante beheer-, configuratie- en garantiedocumentatie aangeleverd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62858893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33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37D566B0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10D14E60" w14:textId="77777777" w:rsidR="00187EB2" w:rsidRPr="004114A5" w:rsidRDefault="00187EB2" w:rsidP="00187EB2">
            <w:pPr>
              <w:jc w:val="center"/>
            </w:pPr>
            <w:r w:rsidRPr="004114A5">
              <w:rPr>
                <w:color w:val="000000"/>
                <w:sz w:val="15"/>
              </w:rPr>
              <w:t>[ ]</w:t>
            </w:r>
          </w:p>
        </w:tc>
        <w:tc>
          <w:tcPr>
            <w:tcW w:w="884" w:type="dxa"/>
          </w:tcPr>
          <w:p w14:paraId="75FA36DE" w14:textId="2FC06634" w:rsidR="00187EB2" w:rsidRPr="004114A5" w:rsidRDefault="00187EB2" w:rsidP="00187EB2">
            <w:pPr>
              <w:jc w:val="center"/>
              <w:rPr>
                <w:color w:val="000000"/>
                <w:sz w:val="15"/>
              </w:rPr>
            </w:pPr>
            <w:r w:rsidRPr="004114A5">
              <w:rPr>
                <w:color w:val="000000"/>
                <w:sz w:val="15"/>
              </w:rPr>
              <w:t>[ ]</w:t>
            </w:r>
          </w:p>
        </w:tc>
      </w:tr>
    </w:tbl>
    <w:p w14:paraId="6024EAF6" w14:textId="77777777" w:rsidR="000E2A52" w:rsidRPr="004114A5" w:rsidRDefault="00553D2C">
      <w:pPr>
        <w:spacing w:before="40" w:after="40"/>
      </w:pPr>
      <w:r w:rsidRPr="004114A5">
        <w:rPr>
          <w:b/>
          <w:color w:val="000000"/>
          <w:sz w:val="19"/>
        </w:rPr>
        <w:t>Opmerkingen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0318"/>
      </w:tblGrid>
      <w:tr w:rsidR="000E2A52" w:rsidRPr="004114A5" w14:paraId="3447D2AE" w14:textId="77777777">
        <w:trPr>
          <w:trHeight w:hRule="exact" w:val="623"/>
        </w:trPr>
        <w:tc>
          <w:tcPr>
            <w:tcW w:w="10318" w:type="dxa"/>
          </w:tcPr>
          <w:p w14:paraId="0356CECA" w14:textId="77777777" w:rsidR="000E2A52" w:rsidRPr="004114A5" w:rsidRDefault="000E2A52"/>
        </w:tc>
      </w:tr>
    </w:tbl>
    <w:p w14:paraId="426A3900" w14:textId="77777777" w:rsidR="000E2A52" w:rsidRPr="004114A5" w:rsidRDefault="00553D2C">
      <w:pPr>
        <w:spacing w:before="80" w:after="40"/>
      </w:pPr>
      <w:r w:rsidRPr="004114A5">
        <w:rPr>
          <w:b/>
          <w:color w:val="000000"/>
          <w:sz w:val="22"/>
        </w:rPr>
        <w:t>Nazorg / restpunten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267"/>
        <w:gridCol w:w="1020"/>
        <w:gridCol w:w="1020"/>
        <w:gridCol w:w="115"/>
        <w:gridCol w:w="2551"/>
        <w:gridCol w:w="1587"/>
        <w:gridCol w:w="1757"/>
      </w:tblGrid>
      <w:tr w:rsidR="000E2A52" w:rsidRPr="004114A5" w14:paraId="61A768B1" w14:textId="77777777">
        <w:trPr>
          <w:gridAfter w:val="4"/>
          <w:wAfter w:w="5951" w:type="dxa"/>
        </w:trPr>
        <w:tc>
          <w:tcPr>
            <w:tcW w:w="2267" w:type="dxa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0197C09" w14:textId="77777777" w:rsidR="000E2A52" w:rsidRPr="004114A5" w:rsidRDefault="00553D2C">
            <w:r w:rsidRPr="004114A5">
              <w:rPr>
                <w:b/>
                <w:color w:val="000000"/>
                <w:sz w:val="15"/>
              </w:rPr>
              <w:t>Restpunten aanwezig?</w:t>
            </w:r>
          </w:p>
        </w:tc>
        <w:tc>
          <w:tcPr>
            <w:tcW w:w="1020" w:type="dxa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CB8203C" w14:textId="77777777" w:rsidR="000E2A52" w:rsidRPr="004114A5" w:rsidRDefault="00553D2C">
            <w:pPr>
              <w:jc w:val="center"/>
            </w:pPr>
            <w:r w:rsidRPr="004114A5">
              <w:rPr>
                <w:color w:val="000000"/>
                <w:sz w:val="15"/>
              </w:rPr>
              <w:t>Ja [ ]</w:t>
            </w:r>
          </w:p>
        </w:tc>
        <w:tc>
          <w:tcPr>
            <w:tcW w:w="1020" w:type="dxa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EB99C20" w14:textId="77777777" w:rsidR="000E2A52" w:rsidRPr="004114A5" w:rsidRDefault="00553D2C">
            <w:pPr>
              <w:jc w:val="center"/>
            </w:pPr>
            <w:r w:rsidRPr="004114A5">
              <w:rPr>
                <w:color w:val="000000"/>
                <w:sz w:val="15"/>
              </w:rPr>
              <w:t>Nee [ ]</w:t>
            </w:r>
          </w:p>
        </w:tc>
      </w:tr>
      <w:tr w:rsidR="000E2A52" w:rsidRPr="004114A5" w14:paraId="6D6DA089" w14:textId="77777777">
        <w:tblPrEx>
          <w:jc w:val="center"/>
        </w:tblPrEx>
        <w:trPr>
          <w:jc w:val="center"/>
        </w:trPr>
        <w:tc>
          <w:tcPr>
            <w:tcW w:w="4422" w:type="dxa"/>
            <w:gridSpan w:val="4"/>
            <w:shd w:val="clear" w:color="auto" w:fill="8DB3E2"/>
          </w:tcPr>
          <w:p w14:paraId="6E682BE2" w14:textId="77777777" w:rsidR="000E2A52" w:rsidRPr="004114A5" w:rsidRDefault="00553D2C">
            <w:pPr>
              <w:jc w:val="center"/>
            </w:pPr>
            <w:r w:rsidRPr="004114A5">
              <w:rPr>
                <w:b/>
                <w:color w:val="FFFFFF"/>
                <w:sz w:val="14"/>
              </w:rPr>
              <w:t>Restpunt</w:t>
            </w:r>
          </w:p>
        </w:tc>
        <w:tc>
          <w:tcPr>
            <w:tcW w:w="2551" w:type="dxa"/>
            <w:shd w:val="clear" w:color="auto" w:fill="8DB3E2"/>
          </w:tcPr>
          <w:p w14:paraId="2D687849" w14:textId="77777777" w:rsidR="000E2A52" w:rsidRPr="004114A5" w:rsidRDefault="00553D2C">
            <w:pPr>
              <w:jc w:val="center"/>
            </w:pPr>
            <w:r w:rsidRPr="004114A5">
              <w:rPr>
                <w:b/>
                <w:color w:val="FFFFFF"/>
                <w:sz w:val="14"/>
              </w:rPr>
              <w:t>Verantwoordelijke</w:t>
            </w:r>
          </w:p>
        </w:tc>
        <w:tc>
          <w:tcPr>
            <w:tcW w:w="1587" w:type="dxa"/>
            <w:shd w:val="clear" w:color="auto" w:fill="8DB3E2"/>
          </w:tcPr>
          <w:p w14:paraId="1BDB53AD" w14:textId="77777777" w:rsidR="000E2A52" w:rsidRPr="004114A5" w:rsidRDefault="00553D2C">
            <w:pPr>
              <w:jc w:val="center"/>
            </w:pPr>
            <w:r w:rsidRPr="004114A5">
              <w:rPr>
                <w:b/>
                <w:color w:val="FFFFFF"/>
                <w:sz w:val="14"/>
              </w:rPr>
              <w:t>Streefdatum</w:t>
            </w:r>
          </w:p>
        </w:tc>
        <w:tc>
          <w:tcPr>
            <w:tcW w:w="1757" w:type="dxa"/>
            <w:shd w:val="clear" w:color="auto" w:fill="8DB3E2"/>
          </w:tcPr>
          <w:p w14:paraId="4825CE71" w14:textId="77777777" w:rsidR="000E2A52" w:rsidRPr="004114A5" w:rsidRDefault="00553D2C">
            <w:pPr>
              <w:jc w:val="center"/>
            </w:pPr>
            <w:r w:rsidRPr="004114A5">
              <w:rPr>
                <w:b/>
                <w:color w:val="FFFFFF"/>
                <w:sz w:val="14"/>
              </w:rPr>
              <w:t>Afgerond</w:t>
            </w:r>
          </w:p>
        </w:tc>
      </w:tr>
      <w:tr w:rsidR="000E2A52" w:rsidRPr="004114A5" w14:paraId="48493E06" w14:textId="77777777">
        <w:tblPrEx>
          <w:jc w:val="center"/>
        </w:tblPrEx>
        <w:trPr>
          <w:trHeight w:val="453"/>
          <w:jc w:val="center"/>
        </w:trPr>
        <w:tc>
          <w:tcPr>
            <w:tcW w:w="4422" w:type="dxa"/>
            <w:gridSpan w:val="4"/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21B49FA8" w14:textId="77777777" w:rsidR="000E2A52" w:rsidRPr="004114A5" w:rsidRDefault="000E2A52"/>
        </w:tc>
        <w:tc>
          <w:tcPr>
            <w:tcW w:w="2551" w:type="dxa"/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295DBB7C" w14:textId="77777777" w:rsidR="000E2A52" w:rsidRPr="004114A5" w:rsidRDefault="000E2A52"/>
        </w:tc>
        <w:tc>
          <w:tcPr>
            <w:tcW w:w="1587" w:type="dxa"/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0BEE5A85" w14:textId="77777777" w:rsidR="000E2A52" w:rsidRPr="004114A5" w:rsidRDefault="000E2A52"/>
        </w:tc>
        <w:tc>
          <w:tcPr>
            <w:tcW w:w="1757" w:type="dxa"/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521344F5" w14:textId="77777777" w:rsidR="000E2A52" w:rsidRPr="004114A5" w:rsidRDefault="00553D2C">
            <w:pPr>
              <w:jc w:val="center"/>
            </w:pPr>
            <w:r w:rsidRPr="004114A5">
              <w:rPr>
                <w:color w:val="000000"/>
                <w:sz w:val="14"/>
              </w:rPr>
              <w:t>Ja / Nee</w:t>
            </w:r>
          </w:p>
        </w:tc>
      </w:tr>
      <w:tr w:rsidR="000E2A52" w:rsidRPr="004114A5" w14:paraId="7E35887C" w14:textId="77777777">
        <w:tblPrEx>
          <w:jc w:val="center"/>
        </w:tblPrEx>
        <w:trPr>
          <w:trHeight w:val="453"/>
          <w:jc w:val="center"/>
        </w:trPr>
        <w:tc>
          <w:tcPr>
            <w:tcW w:w="4422" w:type="dxa"/>
            <w:gridSpan w:val="4"/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3CDD4FE9" w14:textId="77777777" w:rsidR="000E2A52" w:rsidRPr="004114A5" w:rsidRDefault="000E2A52"/>
        </w:tc>
        <w:tc>
          <w:tcPr>
            <w:tcW w:w="2551" w:type="dxa"/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114F6E6C" w14:textId="77777777" w:rsidR="000E2A52" w:rsidRPr="004114A5" w:rsidRDefault="000E2A52"/>
        </w:tc>
        <w:tc>
          <w:tcPr>
            <w:tcW w:w="1587" w:type="dxa"/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2F4BD15E" w14:textId="77777777" w:rsidR="000E2A52" w:rsidRPr="004114A5" w:rsidRDefault="000E2A52"/>
        </w:tc>
        <w:tc>
          <w:tcPr>
            <w:tcW w:w="1757" w:type="dxa"/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0AABDC77" w14:textId="77777777" w:rsidR="000E2A52" w:rsidRPr="004114A5" w:rsidRDefault="00553D2C">
            <w:pPr>
              <w:jc w:val="center"/>
            </w:pPr>
            <w:r w:rsidRPr="004114A5">
              <w:rPr>
                <w:color w:val="000000"/>
                <w:sz w:val="14"/>
              </w:rPr>
              <w:t>Ja / Nee</w:t>
            </w:r>
          </w:p>
        </w:tc>
      </w:tr>
    </w:tbl>
    <w:p w14:paraId="66C1F348" w14:textId="77777777" w:rsidR="000E2A52" w:rsidRPr="004114A5" w:rsidRDefault="000E2A52">
      <w:pPr>
        <w:pageBreakBefore/>
      </w:pPr>
    </w:p>
    <w:p w14:paraId="399F0346" w14:textId="77777777" w:rsidR="000E2A52" w:rsidRPr="004114A5" w:rsidRDefault="00553D2C">
      <w:pPr>
        <w:spacing w:after="40"/>
      </w:pPr>
      <w:r w:rsidRPr="004114A5">
        <w:rPr>
          <w:b/>
          <w:color w:val="000000"/>
          <w:sz w:val="26"/>
        </w:rPr>
        <w:t>Fotoregistratie en resultaat oplevering</w:t>
      </w:r>
    </w:p>
    <w:p w14:paraId="244D6069" w14:textId="77777777" w:rsidR="000E2A52" w:rsidRPr="004114A5" w:rsidRDefault="00553D2C">
      <w:pPr>
        <w:spacing w:after="60"/>
      </w:pPr>
      <w:r w:rsidRPr="004114A5">
        <w:rPr>
          <w:color w:val="000000"/>
          <w:sz w:val="16"/>
        </w:rPr>
        <w:t>Voeg duidelijke overzichts- en detailfoto's toe als bewijs van de oplevering en als ondersteuning voor het beheer. Gebruik de onderstaande fotoposities voor zover van toepassing.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0E2A52" w:rsidRPr="004114A5" w14:paraId="06831313" w14:textId="77777777">
        <w:trPr>
          <w:cantSplit/>
          <w:trHeight w:hRule="exact" w:val="3174"/>
          <w:jc w:val="center"/>
        </w:trPr>
        <w:tc>
          <w:tcPr>
            <w:tcW w:w="5102" w:type="dxa"/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477856AA" w14:textId="77777777" w:rsidR="000E2A52" w:rsidRPr="004114A5" w:rsidRDefault="00553D2C">
            <w:pPr>
              <w:spacing w:after="40"/>
            </w:pPr>
            <w:r w:rsidRPr="004114A5">
              <w:rPr>
                <w:b/>
                <w:color w:val="000000"/>
                <w:sz w:val="16"/>
              </w:rPr>
              <w:t>1. Vooraanzicht werkende opstelling</w:t>
            </w:r>
          </w:p>
          <w:tbl>
            <w:tblPr>
              <w:tblStyle w:val="Tabelraster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02"/>
            </w:tblGrid>
            <w:tr w:rsidR="000E2A52" w:rsidRPr="004114A5" w14:paraId="03CD74D8" w14:textId="77777777">
              <w:trPr>
                <w:trHeight w:hRule="exact" w:val="2154"/>
                <w:jc w:val="center"/>
              </w:trPr>
              <w:tc>
                <w:tcPr>
                  <w:tcW w:w="5102" w:type="dxa"/>
                  <w:shd w:val="clear" w:color="auto" w:fill="F3F5F7"/>
                  <w:vAlign w:val="center"/>
                </w:tcPr>
                <w:p w14:paraId="6EA18C46" w14:textId="77777777" w:rsidR="000E2A52" w:rsidRPr="004114A5" w:rsidRDefault="00553D2C">
                  <w:pPr>
                    <w:jc w:val="center"/>
                  </w:pPr>
                  <w:r w:rsidRPr="004114A5">
                    <w:rPr>
                      <w:b/>
                      <w:color w:val="000000"/>
                      <w:sz w:val="16"/>
                    </w:rPr>
                    <w:t>PLAATS FOTO HIER</w:t>
                  </w:r>
                </w:p>
                <w:p w14:paraId="468F5570" w14:textId="77777777" w:rsidR="000E2A52" w:rsidRPr="004114A5" w:rsidRDefault="00553D2C">
                  <w:pPr>
                    <w:spacing w:before="20"/>
                    <w:jc w:val="center"/>
                  </w:pPr>
                  <w:r w:rsidRPr="004114A5">
                    <w:rPr>
                      <w:color w:val="000000"/>
                      <w:sz w:val="14"/>
                    </w:rPr>
                    <w:t>Overzichts- of detailfoto</w:t>
                  </w:r>
                </w:p>
              </w:tc>
            </w:tr>
          </w:tbl>
          <w:p w14:paraId="7C083D0F" w14:textId="77777777" w:rsidR="000E2A52" w:rsidRPr="004114A5" w:rsidRDefault="000E2A52"/>
        </w:tc>
        <w:tc>
          <w:tcPr>
            <w:tcW w:w="5102" w:type="dxa"/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631B6A4C" w14:textId="77777777" w:rsidR="000E2A52" w:rsidRPr="004114A5" w:rsidRDefault="00553D2C">
            <w:pPr>
              <w:spacing w:after="40"/>
            </w:pPr>
            <w:r w:rsidRPr="004114A5">
              <w:rPr>
                <w:b/>
                <w:color w:val="000000"/>
                <w:sz w:val="16"/>
              </w:rPr>
              <w:t>2. Testgesprek / gebruikerssituatie (indien van toepassing)</w:t>
            </w:r>
          </w:p>
          <w:tbl>
            <w:tblPr>
              <w:tblStyle w:val="Tabelraster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02"/>
            </w:tblGrid>
            <w:tr w:rsidR="000E2A52" w:rsidRPr="004114A5" w14:paraId="7BF30D36" w14:textId="77777777">
              <w:trPr>
                <w:trHeight w:hRule="exact" w:val="2154"/>
                <w:jc w:val="center"/>
              </w:trPr>
              <w:tc>
                <w:tcPr>
                  <w:tcW w:w="5102" w:type="dxa"/>
                  <w:shd w:val="clear" w:color="auto" w:fill="F3F5F7"/>
                  <w:vAlign w:val="center"/>
                </w:tcPr>
                <w:p w14:paraId="2DC9DD92" w14:textId="77777777" w:rsidR="000E2A52" w:rsidRPr="004114A5" w:rsidRDefault="00553D2C">
                  <w:pPr>
                    <w:jc w:val="center"/>
                  </w:pPr>
                  <w:r w:rsidRPr="004114A5">
                    <w:rPr>
                      <w:b/>
                      <w:color w:val="000000"/>
                      <w:sz w:val="16"/>
                    </w:rPr>
                    <w:t>PLAATS FOTO HIER</w:t>
                  </w:r>
                </w:p>
                <w:p w14:paraId="3445FC76" w14:textId="77777777" w:rsidR="000E2A52" w:rsidRPr="004114A5" w:rsidRDefault="00553D2C">
                  <w:pPr>
                    <w:spacing w:before="20"/>
                    <w:jc w:val="center"/>
                  </w:pPr>
                  <w:r w:rsidRPr="004114A5">
                    <w:rPr>
                      <w:color w:val="000000"/>
                      <w:sz w:val="14"/>
                    </w:rPr>
                    <w:t>Overzichts- of detailfoto</w:t>
                  </w:r>
                </w:p>
              </w:tc>
            </w:tr>
          </w:tbl>
          <w:p w14:paraId="364EC25C" w14:textId="77777777" w:rsidR="000E2A52" w:rsidRPr="004114A5" w:rsidRDefault="000E2A52"/>
        </w:tc>
      </w:tr>
      <w:tr w:rsidR="000E2A52" w:rsidRPr="004114A5" w14:paraId="470389AF" w14:textId="77777777">
        <w:trPr>
          <w:cantSplit/>
          <w:trHeight w:hRule="exact" w:val="3174"/>
          <w:jc w:val="center"/>
        </w:trPr>
        <w:tc>
          <w:tcPr>
            <w:tcW w:w="5102" w:type="dxa"/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6D7F7699" w14:textId="019F3099" w:rsidR="000E2A52" w:rsidRPr="004114A5" w:rsidRDefault="00553D2C">
            <w:pPr>
              <w:spacing w:after="40"/>
            </w:pPr>
            <w:r w:rsidRPr="004114A5">
              <w:rPr>
                <w:b/>
                <w:color w:val="000000"/>
                <w:sz w:val="16"/>
              </w:rPr>
              <w:t>3. Zijaanzicht / links en rechts</w:t>
            </w:r>
          </w:p>
          <w:tbl>
            <w:tblPr>
              <w:tblStyle w:val="Tabelraster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02"/>
            </w:tblGrid>
            <w:tr w:rsidR="000E2A52" w:rsidRPr="004114A5" w14:paraId="3E959D16" w14:textId="77777777">
              <w:trPr>
                <w:trHeight w:hRule="exact" w:val="2154"/>
                <w:jc w:val="center"/>
              </w:trPr>
              <w:tc>
                <w:tcPr>
                  <w:tcW w:w="5102" w:type="dxa"/>
                  <w:shd w:val="clear" w:color="auto" w:fill="F3F5F7"/>
                  <w:vAlign w:val="center"/>
                </w:tcPr>
                <w:p w14:paraId="4DF5BC59" w14:textId="77777777" w:rsidR="000E2A52" w:rsidRPr="004114A5" w:rsidRDefault="00553D2C">
                  <w:pPr>
                    <w:jc w:val="center"/>
                  </w:pPr>
                  <w:r w:rsidRPr="004114A5">
                    <w:rPr>
                      <w:b/>
                      <w:color w:val="000000"/>
                      <w:sz w:val="16"/>
                    </w:rPr>
                    <w:t>PLAATS FOTO HIER</w:t>
                  </w:r>
                </w:p>
                <w:p w14:paraId="67478A68" w14:textId="77777777" w:rsidR="000E2A52" w:rsidRPr="004114A5" w:rsidRDefault="00553D2C">
                  <w:pPr>
                    <w:spacing w:before="20"/>
                    <w:jc w:val="center"/>
                  </w:pPr>
                  <w:r w:rsidRPr="004114A5">
                    <w:rPr>
                      <w:color w:val="000000"/>
                      <w:sz w:val="14"/>
                    </w:rPr>
                    <w:t>Overzichts- of detailfoto</w:t>
                  </w:r>
                </w:p>
              </w:tc>
            </w:tr>
          </w:tbl>
          <w:p w14:paraId="0CB81EA6" w14:textId="77777777" w:rsidR="000E2A52" w:rsidRPr="004114A5" w:rsidRDefault="000E2A52"/>
        </w:tc>
        <w:tc>
          <w:tcPr>
            <w:tcW w:w="5102" w:type="dxa"/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0E7C8EFD" w14:textId="513FD620" w:rsidR="000E2A52" w:rsidRPr="004114A5" w:rsidRDefault="00553D2C">
            <w:pPr>
              <w:spacing w:after="40"/>
            </w:pPr>
            <w:r w:rsidRPr="004114A5">
              <w:rPr>
                <w:b/>
                <w:color w:val="000000"/>
                <w:sz w:val="16"/>
              </w:rPr>
              <w:t>4. Kabelmanagement / montage technische kast</w:t>
            </w:r>
          </w:p>
          <w:tbl>
            <w:tblPr>
              <w:tblStyle w:val="Tabelraster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02"/>
            </w:tblGrid>
            <w:tr w:rsidR="000E2A52" w:rsidRPr="004114A5" w14:paraId="42F485E4" w14:textId="77777777">
              <w:trPr>
                <w:trHeight w:hRule="exact" w:val="2154"/>
                <w:jc w:val="center"/>
              </w:trPr>
              <w:tc>
                <w:tcPr>
                  <w:tcW w:w="5102" w:type="dxa"/>
                  <w:shd w:val="clear" w:color="auto" w:fill="F3F5F7"/>
                  <w:vAlign w:val="center"/>
                </w:tcPr>
                <w:p w14:paraId="5B863ABA" w14:textId="77777777" w:rsidR="000E2A52" w:rsidRPr="004114A5" w:rsidRDefault="00553D2C">
                  <w:pPr>
                    <w:jc w:val="center"/>
                  </w:pPr>
                  <w:r w:rsidRPr="004114A5">
                    <w:rPr>
                      <w:b/>
                      <w:color w:val="000000"/>
                      <w:sz w:val="16"/>
                    </w:rPr>
                    <w:t>PLAATS FOTO HIER</w:t>
                  </w:r>
                </w:p>
                <w:p w14:paraId="4787E1F6" w14:textId="77777777" w:rsidR="000E2A52" w:rsidRPr="004114A5" w:rsidRDefault="00553D2C">
                  <w:pPr>
                    <w:spacing w:before="20"/>
                    <w:jc w:val="center"/>
                  </w:pPr>
                  <w:r w:rsidRPr="004114A5">
                    <w:rPr>
                      <w:color w:val="000000"/>
                      <w:sz w:val="14"/>
                    </w:rPr>
                    <w:t>Overzichts- of detailfoto</w:t>
                  </w:r>
                </w:p>
              </w:tc>
            </w:tr>
          </w:tbl>
          <w:p w14:paraId="39C14868" w14:textId="77777777" w:rsidR="000E2A52" w:rsidRPr="004114A5" w:rsidRDefault="000E2A52"/>
        </w:tc>
      </w:tr>
    </w:tbl>
    <w:p w14:paraId="6DC5D87C" w14:textId="60032C5D" w:rsidR="000E2A52" w:rsidRPr="004114A5" w:rsidRDefault="00553D2C">
      <w:pPr>
        <w:spacing w:before="40"/>
      </w:pPr>
      <w:r w:rsidRPr="004114A5">
        <w:rPr>
          <w:b/>
          <w:color w:val="000000"/>
          <w:sz w:val="16"/>
        </w:rPr>
        <w:t>5. Overzicht foto van de ruimte inclusief opstelling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0318"/>
      </w:tblGrid>
      <w:tr w:rsidR="000E2A52" w:rsidRPr="004114A5" w14:paraId="66CA75BE" w14:textId="77777777">
        <w:trPr>
          <w:trHeight w:hRule="exact" w:val="1984"/>
        </w:trPr>
        <w:tc>
          <w:tcPr>
            <w:tcW w:w="10318" w:type="dxa"/>
            <w:shd w:val="clear" w:color="auto" w:fill="F3F5F7"/>
            <w:vAlign w:val="center"/>
          </w:tcPr>
          <w:p w14:paraId="5A0F0C0D" w14:textId="77777777" w:rsidR="000E2A52" w:rsidRPr="004114A5" w:rsidRDefault="00553D2C">
            <w:pPr>
              <w:jc w:val="center"/>
            </w:pPr>
            <w:r w:rsidRPr="004114A5">
              <w:rPr>
                <w:b/>
                <w:color w:val="000000"/>
                <w:sz w:val="16"/>
              </w:rPr>
              <w:t>PLAATS FOTO HIER</w:t>
            </w:r>
          </w:p>
          <w:p w14:paraId="0E4E2412" w14:textId="77777777" w:rsidR="000E2A52" w:rsidRPr="004114A5" w:rsidRDefault="00553D2C">
            <w:pPr>
              <w:jc w:val="center"/>
            </w:pPr>
            <w:r w:rsidRPr="004114A5">
              <w:rPr>
                <w:color w:val="000000"/>
                <w:sz w:val="14"/>
              </w:rPr>
              <w:t>Overzichts- of detailfoto</w:t>
            </w:r>
          </w:p>
        </w:tc>
      </w:tr>
    </w:tbl>
    <w:p w14:paraId="162B8DF3" w14:textId="77777777" w:rsidR="00553D2C" w:rsidRPr="004114A5" w:rsidRDefault="00553D2C">
      <w:pPr>
        <w:spacing w:before="40" w:after="20"/>
        <w:rPr>
          <w:b/>
          <w:color w:val="000000"/>
          <w:sz w:val="16"/>
        </w:rPr>
      </w:pPr>
    </w:p>
    <w:p w14:paraId="081001FF" w14:textId="77777777" w:rsidR="00553D2C" w:rsidRPr="004114A5" w:rsidRDefault="00553D2C">
      <w:pPr>
        <w:spacing w:before="40" w:after="20"/>
        <w:rPr>
          <w:b/>
          <w:color w:val="000000"/>
          <w:sz w:val="16"/>
        </w:rPr>
      </w:pPr>
    </w:p>
    <w:p w14:paraId="0013E480" w14:textId="1FF15329" w:rsidR="000E2A52" w:rsidRPr="004114A5" w:rsidRDefault="00553D2C">
      <w:pPr>
        <w:spacing w:before="40" w:after="20"/>
      </w:pPr>
      <w:r w:rsidRPr="004114A5">
        <w:rPr>
          <w:b/>
          <w:color w:val="000000"/>
          <w:sz w:val="16"/>
        </w:rPr>
        <w:t>Aanvullende toelichting bij fotoregistratie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0318"/>
      </w:tblGrid>
      <w:tr w:rsidR="000E2A52" w:rsidRPr="004114A5" w14:paraId="0CC2E220" w14:textId="77777777" w:rsidTr="00553D2C">
        <w:trPr>
          <w:trHeight w:hRule="exact" w:val="1101"/>
        </w:trPr>
        <w:tc>
          <w:tcPr>
            <w:tcW w:w="10318" w:type="dxa"/>
          </w:tcPr>
          <w:p w14:paraId="1631BA40" w14:textId="77777777" w:rsidR="000E2A52" w:rsidRPr="004114A5" w:rsidRDefault="000E2A52"/>
        </w:tc>
      </w:tr>
    </w:tbl>
    <w:p w14:paraId="5DB769F7" w14:textId="77777777" w:rsidR="00553D2C" w:rsidRPr="004114A5" w:rsidRDefault="00553D2C">
      <w:pPr>
        <w:spacing w:before="60" w:after="20"/>
        <w:rPr>
          <w:b/>
          <w:color w:val="000000"/>
        </w:rPr>
      </w:pPr>
    </w:p>
    <w:p w14:paraId="2B69A197" w14:textId="60690A83" w:rsidR="000E2A52" w:rsidRPr="004114A5" w:rsidRDefault="00553D2C">
      <w:pPr>
        <w:spacing w:before="60" w:after="20"/>
      </w:pPr>
      <w:r w:rsidRPr="004114A5">
        <w:rPr>
          <w:b/>
          <w:color w:val="000000"/>
        </w:rPr>
        <w:t>Resultaat oplevering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4422"/>
        <w:gridCol w:w="2948"/>
        <w:gridCol w:w="20"/>
      </w:tblGrid>
      <w:tr w:rsidR="000E2A52" w:rsidRPr="004114A5" w14:paraId="41796EFE" w14:textId="77777777">
        <w:tc>
          <w:tcPr>
            <w:tcW w:w="2948" w:type="dxa"/>
            <w:shd w:val="clear" w:color="auto" w:fill="EEF2F6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E68D579" w14:textId="77777777" w:rsidR="000E2A52" w:rsidRPr="004114A5" w:rsidRDefault="00553D2C">
            <w:pPr>
              <w:jc w:val="center"/>
            </w:pPr>
            <w:r w:rsidRPr="004114A5">
              <w:rPr>
                <w:b/>
                <w:color w:val="000000"/>
                <w:sz w:val="15"/>
              </w:rPr>
              <w:t>[ ] Geaccepteerd</w:t>
            </w:r>
          </w:p>
        </w:tc>
        <w:tc>
          <w:tcPr>
            <w:tcW w:w="4422" w:type="dxa"/>
            <w:shd w:val="clear" w:color="auto" w:fill="EEF2F6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6D24C62" w14:textId="77777777" w:rsidR="000E2A52" w:rsidRPr="004114A5" w:rsidRDefault="00553D2C">
            <w:pPr>
              <w:jc w:val="center"/>
            </w:pPr>
            <w:r w:rsidRPr="004114A5">
              <w:rPr>
                <w:b/>
                <w:color w:val="000000"/>
                <w:sz w:val="15"/>
              </w:rPr>
              <w:t>[ ] Geaccepteerd met restpunten</w:t>
            </w:r>
          </w:p>
        </w:tc>
        <w:tc>
          <w:tcPr>
            <w:tcW w:w="2948" w:type="dxa"/>
            <w:gridSpan w:val="2"/>
            <w:shd w:val="clear" w:color="auto" w:fill="EEF2F6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CC94C1B" w14:textId="77777777" w:rsidR="000E2A52" w:rsidRPr="004114A5" w:rsidRDefault="00553D2C">
            <w:pPr>
              <w:jc w:val="center"/>
            </w:pPr>
            <w:r w:rsidRPr="004114A5">
              <w:rPr>
                <w:b/>
                <w:color w:val="000000"/>
                <w:sz w:val="15"/>
              </w:rPr>
              <w:t>[ ] Niet geaccepteerd</w:t>
            </w:r>
          </w:p>
        </w:tc>
      </w:tr>
      <w:tr w:rsidR="000E2A52" w:rsidRPr="004114A5" w14:paraId="294FE770" w14:textId="77777777">
        <w:trPr>
          <w:gridAfter w:val="1"/>
          <w:wAfter w:w="20" w:type="dxa"/>
        </w:trPr>
        <w:tc>
          <w:tcPr>
            <w:tcW w:w="10318" w:type="dxa"/>
            <w:gridSpan w:val="3"/>
            <w:shd w:val="clear" w:color="auto" w:fill="F7F7F7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AA3CF2D" w14:textId="77777777" w:rsidR="000E2A52" w:rsidRPr="004114A5" w:rsidRDefault="00553D2C">
            <w:r w:rsidRPr="004114A5">
              <w:rPr>
                <w:color w:val="000000"/>
                <w:sz w:val="14"/>
              </w:rPr>
              <w:t>De formele acceptatie en de gevolgen daarvan worden bepaald overeenkomstig de Raamovereenkomst. Dit formulier legt de uitgevoerde opleveringscontroles en het resultaat daarvan vast.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0E2A52" w:rsidRPr="004114A5" w14:paraId="0F6BD022" w14:textId="77777777">
        <w:trPr>
          <w:trHeight w:val="368"/>
          <w:jc w:val="center"/>
        </w:trPr>
        <w:tc>
          <w:tcPr>
            <w:tcW w:w="5159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796E715A" w14:textId="77777777" w:rsidR="000E2A52" w:rsidRPr="004114A5" w:rsidRDefault="00553D2C">
            <w:pPr>
              <w:spacing w:line="240" w:lineRule="auto"/>
            </w:pPr>
            <w:r w:rsidRPr="004114A5">
              <w:rPr>
                <w:b/>
                <w:color w:val="000000"/>
                <w:sz w:val="14"/>
              </w:rPr>
              <w:t>Namens Radboudumc</w:t>
            </w:r>
          </w:p>
        </w:tc>
        <w:tc>
          <w:tcPr>
            <w:tcW w:w="5159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1CFF7658" w14:textId="77777777" w:rsidR="000E2A52" w:rsidRPr="004114A5" w:rsidRDefault="00553D2C">
            <w:pPr>
              <w:spacing w:line="240" w:lineRule="auto"/>
            </w:pPr>
            <w:r w:rsidRPr="004114A5">
              <w:rPr>
                <w:b/>
                <w:color w:val="000000"/>
                <w:sz w:val="14"/>
              </w:rPr>
              <w:t>Namens Leverancier</w:t>
            </w:r>
          </w:p>
        </w:tc>
      </w:tr>
      <w:tr w:rsidR="000E2A52" w:rsidRPr="004114A5" w14:paraId="21CC7A92" w14:textId="77777777">
        <w:trPr>
          <w:trHeight w:val="368"/>
          <w:jc w:val="center"/>
        </w:trPr>
        <w:tc>
          <w:tcPr>
            <w:tcW w:w="5159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361C6ABD" w14:textId="77777777" w:rsidR="000E2A52" w:rsidRPr="004114A5" w:rsidRDefault="00553D2C">
            <w:pPr>
              <w:spacing w:line="240" w:lineRule="auto"/>
            </w:pPr>
            <w:r w:rsidRPr="004114A5">
              <w:rPr>
                <w:color w:val="000000"/>
                <w:sz w:val="14"/>
              </w:rPr>
              <w:t>Naam / functie: __________________________</w:t>
            </w:r>
          </w:p>
        </w:tc>
        <w:tc>
          <w:tcPr>
            <w:tcW w:w="5159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7B37ABF3" w14:textId="77777777" w:rsidR="000E2A52" w:rsidRPr="004114A5" w:rsidRDefault="00553D2C">
            <w:pPr>
              <w:spacing w:line="240" w:lineRule="auto"/>
            </w:pPr>
            <w:r w:rsidRPr="004114A5">
              <w:rPr>
                <w:color w:val="000000"/>
                <w:sz w:val="14"/>
              </w:rPr>
              <w:t>Naam / functie: __________________________</w:t>
            </w:r>
          </w:p>
        </w:tc>
      </w:tr>
      <w:tr w:rsidR="000E2A52" w:rsidRPr="004114A5" w14:paraId="4EA2AAA7" w14:textId="77777777">
        <w:trPr>
          <w:trHeight w:val="368"/>
          <w:jc w:val="center"/>
        </w:trPr>
        <w:tc>
          <w:tcPr>
            <w:tcW w:w="5159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3C86FF18" w14:textId="77777777" w:rsidR="000E2A52" w:rsidRPr="004114A5" w:rsidRDefault="00553D2C">
            <w:pPr>
              <w:spacing w:line="240" w:lineRule="auto"/>
            </w:pPr>
            <w:r w:rsidRPr="004114A5">
              <w:rPr>
                <w:color w:val="000000"/>
                <w:sz w:val="14"/>
              </w:rPr>
              <w:t>Datum: __________  Handtekening: __________</w:t>
            </w:r>
          </w:p>
        </w:tc>
        <w:tc>
          <w:tcPr>
            <w:tcW w:w="5159" w:type="dxa"/>
            <w:tcMar>
              <w:top w:w="25" w:type="dxa"/>
              <w:left w:w="45" w:type="dxa"/>
              <w:bottom w:w="25" w:type="dxa"/>
              <w:right w:w="45" w:type="dxa"/>
            </w:tcMar>
          </w:tcPr>
          <w:p w14:paraId="21F4FD35" w14:textId="77777777" w:rsidR="000E2A52" w:rsidRPr="004114A5" w:rsidRDefault="00553D2C">
            <w:pPr>
              <w:spacing w:line="240" w:lineRule="auto"/>
            </w:pPr>
            <w:r w:rsidRPr="004114A5">
              <w:rPr>
                <w:color w:val="000000"/>
                <w:sz w:val="14"/>
              </w:rPr>
              <w:t>Datum: __________  Handtekening: __________</w:t>
            </w:r>
          </w:p>
        </w:tc>
      </w:tr>
    </w:tbl>
    <w:p w14:paraId="51799EAF" w14:textId="77777777" w:rsidR="00553D2C" w:rsidRPr="004114A5" w:rsidRDefault="00553D2C"/>
    <w:sectPr w:rsidR="00553D2C" w:rsidRPr="004114A5">
      <w:headerReference w:type="default" r:id="rId11"/>
      <w:footerReference w:type="default" r:id="rId12"/>
      <w:pgSz w:w="11906" w:h="16838"/>
      <w:pgMar w:top="680" w:right="794" w:bottom="680" w:left="79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3F43B" w14:textId="77777777" w:rsidR="00581DEA" w:rsidRPr="004114A5" w:rsidRDefault="00581DEA">
      <w:pPr>
        <w:spacing w:line="240" w:lineRule="auto"/>
        <w:rPr>
          <w:rFonts w:hint="eastAsia"/>
        </w:rPr>
      </w:pPr>
      <w:r w:rsidRPr="004114A5">
        <w:separator/>
      </w:r>
    </w:p>
  </w:endnote>
  <w:endnote w:type="continuationSeparator" w:id="0">
    <w:p w14:paraId="244B1D7B" w14:textId="77777777" w:rsidR="00581DEA" w:rsidRPr="004114A5" w:rsidRDefault="00581DEA">
      <w:pPr>
        <w:spacing w:line="240" w:lineRule="auto"/>
        <w:rPr>
          <w:rFonts w:hint="eastAsia"/>
        </w:rPr>
      </w:pPr>
      <w:r w:rsidRPr="004114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A47F" w14:textId="12FC1B0F" w:rsidR="0012345C" w:rsidRPr="004114A5" w:rsidRDefault="012F699A" w:rsidP="00747FDF">
    <w:pPr>
      <w:pStyle w:val="Voettekst"/>
      <w:rPr>
        <w:rFonts w:hint="eastAsia"/>
      </w:rPr>
    </w:pPr>
    <w:r w:rsidRPr="004114A5">
      <w:drawing>
        <wp:inline distT="0" distB="0" distL="0" distR="0" wp14:anchorId="6EEEE8F1" wp14:editId="2C63F223">
          <wp:extent cx="1579880" cy="321945"/>
          <wp:effectExtent l="0" t="0" r="1270" b="1905"/>
          <wp:docPr id="354564935" name="Afbeelding 1" descr="Afbeelding met Lettertype, Graphics, tekst, typografi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56058" name="Afbeelding 1" descr="Afbeelding met Lettertype, Graphics, tekst, typografie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880" cy="32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47FDF" w:rsidRPr="004114A5">
      <w:tab/>
    </w:r>
    <w:r w:rsidR="00747FDF" w:rsidRPr="004114A5">
      <w:tab/>
    </w:r>
    <w:r w:rsidR="10B4C888" w:rsidRPr="004114A5">
      <w:t>EA-AV2026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EB628" w14:textId="77777777" w:rsidR="00581DEA" w:rsidRPr="004114A5" w:rsidRDefault="00581DEA">
      <w:pPr>
        <w:spacing w:line="240" w:lineRule="auto"/>
        <w:rPr>
          <w:rFonts w:hint="eastAsia"/>
        </w:rPr>
      </w:pPr>
      <w:r w:rsidRPr="004114A5">
        <w:separator/>
      </w:r>
    </w:p>
  </w:footnote>
  <w:footnote w:type="continuationSeparator" w:id="0">
    <w:p w14:paraId="77D678B5" w14:textId="77777777" w:rsidR="00581DEA" w:rsidRPr="004114A5" w:rsidRDefault="00581DEA">
      <w:pPr>
        <w:spacing w:line="240" w:lineRule="auto"/>
        <w:rPr>
          <w:rFonts w:hint="eastAsia"/>
        </w:rPr>
      </w:pPr>
      <w:r w:rsidRPr="004114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25CFF" w14:textId="2F363143" w:rsidR="0012345C" w:rsidRPr="004114A5" w:rsidRDefault="00E30BA7" w:rsidP="00FD516E">
    <w:pPr>
      <w:pStyle w:val="Koptekst"/>
      <w:rPr>
        <w:rFonts w:ascii="Calibri" w:hAnsi="Calibri" w:cs="Calibri"/>
        <w:szCs w:val="18"/>
      </w:rPr>
    </w:pPr>
    <w:r w:rsidRPr="004114A5">
      <w:rPr>
        <w:rFonts w:ascii="Calibri" w:hAnsi="Calibri"/>
        <w:b/>
        <w:szCs w:val="18"/>
      </w:rPr>
      <w:t>Bijlage 05</w:t>
    </w:r>
    <w:r w:rsidR="00946F4F" w:rsidRPr="004114A5">
      <w:rPr>
        <w:rFonts w:ascii="Calibri" w:hAnsi="Calibri"/>
        <w:b/>
        <w:szCs w:val="18"/>
      </w:rPr>
      <w:t xml:space="preserve"> -</w:t>
    </w:r>
    <w:r w:rsidRPr="004114A5">
      <w:rPr>
        <w:rFonts w:ascii="Calibri" w:hAnsi="Calibri"/>
        <w:b/>
        <w:szCs w:val="18"/>
      </w:rPr>
      <w:t xml:space="preserve"> bij de Raamovereenkomst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2061481">
    <w:abstractNumId w:val="8"/>
  </w:num>
  <w:num w:numId="2" w16cid:durableId="773406033">
    <w:abstractNumId w:val="6"/>
  </w:num>
  <w:num w:numId="3" w16cid:durableId="768238954">
    <w:abstractNumId w:val="5"/>
  </w:num>
  <w:num w:numId="4" w16cid:durableId="1878931148">
    <w:abstractNumId w:val="4"/>
  </w:num>
  <w:num w:numId="5" w16cid:durableId="1806241124">
    <w:abstractNumId w:val="7"/>
  </w:num>
  <w:num w:numId="6" w16cid:durableId="1995375644">
    <w:abstractNumId w:val="3"/>
  </w:num>
  <w:num w:numId="7" w16cid:durableId="18553170">
    <w:abstractNumId w:val="2"/>
  </w:num>
  <w:num w:numId="8" w16cid:durableId="1610819108">
    <w:abstractNumId w:val="1"/>
  </w:num>
  <w:num w:numId="9" w16cid:durableId="1747264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26A"/>
    <w:rsid w:val="00034616"/>
    <w:rsid w:val="0006063C"/>
    <w:rsid w:val="000E2A52"/>
    <w:rsid w:val="0012345C"/>
    <w:rsid w:val="0015074B"/>
    <w:rsid w:val="00187EB2"/>
    <w:rsid w:val="0029639D"/>
    <w:rsid w:val="00326F90"/>
    <w:rsid w:val="004114A5"/>
    <w:rsid w:val="00553D2C"/>
    <w:rsid w:val="00581DEA"/>
    <w:rsid w:val="005C622E"/>
    <w:rsid w:val="00630716"/>
    <w:rsid w:val="00747FDF"/>
    <w:rsid w:val="00771850"/>
    <w:rsid w:val="00946F4F"/>
    <w:rsid w:val="00AA1D8D"/>
    <w:rsid w:val="00B47730"/>
    <w:rsid w:val="00CB0664"/>
    <w:rsid w:val="00DD70FD"/>
    <w:rsid w:val="00E30BA7"/>
    <w:rsid w:val="00E968B0"/>
    <w:rsid w:val="00EA20AB"/>
    <w:rsid w:val="00FC693F"/>
    <w:rsid w:val="00FD516E"/>
    <w:rsid w:val="012F699A"/>
    <w:rsid w:val="10B4C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39676"/>
  <w14:defaultImageDpi w14:val="300"/>
  <w15:docId w15:val="{0B709110-62B1-40B3-B3F8-3A52D7760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0"/>
    </w:pPr>
    <w:rPr>
      <w:rFonts w:ascii="Liberation Sans" w:hAnsi="Liberation Sans"/>
      <w:sz w:val="18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E7BD49CF73D4BA84895BB94A4D098" ma:contentTypeVersion="3" ma:contentTypeDescription="Een nieuw document maken." ma:contentTypeScope="" ma:versionID="ad4f938700dad7bae236afe47f558d25">
  <xsd:schema xmlns:xsd="http://www.w3.org/2001/XMLSchema" xmlns:xs="http://www.w3.org/2001/XMLSchema" xmlns:p="http://schemas.microsoft.com/office/2006/metadata/properties" xmlns:ns2="0cc8d95f-df23-42df-a52f-a52ae6528150" targetNamespace="http://schemas.microsoft.com/office/2006/metadata/properties" ma:root="true" ma:fieldsID="57b74793b477e9f82a4dfd91a1eb23b1" ns2:_="">
    <xsd:import namespace="0cc8d95f-df23-42df-a52f-a52ae65281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8d95f-df23-42df-a52f-a52ae6528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3E35D3-4C05-47A6-9B70-DF749C92C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F2EA12-7AD6-46E2-8E3C-2390F938EE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5AB780-1025-4DC1-A712-C009A7A23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c8d95f-df23-42df-a52f-a52ae65281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360</Words>
  <Characters>1985</Characters>
  <Application>Microsoft Office Word</Application>
  <DocSecurity>0</DocSecurity>
  <Lines>16</Lines>
  <Paragraphs>4</Paragraphs>
  <ScaleCrop>false</ScaleCrop>
  <Manager/>
  <Company/>
  <LinksUpToDate>false</LinksUpToDate>
  <CharactersWithSpaces>2341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 Opleveringsformulier / Acceptatieprotocol</dc:title>
  <dc:subject>Neutraal voorbeeld voor aanbestedingsdocumenten</dc:subject>
  <dc:creator>Versteeg, André</dc:creator>
  <cp:keywords/>
  <dc:description/>
  <cp:lastModifiedBy>Ploeg, Frank van der</cp:lastModifiedBy>
  <cp:revision>8</cp:revision>
  <dcterms:created xsi:type="dcterms:W3CDTF">2026-08-28T11:25:00Z</dcterms:created>
  <dcterms:modified xsi:type="dcterms:W3CDTF">2026-09-03T07:28:00Z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0x0101002B5E7BD49CF73D4BA84895BB94A4D098</vt:lpwstr>
  </property>
</Properties>
</file>