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0400" w14:textId="77777777" w:rsidR="005C6056" w:rsidRPr="008673DD" w:rsidRDefault="00776FA5">
      <w:pPr>
        <w:spacing w:before="1160" w:after="40"/>
        <w:rPr>
          <w:rFonts w:ascii="Calibri" w:hAnsi="Calibri" w:cs="Calibri"/>
          <w:sz w:val="32"/>
          <w:szCs w:val="32"/>
        </w:rPr>
      </w:pPr>
      <w:r w:rsidRPr="008673DD">
        <w:rPr>
          <w:rFonts w:ascii="Calibri" w:hAnsi="Calibri" w:cs="Calibri"/>
          <w:b/>
          <w:sz w:val="32"/>
          <w:szCs w:val="32"/>
        </w:rPr>
        <w:t>Bijlage referentieformulier</w:t>
      </w:r>
    </w:p>
    <w:p w14:paraId="26DF64C5" w14:textId="77777777" w:rsidR="005C6056" w:rsidRDefault="00776FA5">
      <w:pPr>
        <w:spacing w:after="60" w:line="240" w:lineRule="auto"/>
        <w:rPr>
          <w:rFonts w:ascii="Calibri" w:hAnsi="Calibri" w:cs="Calibri"/>
          <w:sz w:val="20"/>
          <w:szCs w:val="20"/>
        </w:rPr>
      </w:pPr>
      <w:r w:rsidRPr="007554AF">
        <w:rPr>
          <w:rFonts w:ascii="Calibri" w:hAnsi="Calibri" w:cs="Calibri"/>
          <w:sz w:val="20"/>
          <w:szCs w:val="20"/>
        </w:rPr>
        <w:t>Dit formulier moet ondertekend worden door de contactpersoon van uw referentie én worden</w:t>
      </w:r>
      <w:r w:rsidRPr="007554AF">
        <w:rPr>
          <w:rFonts w:ascii="Calibri" w:hAnsi="Calibri" w:cs="Calibri"/>
          <w:sz w:val="20"/>
          <w:szCs w:val="20"/>
        </w:rPr>
        <w:br/>
        <w:t>bijgevoegd bij uw inschrijving.</w:t>
      </w:r>
    </w:p>
    <w:p w14:paraId="076EF24F" w14:textId="12BA9C59" w:rsidR="00A11FE2" w:rsidRPr="007554AF" w:rsidRDefault="00A11FE2">
      <w:pPr>
        <w:spacing w:after="6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Ondertekening </w:t>
      </w:r>
      <w:r w:rsidR="00C36955">
        <w:rPr>
          <w:rFonts w:ascii="Calibri" w:hAnsi="Calibri" w:cs="Calibri"/>
          <w:sz w:val="20"/>
          <w:szCs w:val="20"/>
        </w:rPr>
        <w:t xml:space="preserve">houdt mede in dat </w:t>
      </w:r>
      <w:r w:rsidR="009E15D7">
        <w:rPr>
          <w:rFonts w:ascii="Calibri" w:hAnsi="Calibri" w:cs="Calibri"/>
          <w:sz w:val="20"/>
          <w:szCs w:val="20"/>
        </w:rPr>
        <w:t xml:space="preserve">de referent ermee akkoord gaat dat </w:t>
      </w:r>
      <w:r w:rsidR="00C36955">
        <w:rPr>
          <w:rFonts w:ascii="Calibri" w:hAnsi="Calibri" w:cs="Calibri"/>
          <w:sz w:val="20"/>
          <w:szCs w:val="20"/>
        </w:rPr>
        <w:t xml:space="preserve">Radboudumc </w:t>
      </w:r>
      <w:r w:rsidR="004A05AD">
        <w:rPr>
          <w:rFonts w:ascii="Calibri" w:hAnsi="Calibri" w:cs="Calibri"/>
          <w:sz w:val="20"/>
          <w:szCs w:val="20"/>
        </w:rPr>
        <w:t>ter verificatie contact kan opnemen.</w:t>
      </w:r>
    </w:p>
    <w:p w14:paraId="63299B47" w14:textId="17A38026" w:rsidR="005C6056" w:rsidRPr="007554AF" w:rsidRDefault="005C6056">
      <w:pPr>
        <w:spacing w:after="60" w:line="240" w:lineRule="auto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6974"/>
      </w:tblGrid>
      <w:tr w:rsidR="005C6056" w:rsidRPr="007554AF" w14:paraId="290D00BD" w14:textId="77777777" w:rsidTr="0D47E721">
        <w:trPr>
          <w:jc w:val="center"/>
        </w:trPr>
        <w:tc>
          <w:tcPr>
            <w:tcW w:w="10886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06AFDB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36D818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4"/>
                <w:szCs w:val="24"/>
              </w:rPr>
            </w:pPr>
            <w:r w:rsidRPr="007554AF">
              <w:rPr>
                <w:rFonts w:ascii="Calibri" w:hAnsi="Calibri" w:cs="Calibri"/>
                <w:color w:val="FFFFFF"/>
                <w:sz w:val="24"/>
                <w:szCs w:val="24"/>
              </w:rPr>
              <w:t>Referentie</w:t>
            </w:r>
          </w:p>
        </w:tc>
      </w:tr>
      <w:tr w:rsidR="005C6056" w:rsidRPr="007554AF" w14:paraId="12C7447D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E21B56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Naam organisatie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3FB9C9" w14:textId="7588994D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503F9E22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9B3B8B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Adres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47E597" w14:textId="146E21A7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14653AA7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A26036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Vestigingsplaats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51B3A2" w14:textId="600DAEC0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08778D5C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87C242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Naam contactpersoon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40A30" w14:textId="07F5E69A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286A9FAF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6C58E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Telefoonnummer contactpersoon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85CF34" w14:textId="7F9C562B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8673DD" w14:paraId="0AAD6EBC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7CD358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Na(a)m(en) en adres(sen) eventuele</w:t>
            </w:r>
            <w:r w:rsidRPr="007554AF">
              <w:rPr>
                <w:rFonts w:ascii="Calibri" w:hAnsi="Calibri" w:cs="Calibri"/>
                <w:sz w:val="20"/>
                <w:szCs w:val="20"/>
              </w:rPr>
              <w:br/>
            </w:r>
            <w:proofErr w:type="spellStart"/>
            <w:r w:rsidRPr="007554AF">
              <w:rPr>
                <w:rFonts w:ascii="Calibri" w:hAnsi="Calibri" w:cs="Calibri"/>
                <w:sz w:val="20"/>
                <w:szCs w:val="20"/>
              </w:rPr>
              <w:t>combinanten</w:t>
            </w:r>
            <w:proofErr w:type="spellEnd"/>
            <w:r w:rsidRPr="007554AF">
              <w:rPr>
                <w:rFonts w:ascii="Calibri" w:hAnsi="Calibri" w:cs="Calibri"/>
                <w:sz w:val="20"/>
                <w:szCs w:val="20"/>
              </w:rPr>
              <w:t xml:space="preserve"> / onderaannemers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C4A2FB" w14:textId="2BA2A09D" w:rsidR="005C6056" w:rsidRPr="00705056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8673DD" w14:paraId="275D842C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DE189" w14:textId="6450F43D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D47E721">
              <w:rPr>
                <w:rFonts w:ascii="Calibri" w:hAnsi="Calibri" w:cs="Calibri"/>
                <w:sz w:val="20"/>
                <w:szCs w:val="20"/>
              </w:rPr>
              <w:t>Datum aanvang en looptijd contract</w:t>
            </w:r>
            <w:r w:rsidR="7DD825E1" w:rsidRPr="0D47E7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D47E721">
              <w:rPr>
                <w:rFonts w:ascii="Calibri" w:hAnsi="Calibri" w:cs="Calibri"/>
                <w:sz w:val="20"/>
                <w:szCs w:val="20"/>
              </w:rPr>
              <w:t>dienstverlening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422A4D" w14:textId="18F87D94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8673DD" w14:paraId="66234D9E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A4484D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Omvang en/of waarde van opdracht</w:t>
            </w:r>
            <w:r w:rsidRPr="007554AF">
              <w:rPr>
                <w:rFonts w:ascii="Calibri" w:hAnsi="Calibri" w:cs="Calibri"/>
                <w:sz w:val="20"/>
                <w:szCs w:val="20"/>
              </w:rPr>
              <w:br/>
            </w:r>
            <w:r w:rsidRPr="007554AF">
              <w:rPr>
                <w:rFonts w:ascii="Calibri" w:hAnsi="Calibri" w:cs="Calibri"/>
                <w:sz w:val="20"/>
                <w:szCs w:val="20"/>
              </w:rPr>
              <w:br/>
              <w:t>Eventueel specificeren met de</w:t>
            </w:r>
            <w:r w:rsidRPr="007554AF">
              <w:rPr>
                <w:rFonts w:ascii="Calibri" w:hAnsi="Calibri" w:cs="Calibri"/>
                <w:sz w:val="20"/>
                <w:szCs w:val="20"/>
              </w:rPr>
              <w:br/>
              <w:t>minimale/maximale waarde van de</w:t>
            </w:r>
            <w:r w:rsidRPr="007554AF">
              <w:rPr>
                <w:rFonts w:ascii="Calibri" w:hAnsi="Calibri" w:cs="Calibri"/>
                <w:sz w:val="20"/>
                <w:szCs w:val="20"/>
              </w:rPr>
              <w:br/>
              <w:t>opdracht of aantal locaties etc.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E769447" w14:textId="0FF668BE" w:rsidR="005C6056" w:rsidRPr="00705056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8673DD" w14:paraId="4F8278C3" w14:textId="77777777" w:rsidTr="0D47E721">
        <w:trPr>
          <w:trHeight w:val="7597"/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365A0D4" w14:textId="75891E4F" w:rsidR="005C6056" w:rsidRPr="007554AF" w:rsidRDefault="00776FA5">
            <w:pPr>
              <w:spacing w:after="0" w:line="235" w:lineRule="auto"/>
            </w:pPr>
            <w:r w:rsidRPr="0D47E721">
              <w:rPr>
                <w:rFonts w:ascii="Calibri" w:hAnsi="Calibri" w:cs="Calibri"/>
                <w:sz w:val="20"/>
                <w:szCs w:val="20"/>
              </w:rPr>
              <w:lastRenderedPageBreak/>
              <w:t>Beschrijving van werkzaamheden</w:t>
            </w:r>
            <w:r w:rsidR="008C6C57">
              <w:t>.</w:t>
            </w:r>
            <w:r>
              <w:br/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C0679FB" w14:textId="7B1CE98E" w:rsidR="005C6056" w:rsidRPr="007554AF" w:rsidRDefault="005C6056">
            <w:pPr>
              <w:spacing w:after="60" w:line="235" w:lineRule="auto"/>
              <w:ind w:left="238" w:hanging="125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6E464944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84ABF8B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Naar tevredenheid uitgevoerd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5DF05E4" w14:textId="1674892D" w:rsidR="005C6056" w:rsidRPr="007554AF" w:rsidRDefault="00776FA5">
            <w:pPr>
              <w:spacing w:after="60" w:line="235" w:lineRule="auto"/>
            </w:pPr>
            <w:r w:rsidRPr="0D47E721">
              <w:rPr>
                <w:rFonts w:ascii="Calibri" w:hAnsi="Calibri" w:cs="Calibri"/>
                <w:sz w:val="20"/>
                <w:szCs w:val="20"/>
              </w:rPr>
              <w:t>Ja /</w:t>
            </w:r>
            <w:r w:rsidR="007554AF" w:rsidRPr="0D47E721">
              <w:rPr>
                <w:rFonts w:ascii="Calibri" w:hAnsi="Calibri" w:cs="Calibri"/>
                <w:sz w:val="20"/>
                <w:szCs w:val="20"/>
              </w:rPr>
              <w:t xml:space="preserve"> N</w:t>
            </w:r>
            <w:r w:rsidRPr="0D47E721">
              <w:rPr>
                <w:rFonts w:ascii="Calibri" w:hAnsi="Calibri" w:cs="Calibri"/>
                <w:sz w:val="20"/>
                <w:szCs w:val="20"/>
              </w:rPr>
              <w:t xml:space="preserve">ee </w:t>
            </w:r>
          </w:p>
          <w:p w14:paraId="06A2EB0D" w14:textId="0A7C55CF" w:rsidR="005C6056" w:rsidRPr="007554AF" w:rsidRDefault="2ED84815">
            <w:pPr>
              <w:spacing w:after="6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D47E721">
              <w:rPr>
                <w:rFonts w:ascii="Calibri" w:hAnsi="Calibri" w:cs="Calibri"/>
                <w:sz w:val="20"/>
                <w:szCs w:val="20"/>
              </w:rPr>
              <w:t>T</w:t>
            </w:r>
            <w:r w:rsidR="00776FA5" w:rsidRPr="0D47E721">
              <w:rPr>
                <w:rFonts w:ascii="Calibri" w:hAnsi="Calibri" w:cs="Calibri"/>
                <w:sz w:val="20"/>
                <w:szCs w:val="20"/>
              </w:rPr>
              <w:t>oelichting</w:t>
            </w:r>
            <w:r w:rsidR="2F08F6BD" w:rsidRPr="0D47E721">
              <w:rPr>
                <w:rFonts w:ascii="Calibri" w:hAnsi="Calibri" w:cs="Calibri"/>
                <w:sz w:val="20"/>
                <w:szCs w:val="20"/>
              </w:rPr>
              <w:t>:</w:t>
            </w:r>
            <w:r w:rsidR="6850FDF9" w:rsidRPr="0D47E72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3200400" w14:textId="0CF95DAA" w:rsidR="005C6056" w:rsidRPr="007554AF" w:rsidRDefault="005C6056">
            <w:pPr>
              <w:spacing w:after="0" w:line="24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5D657C4D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5AAAB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Naam inschrijver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212A6D" w14:textId="00BC4480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07516031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E749C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Naam contactpersoon referentie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AC47F5" w14:textId="519C9753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1CD6F295" w14:textId="77777777" w:rsidTr="0D47E721">
        <w:trPr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E3F7A3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Datum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A01F20" w14:textId="7F662729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C6056" w:rsidRPr="007554AF" w14:paraId="3750094C" w14:textId="77777777" w:rsidTr="0D47E721">
        <w:trPr>
          <w:trHeight w:val="709"/>
          <w:jc w:val="center"/>
        </w:trPr>
        <w:tc>
          <w:tcPr>
            <w:tcW w:w="391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24FD71" w14:textId="77777777" w:rsidR="005C6056" w:rsidRPr="007554AF" w:rsidRDefault="00776FA5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  <w:r w:rsidRPr="007554AF">
              <w:rPr>
                <w:rFonts w:ascii="Calibri" w:hAnsi="Calibri" w:cs="Calibri"/>
                <w:sz w:val="20"/>
                <w:szCs w:val="20"/>
              </w:rPr>
              <w:t>Handtekening contactpersoon referentie</w:t>
            </w:r>
          </w:p>
        </w:tc>
        <w:tc>
          <w:tcPr>
            <w:tcW w:w="697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1BC48D" w14:textId="77777777" w:rsidR="005C6056" w:rsidRPr="007554AF" w:rsidRDefault="005C6056">
            <w:pPr>
              <w:spacing w:after="0" w:line="235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91228C9" w14:textId="376C4B85" w:rsidR="00776FA5" w:rsidRDefault="00776FA5" w:rsidP="0D47E721"/>
    <w:sectPr w:rsidR="00776FA5" w:rsidSect="00034616">
      <w:headerReference w:type="default" r:id="rId10"/>
      <w:footerReference w:type="default" r:id="rId11"/>
      <w:pgSz w:w="11906" w:h="16838"/>
      <w:pgMar w:top="709" w:right="510" w:bottom="624" w:left="510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19B49" w14:textId="77777777" w:rsidR="00384B9B" w:rsidRDefault="00384B9B">
      <w:pPr>
        <w:spacing w:after="0" w:line="240" w:lineRule="auto"/>
      </w:pPr>
      <w:r>
        <w:separator/>
      </w:r>
    </w:p>
  </w:endnote>
  <w:endnote w:type="continuationSeparator" w:id="0">
    <w:p w14:paraId="57F9D039" w14:textId="77777777" w:rsidR="00384B9B" w:rsidRDefault="00384B9B">
      <w:pPr>
        <w:spacing w:after="0" w:line="240" w:lineRule="auto"/>
      </w:pPr>
      <w:r>
        <w:continuationSeparator/>
      </w:r>
    </w:p>
  </w:endnote>
  <w:endnote w:type="continuationNotice" w:id="1">
    <w:p w14:paraId="51004A32" w14:textId="77777777" w:rsidR="00384B9B" w:rsidRDefault="00384B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2A24" w14:textId="10396FC0" w:rsidR="005C6056" w:rsidRDefault="00776FA5">
    <w:pPr>
      <w:pStyle w:val="Voettekst"/>
      <w:jc w:val="center"/>
    </w:pPr>
    <w:r>
      <w:rPr>
        <w:sz w:val="16"/>
      </w:rPr>
      <w:t xml:space="preserve">Pagina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 w:rsidR="007554AF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 w:rsidR="007554AF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BC06A" w14:textId="77777777" w:rsidR="00384B9B" w:rsidRDefault="00384B9B">
      <w:pPr>
        <w:spacing w:after="0" w:line="240" w:lineRule="auto"/>
      </w:pPr>
      <w:r>
        <w:separator/>
      </w:r>
    </w:p>
  </w:footnote>
  <w:footnote w:type="continuationSeparator" w:id="0">
    <w:p w14:paraId="74901D2F" w14:textId="77777777" w:rsidR="00384B9B" w:rsidRDefault="00384B9B">
      <w:pPr>
        <w:spacing w:after="0" w:line="240" w:lineRule="auto"/>
      </w:pPr>
      <w:r>
        <w:continuationSeparator/>
      </w:r>
    </w:p>
  </w:footnote>
  <w:footnote w:type="continuationNotice" w:id="1">
    <w:p w14:paraId="765DD2E2" w14:textId="77777777" w:rsidR="00384B9B" w:rsidRDefault="00384B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5438" w14:textId="77777777" w:rsidR="005C6056" w:rsidRDefault="00776FA5">
    <w:pPr>
      <w:pStyle w:val="Koptekst"/>
      <w:jc w:val="right"/>
    </w:pPr>
    <w:r>
      <w:rPr>
        <w:noProof/>
      </w:rPr>
      <w:drawing>
        <wp:inline distT="0" distB="0" distL="0" distR="0" wp14:anchorId="6F026E96" wp14:editId="1FB88935">
          <wp:extent cx="2799823" cy="659958"/>
          <wp:effectExtent l="0" t="0" r="635" b="6985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983E8CAD-5DFE-45F1-B993-28BA14F136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dboudumc_700px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17549" cy="664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0119055">
    <w:abstractNumId w:val="5"/>
  </w:num>
  <w:num w:numId="2" w16cid:durableId="1446535080">
    <w:abstractNumId w:val="2"/>
  </w:num>
  <w:num w:numId="3" w16cid:durableId="155918539">
    <w:abstractNumId w:val="7"/>
  </w:num>
  <w:num w:numId="4" w16cid:durableId="222762336">
    <w:abstractNumId w:val="3"/>
  </w:num>
  <w:num w:numId="5" w16cid:durableId="284390907">
    <w:abstractNumId w:val="8"/>
  </w:num>
  <w:num w:numId="6" w16cid:durableId="478154744">
    <w:abstractNumId w:val="0"/>
  </w:num>
  <w:num w:numId="7" w16cid:durableId="71509122">
    <w:abstractNumId w:val="4"/>
  </w:num>
  <w:num w:numId="8" w16cid:durableId="843858950">
    <w:abstractNumId w:val="1"/>
  </w:num>
  <w:num w:numId="9" w16cid:durableId="858587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97"/>
    <w:rsid w:val="000555E4"/>
    <w:rsid w:val="0006063C"/>
    <w:rsid w:val="00062697"/>
    <w:rsid w:val="000B1BC2"/>
    <w:rsid w:val="000E4858"/>
    <w:rsid w:val="0015074B"/>
    <w:rsid w:val="001658EB"/>
    <w:rsid w:val="001667E8"/>
    <w:rsid w:val="001F541C"/>
    <w:rsid w:val="002709CA"/>
    <w:rsid w:val="002926A7"/>
    <w:rsid w:val="0029639D"/>
    <w:rsid w:val="002A2CE3"/>
    <w:rsid w:val="002F1D85"/>
    <w:rsid w:val="00326F90"/>
    <w:rsid w:val="00384B9B"/>
    <w:rsid w:val="00412E92"/>
    <w:rsid w:val="004225B5"/>
    <w:rsid w:val="004A05AD"/>
    <w:rsid w:val="004D186F"/>
    <w:rsid w:val="0051524B"/>
    <w:rsid w:val="005C6056"/>
    <w:rsid w:val="0066293E"/>
    <w:rsid w:val="006B5568"/>
    <w:rsid w:val="006D300C"/>
    <w:rsid w:val="00702765"/>
    <w:rsid w:val="00705056"/>
    <w:rsid w:val="00710A17"/>
    <w:rsid w:val="007554AF"/>
    <w:rsid w:val="00776FA5"/>
    <w:rsid w:val="007B08A7"/>
    <w:rsid w:val="007E6F6D"/>
    <w:rsid w:val="0081199E"/>
    <w:rsid w:val="008340F3"/>
    <w:rsid w:val="008673DD"/>
    <w:rsid w:val="008C6C57"/>
    <w:rsid w:val="009225F2"/>
    <w:rsid w:val="009834E2"/>
    <w:rsid w:val="00983DF5"/>
    <w:rsid w:val="009E15D7"/>
    <w:rsid w:val="00A11FE2"/>
    <w:rsid w:val="00A223E8"/>
    <w:rsid w:val="00A50D91"/>
    <w:rsid w:val="00A70D13"/>
    <w:rsid w:val="00AA1D8D"/>
    <w:rsid w:val="00AA5E7D"/>
    <w:rsid w:val="00B47730"/>
    <w:rsid w:val="00B935B9"/>
    <w:rsid w:val="00C14DB7"/>
    <w:rsid w:val="00C36955"/>
    <w:rsid w:val="00C85A82"/>
    <w:rsid w:val="00CB0664"/>
    <w:rsid w:val="00CF0C05"/>
    <w:rsid w:val="00D25D30"/>
    <w:rsid w:val="00DB55C7"/>
    <w:rsid w:val="00DD6918"/>
    <w:rsid w:val="00E70774"/>
    <w:rsid w:val="00ED600F"/>
    <w:rsid w:val="00F54E2B"/>
    <w:rsid w:val="00F64EA0"/>
    <w:rsid w:val="00F73DD5"/>
    <w:rsid w:val="00F8339C"/>
    <w:rsid w:val="00FC693F"/>
    <w:rsid w:val="0D47E721"/>
    <w:rsid w:val="2ED84815"/>
    <w:rsid w:val="2F08F6BD"/>
    <w:rsid w:val="3321543A"/>
    <w:rsid w:val="49BAF453"/>
    <w:rsid w:val="5340629F"/>
    <w:rsid w:val="5EADD638"/>
    <w:rsid w:val="6096708A"/>
    <w:rsid w:val="6850FDF9"/>
    <w:rsid w:val="7DD825E1"/>
    <w:rsid w:val="7F1F9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3010A"/>
  <w14:defaultImageDpi w14:val="300"/>
  <w15:docId w15:val="{38119D04-90C7-4A5F-A24E-7314C3F0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D47E721"/>
    <w:rPr>
      <w:rFonts w:ascii="Arial Narrow" w:eastAsia="Arial Narrow" w:hAnsi="Arial Narrow"/>
      <w:sz w:val="17"/>
      <w:szCs w:val="17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D47E7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D47E7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D47E7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D47E7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D47E7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D47E7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D47E7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D47E7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D47E7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D47E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D47E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D47E7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D47E721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D47E721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D47E721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D47E72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D47E72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D47E721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D47E721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D47E721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D47E721"/>
    <w:pPr>
      <w:numPr>
        <w:numId w:val="5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D47E721"/>
    <w:pPr>
      <w:numPr>
        <w:numId w:val="9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D47E721"/>
    <w:pPr>
      <w:numPr>
        <w:numId w:val="1"/>
      </w:numPr>
      <w:contextualSpacing/>
    </w:pPr>
  </w:style>
  <w:style w:type="paragraph" w:styleId="Lijstnummering">
    <w:name w:val="List Number"/>
    <w:basedOn w:val="Standaard"/>
    <w:uiPriority w:val="99"/>
    <w:unhideWhenUsed/>
    <w:rsid w:val="0D47E721"/>
    <w:pPr>
      <w:numPr>
        <w:numId w:val="3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D47E721"/>
    <w:pPr>
      <w:numPr>
        <w:numId w:val="4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D47E721"/>
    <w:pPr>
      <w:numPr>
        <w:numId w:val="2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D47E721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D47E721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D47E721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D47E721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D47E72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D47E7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7554A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D47E72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554AF"/>
    <w:rPr>
      <w:rFonts w:ascii="Arial Narrow" w:eastAsia="Arial Narrow" w:hAnsi="Arial Narrow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554A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554AF"/>
    <w:rPr>
      <w:rFonts w:ascii="Arial Narrow" w:eastAsia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67223-6FB4-4607-9939-9DC7E8EAEAE1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0cc8d95f-df23-42df-a52f-a52ae652815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907523B-4A0C-42E0-A34D-966A86871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8d95f-df23-42df-a52f-a52ae6528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9DCF08-9B04-4770-AAAD-B2C0D3519B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126</Words>
  <Characters>693</Characters>
  <Application>Microsoft Office Word</Application>
  <DocSecurity>0</DocSecurity>
  <Lines>5</Lines>
  <Paragraphs>1</Paragraphs>
  <ScaleCrop>false</ScaleCrop>
  <Manager/>
  <Company/>
  <LinksUpToDate>false</LinksUpToDate>
  <CharactersWithSpaces>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Versteeg, André</dc:creator>
  <cp:keywords/>
  <dc:description>generated by python-docx</dc:description>
  <cp:lastModifiedBy>Ploeg, Frank van der</cp:lastModifiedBy>
  <cp:revision>21</cp:revision>
  <dcterms:created xsi:type="dcterms:W3CDTF">2026-05-29T14:50:00Z</dcterms:created>
  <dcterms:modified xsi:type="dcterms:W3CDTF">2026-09-07T13:54:00Z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</Properties>
</file>