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46344" w14:textId="77777777" w:rsidR="0017020F" w:rsidRPr="009A2486" w:rsidRDefault="00AF3D40">
      <w:pPr>
        <w:spacing w:after="40"/>
        <w:rPr>
          <w:lang w:val="nl-NL"/>
        </w:rPr>
      </w:pPr>
      <w:r w:rsidRPr="009A2486">
        <w:rPr>
          <w:b/>
          <w:color w:val="1F497D"/>
          <w:sz w:val="36"/>
          <w:lang w:val="nl-NL"/>
        </w:rPr>
        <w:t>BIJLAGE 3: FORMAT REFERENTIES (S1 t/m S4)</w:t>
      </w:r>
    </w:p>
    <w:p w14:paraId="3930FA33" w14:textId="77777777" w:rsidR="0017020F" w:rsidRPr="009A2486" w:rsidRDefault="00AF3D40">
      <w:pPr>
        <w:spacing w:after="240"/>
        <w:rPr>
          <w:lang w:val="nl-NL"/>
        </w:rPr>
      </w:pPr>
      <w:r w:rsidRPr="009A2486">
        <w:rPr>
          <w:b/>
          <w:color w:val="365F91"/>
          <w:sz w:val="22"/>
          <w:lang w:val="nl-NL"/>
        </w:rPr>
        <w:t>Selectiefase Europese Aanbesteding Buitenreclame – Nationaal Museum van Wereldculturen</w:t>
      </w:r>
    </w:p>
    <w:tbl>
      <w:tblPr>
        <w:tblW w:w="0" w:type="auto"/>
        <w:jc w:val="center"/>
        <w:tblLayout w:type="fixed"/>
        <w:tblLook w:val="04A0" w:firstRow="1" w:lastRow="0" w:firstColumn="1" w:lastColumn="0" w:noHBand="0" w:noVBand="1"/>
      </w:tblPr>
      <w:tblGrid>
        <w:gridCol w:w="9792"/>
      </w:tblGrid>
      <w:tr w:rsidR="0017020F" w:rsidRPr="009D6753" w14:paraId="1232D8BB" w14:textId="77777777">
        <w:trPr>
          <w:jc w:val="center"/>
        </w:trPr>
        <w:tc>
          <w:tcPr>
            <w:tcW w:w="9792" w:type="dxa"/>
            <w:tcBorders>
              <w:left w:val="single" w:sz="24" w:space="0" w:color="1F497D"/>
            </w:tcBorders>
            <w:shd w:val="clear" w:color="auto" w:fill="F2F5F9"/>
            <w:tcMar>
              <w:top w:w="140" w:type="dxa"/>
              <w:left w:w="180" w:type="dxa"/>
              <w:bottom w:w="140" w:type="dxa"/>
              <w:right w:w="180" w:type="dxa"/>
            </w:tcMar>
          </w:tcPr>
          <w:p w14:paraId="26FB4FD8" w14:textId="77777777" w:rsidR="0017020F" w:rsidRPr="009A2486" w:rsidRDefault="00AF3D40">
            <w:pPr>
              <w:spacing w:after="0"/>
              <w:rPr>
                <w:lang w:val="nl-NL"/>
              </w:rPr>
            </w:pPr>
            <w:r w:rsidRPr="009A2486">
              <w:rPr>
                <w:b/>
                <w:color w:val="1F497D"/>
                <w:lang w:val="nl-NL"/>
              </w:rPr>
              <w:t>Instructie voor Gegadigde:</w:t>
            </w:r>
            <w:r w:rsidRPr="009A2486">
              <w:rPr>
                <w:b/>
                <w:color w:val="1F497D"/>
                <w:lang w:val="nl-NL"/>
              </w:rPr>
              <w:br/>
            </w:r>
            <w:r w:rsidRPr="009A2486">
              <w:rPr>
                <w:sz w:val="19"/>
                <w:lang w:val="nl-NL"/>
              </w:rPr>
              <w:t>• Vul dit sjabloon zo compleet en nauwkeurig mogelijk in.</w:t>
            </w:r>
            <w:r w:rsidRPr="009A2486">
              <w:rPr>
                <w:sz w:val="19"/>
                <w:lang w:val="nl-NL"/>
              </w:rPr>
              <w:br/>
              <w:t>• Alle referentie-opdrachten voor S1 t/m S3 moeten betrekking hebben op dienstverlening die in de afgelopen 3 jaar (voorafgaand aan de sluitingsdatum van de aanmeldingstermijn) is uitgevoerd of nog in uitvoering is.</w:t>
            </w:r>
            <w:r w:rsidRPr="009A2486">
              <w:rPr>
                <w:sz w:val="19"/>
                <w:lang w:val="nl-NL"/>
              </w:rPr>
              <w:br/>
              <w:t>• Let op: Ten minste één voorbeeld/referentie per criterium dient in de afgelopen 12 maanden te zijn uitgevoerd of in uitvoering te zijn geweest.</w:t>
            </w:r>
            <w:r w:rsidRPr="009A2486">
              <w:rPr>
                <w:sz w:val="19"/>
                <w:lang w:val="nl-NL"/>
              </w:rPr>
              <w:br/>
              <w:t>• Het is toegestaan dezelfde referentie/opdracht voor meerdere selectiecriteria (S1 t/m S3) of geschiktheidseisen te gebruiken.</w:t>
            </w:r>
            <w:r w:rsidRPr="009A2486">
              <w:rPr>
                <w:sz w:val="19"/>
                <w:lang w:val="nl-NL"/>
              </w:rPr>
              <w:br/>
              <w:t>• Voor criterium S4 dient u de gestelde onderwerpen concreet en gestructureerd te onderbouwen. Bij S4 dient minimaal 200 punten behaald te worden om in aanmerking te komen voor fase 2.</w:t>
            </w:r>
          </w:p>
        </w:tc>
      </w:tr>
    </w:tbl>
    <w:p w14:paraId="43B12772" w14:textId="77777777" w:rsidR="0017020F" w:rsidRPr="009A2486" w:rsidRDefault="0017020F">
      <w:pPr>
        <w:spacing w:after="160"/>
        <w:rPr>
          <w:lang w:val="nl-NL"/>
        </w:rPr>
      </w:pPr>
    </w:p>
    <w:p w14:paraId="7E430C03" w14:textId="77777777" w:rsidR="0017020F" w:rsidRDefault="00AF3D40">
      <w:pPr>
        <w:keepNext/>
        <w:spacing w:before="280" w:after="120"/>
      </w:pPr>
      <w:r>
        <w:rPr>
          <w:b/>
          <w:color w:val="1F497D"/>
          <w:sz w:val="26"/>
        </w:rPr>
        <w:t>0. ALGEMENE GEGEVENS GEGADIGDE</w:t>
      </w:r>
    </w:p>
    <w:tbl>
      <w:tblPr>
        <w:tblW w:w="0" w:type="auto"/>
        <w:jc w:val="center"/>
        <w:tblBorders>
          <w:top w:val="single" w:sz="4" w:space="0" w:color="D3D3D3"/>
          <w:bottom w:val="single" w:sz="6" w:space="0" w:color="1F497D"/>
          <w:insideH w:val="single" w:sz="4" w:space="0" w:color="D3D3D3"/>
        </w:tblBorders>
        <w:tblLook w:val="04A0" w:firstRow="1" w:lastRow="0" w:firstColumn="1" w:lastColumn="0" w:noHBand="0" w:noVBand="1"/>
      </w:tblPr>
      <w:tblGrid>
        <w:gridCol w:w="3312"/>
        <w:gridCol w:w="6480"/>
      </w:tblGrid>
      <w:tr w:rsidR="0017020F" w14:paraId="76EF006A" w14:textId="77777777">
        <w:trPr>
          <w:jc w:val="center"/>
        </w:trPr>
        <w:tc>
          <w:tcPr>
            <w:tcW w:w="3312" w:type="dxa"/>
            <w:tcMar>
              <w:top w:w="80" w:type="dxa"/>
              <w:left w:w="100" w:type="dxa"/>
              <w:bottom w:w="80" w:type="dxa"/>
              <w:right w:w="100" w:type="dxa"/>
            </w:tcMar>
          </w:tcPr>
          <w:p w14:paraId="6D30D9DB" w14:textId="77777777" w:rsidR="0017020F" w:rsidRDefault="00AF3D40">
            <w:pPr>
              <w:spacing w:after="0"/>
            </w:pPr>
            <w:r>
              <w:rPr>
                <w:b/>
              </w:rPr>
              <w:t>Naam organisatie / Gegadigde:</w:t>
            </w:r>
          </w:p>
        </w:tc>
        <w:tc>
          <w:tcPr>
            <w:tcW w:w="6480" w:type="dxa"/>
            <w:tcMar>
              <w:top w:w="80" w:type="dxa"/>
              <w:left w:w="100" w:type="dxa"/>
              <w:bottom w:w="80" w:type="dxa"/>
              <w:right w:w="100" w:type="dxa"/>
            </w:tcMar>
          </w:tcPr>
          <w:p w14:paraId="06228FB0" w14:textId="6F053D2E" w:rsidR="0017020F" w:rsidRDefault="0017020F">
            <w:pPr>
              <w:spacing w:after="0"/>
            </w:pPr>
          </w:p>
        </w:tc>
      </w:tr>
      <w:tr w:rsidR="0017020F" w14:paraId="1F65DB31" w14:textId="77777777">
        <w:trPr>
          <w:jc w:val="center"/>
        </w:trPr>
        <w:tc>
          <w:tcPr>
            <w:tcW w:w="3312" w:type="dxa"/>
            <w:tcMar>
              <w:top w:w="80" w:type="dxa"/>
              <w:left w:w="100" w:type="dxa"/>
              <w:bottom w:w="80" w:type="dxa"/>
              <w:right w:w="100" w:type="dxa"/>
            </w:tcMar>
          </w:tcPr>
          <w:p w14:paraId="49EFEC87" w14:textId="77777777" w:rsidR="0017020F" w:rsidRDefault="00AF3D40">
            <w:pPr>
              <w:spacing w:after="0"/>
            </w:pPr>
            <w:r>
              <w:rPr>
                <w:b/>
              </w:rPr>
              <w:t>KVK-nummer:</w:t>
            </w:r>
          </w:p>
        </w:tc>
        <w:tc>
          <w:tcPr>
            <w:tcW w:w="6480" w:type="dxa"/>
            <w:tcMar>
              <w:top w:w="80" w:type="dxa"/>
              <w:left w:w="100" w:type="dxa"/>
              <w:bottom w:w="80" w:type="dxa"/>
              <w:right w:w="100" w:type="dxa"/>
            </w:tcMar>
          </w:tcPr>
          <w:p w14:paraId="1451C100" w14:textId="278E02AB" w:rsidR="0017020F" w:rsidRDefault="0017020F">
            <w:pPr>
              <w:spacing w:after="0"/>
            </w:pPr>
          </w:p>
        </w:tc>
      </w:tr>
      <w:tr w:rsidR="0017020F" w:rsidRPr="009D6753" w14:paraId="62386AFA" w14:textId="77777777">
        <w:trPr>
          <w:jc w:val="center"/>
        </w:trPr>
        <w:tc>
          <w:tcPr>
            <w:tcW w:w="3312" w:type="dxa"/>
            <w:tcMar>
              <w:top w:w="80" w:type="dxa"/>
              <w:left w:w="100" w:type="dxa"/>
              <w:bottom w:w="80" w:type="dxa"/>
              <w:right w:w="100" w:type="dxa"/>
            </w:tcMar>
          </w:tcPr>
          <w:p w14:paraId="2196B780" w14:textId="77777777" w:rsidR="0017020F" w:rsidRPr="009A2486" w:rsidRDefault="00AF3D40">
            <w:pPr>
              <w:spacing w:after="0"/>
              <w:rPr>
                <w:lang w:val="nl-NL"/>
              </w:rPr>
            </w:pPr>
            <w:r w:rsidRPr="009A2486">
              <w:rPr>
                <w:b/>
                <w:lang w:val="nl-NL"/>
              </w:rPr>
              <w:t>Contactpersoon (t.b.v. aanmelding):</w:t>
            </w:r>
          </w:p>
        </w:tc>
        <w:tc>
          <w:tcPr>
            <w:tcW w:w="6480" w:type="dxa"/>
            <w:tcMar>
              <w:top w:w="80" w:type="dxa"/>
              <w:left w:w="100" w:type="dxa"/>
              <w:bottom w:w="80" w:type="dxa"/>
              <w:right w:w="100" w:type="dxa"/>
            </w:tcMar>
          </w:tcPr>
          <w:p w14:paraId="2E0A7507" w14:textId="5323E922" w:rsidR="0017020F" w:rsidRPr="009A2486" w:rsidRDefault="0017020F">
            <w:pPr>
              <w:spacing w:after="0"/>
              <w:rPr>
                <w:lang w:val="nl-NL"/>
              </w:rPr>
            </w:pPr>
          </w:p>
        </w:tc>
      </w:tr>
    </w:tbl>
    <w:p w14:paraId="296CE611" w14:textId="77777777" w:rsidR="0017020F" w:rsidRPr="009A2486" w:rsidRDefault="0017020F">
      <w:pPr>
        <w:spacing w:after="120"/>
        <w:rPr>
          <w:lang w:val="nl-NL"/>
        </w:rPr>
      </w:pPr>
    </w:p>
    <w:p w14:paraId="51C2ED92" w14:textId="77777777" w:rsidR="0017020F" w:rsidRPr="009A2486" w:rsidRDefault="00AF3D40">
      <w:pPr>
        <w:keepNext/>
        <w:spacing w:before="280" w:after="120"/>
        <w:rPr>
          <w:lang w:val="nl-NL"/>
        </w:rPr>
      </w:pPr>
      <w:r w:rsidRPr="009A2486">
        <w:rPr>
          <w:b/>
          <w:color w:val="1F497D"/>
          <w:sz w:val="26"/>
          <w:lang w:val="nl-NL"/>
        </w:rPr>
        <w:t xml:space="preserve">1. SELECTIECRITERIUM S1: LOKALE / REGIONALE ERVARING (max. 300 </w:t>
      </w:r>
      <w:proofErr w:type="spellStart"/>
      <w:r w:rsidRPr="009A2486">
        <w:rPr>
          <w:b/>
          <w:color w:val="1F497D"/>
          <w:sz w:val="26"/>
          <w:lang w:val="nl-NL"/>
        </w:rPr>
        <w:t>pt</w:t>
      </w:r>
      <w:proofErr w:type="spellEnd"/>
      <w:r w:rsidRPr="009A2486">
        <w:rPr>
          <w:b/>
          <w:color w:val="1F497D"/>
          <w:sz w:val="26"/>
          <w:lang w:val="nl-NL"/>
        </w:rPr>
        <w:t>)</w:t>
      </w:r>
    </w:p>
    <w:p w14:paraId="3E20DA3F" w14:textId="70161B39" w:rsidR="0017020F" w:rsidRPr="009A2486" w:rsidRDefault="00AF3D40">
      <w:pPr>
        <w:spacing w:after="120"/>
        <w:rPr>
          <w:lang w:val="nl-NL"/>
        </w:rPr>
      </w:pPr>
      <w:r w:rsidRPr="009A2486">
        <w:rPr>
          <w:i/>
          <w:color w:val="595959"/>
          <w:sz w:val="18"/>
          <w:lang w:val="nl-NL"/>
        </w:rPr>
        <w:t>Geef maximaal 4 voorbeelden van buitenreclamecampagnes die in de afgelopen 3 jaar (minimaal 1 voorbeeld in het afgelopen jaar) zijn uitgevoerd in de gevraagde steden/regio's: Amsterdam, Leiden, Rotterdam en/of Nijmegen.</w:t>
      </w:r>
      <w:r w:rsidRPr="009A2486">
        <w:rPr>
          <w:i/>
          <w:color w:val="595959"/>
          <w:sz w:val="18"/>
          <w:lang w:val="nl-NL"/>
        </w:rPr>
        <w:br/>
        <w:t xml:space="preserve">Scoring: 3 of 4 steden/regio's = 300 </w:t>
      </w:r>
      <w:proofErr w:type="spellStart"/>
      <w:r w:rsidRPr="009A2486">
        <w:rPr>
          <w:i/>
          <w:color w:val="595959"/>
          <w:sz w:val="18"/>
          <w:lang w:val="nl-NL"/>
        </w:rPr>
        <w:t>pt</w:t>
      </w:r>
      <w:proofErr w:type="spellEnd"/>
      <w:r w:rsidRPr="009A2486">
        <w:rPr>
          <w:i/>
          <w:color w:val="595959"/>
          <w:sz w:val="18"/>
          <w:lang w:val="nl-NL"/>
        </w:rPr>
        <w:t xml:space="preserve"> | 2 steden/regio's = 200 </w:t>
      </w:r>
      <w:proofErr w:type="spellStart"/>
      <w:r w:rsidRPr="009A2486">
        <w:rPr>
          <w:i/>
          <w:color w:val="595959"/>
          <w:sz w:val="18"/>
          <w:lang w:val="nl-NL"/>
        </w:rPr>
        <w:t>pt</w:t>
      </w:r>
      <w:proofErr w:type="spellEnd"/>
      <w:r w:rsidRPr="009A2486">
        <w:rPr>
          <w:i/>
          <w:color w:val="595959"/>
          <w:sz w:val="18"/>
          <w:lang w:val="nl-NL"/>
        </w:rPr>
        <w:t xml:space="preserve"> | 1 stad/regio = 100 </w:t>
      </w:r>
      <w:proofErr w:type="spellStart"/>
      <w:r w:rsidRPr="009A2486">
        <w:rPr>
          <w:i/>
          <w:color w:val="595959"/>
          <w:sz w:val="18"/>
          <w:lang w:val="nl-NL"/>
        </w:rPr>
        <w:t>pt</w:t>
      </w:r>
      <w:proofErr w:type="spellEnd"/>
      <w:r w:rsidRPr="009A2486">
        <w:rPr>
          <w:i/>
          <w:color w:val="595959"/>
          <w:sz w:val="18"/>
          <w:lang w:val="nl-NL"/>
        </w:rPr>
        <w:t xml:space="preserve"> | 0 steden/regio's = 0 </w:t>
      </w:r>
      <w:proofErr w:type="spellStart"/>
      <w:r w:rsidRPr="009A2486">
        <w:rPr>
          <w:i/>
          <w:color w:val="595959"/>
          <w:sz w:val="18"/>
          <w:lang w:val="nl-NL"/>
        </w:rPr>
        <w:t>pt</w:t>
      </w:r>
      <w:proofErr w:type="spellEnd"/>
      <w:r w:rsidRPr="009A2486">
        <w:rPr>
          <w:i/>
          <w:color w:val="595959"/>
          <w:sz w:val="18"/>
          <w:lang w:val="nl-NL"/>
        </w:rPr>
        <w:t>.</w:t>
      </w:r>
      <w:r w:rsidR="00415B76">
        <w:rPr>
          <w:i/>
          <w:color w:val="595959"/>
          <w:sz w:val="18"/>
          <w:lang w:val="nl-NL"/>
        </w:rPr>
        <w:br/>
      </w:r>
      <w:r w:rsidR="00415B76">
        <w:rPr>
          <w:i/>
          <w:color w:val="595959"/>
          <w:sz w:val="18"/>
          <w:lang w:val="nl-NL"/>
        </w:rPr>
        <w:br/>
      </w:r>
      <w:r w:rsidR="00415B76" w:rsidRPr="00415B76">
        <w:rPr>
          <w:i/>
          <w:color w:val="595959"/>
          <w:sz w:val="18"/>
          <w:lang w:val="nl-NL"/>
        </w:rPr>
        <w:t>Indien het voorbeeld betrekking heeft op meerdere steden/regio’s, licht dan per aangevinkte stad/regio kort toe welke werkzaamheden daar zijn uitgevoerd en welke lokale of regionale context daarbij relevant was.</w:t>
      </w:r>
    </w:p>
    <w:p w14:paraId="0D61856C" w14:textId="77777777" w:rsidR="0017020F" w:rsidRDefault="00AF3D40">
      <w:pPr>
        <w:keepNext/>
        <w:spacing w:before="160"/>
      </w:pPr>
      <w:proofErr w:type="spellStart"/>
      <w:r>
        <w:rPr>
          <w:b/>
          <w:color w:val="365F91"/>
        </w:rPr>
        <w:t>Voorbeeld</w:t>
      </w:r>
      <w:proofErr w:type="spellEnd"/>
      <w:r>
        <w:rPr>
          <w:b/>
          <w:color w:val="365F91"/>
        </w:rPr>
        <w:t xml:space="preserve"> 1 (S1)</w:t>
      </w:r>
    </w:p>
    <w:tbl>
      <w:tblPr>
        <w:tblW w:w="0" w:type="auto"/>
        <w:jc w:val="center"/>
        <w:tblBorders>
          <w:top w:val="single" w:sz="4" w:space="0" w:color="D3D3D3"/>
          <w:bottom w:val="single" w:sz="6" w:space="0" w:color="1F497D"/>
          <w:insideH w:val="single" w:sz="4" w:space="0" w:color="D3D3D3"/>
        </w:tblBorders>
        <w:tblLook w:val="04A0" w:firstRow="1" w:lastRow="0" w:firstColumn="1" w:lastColumn="0" w:noHBand="0" w:noVBand="1"/>
      </w:tblPr>
      <w:tblGrid>
        <w:gridCol w:w="3312"/>
        <w:gridCol w:w="6480"/>
      </w:tblGrid>
      <w:tr w:rsidR="0017020F" w14:paraId="466852D4" w14:textId="77777777">
        <w:trPr>
          <w:jc w:val="center"/>
        </w:trPr>
        <w:tc>
          <w:tcPr>
            <w:tcW w:w="3312" w:type="dxa"/>
            <w:tcMar>
              <w:top w:w="70" w:type="dxa"/>
              <w:left w:w="100" w:type="dxa"/>
              <w:bottom w:w="70" w:type="dxa"/>
              <w:right w:w="100" w:type="dxa"/>
            </w:tcMar>
          </w:tcPr>
          <w:p w14:paraId="71482E3D" w14:textId="77777777" w:rsidR="0017020F" w:rsidRDefault="00AF3D40">
            <w:pPr>
              <w:spacing w:after="0"/>
            </w:pPr>
            <w:r>
              <w:rPr>
                <w:b/>
              </w:rPr>
              <w:t>Opdrachtgever / Referent:</w:t>
            </w:r>
          </w:p>
        </w:tc>
        <w:tc>
          <w:tcPr>
            <w:tcW w:w="6480" w:type="dxa"/>
            <w:tcMar>
              <w:top w:w="70" w:type="dxa"/>
              <w:left w:w="100" w:type="dxa"/>
              <w:bottom w:w="70" w:type="dxa"/>
              <w:right w:w="100" w:type="dxa"/>
            </w:tcMar>
          </w:tcPr>
          <w:p w14:paraId="7922C83A" w14:textId="77777777" w:rsidR="0017020F" w:rsidRDefault="00AF3D40">
            <w:pPr>
              <w:spacing w:after="0"/>
            </w:pPr>
            <w:r>
              <w:rPr>
                <w:color w:val="595959"/>
              </w:rPr>
              <w:t>[Naam van de organisatie]</w:t>
            </w:r>
          </w:p>
        </w:tc>
      </w:tr>
      <w:tr w:rsidR="0017020F" w:rsidRPr="009D6753" w14:paraId="6B4B226B" w14:textId="77777777">
        <w:trPr>
          <w:jc w:val="center"/>
        </w:trPr>
        <w:tc>
          <w:tcPr>
            <w:tcW w:w="3312" w:type="dxa"/>
            <w:tcMar>
              <w:top w:w="70" w:type="dxa"/>
              <w:left w:w="100" w:type="dxa"/>
              <w:bottom w:w="70" w:type="dxa"/>
              <w:right w:w="100" w:type="dxa"/>
            </w:tcMar>
          </w:tcPr>
          <w:p w14:paraId="2B3E6F4D" w14:textId="26486ED7" w:rsidR="0017020F" w:rsidRPr="00415B76" w:rsidRDefault="00AF3D40">
            <w:pPr>
              <w:spacing w:after="0"/>
              <w:rPr>
                <w:lang w:val="nl-NL"/>
              </w:rPr>
            </w:pPr>
            <w:r w:rsidRPr="00415B76">
              <w:rPr>
                <w:b/>
                <w:lang w:val="nl-NL"/>
              </w:rPr>
              <w:t>Stad / Regio (vink 1</w:t>
            </w:r>
            <w:r w:rsidR="00415B76" w:rsidRPr="00415B76">
              <w:rPr>
                <w:b/>
                <w:lang w:val="nl-NL"/>
              </w:rPr>
              <w:t xml:space="preserve"> of meerdere opties</w:t>
            </w:r>
            <w:r w:rsidRPr="00415B76">
              <w:rPr>
                <w:b/>
                <w:lang w:val="nl-NL"/>
              </w:rPr>
              <w:t xml:space="preserve"> aan):</w:t>
            </w:r>
          </w:p>
        </w:tc>
        <w:tc>
          <w:tcPr>
            <w:tcW w:w="6480" w:type="dxa"/>
            <w:tcMar>
              <w:top w:w="70" w:type="dxa"/>
              <w:left w:w="100" w:type="dxa"/>
              <w:bottom w:w="70" w:type="dxa"/>
              <w:right w:w="100" w:type="dxa"/>
            </w:tcMar>
          </w:tcPr>
          <w:p w14:paraId="1540A01D" w14:textId="77777777" w:rsidR="0017020F" w:rsidRPr="009A2486" w:rsidRDefault="00AF3D40">
            <w:pPr>
              <w:spacing w:after="0"/>
              <w:rPr>
                <w:lang w:val="nl-NL"/>
              </w:rPr>
            </w:pPr>
            <w:r w:rsidRPr="009A2486">
              <w:rPr>
                <w:color w:val="595959"/>
                <w:lang w:val="nl-NL"/>
              </w:rPr>
              <w:t>[ ] Amsterdam &amp; regio    [ ] Leiden &amp; regio    [ ] Rotterdam &amp; regio    [ ] Nijmegen &amp; regio</w:t>
            </w:r>
          </w:p>
        </w:tc>
      </w:tr>
      <w:tr w:rsidR="0017020F" w:rsidRPr="009D6753" w14:paraId="6D5E1572" w14:textId="77777777">
        <w:trPr>
          <w:jc w:val="center"/>
        </w:trPr>
        <w:tc>
          <w:tcPr>
            <w:tcW w:w="3312" w:type="dxa"/>
            <w:tcMar>
              <w:top w:w="70" w:type="dxa"/>
              <w:left w:w="100" w:type="dxa"/>
              <w:bottom w:w="70" w:type="dxa"/>
              <w:right w:w="100" w:type="dxa"/>
            </w:tcMar>
          </w:tcPr>
          <w:p w14:paraId="3C745151" w14:textId="77777777" w:rsidR="0017020F" w:rsidRDefault="00AF3D40">
            <w:pPr>
              <w:spacing w:after="0"/>
            </w:pPr>
            <w:proofErr w:type="spellStart"/>
            <w:r>
              <w:rPr>
                <w:b/>
              </w:rPr>
              <w:t>Uitvoeringsperiode</w:t>
            </w:r>
            <w:proofErr w:type="spellEnd"/>
            <w:r>
              <w:rPr>
                <w:b/>
              </w:rPr>
              <w:t>:</w:t>
            </w:r>
          </w:p>
        </w:tc>
        <w:tc>
          <w:tcPr>
            <w:tcW w:w="6480" w:type="dxa"/>
            <w:tcMar>
              <w:top w:w="70" w:type="dxa"/>
              <w:left w:w="100" w:type="dxa"/>
              <w:bottom w:w="70" w:type="dxa"/>
              <w:right w:w="100" w:type="dxa"/>
            </w:tcMar>
          </w:tcPr>
          <w:p w14:paraId="55606060" w14:textId="11A9C479" w:rsidR="0017020F" w:rsidRPr="009A2486" w:rsidRDefault="00AF3D40">
            <w:pPr>
              <w:spacing w:after="0"/>
              <w:rPr>
                <w:lang w:val="nl-NL"/>
              </w:rPr>
            </w:pPr>
            <w:r w:rsidRPr="009A2486">
              <w:rPr>
                <w:color w:val="595959"/>
                <w:lang w:val="nl-NL"/>
              </w:rPr>
              <w:t>[MM-JJJJ tot MM-JJJJ]  (Let op: minimaal 1 referentie binnen afgelo</w:t>
            </w:r>
            <w:r w:rsidR="00F16783">
              <w:rPr>
                <w:color w:val="595959"/>
                <w:lang w:val="nl-NL"/>
              </w:rPr>
              <w:t>pen</w:t>
            </w:r>
            <w:r w:rsidRPr="009A2486">
              <w:rPr>
                <w:color w:val="595959"/>
                <w:lang w:val="nl-NL"/>
              </w:rPr>
              <w:t xml:space="preserve"> 12 maanden)</w:t>
            </w:r>
          </w:p>
        </w:tc>
      </w:tr>
      <w:tr w:rsidR="0017020F" w:rsidRPr="009D6753" w14:paraId="7E603F60" w14:textId="77777777">
        <w:trPr>
          <w:jc w:val="center"/>
        </w:trPr>
        <w:tc>
          <w:tcPr>
            <w:tcW w:w="3312" w:type="dxa"/>
            <w:tcMar>
              <w:top w:w="70" w:type="dxa"/>
              <w:left w:w="100" w:type="dxa"/>
              <w:bottom w:w="70" w:type="dxa"/>
              <w:right w:w="100" w:type="dxa"/>
            </w:tcMar>
          </w:tcPr>
          <w:p w14:paraId="4D6996B2" w14:textId="77777777" w:rsidR="0017020F" w:rsidRDefault="00AF3D40">
            <w:pPr>
              <w:spacing w:after="0"/>
            </w:pPr>
            <w:proofErr w:type="spellStart"/>
            <w:r>
              <w:rPr>
                <w:b/>
              </w:rPr>
              <w:t>Omschrijving</w:t>
            </w:r>
            <w:proofErr w:type="spellEnd"/>
            <w:r>
              <w:rPr>
                <w:b/>
              </w:rPr>
              <w:t xml:space="preserve"> </w:t>
            </w:r>
            <w:proofErr w:type="spellStart"/>
            <w:r>
              <w:rPr>
                <w:b/>
              </w:rPr>
              <w:t>buitenreclame</w:t>
            </w:r>
            <w:proofErr w:type="spellEnd"/>
            <w:r>
              <w:rPr>
                <w:b/>
              </w:rPr>
              <w:t>:</w:t>
            </w:r>
          </w:p>
        </w:tc>
        <w:tc>
          <w:tcPr>
            <w:tcW w:w="6480" w:type="dxa"/>
            <w:tcMar>
              <w:top w:w="70" w:type="dxa"/>
              <w:left w:w="100" w:type="dxa"/>
              <w:bottom w:w="70" w:type="dxa"/>
              <w:right w:w="100" w:type="dxa"/>
            </w:tcMar>
          </w:tcPr>
          <w:p w14:paraId="66C7143C" w14:textId="77777777" w:rsidR="0017020F" w:rsidRPr="009A2486" w:rsidRDefault="00AF3D40">
            <w:pPr>
              <w:spacing w:after="0"/>
              <w:rPr>
                <w:lang w:val="nl-NL"/>
              </w:rPr>
            </w:pPr>
            <w:r w:rsidRPr="009A2486">
              <w:rPr>
                <w:color w:val="595959"/>
                <w:lang w:val="nl-NL"/>
              </w:rPr>
              <w:t>[Licht kort de ingezette buitenreclame, de omvang en de lokale/regionale context toe]</w:t>
            </w:r>
          </w:p>
        </w:tc>
      </w:tr>
      <w:tr w:rsidR="0017020F" w:rsidRPr="009D6753" w14:paraId="74326E5F" w14:textId="77777777">
        <w:trPr>
          <w:jc w:val="center"/>
        </w:trPr>
        <w:tc>
          <w:tcPr>
            <w:tcW w:w="3312" w:type="dxa"/>
            <w:tcMar>
              <w:top w:w="70" w:type="dxa"/>
              <w:left w:w="100" w:type="dxa"/>
              <w:bottom w:w="70" w:type="dxa"/>
              <w:right w:w="100" w:type="dxa"/>
            </w:tcMar>
          </w:tcPr>
          <w:p w14:paraId="4D6C3033" w14:textId="77777777" w:rsidR="0017020F" w:rsidRDefault="00AF3D40">
            <w:pPr>
              <w:spacing w:after="0"/>
            </w:pPr>
            <w:proofErr w:type="spellStart"/>
            <w:r>
              <w:rPr>
                <w:b/>
              </w:rPr>
              <w:t>Contactpersoon</w:t>
            </w:r>
            <w:proofErr w:type="spellEnd"/>
            <w:r>
              <w:rPr>
                <w:b/>
              </w:rPr>
              <w:t xml:space="preserve"> referent:</w:t>
            </w:r>
          </w:p>
        </w:tc>
        <w:tc>
          <w:tcPr>
            <w:tcW w:w="6480" w:type="dxa"/>
            <w:tcMar>
              <w:top w:w="70" w:type="dxa"/>
              <w:left w:w="100" w:type="dxa"/>
              <w:bottom w:w="70" w:type="dxa"/>
              <w:right w:w="100" w:type="dxa"/>
            </w:tcMar>
          </w:tcPr>
          <w:p w14:paraId="4A81E4C6" w14:textId="77777777" w:rsidR="0017020F" w:rsidRPr="009A2486" w:rsidRDefault="00AF3D40">
            <w:pPr>
              <w:spacing w:after="0"/>
              <w:rPr>
                <w:lang w:val="nl-NL"/>
              </w:rPr>
            </w:pPr>
            <w:r w:rsidRPr="009A2486">
              <w:rPr>
                <w:color w:val="595959"/>
                <w:lang w:val="nl-NL"/>
              </w:rPr>
              <w:t>[Naam, functie, telefoonnummer, e-mailadres] (t.b.v. eventuele verificatie)</w:t>
            </w:r>
          </w:p>
        </w:tc>
      </w:tr>
    </w:tbl>
    <w:p w14:paraId="4DC128AC" w14:textId="77777777" w:rsidR="0017020F" w:rsidRDefault="00AF3D40">
      <w:pPr>
        <w:keepNext/>
        <w:spacing w:before="160"/>
      </w:pPr>
      <w:proofErr w:type="spellStart"/>
      <w:r>
        <w:rPr>
          <w:b/>
          <w:color w:val="365F91"/>
        </w:rPr>
        <w:t>Voorbeeld</w:t>
      </w:r>
      <w:proofErr w:type="spellEnd"/>
      <w:r>
        <w:rPr>
          <w:b/>
          <w:color w:val="365F91"/>
        </w:rPr>
        <w:t xml:space="preserve"> 2 (S1)</w:t>
      </w:r>
    </w:p>
    <w:tbl>
      <w:tblPr>
        <w:tblW w:w="0" w:type="auto"/>
        <w:jc w:val="center"/>
        <w:tblBorders>
          <w:top w:val="single" w:sz="4" w:space="0" w:color="D3D3D3"/>
          <w:bottom w:val="single" w:sz="6" w:space="0" w:color="1F497D"/>
          <w:insideH w:val="single" w:sz="4" w:space="0" w:color="D3D3D3"/>
        </w:tblBorders>
        <w:tblLook w:val="04A0" w:firstRow="1" w:lastRow="0" w:firstColumn="1" w:lastColumn="0" w:noHBand="0" w:noVBand="1"/>
      </w:tblPr>
      <w:tblGrid>
        <w:gridCol w:w="3312"/>
        <w:gridCol w:w="6480"/>
      </w:tblGrid>
      <w:tr w:rsidR="0017020F" w14:paraId="5FBB9FE5" w14:textId="77777777">
        <w:trPr>
          <w:jc w:val="center"/>
        </w:trPr>
        <w:tc>
          <w:tcPr>
            <w:tcW w:w="3312" w:type="dxa"/>
            <w:tcMar>
              <w:top w:w="70" w:type="dxa"/>
              <w:left w:w="100" w:type="dxa"/>
              <w:bottom w:w="70" w:type="dxa"/>
              <w:right w:w="100" w:type="dxa"/>
            </w:tcMar>
          </w:tcPr>
          <w:p w14:paraId="06423990" w14:textId="77777777" w:rsidR="0017020F" w:rsidRDefault="00AF3D40">
            <w:pPr>
              <w:spacing w:after="0"/>
            </w:pPr>
            <w:r>
              <w:rPr>
                <w:b/>
              </w:rPr>
              <w:t>Opdrachtgever / Referent:</w:t>
            </w:r>
          </w:p>
        </w:tc>
        <w:tc>
          <w:tcPr>
            <w:tcW w:w="6480" w:type="dxa"/>
            <w:tcMar>
              <w:top w:w="70" w:type="dxa"/>
              <w:left w:w="100" w:type="dxa"/>
              <w:bottom w:w="70" w:type="dxa"/>
              <w:right w:w="100" w:type="dxa"/>
            </w:tcMar>
          </w:tcPr>
          <w:p w14:paraId="35A6EC15" w14:textId="77777777" w:rsidR="0017020F" w:rsidRDefault="00AF3D40">
            <w:pPr>
              <w:spacing w:after="0"/>
            </w:pPr>
            <w:r>
              <w:rPr>
                <w:color w:val="595959"/>
              </w:rPr>
              <w:t>[Naam van de organisatie]</w:t>
            </w:r>
          </w:p>
        </w:tc>
      </w:tr>
      <w:tr w:rsidR="0017020F" w:rsidRPr="009D6753" w14:paraId="45825A53" w14:textId="77777777">
        <w:trPr>
          <w:jc w:val="center"/>
        </w:trPr>
        <w:tc>
          <w:tcPr>
            <w:tcW w:w="3312" w:type="dxa"/>
            <w:tcMar>
              <w:top w:w="70" w:type="dxa"/>
              <w:left w:w="100" w:type="dxa"/>
              <w:bottom w:w="70" w:type="dxa"/>
              <w:right w:w="100" w:type="dxa"/>
            </w:tcMar>
          </w:tcPr>
          <w:p w14:paraId="3BF1EBDC" w14:textId="7E7B1DFA" w:rsidR="0017020F" w:rsidRPr="009D6753" w:rsidRDefault="00AF3D40">
            <w:pPr>
              <w:spacing w:after="0"/>
              <w:rPr>
                <w:lang w:val="nl-NL"/>
              </w:rPr>
            </w:pPr>
            <w:r w:rsidRPr="009D6753">
              <w:rPr>
                <w:b/>
                <w:lang w:val="nl-NL"/>
              </w:rPr>
              <w:lastRenderedPageBreak/>
              <w:t xml:space="preserve">Stad / Regio (vink 1 </w:t>
            </w:r>
            <w:r w:rsidR="009D6753" w:rsidRPr="009D6753">
              <w:rPr>
                <w:b/>
                <w:lang w:val="nl-NL"/>
              </w:rPr>
              <w:t xml:space="preserve">of meerdere opties </w:t>
            </w:r>
            <w:r w:rsidRPr="009D6753">
              <w:rPr>
                <w:b/>
                <w:lang w:val="nl-NL"/>
              </w:rPr>
              <w:t>aan):</w:t>
            </w:r>
          </w:p>
        </w:tc>
        <w:tc>
          <w:tcPr>
            <w:tcW w:w="6480" w:type="dxa"/>
            <w:tcMar>
              <w:top w:w="70" w:type="dxa"/>
              <w:left w:w="100" w:type="dxa"/>
              <w:bottom w:w="70" w:type="dxa"/>
              <w:right w:w="100" w:type="dxa"/>
            </w:tcMar>
          </w:tcPr>
          <w:p w14:paraId="4AF21E54" w14:textId="77777777" w:rsidR="0017020F" w:rsidRPr="009A2486" w:rsidRDefault="00AF3D40">
            <w:pPr>
              <w:spacing w:after="0"/>
              <w:rPr>
                <w:lang w:val="nl-NL"/>
              </w:rPr>
            </w:pPr>
            <w:r w:rsidRPr="009A2486">
              <w:rPr>
                <w:color w:val="595959"/>
                <w:lang w:val="nl-NL"/>
              </w:rPr>
              <w:t>[ ] Amsterdam &amp; regio    [ ] Leiden &amp; regio    [ ] Rotterdam &amp; regio    [ ] Nijmegen &amp; regio</w:t>
            </w:r>
          </w:p>
        </w:tc>
      </w:tr>
      <w:tr w:rsidR="0017020F" w:rsidRPr="009D6753" w14:paraId="24FD9E20" w14:textId="77777777">
        <w:trPr>
          <w:jc w:val="center"/>
        </w:trPr>
        <w:tc>
          <w:tcPr>
            <w:tcW w:w="3312" w:type="dxa"/>
            <w:tcMar>
              <w:top w:w="70" w:type="dxa"/>
              <w:left w:w="100" w:type="dxa"/>
              <w:bottom w:w="70" w:type="dxa"/>
              <w:right w:w="100" w:type="dxa"/>
            </w:tcMar>
          </w:tcPr>
          <w:p w14:paraId="34D00BE1" w14:textId="77777777" w:rsidR="0017020F" w:rsidRDefault="00AF3D40">
            <w:pPr>
              <w:spacing w:after="0"/>
            </w:pPr>
            <w:proofErr w:type="spellStart"/>
            <w:r>
              <w:rPr>
                <w:b/>
              </w:rPr>
              <w:t>Uitvoeringsperiode</w:t>
            </w:r>
            <w:proofErr w:type="spellEnd"/>
            <w:r>
              <w:rPr>
                <w:b/>
              </w:rPr>
              <w:t>:</w:t>
            </w:r>
          </w:p>
        </w:tc>
        <w:tc>
          <w:tcPr>
            <w:tcW w:w="6480" w:type="dxa"/>
            <w:tcMar>
              <w:top w:w="70" w:type="dxa"/>
              <w:left w:w="100" w:type="dxa"/>
              <w:bottom w:w="70" w:type="dxa"/>
              <w:right w:w="100" w:type="dxa"/>
            </w:tcMar>
          </w:tcPr>
          <w:p w14:paraId="2C647588" w14:textId="6FBFC0DA" w:rsidR="0017020F" w:rsidRPr="009A2486" w:rsidRDefault="00AF3D40">
            <w:pPr>
              <w:spacing w:after="0"/>
              <w:rPr>
                <w:lang w:val="nl-NL"/>
              </w:rPr>
            </w:pPr>
            <w:r w:rsidRPr="009A2486">
              <w:rPr>
                <w:color w:val="595959"/>
                <w:lang w:val="nl-NL"/>
              </w:rPr>
              <w:t xml:space="preserve">[MM-JJJJ tot MM-JJJJ]  (Let op: minimaal 1 referentie binnen </w:t>
            </w:r>
            <w:r w:rsidR="00F16783">
              <w:rPr>
                <w:color w:val="595959"/>
                <w:lang w:val="nl-NL"/>
              </w:rPr>
              <w:t>afgelopen</w:t>
            </w:r>
            <w:r w:rsidRPr="009A2486">
              <w:rPr>
                <w:color w:val="595959"/>
                <w:lang w:val="nl-NL"/>
              </w:rPr>
              <w:t xml:space="preserve"> 12 maanden)</w:t>
            </w:r>
          </w:p>
        </w:tc>
      </w:tr>
      <w:tr w:rsidR="0017020F" w:rsidRPr="009D6753" w14:paraId="384A2F52" w14:textId="77777777">
        <w:trPr>
          <w:jc w:val="center"/>
        </w:trPr>
        <w:tc>
          <w:tcPr>
            <w:tcW w:w="3312" w:type="dxa"/>
            <w:tcMar>
              <w:top w:w="70" w:type="dxa"/>
              <w:left w:w="100" w:type="dxa"/>
              <w:bottom w:w="70" w:type="dxa"/>
              <w:right w:w="100" w:type="dxa"/>
            </w:tcMar>
          </w:tcPr>
          <w:p w14:paraId="30A8028C" w14:textId="77777777" w:rsidR="0017020F" w:rsidRDefault="00AF3D40">
            <w:pPr>
              <w:spacing w:after="0"/>
            </w:pPr>
            <w:proofErr w:type="spellStart"/>
            <w:r>
              <w:rPr>
                <w:b/>
              </w:rPr>
              <w:t>Omschrijving</w:t>
            </w:r>
            <w:proofErr w:type="spellEnd"/>
            <w:r>
              <w:rPr>
                <w:b/>
              </w:rPr>
              <w:t xml:space="preserve"> </w:t>
            </w:r>
            <w:proofErr w:type="spellStart"/>
            <w:r>
              <w:rPr>
                <w:b/>
              </w:rPr>
              <w:t>buitenreclame</w:t>
            </w:r>
            <w:proofErr w:type="spellEnd"/>
            <w:r>
              <w:rPr>
                <w:b/>
              </w:rPr>
              <w:t>:</w:t>
            </w:r>
          </w:p>
        </w:tc>
        <w:tc>
          <w:tcPr>
            <w:tcW w:w="6480" w:type="dxa"/>
            <w:tcMar>
              <w:top w:w="70" w:type="dxa"/>
              <w:left w:w="100" w:type="dxa"/>
              <w:bottom w:w="70" w:type="dxa"/>
              <w:right w:w="100" w:type="dxa"/>
            </w:tcMar>
          </w:tcPr>
          <w:p w14:paraId="3876954B" w14:textId="77777777" w:rsidR="0017020F" w:rsidRPr="009A2486" w:rsidRDefault="00AF3D40">
            <w:pPr>
              <w:spacing w:after="0"/>
              <w:rPr>
                <w:lang w:val="nl-NL"/>
              </w:rPr>
            </w:pPr>
            <w:r w:rsidRPr="009A2486">
              <w:rPr>
                <w:color w:val="595959"/>
                <w:lang w:val="nl-NL"/>
              </w:rPr>
              <w:t>[Licht kort de ingezette buitenreclame, de omvang en de lokale/regionale context toe]</w:t>
            </w:r>
          </w:p>
        </w:tc>
      </w:tr>
      <w:tr w:rsidR="0017020F" w:rsidRPr="009D6753" w14:paraId="2BB2DC4F" w14:textId="77777777">
        <w:trPr>
          <w:jc w:val="center"/>
        </w:trPr>
        <w:tc>
          <w:tcPr>
            <w:tcW w:w="3312" w:type="dxa"/>
            <w:tcMar>
              <w:top w:w="70" w:type="dxa"/>
              <w:left w:w="100" w:type="dxa"/>
              <w:bottom w:w="70" w:type="dxa"/>
              <w:right w:w="100" w:type="dxa"/>
            </w:tcMar>
          </w:tcPr>
          <w:p w14:paraId="110624CC" w14:textId="77777777" w:rsidR="0017020F" w:rsidRDefault="00AF3D40">
            <w:pPr>
              <w:spacing w:after="0"/>
            </w:pPr>
            <w:proofErr w:type="spellStart"/>
            <w:r>
              <w:rPr>
                <w:b/>
              </w:rPr>
              <w:t>Contactpersoon</w:t>
            </w:r>
            <w:proofErr w:type="spellEnd"/>
            <w:r>
              <w:rPr>
                <w:b/>
              </w:rPr>
              <w:t xml:space="preserve"> referent:</w:t>
            </w:r>
          </w:p>
        </w:tc>
        <w:tc>
          <w:tcPr>
            <w:tcW w:w="6480" w:type="dxa"/>
            <w:tcMar>
              <w:top w:w="70" w:type="dxa"/>
              <w:left w:w="100" w:type="dxa"/>
              <w:bottom w:w="70" w:type="dxa"/>
              <w:right w:w="100" w:type="dxa"/>
            </w:tcMar>
          </w:tcPr>
          <w:p w14:paraId="33BE6EF1" w14:textId="77777777" w:rsidR="0017020F" w:rsidRPr="009A2486" w:rsidRDefault="00AF3D40">
            <w:pPr>
              <w:spacing w:after="0"/>
              <w:rPr>
                <w:lang w:val="nl-NL"/>
              </w:rPr>
            </w:pPr>
            <w:r w:rsidRPr="009A2486">
              <w:rPr>
                <w:color w:val="595959"/>
                <w:lang w:val="nl-NL"/>
              </w:rPr>
              <w:t>[Naam, functie, telefoonnummer, e-mailadres] (t.b.v. eventuele verificatie)</w:t>
            </w:r>
          </w:p>
        </w:tc>
      </w:tr>
    </w:tbl>
    <w:p w14:paraId="07BA847D" w14:textId="77777777" w:rsidR="0017020F" w:rsidRDefault="00AF3D40">
      <w:pPr>
        <w:keepNext/>
        <w:spacing w:before="160"/>
      </w:pPr>
      <w:proofErr w:type="spellStart"/>
      <w:r>
        <w:rPr>
          <w:b/>
          <w:color w:val="365F91"/>
        </w:rPr>
        <w:t>Voorbeeld</w:t>
      </w:r>
      <w:proofErr w:type="spellEnd"/>
      <w:r>
        <w:rPr>
          <w:b/>
          <w:color w:val="365F91"/>
        </w:rPr>
        <w:t xml:space="preserve"> 3 (S1)</w:t>
      </w:r>
    </w:p>
    <w:tbl>
      <w:tblPr>
        <w:tblW w:w="0" w:type="auto"/>
        <w:jc w:val="center"/>
        <w:tblBorders>
          <w:top w:val="single" w:sz="4" w:space="0" w:color="D3D3D3"/>
          <w:bottom w:val="single" w:sz="6" w:space="0" w:color="1F497D"/>
          <w:insideH w:val="single" w:sz="4" w:space="0" w:color="D3D3D3"/>
        </w:tblBorders>
        <w:tblLook w:val="04A0" w:firstRow="1" w:lastRow="0" w:firstColumn="1" w:lastColumn="0" w:noHBand="0" w:noVBand="1"/>
      </w:tblPr>
      <w:tblGrid>
        <w:gridCol w:w="3312"/>
        <w:gridCol w:w="6480"/>
      </w:tblGrid>
      <w:tr w:rsidR="0017020F" w14:paraId="222B8936" w14:textId="77777777">
        <w:trPr>
          <w:jc w:val="center"/>
        </w:trPr>
        <w:tc>
          <w:tcPr>
            <w:tcW w:w="3312" w:type="dxa"/>
            <w:tcMar>
              <w:top w:w="70" w:type="dxa"/>
              <w:left w:w="100" w:type="dxa"/>
              <w:bottom w:w="70" w:type="dxa"/>
              <w:right w:w="100" w:type="dxa"/>
            </w:tcMar>
          </w:tcPr>
          <w:p w14:paraId="19797552" w14:textId="77777777" w:rsidR="0017020F" w:rsidRDefault="00AF3D40">
            <w:pPr>
              <w:spacing w:after="0"/>
            </w:pPr>
            <w:r>
              <w:rPr>
                <w:b/>
              </w:rPr>
              <w:t>Opdrachtgever / Referent:</w:t>
            </w:r>
          </w:p>
        </w:tc>
        <w:tc>
          <w:tcPr>
            <w:tcW w:w="6480" w:type="dxa"/>
            <w:tcMar>
              <w:top w:w="70" w:type="dxa"/>
              <w:left w:w="100" w:type="dxa"/>
              <w:bottom w:w="70" w:type="dxa"/>
              <w:right w:w="100" w:type="dxa"/>
            </w:tcMar>
          </w:tcPr>
          <w:p w14:paraId="63969052" w14:textId="77777777" w:rsidR="0017020F" w:rsidRDefault="00AF3D40">
            <w:pPr>
              <w:spacing w:after="0"/>
            </w:pPr>
            <w:r>
              <w:rPr>
                <w:color w:val="595959"/>
              </w:rPr>
              <w:t>[Naam van de organisatie]</w:t>
            </w:r>
          </w:p>
        </w:tc>
      </w:tr>
      <w:tr w:rsidR="0017020F" w:rsidRPr="009D6753" w14:paraId="02E98038" w14:textId="77777777">
        <w:trPr>
          <w:jc w:val="center"/>
        </w:trPr>
        <w:tc>
          <w:tcPr>
            <w:tcW w:w="3312" w:type="dxa"/>
            <w:tcMar>
              <w:top w:w="70" w:type="dxa"/>
              <w:left w:w="100" w:type="dxa"/>
              <w:bottom w:w="70" w:type="dxa"/>
              <w:right w:w="100" w:type="dxa"/>
            </w:tcMar>
          </w:tcPr>
          <w:p w14:paraId="7B3B93E9" w14:textId="66A399F8" w:rsidR="0017020F" w:rsidRPr="009D6753" w:rsidRDefault="00AF3D40">
            <w:pPr>
              <w:spacing w:after="0"/>
              <w:rPr>
                <w:lang w:val="nl-NL"/>
              </w:rPr>
            </w:pPr>
            <w:r w:rsidRPr="009D6753">
              <w:rPr>
                <w:b/>
                <w:lang w:val="nl-NL"/>
              </w:rPr>
              <w:t xml:space="preserve">Stad / Regio (vink 1 </w:t>
            </w:r>
            <w:r w:rsidR="009D6753" w:rsidRPr="009D6753">
              <w:rPr>
                <w:b/>
                <w:lang w:val="nl-NL"/>
              </w:rPr>
              <w:t xml:space="preserve">of meerdere opties </w:t>
            </w:r>
            <w:r w:rsidRPr="009D6753">
              <w:rPr>
                <w:b/>
                <w:lang w:val="nl-NL"/>
              </w:rPr>
              <w:t>aan):</w:t>
            </w:r>
          </w:p>
        </w:tc>
        <w:tc>
          <w:tcPr>
            <w:tcW w:w="6480" w:type="dxa"/>
            <w:tcMar>
              <w:top w:w="70" w:type="dxa"/>
              <w:left w:w="100" w:type="dxa"/>
              <w:bottom w:w="70" w:type="dxa"/>
              <w:right w:w="100" w:type="dxa"/>
            </w:tcMar>
          </w:tcPr>
          <w:p w14:paraId="37A653CC" w14:textId="77777777" w:rsidR="0017020F" w:rsidRPr="009A2486" w:rsidRDefault="00AF3D40">
            <w:pPr>
              <w:spacing w:after="0"/>
              <w:rPr>
                <w:lang w:val="nl-NL"/>
              </w:rPr>
            </w:pPr>
            <w:r w:rsidRPr="009A2486">
              <w:rPr>
                <w:color w:val="595959"/>
                <w:lang w:val="nl-NL"/>
              </w:rPr>
              <w:t>[ ] Amsterdam &amp; regio    [ ] Leiden &amp; regio    [ ] Rotterdam &amp; regio    [ ] Nijmegen &amp; regio</w:t>
            </w:r>
          </w:p>
        </w:tc>
      </w:tr>
      <w:tr w:rsidR="0017020F" w:rsidRPr="009D6753" w14:paraId="294DB6A9" w14:textId="77777777">
        <w:trPr>
          <w:jc w:val="center"/>
        </w:trPr>
        <w:tc>
          <w:tcPr>
            <w:tcW w:w="3312" w:type="dxa"/>
            <w:tcMar>
              <w:top w:w="70" w:type="dxa"/>
              <w:left w:w="100" w:type="dxa"/>
              <w:bottom w:w="70" w:type="dxa"/>
              <w:right w:w="100" w:type="dxa"/>
            </w:tcMar>
          </w:tcPr>
          <w:p w14:paraId="52E8A648" w14:textId="77777777" w:rsidR="0017020F" w:rsidRDefault="00AF3D40">
            <w:pPr>
              <w:spacing w:after="0"/>
            </w:pPr>
            <w:proofErr w:type="spellStart"/>
            <w:r>
              <w:rPr>
                <w:b/>
              </w:rPr>
              <w:t>Uitvoeringsperiode</w:t>
            </w:r>
            <w:proofErr w:type="spellEnd"/>
            <w:r>
              <w:rPr>
                <w:b/>
              </w:rPr>
              <w:t>:</w:t>
            </w:r>
          </w:p>
        </w:tc>
        <w:tc>
          <w:tcPr>
            <w:tcW w:w="6480" w:type="dxa"/>
            <w:tcMar>
              <w:top w:w="70" w:type="dxa"/>
              <w:left w:w="100" w:type="dxa"/>
              <w:bottom w:w="70" w:type="dxa"/>
              <w:right w:w="100" w:type="dxa"/>
            </w:tcMar>
          </w:tcPr>
          <w:p w14:paraId="423FEC01" w14:textId="5313D616" w:rsidR="0017020F" w:rsidRPr="009A2486" w:rsidRDefault="00AF3D40">
            <w:pPr>
              <w:spacing w:after="0"/>
              <w:rPr>
                <w:lang w:val="nl-NL"/>
              </w:rPr>
            </w:pPr>
            <w:r w:rsidRPr="009A2486">
              <w:rPr>
                <w:color w:val="595959"/>
                <w:lang w:val="nl-NL"/>
              </w:rPr>
              <w:t xml:space="preserve">[MM-JJJJ tot MM-JJJJ]  (Let op: minimaal 1 referentie binnen </w:t>
            </w:r>
            <w:r w:rsidR="00F16783">
              <w:rPr>
                <w:color w:val="595959"/>
                <w:lang w:val="nl-NL"/>
              </w:rPr>
              <w:t>afgelopen</w:t>
            </w:r>
            <w:r w:rsidRPr="009A2486">
              <w:rPr>
                <w:color w:val="595959"/>
                <w:lang w:val="nl-NL"/>
              </w:rPr>
              <w:t xml:space="preserve"> 12 maanden)</w:t>
            </w:r>
          </w:p>
        </w:tc>
      </w:tr>
      <w:tr w:rsidR="0017020F" w:rsidRPr="009D6753" w14:paraId="7A87599C" w14:textId="77777777">
        <w:trPr>
          <w:jc w:val="center"/>
        </w:trPr>
        <w:tc>
          <w:tcPr>
            <w:tcW w:w="3312" w:type="dxa"/>
            <w:tcMar>
              <w:top w:w="70" w:type="dxa"/>
              <w:left w:w="100" w:type="dxa"/>
              <w:bottom w:w="70" w:type="dxa"/>
              <w:right w:w="100" w:type="dxa"/>
            </w:tcMar>
          </w:tcPr>
          <w:p w14:paraId="25653222" w14:textId="77777777" w:rsidR="0017020F" w:rsidRDefault="00AF3D40">
            <w:pPr>
              <w:spacing w:after="0"/>
            </w:pPr>
            <w:proofErr w:type="spellStart"/>
            <w:r>
              <w:rPr>
                <w:b/>
              </w:rPr>
              <w:t>Omschrijving</w:t>
            </w:r>
            <w:proofErr w:type="spellEnd"/>
            <w:r>
              <w:rPr>
                <w:b/>
              </w:rPr>
              <w:t xml:space="preserve"> </w:t>
            </w:r>
            <w:proofErr w:type="spellStart"/>
            <w:r>
              <w:rPr>
                <w:b/>
              </w:rPr>
              <w:t>buitenreclame</w:t>
            </w:r>
            <w:proofErr w:type="spellEnd"/>
            <w:r>
              <w:rPr>
                <w:b/>
              </w:rPr>
              <w:t>:</w:t>
            </w:r>
          </w:p>
        </w:tc>
        <w:tc>
          <w:tcPr>
            <w:tcW w:w="6480" w:type="dxa"/>
            <w:tcMar>
              <w:top w:w="70" w:type="dxa"/>
              <w:left w:w="100" w:type="dxa"/>
              <w:bottom w:w="70" w:type="dxa"/>
              <w:right w:w="100" w:type="dxa"/>
            </w:tcMar>
          </w:tcPr>
          <w:p w14:paraId="364119CB" w14:textId="77777777" w:rsidR="0017020F" w:rsidRPr="009A2486" w:rsidRDefault="00AF3D40">
            <w:pPr>
              <w:spacing w:after="0"/>
              <w:rPr>
                <w:lang w:val="nl-NL"/>
              </w:rPr>
            </w:pPr>
            <w:r w:rsidRPr="009A2486">
              <w:rPr>
                <w:color w:val="595959"/>
                <w:lang w:val="nl-NL"/>
              </w:rPr>
              <w:t>[Licht kort de ingezette buitenreclame, de omvang en de lokale/regionale context toe]</w:t>
            </w:r>
          </w:p>
        </w:tc>
      </w:tr>
      <w:tr w:rsidR="0017020F" w:rsidRPr="009D6753" w14:paraId="005BFDC5" w14:textId="77777777">
        <w:trPr>
          <w:jc w:val="center"/>
        </w:trPr>
        <w:tc>
          <w:tcPr>
            <w:tcW w:w="3312" w:type="dxa"/>
            <w:tcMar>
              <w:top w:w="70" w:type="dxa"/>
              <w:left w:w="100" w:type="dxa"/>
              <w:bottom w:w="70" w:type="dxa"/>
              <w:right w:w="100" w:type="dxa"/>
            </w:tcMar>
          </w:tcPr>
          <w:p w14:paraId="35859FD9" w14:textId="77777777" w:rsidR="0017020F" w:rsidRDefault="00AF3D40">
            <w:pPr>
              <w:spacing w:after="0"/>
            </w:pPr>
            <w:proofErr w:type="spellStart"/>
            <w:r>
              <w:rPr>
                <w:b/>
              </w:rPr>
              <w:t>Contactpersoon</w:t>
            </w:r>
            <w:proofErr w:type="spellEnd"/>
            <w:r>
              <w:rPr>
                <w:b/>
              </w:rPr>
              <w:t xml:space="preserve"> referent:</w:t>
            </w:r>
          </w:p>
        </w:tc>
        <w:tc>
          <w:tcPr>
            <w:tcW w:w="6480" w:type="dxa"/>
            <w:tcMar>
              <w:top w:w="70" w:type="dxa"/>
              <w:left w:w="100" w:type="dxa"/>
              <w:bottom w:w="70" w:type="dxa"/>
              <w:right w:w="100" w:type="dxa"/>
            </w:tcMar>
          </w:tcPr>
          <w:p w14:paraId="62520A24" w14:textId="77777777" w:rsidR="0017020F" w:rsidRPr="009A2486" w:rsidRDefault="00AF3D40">
            <w:pPr>
              <w:spacing w:after="0"/>
              <w:rPr>
                <w:lang w:val="nl-NL"/>
              </w:rPr>
            </w:pPr>
            <w:r w:rsidRPr="009A2486">
              <w:rPr>
                <w:color w:val="595959"/>
                <w:lang w:val="nl-NL"/>
              </w:rPr>
              <w:t>[Naam, functie, telefoonnummer, e-mailadres] (t.b.v. eventuele verificatie)</w:t>
            </w:r>
          </w:p>
        </w:tc>
      </w:tr>
    </w:tbl>
    <w:p w14:paraId="64231740" w14:textId="77777777" w:rsidR="0017020F" w:rsidRDefault="00AF3D40">
      <w:pPr>
        <w:keepNext/>
        <w:spacing w:before="160"/>
      </w:pPr>
      <w:proofErr w:type="spellStart"/>
      <w:r>
        <w:rPr>
          <w:b/>
          <w:color w:val="365F91"/>
        </w:rPr>
        <w:t>Voorbeeld</w:t>
      </w:r>
      <w:proofErr w:type="spellEnd"/>
      <w:r>
        <w:rPr>
          <w:b/>
          <w:color w:val="365F91"/>
        </w:rPr>
        <w:t xml:space="preserve"> 4 (S1)</w:t>
      </w:r>
    </w:p>
    <w:tbl>
      <w:tblPr>
        <w:tblW w:w="0" w:type="auto"/>
        <w:jc w:val="center"/>
        <w:tblBorders>
          <w:top w:val="single" w:sz="4" w:space="0" w:color="D3D3D3"/>
          <w:bottom w:val="single" w:sz="6" w:space="0" w:color="1F497D"/>
          <w:insideH w:val="single" w:sz="4" w:space="0" w:color="D3D3D3"/>
        </w:tblBorders>
        <w:tblLook w:val="04A0" w:firstRow="1" w:lastRow="0" w:firstColumn="1" w:lastColumn="0" w:noHBand="0" w:noVBand="1"/>
      </w:tblPr>
      <w:tblGrid>
        <w:gridCol w:w="3312"/>
        <w:gridCol w:w="6480"/>
      </w:tblGrid>
      <w:tr w:rsidR="0017020F" w14:paraId="77C147C8" w14:textId="77777777">
        <w:trPr>
          <w:jc w:val="center"/>
        </w:trPr>
        <w:tc>
          <w:tcPr>
            <w:tcW w:w="3312" w:type="dxa"/>
            <w:tcMar>
              <w:top w:w="70" w:type="dxa"/>
              <w:left w:w="100" w:type="dxa"/>
              <w:bottom w:w="70" w:type="dxa"/>
              <w:right w:w="100" w:type="dxa"/>
            </w:tcMar>
          </w:tcPr>
          <w:p w14:paraId="313FE44B" w14:textId="77777777" w:rsidR="0017020F" w:rsidRDefault="00AF3D40">
            <w:pPr>
              <w:spacing w:after="0"/>
            </w:pPr>
            <w:r>
              <w:rPr>
                <w:b/>
              </w:rPr>
              <w:t>Opdrachtgever / Referent:</w:t>
            </w:r>
          </w:p>
        </w:tc>
        <w:tc>
          <w:tcPr>
            <w:tcW w:w="6480" w:type="dxa"/>
            <w:tcMar>
              <w:top w:w="70" w:type="dxa"/>
              <w:left w:w="100" w:type="dxa"/>
              <w:bottom w:w="70" w:type="dxa"/>
              <w:right w:w="100" w:type="dxa"/>
            </w:tcMar>
          </w:tcPr>
          <w:p w14:paraId="7B25E4A3" w14:textId="77777777" w:rsidR="0017020F" w:rsidRDefault="00AF3D40">
            <w:pPr>
              <w:spacing w:after="0"/>
            </w:pPr>
            <w:r>
              <w:rPr>
                <w:color w:val="595959"/>
              </w:rPr>
              <w:t>[Naam van de organisatie]</w:t>
            </w:r>
          </w:p>
        </w:tc>
      </w:tr>
      <w:tr w:rsidR="0017020F" w:rsidRPr="009D6753" w14:paraId="2F999BCC" w14:textId="77777777">
        <w:trPr>
          <w:jc w:val="center"/>
        </w:trPr>
        <w:tc>
          <w:tcPr>
            <w:tcW w:w="3312" w:type="dxa"/>
            <w:tcMar>
              <w:top w:w="70" w:type="dxa"/>
              <w:left w:w="100" w:type="dxa"/>
              <w:bottom w:w="70" w:type="dxa"/>
              <w:right w:w="100" w:type="dxa"/>
            </w:tcMar>
          </w:tcPr>
          <w:p w14:paraId="4CEBCC8D" w14:textId="1BA83964" w:rsidR="0017020F" w:rsidRPr="009D6753" w:rsidRDefault="00AF3D40">
            <w:pPr>
              <w:spacing w:after="0"/>
              <w:rPr>
                <w:lang w:val="nl-NL"/>
              </w:rPr>
            </w:pPr>
            <w:r w:rsidRPr="009D6753">
              <w:rPr>
                <w:b/>
                <w:lang w:val="nl-NL"/>
              </w:rPr>
              <w:t xml:space="preserve">Stad / Regio (vink 1 </w:t>
            </w:r>
            <w:r w:rsidR="009D6753" w:rsidRPr="009D6753">
              <w:rPr>
                <w:b/>
                <w:lang w:val="nl-NL"/>
              </w:rPr>
              <w:t xml:space="preserve">of meerdere opties </w:t>
            </w:r>
            <w:r w:rsidRPr="009D6753">
              <w:rPr>
                <w:b/>
                <w:lang w:val="nl-NL"/>
              </w:rPr>
              <w:t>aan):</w:t>
            </w:r>
          </w:p>
        </w:tc>
        <w:tc>
          <w:tcPr>
            <w:tcW w:w="6480" w:type="dxa"/>
            <w:tcMar>
              <w:top w:w="70" w:type="dxa"/>
              <w:left w:w="100" w:type="dxa"/>
              <w:bottom w:w="70" w:type="dxa"/>
              <w:right w:w="100" w:type="dxa"/>
            </w:tcMar>
          </w:tcPr>
          <w:p w14:paraId="0D1311AC" w14:textId="77777777" w:rsidR="0017020F" w:rsidRPr="009A2486" w:rsidRDefault="00AF3D40">
            <w:pPr>
              <w:spacing w:after="0"/>
              <w:rPr>
                <w:lang w:val="nl-NL"/>
              </w:rPr>
            </w:pPr>
            <w:r w:rsidRPr="009A2486">
              <w:rPr>
                <w:color w:val="595959"/>
                <w:lang w:val="nl-NL"/>
              </w:rPr>
              <w:t>[ ] Amsterdam &amp; regio    [ ] Leiden &amp; regio    [ ] Rotterdam &amp; regio    [ ] Nijmegen &amp; regio</w:t>
            </w:r>
          </w:p>
        </w:tc>
      </w:tr>
      <w:tr w:rsidR="0017020F" w:rsidRPr="009D6753" w14:paraId="07F50032" w14:textId="77777777">
        <w:trPr>
          <w:jc w:val="center"/>
        </w:trPr>
        <w:tc>
          <w:tcPr>
            <w:tcW w:w="3312" w:type="dxa"/>
            <w:tcMar>
              <w:top w:w="70" w:type="dxa"/>
              <w:left w:w="100" w:type="dxa"/>
              <w:bottom w:w="70" w:type="dxa"/>
              <w:right w:w="100" w:type="dxa"/>
            </w:tcMar>
          </w:tcPr>
          <w:p w14:paraId="32FAB04F" w14:textId="77777777" w:rsidR="0017020F" w:rsidRDefault="00AF3D40">
            <w:pPr>
              <w:spacing w:after="0"/>
            </w:pPr>
            <w:proofErr w:type="spellStart"/>
            <w:r>
              <w:rPr>
                <w:b/>
              </w:rPr>
              <w:t>Uitvoeringsperiode</w:t>
            </w:r>
            <w:proofErr w:type="spellEnd"/>
            <w:r>
              <w:rPr>
                <w:b/>
              </w:rPr>
              <w:t>:</w:t>
            </w:r>
          </w:p>
        </w:tc>
        <w:tc>
          <w:tcPr>
            <w:tcW w:w="6480" w:type="dxa"/>
            <w:tcMar>
              <w:top w:w="70" w:type="dxa"/>
              <w:left w:w="100" w:type="dxa"/>
              <w:bottom w:w="70" w:type="dxa"/>
              <w:right w:w="100" w:type="dxa"/>
            </w:tcMar>
          </w:tcPr>
          <w:p w14:paraId="564AA050" w14:textId="186ADDD6" w:rsidR="0017020F" w:rsidRPr="009A2486" w:rsidRDefault="00AF3D40">
            <w:pPr>
              <w:spacing w:after="0"/>
              <w:rPr>
                <w:lang w:val="nl-NL"/>
              </w:rPr>
            </w:pPr>
            <w:r w:rsidRPr="009A2486">
              <w:rPr>
                <w:color w:val="595959"/>
                <w:lang w:val="nl-NL"/>
              </w:rPr>
              <w:t xml:space="preserve">[MM-JJJJ tot MM-JJJJ]  (Let op: minimaal 1 referentie binnen </w:t>
            </w:r>
            <w:r w:rsidR="00F16783">
              <w:rPr>
                <w:color w:val="595959"/>
                <w:lang w:val="nl-NL"/>
              </w:rPr>
              <w:t>afgelopen</w:t>
            </w:r>
            <w:r w:rsidRPr="009A2486">
              <w:rPr>
                <w:color w:val="595959"/>
                <w:lang w:val="nl-NL"/>
              </w:rPr>
              <w:t xml:space="preserve"> 12 maanden)</w:t>
            </w:r>
          </w:p>
        </w:tc>
      </w:tr>
      <w:tr w:rsidR="0017020F" w:rsidRPr="009D6753" w14:paraId="4C365F41" w14:textId="77777777">
        <w:trPr>
          <w:jc w:val="center"/>
        </w:trPr>
        <w:tc>
          <w:tcPr>
            <w:tcW w:w="3312" w:type="dxa"/>
            <w:tcMar>
              <w:top w:w="70" w:type="dxa"/>
              <w:left w:w="100" w:type="dxa"/>
              <w:bottom w:w="70" w:type="dxa"/>
              <w:right w:w="100" w:type="dxa"/>
            </w:tcMar>
          </w:tcPr>
          <w:p w14:paraId="5D153D8D" w14:textId="77777777" w:rsidR="0017020F" w:rsidRDefault="00AF3D40">
            <w:pPr>
              <w:spacing w:after="0"/>
            </w:pPr>
            <w:proofErr w:type="spellStart"/>
            <w:r>
              <w:rPr>
                <w:b/>
              </w:rPr>
              <w:t>Omschrijving</w:t>
            </w:r>
            <w:proofErr w:type="spellEnd"/>
            <w:r>
              <w:rPr>
                <w:b/>
              </w:rPr>
              <w:t xml:space="preserve"> </w:t>
            </w:r>
            <w:proofErr w:type="spellStart"/>
            <w:r>
              <w:rPr>
                <w:b/>
              </w:rPr>
              <w:t>buitenreclame</w:t>
            </w:r>
            <w:proofErr w:type="spellEnd"/>
            <w:r>
              <w:rPr>
                <w:b/>
              </w:rPr>
              <w:t>:</w:t>
            </w:r>
          </w:p>
        </w:tc>
        <w:tc>
          <w:tcPr>
            <w:tcW w:w="6480" w:type="dxa"/>
            <w:tcMar>
              <w:top w:w="70" w:type="dxa"/>
              <w:left w:w="100" w:type="dxa"/>
              <w:bottom w:w="70" w:type="dxa"/>
              <w:right w:w="100" w:type="dxa"/>
            </w:tcMar>
          </w:tcPr>
          <w:p w14:paraId="12E73DB1" w14:textId="77777777" w:rsidR="0017020F" w:rsidRPr="009A2486" w:rsidRDefault="00AF3D40">
            <w:pPr>
              <w:spacing w:after="0"/>
              <w:rPr>
                <w:lang w:val="nl-NL"/>
              </w:rPr>
            </w:pPr>
            <w:r w:rsidRPr="009A2486">
              <w:rPr>
                <w:color w:val="595959"/>
                <w:lang w:val="nl-NL"/>
              </w:rPr>
              <w:t>[Licht kort de ingezette buitenreclame, de omvang en de lokale/regionale context toe]</w:t>
            </w:r>
          </w:p>
        </w:tc>
      </w:tr>
      <w:tr w:rsidR="0017020F" w:rsidRPr="009D6753" w14:paraId="736AE7F4" w14:textId="77777777">
        <w:trPr>
          <w:jc w:val="center"/>
        </w:trPr>
        <w:tc>
          <w:tcPr>
            <w:tcW w:w="3312" w:type="dxa"/>
            <w:tcMar>
              <w:top w:w="70" w:type="dxa"/>
              <w:left w:w="100" w:type="dxa"/>
              <w:bottom w:w="70" w:type="dxa"/>
              <w:right w:w="100" w:type="dxa"/>
            </w:tcMar>
          </w:tcPr>
          <w:p w14:paraId="5CF1240B" w14:textId="77777777" w:rsidR="0017020F" w:rsidRDefault="00AF3D40">
            <w:pPr>
              <w:spacing w:after="0"/>
            </w:pPr>
            <w:proofErr w:type="spellStart"/>
            <w:r>
              <w:rPr>
                <w:b/>
              </w:rPr>
              <w:t>Contactpersoon</w:t>
            </w:r>
            <w:proofErr w:type="spellEnd"/>
            <w:r>
              <w:rPr>
                <w:b/>
              </w:rPr>
              <w:t xml:space="preserve"> referent:</w:t>
            </w:r>
          </w:p>
        </w:tc>
        <w:tc>
          <w:tcPr>
            <w:tcW w:w="6480" w:type="dxa"/>
            <w:tcMar>
              <w:top w:w="70" w:type="dxa"/>
              <w:left w:w="100" w:type="dxa"/>
              <w:bottom w:w="70" w:type="dxa"/>
              <w:right w:w="100" w:type="dxa"/>
            </w:tcMar>
          </w:tcPr>
          <w:p w14:paraId="2A009543" w14:textId="77777777" w:rsidR="0017020F" w:rsidRPr="009A2486" w:rsidRDefault="00AF3D40">
            <w:pPr>
              <w:spacing w:after="0"/>
              <w:rPr>
                <w:lang w:val="nl-NL"/>
              </w:rPr>
            </w:pPr>
            <w:r w:rsidRPr="009A2486">
              <w:rPr>
                <w:color w:val="595959"/>
                <w:lang w:val="nl-NL"/>
              </w:rPr>
              <w:t>[Naam, functie, telefoonnummer, e-mailadres] (t.b.v. eventuele verificatie)</w:t>
            </w:r>
          </w:p>
        </w:tc>
      </w:tr>
    </w:tbl>
    <w:p w14:paraId="675179D1" w14:textId="77777777" w:rsidR="0017020F" w:rsidRPr="009A2486" w:rsidRDefault="0017020F">
      <w:pPr>
        <w:spacing w:after="120"/>
        <w:rPr>
          <w:lang w:val="nl-NL"/>
        </w:rPr>
      </w:pPr>
    </w:p>
    <w:p w14:paraId="3BBB42A2" w14:textId="77777777" w:rsidR="0017020F" w:rsidRPr="009A2486" w:rsidRDefault="00AF3D40">
      <w:pPr>
        <w:keepNext/>
        <w:spacing w:before="280" w:after="120"/>
        <w:rPr>
          <w:lang w:val="nl-NL"/>
        </w:rPr>
      </w:pPr>
      <w:r w:rsidRPr="009A2486">
        <w:rPr>
          <w:b/>
          <w:color w:val="1F497D"/>
          <w:sz w:val="26"/>
          <w:lang w:val="nl-NL"/>
        </w:rPr>
        <w:t xml:space="preserve">2. SELECTIECRITERIUM S2: ERVARING MET MUSEALE / CULTURELE OPDRACHTGEVER (max. 200 </w:t>
      </w:r>
      <w:proofErr w:type="spellStart"/>
      <w:r w:rsidRPr="009A2486">
        <w:rPr>
          <w:b/>
          <w:color w:val="1F497D"/>
          <w:sz w:val="26"/>
          <w:lang w:val="nl-NL"/>
        </w:rPr>
        <w:t>pt</w:t>
      </w:r>
      <w:proofErr w:type="spellEnd"/>
      <w:r w:rsidRPr="009A2486">
        <w:rPr>
          <w:b/>
          <w:color w:val="1F497D"/>
          <w:sz w:val="26"/>
          <w:lang w:val="nl-NL"/>
        </w:rPr>
        <w:t>)</w:t>
      </w:r>
    </w:p>
    <w:p w14:paraId="19F8166C" w14:textId="77777777" w:rsidR="0017020F" w:rsidRPr="009A2486" w:rsidRDefault="00AF3D40">
      <w:pPr>
        <w:spacing w:after="120"/>
        <w:rPr>
          <w:lang w:val="nl-NL"/>
        </w:rPr>
      </w:pPr>
      <w:r w:rsidRPr="009A2486">
        <w:rPr>
          <w:i/>
          <w:color w:val="595959"/>
          <w:sz w:val="18"/>
          <w:lang w:val="nl-NL"/>
        </w:rPr>
        <w:t>Geef maximaal 2 voorbeelden van opdrachten uit de afgelopen 3 jaar (minimaal 1 voorbeeld in het afgelopen jaar) voor het adviseren over en/of inkopen van buitenreclame voor museale of culturele opdrachtgevers.</w:t>
      </w:r>
      <w:r w:rsidRPr="009A2486">
        <w:rPr>
          <w:i/>
          <w:color w:val="595959"/>
          <w:sz w:val="18"/>
          <w:lang w:val="nl-NL"/>
        </w:rPr>
        <w:br/>
        <w:t>Scoring:</w:t>
      </w:r>
      <w:r w:rsidRPr="009A2486">
        <w:rPr>
          <w:i/>
          <w:color w:val="595959"/>
          <w:sz w:val="18"/>
          <w:lang w:val="nl-NL"/>
        </w:rPr>
        <w:br/>
        <w:t xml:space="preserve">• 200 </w:t>
      </w:r>
      <w:proofErr w:type="spellStart"/>
      <w:r w:rsidRPr="009A2486">
        <w:rPr>
          <w:i/>
          <w:color w:val="595959"/>
          <w:sz w:val="18"/>
          <w:lang w:val="nl-NL"/>
        </w:rPr>
        <w:t>pt</w:t>
      </w:r>
      <w:proofErr w:type="spellEnd"/>
      <w:r w:rsidRPr="009A2486">
        <w:rPr>
          <w:i/>
          <w:color w:val="595959"/>
          <w:sz w:val="18"/>
          <w:lang w:val="nl-NL"/>
        </w:rPr>
        <w:t>: Minimaal 2 museale opdrachtgevers EN bij minimaal 1 voorbeeld aantoonbaar gewerkt met het Culturele Doelgroepenmodel van Rotterdam Festivals.</w:t>
      </w:r>
      <w:r w:rsidRPr="009A2486">
        <w:rPr>
          <w:i/>
          <w:color w:val="595959"/>
          <w:sz w:val="18"/>
          <w:lang w:val="nl-NL"/>
        </w:rPr>
        <w:br/>
        <w:t xml:space="preserve">• 150 </w:t>
      </w:r>
      <w:proofErr w:type="spellStart"/>
      <w:r w:rsidRPr="009A2486">
        <w:rPr>
          <w:i/>
          <w:color w:val="595959"/>
          <w:sz w:val="18"/>
          <w:lang w:val="nl-NL"/>
        </w:rPr>
        <w:t>pt</w:t>
      </w:r>
      <w:proofErr w:type="spellEnd"/>
      <w:r w:rsidRPr="009A2486">
        <w:rPr>
          <w:i/>
          <w:color w:val="595959"/>
          <w:sz w:val="18"/>
          <w:lang w:val="nl-NL"/>
        </w:rPr>
        <w:t>: 1 museale opdrachtgever OF minimaal 2 andere culturele instellingen EN bij minimaal 1 voorbeeld aantoonbaar gewerkt met het Culturele Doelgroepenmodel.</w:t>
      </w:r>
      <w:r w:rsidRPr="009A2486">
        <w:rPr>
          <w:i/>
          <w:color w:val="595959"/>
          <w:sz w:val="18"/>
          <w:lang w:val="nl-NL"/>
        </w:rPr>
        <w:br/>
        <w:t xml:space="preserve">• 0 </w:t>
      </w:r>
      <w:proofErr w:type="spellStart"/>
      <w:r w:rsidRPr="009A2486">
        <w:rPr>
          <w:i/>
          <w:color w:val="595959"/>
          <w:sz w:val="18"/>
          <w:lang w:val="nl-NL"/>
        </w:rPr>
        <w:t>pt</w:t>
      </w:r>
      <w:proofErr w:type="spellEnd"/>
      <w:r w:rsidRPr="009A2486">
        <w:rPr>
          <w:i/>
          <w:color w:val="595959"/>
          <w:sz w:val="18"/>
          <w:lang w:val="nl-NL"/>
        </w:rPr>
        <w:t>: Geen relevante ervaring of géén toepassing van het Culturele Doelgroepenmodel.</w:t>
      </w:r>
    </w:p>
    <w:p w14:paraId="5D80F158" w14:textId="77777777" w:rsidR="0017020F" w:rsidRDefault="00AF3D40">
      <w:pPr>
        <w:keepNext/>
        <w:spacing w:before="160"/>
      </w:pPr>
      <w:proofErr w:type="spellStart"/>
      <w:r>
        <w:rPr>
          <w:b/>
          <w:color w:val="365F91"/>
        </w:rPr>
        <w:lastRenderedPageBreak/>
        <w:t>Voorbeeld</w:t>
      </w:r>
      <w:proofErr w:type="spellEnd"/>
      <w:r>
        <w:rPr>
          <w:b/>
          <w:color w:val="365F91"/>
        </w:rPr>
        <w:t xml:space="preserve"> 1 (S2)</w:t>
      </w:r>
    </w:p>
    <w:tbl>
      <w:tblPr>
        <w:tblW w:w="0" w:type="auto"/>
        <w:jc w:val="center"/>
        <w:tblBorders>
          <w:top w:val="single" w:sz="4" w:space="0" w:color="D3D3D3"/>
          <w:bottom w:val="single" w:sz="6" w:space="0" w:color="1F497D"/>
          <w:insideH w:val="single" w:sz="4" w:space="0" w:color="D3D3D3"/>
        </w:tblBorders>
        <w:tblLook w:val="04A0" w:firstRow="1" w:lastRow="0" w:firstColumn="1" w:lastColumn="0" w:noHBand="0" w:noVBand="1"/>
      </w:tblPr>
      <w:tblGrid>
        <w:gridCol w:w="3312"/>
        <w:gridCol w:w="6480"/>
      </w:tblGrid>
      <w:tr w:rsidR="0017020F" w14:paraId="736F5C2B" w14:textId="77777777">
        <w:trPr>
          <w:jc w:val="center"/>
        </w:trPr>
        <w:tc>
          <w:tcPr>
            <w:tcW w:w="3312" w:type="dxa"/>
            <w:tcMar>
              <w:top w:w="70" w:type="dxa"/>
              <w:left w:w="100" w:type="dxa"/>
              <w:bottom w:w="70" w:type="dxa"/>
              <w:right w:w="100" w:type="dxa"/>
            </w:tcMar>
          </w:tcPr>
          <w:p w14:paraId="36B79B14" w14:textId="77777777" w:rsidR="0017020F" w:rsidRDefault="00AF3D40">
            <w:pPr>
              <w:spacing w:after="0"/>
            </w:pPr>
            <w:r>
              <w:rPr>
                <w:b/>
              </w:rPr>
              <w:t>Opdrachtgever / Referent:</w:t>
            </w:r>
          </w:p>
        </w:tc>
        <w:tc>
          <w:tcPr>
            <w:tcW w:w="6480" w:type="dxa"/>
            <w:tcMar>
              <w:top w:w="70" w:type="dxa"/>
              <w:left w:w="100" w:type="dxa"/>
              <w:bottom w:w="70" w:type="dxa"/>
              <w:right w:w="100" w:type="dxa"/>
            </w:tcMar>
          </w:tcPr>
          <w:p w14:paraId="3CC52D80" w14:textId="77777777" w:rsidR="0017020F" w:rsidRDefault="00AF3D40">
            <w:pPr>
              <w:spacing w:after="0"/>
            </w:pPr>
            <w:r>
              <w:rPr>
                <w:color w:val="595959"/>
              </w:rPr>
              <w:t>[Naam van de organisatie]</w:t>
            </w:r>
          </w:p>
        </w:tc>
      </w:tr>
      <w:tr w:rsidR="0017020F" w:rsidRPr="009D6753" w14:paraId="068C5C2F" w14:textId="77777777">
        <w:trPr>
          <w:jc w:val="center"/>
        </w:trPr>
        <w:tc>
          <w:tcPr>
            <w:tcW w:w="3312" w:type="dxa"/>
            <w:tcMar>
              <w:top w:w="70" w:type="dxa"/>
              <w:left w:w="100" w:type="dxa"/>
              <w:bottom w:w="70" w:type="dxa"/>
              <w:right w:w="100" w:type="dxa"/>
            </w:tcMar>
          </w:tcPr>
          <w:p w14:paraId="122FC134" w14:textId="77777777" w:rsidR="0017020F" w:rsidRDefault="00AF3D40">
            <w:pPr>
              <w:spacing w:after="0"/>
            </w:pPr>
            <w:r>
              <w:rPr>
                <w:b/>
              </w:rPr>
              <w:t>Type organisatie:</w:t>
            </w:r>
          </w:p>
        </w:tc>
        <w:tc>
          <w:tcPr>
            <w:tcW w:w="6480" w:type="dxa"/>
            <w:tcMar>
              <w:top w:w="70" w:type="dxa"/>
              <w:left w:w="100" w:type="dxa"/>
              <w:bottom w:w="70" w:type="dxa"/>
              <w:right w:w="100" w:type="dxa"/>
            </w:tcMar>
          </w:tcPr>
          <w:p w14:paraId="4D13AACD" w14:textId="77777777" w:rsidR="0017020F" w:rsidRPr="009A2486" w:rsidRDefault="00AF3D40">
            <w:pPr>
              <w:spacing w:after="0"/>
              <w:rPr>
                <w:lang w:val="nl-NL"/>
              </w:rPr>
            </w:pPr>
            <w:r w:rsidRPr="009A2486">
              <w:rPr>
                <w:color w:val="595959"/>
                <w:lang w:val="nl-NL"/>
              </w:rPr>
              <w:t>[ ] Museale instelling    [ ] Overige culturele instelling</w:t>
            </w:r>
          </w:p>
        </w:tc>
      </w:tr>
      <w:tr w:rsidR="0017020F" w:rsidRPr="009D6753" w14:paraId="31064674" w14:textId="77777777">
        <w:trPr>
          <w:jc w:val="center"/>
        </w:trPr>
        <w:tc>
          <w:tcPr>
            <w:tcW w:w="3312" w:type="dxa"/>
            <w:tcMar>
              <w:top w:w="70" w:type="dxa"/>
              <w:left w:w="100" w:type="dxa"/>
              <w:bottom w:w="70" w:type="dxa"/>
              <w:right w:w="100" w:type="dxa"/>
            </w:tcMar>
          </w:tcPr>
          <w:p w14:paraId="51B92528" w14:textId="77777777" w:rsidR="0017020F" w:rsidRDefault="00AF3D40">
            <w:pPr>
              <w:spacing w:after="0"/>
            </w:pPr>
            <w:proofErr w:type="spellStart"/>
            <w:r>
              <w:rPr>
                <w:b/>
              </w:rPr>
              <w:t>Uitvoeringsperiode</w:t>
            </w:r>
            <w:proofErr w:type="spellEnd"/>
            <w:r>
              <w:rPr>
                <w:b/>
              </w:rPr>
              <w:t>:</w:t>
            </w:r>
          </w:p>
        </w:tc>
        <w:tc>
          <w:tcPr>
            <w:tcW w:w="6480" w:type="dxa"/>
            <w:tcMar>
              <w:top w:w="70" w:type="dxa"/>
              <w:left w:w="100" w:type="dxa"/>
              <w:bottom w:w="70" w:type="dxa"/>
              <w:right w:w="100" w:type="dxa"/>
            </w:tcMar>
          </w:tcPr>
          <w:p w14:paraId="46D33E35" w14:textId="77777777" w:rsidR="0017020F" w:rsidRPr="009A2486" w:rsidRDefault="00AF3D40">
            <w:pPr>
              <w:spacing w:after="0"/>
              <w:rPr>
                <w:lang w:val="nl-NL"/>
              </w:rPr>
            </w:pPr>
            <w:r w:rsidRPr="009A2486">
              <w:rPr>
                <w:color w:val="595959"/>
                <w:lang w:val="nl-NL"/>
              </w:rPr>
              <w:t>[MM-JJJJ tot MM-JJJJ]</w:t>
            </w:r>
          </w:p>
        </w:tc>
      </w:tr>
      <w:tr w:rsidR="0017020F" w:rsidRPr="009D6753" w14:paraId="5D1B1446" w14:textId="77777777">
        <w:trPr>
          <w:jc w:val="center"/>
        </w:trPr>
        <w:tc>
          <w:tcPr>
            <w:tcW w:w="3312" w:type="dxa"/>
            <w:tcMar>
              <w:top w:w="70" w:type="dxa"/>
              <w:left w:w="100" w:type="dxa"/>
              <w:bottom w:w="70" w:type="dxa"/>
              <w:right w:w="100" w:type="dxa"/>
            </w:tcMar>
          </w:tcPr>
          <w:p w14:paraId="58C9A9C1" w14:textId="77777777" w:rsidR="0017020F" w:rsidRDefault="00AF3D40">
            <w:pPr>
              <w:spacing w:after="0"/>
            </w:pPr>
            <w:proofErr w:type="spellStart"/>
            <w:r>
              <w:rPr>
                <w:b/>
              </w:rPr>
              <w:t>Toepassing</w:t>
            </w:r>
            <w:proofErr w:type="spellEnd"/>
            <w:r>
              <w:rPr>
                <w:b/>
              </w:rPr>
              <w:t xml:space="preserve"> </w:t>
            </w:r>
            <w:proofErr w:type="spellStart"/>
            <w:r>
              <w:rPr>
                <w:b/>
              </w:rPr>
              <w:t>Culturele</w:t>
            </w:r>
            <w:proofErr w:type="spellEnd"/>
            <w:r>
              <w:rPr>
                <w:b/>
              </w:rPr>
              <w:t xml:space="preserve"> </w:t>
            </w:r>
            <w:proofErr w:type="spellStart"/>
            <w:r>
              <w:rPr>
                <w:b/>
              </w:rPr>
              <w:t>Doelgroepenmodel</w:t>
            </w:r>
            <w:proofErr w:type="spellEnd"/>
            <w:r>
              <w:rPr>
                <w:b/>
              </w:rPr>
              <w:t>:</w:t>
            </w:r>
          </w:p>
        </w:tc>
        <w:tc>
          <w:tcPr>
            <w:tcW w:w="6480" w:type="dxa"/>
            <w:tcMar>
              <w:top w:w="70" w:type="dxa"/>
              <w:left w:w="100" w:type="dxa"/>
              <w:bottom w:w="70" w:type="dxa"/>
              <w:right w:w="100" w:type="dxa"/>
            </w:tcMar>
          </w:tcPr>
          <w:p w14:paraId="4B82343E" w14:textId="77777777" w:rsidR="0017020F" w:rsidRPr="009A2486" w:rsidRDefault="00AF3D40">
            <w:pPr>
              <w:spacing w:after="0"/>
              <w:rPr>
                <w:lang w:val="nl-NL"/>
              </w:rPr>
            </w:pPr>
            <w:r w:rsidRPr="009A2486">
              <w:rPr>
                <w:color w:val="595959"/>
                <w:lang w:val="nl-NL"/>
              </w:rPr>
              <w:t>[ ] Ja    [ ] Nee</w:t>
            </w:r>
            <w:r w:rsidRPr="009A2486">
              <w:rPr>
                <w:color w:val="595959"/>
                <w:lang w:val="nl-NL"/>
              </w:rPr>
              <w:br/>
              <w:t>Licht toe op welke wijze het Culturele Doelgroepenmodel van Rotterdam Festivals concreet is toegepast bij de advisering/inkoop:</w:t>
            </w:r>
          </w:p>
        </w:tc>
      </w:tr>
      <w:tr w:rsidR="0017020F" w:rsidRPr="009D6753" w14:paraId="1349DDA9" w14:textId="77777777">
        <w:trPr>
          <w:jc w:val="center"/>
        </w:trPr>
        <w:tc>
          <w:tcPr>
            <w:tcW w:w="3312" w:type="dxa"/>
            <w:tcMar>
              <w:top w:w="70" w:type="dxa"/>
              <w:left w:w="100" w:type="dxa"/>
              <w:bottom w:w="70" w:type="dxa"/>
              <w:right w:w="100" w:type="dxa"/>
            </w:tcMar>
          </w:tcPr>
          <w:p w14:paraId="72E5B4E4" w14:textId="77777777" w:rsidR="0017020F" w:rsidRDefault="00AF3D40">
            <w:pPr>
              <w:spacing w:after="0"/>
            </w:pPr>
            <w:proofErr w:type="spellStart"/>
            <w:r>
              <w:rPr>
                <w:b/>
              </w:rPr>
              <w:t>Omschrijving</w:t>
            </w:r>
            <w:proofErr w:type="spellEnd"/>
            <w:r>
              <w:rPr>
                <w:b/>
              </w:rPr>
              <w:t xml:space="preserve"> </w:t>
            </w:r>
            <w:proofErr w:type="spellStart"/>
            <w:r>
              <w:rPr>
                <w:b/>
              </w:rPr>
              <w:t>werkzaamheden</w:t>
            </w:r>
            <w:proofErr w:type="spellEnd"/>
            <w:r>
              <w:rPr>
                <w:b/>
              </w:rPr>
              <w:t>:</w:t>
            </w:r>
          </w:p>
        </w:tc>
        <w:tc>
          <w:tcPr>
            <w:tcW w:w="6480" w:type="dxa"/>
            <w:tcMar>
              <w:top w:w="70" w:type="dxa"/>
              <w:left w:w="100" w:type="dxa"/>
              <w:bottom w:w="70" w:type="dxa"/>
              <w:right w:w="100" w:type="dxa"/>
            </w:tcMar>
          </w:tcPr>
          <w:p w14:paraId="71598B82" w14:textId="77777777" w:rsidR="0017020F" w:rsidRPr="009A2486" w:rsidRDefault="00AF3D40">
            <w:pPr>
              <w:spacing w:after="0"/>
              <w:rPr>
                <w:lang w:val="nl-NL"/>
              </w:rPr>
            </w:pPr>
            <w:r w:rsidRPr="009A2486">
              <w:rPr>
                <w:color w:val="595959"/>
                <w:lang w:val="nl-NL"/>
              </w:rPr>
              <w:t>[Licht de advisering en/of inkoop van buitenreclame toe, inclusief de specifieke campagnecontext, publieksdoelstellingen en mediabudgetten]</w:t>
            </w:r>
          </w:p>
        </w:tc>
      </w:tr>
      <w:tr w:rsidR="0017020F" w:rsidRPr="009D6753" w14:paraId="0EBD2BC8" w14:textId="77777777">
        <w:trPr>
          <w:jc w:val="center"/>
        </w:trPr>
        <w:tc>
          <w:tcPr>
            <w:tcW w:w="3312" w:type="dxa"/>
            <w:tcMar>
              <w:top w:w="70" w:type="dxa"/>
              <w:left w:w="100" w:type="dxa"/>
              <w:bottom w:w="70" w:type="dxa"/>
              <w:right w:w="100" w:type="dxa"/>
            </w:tcMar>
          </w:tcPr>
          <w:p w14:paraId="13C9515F" w14:textId="77777777" w:rsidR="0017020F" w:rsidRDefault="00AF3D40">
            <w:pPr>
              <w:spacing w:after="0"/>
            </w:pPr>
            <w:proofErr w:type="spellStart"/>
            <w:r>
              <w:rPr>
                <w:b/>
              </w:rPr>
              <w:t>Contactpersoon</w:t>
            </w:r>
            <w:proofErr w:type="spellEnd"/>
            <w:r>
              <w:rPr>
                <w:b/>
              </w:rPr>
              <w:t xml:space="preserve"> referent:</w:t>
            </w:r>
          </w:p>
        </w:tc>
        <w:tc>
          <w:tcPr>
            <w:tcW w:w="6480" w:type="dxa"/>
            <w:tcMar>
              <w:top w:w="70" w:type="dxa"/>
              <w:left w:w="100" w:type="dxa"/>
              <w:bottom w:w="70" w:type="dxa"/>
              <w:right w:w="100" w:type="dxa"/>
            </w:tcMar>
          </w:tcPr>
          <w:p w14:paraId="2D436D19" w14:textId="77777777" w:rsidR="0017020F" w:rsidRPr="009A2486" w:rsidRDefault="00AF3D40">
            <w:pPr>
              <w:spacing w:after="0"/>
              <w:rPr>
                <w:lang w:val="nl-NL"/>
              </w:rPr>
            </w:pPr>
            <w:r w:rsidRPr="009A2486">
              <w:rPr>
                <w:color w:val="595959"/>
                <w:lang w:val="nl-NL"/>
              </w:rPr>
              <w:t>[Naam, functie, telefoonnummer, e-mailadres]</w:t>
            </w:r>
          </w:p>
        </w:tc>
      </w:tr>
    </w:tbl>
    <w:p w14:paraId="0A454704" w14:textId="77777777" w:rsidR="0017020F" w:rsidRDefault="00AF3D40">
      <w:pPr>
        <w:keepNext/>
        <w:spacing w:before="160"/>
      </w:pPr>
      <w:proofErr w:type="spellStart"/>
      <w:r>
        <w:rPr>
          <w:b/>
          <w:color w:val="365F91"/>
        </w:rPr>
        <w:t>Voorbeeld</w:t>
      </w:r>
      <w:proofErr w:type="spellEnd"/>
      <w:r>
        <w:rPr>
          <w:b/>
          <w:color w:val="365F91"/>
        </w:rPr>
        <w:t xml:space="preserve"> 2 (S2)</w:t>
      </w:r>
    </w:p>
    <w:tbl>
      <w:tblPr>
        <w:tblW w:w="0" w:type="auto"/>
        <w:jc w:val="center"/>
        <w:tblBorders>
          <w:top w:val="single" w:sz="4" w:space="0" w:color="D3D3D3"/>
          <w:bottom w:val="single" w:sz="6" w:space="0" w:color="1F497D"/>
          <w:insideH w:val="single" w:sz="4" w:space="0" w:color="D3D3D3"/>
        </w:tblBorders>
        <w:tblLook w:val="04A0" w:firstRow="1" w:lastRow="0" w:firstColumn="1" w:lastColumn="0" w:noHBand="0" w:noVBand="1"/>
      </w:tblPr>
      <w:tblGrid>
        <w:gridCol w:w="3312"/>
        <w:gridCol w:w="6480"/>
      </w:tblGrid>
      <w:tr w:rsidR="0017020F" w14:paraId="7BDB081C" w14:textId="77777777">
        <w:trPr>
          <w:jc w:val="center"/>
        </w:trPr>
        <w:tc>
          <w:tcPr>
            <w:tcW w:w="3312" w:type="dxa"/>
            <w:tcMar>
              <w:top w:w="70" w:type="dxa"/>
              <w:left w:w="100" w:type="dxa"/>
              <w:bottom w:w="70" w:type="dxa"/>
              <w:right w:w="100" w:type="dxa"/>
            </w:tcMar>
          </w:tcPr>
          <w:p w14:paraId="1EC21024" w14:textId="77777777" w:rsidR="0017020F" w:rsidRDefault="00AF3D40">
            <w:pPr>
              <w:spacing w:after="0"/>
            </w:pPr>
            <w:r>
              <w:rPr>
                <w:b/>
              </w:rPr>
              <w:t>Opdrachtgever / Referent:</w:t>
            </w:r>
          </w:p>
        </w:tc>
        <w:tc>
          <w:tcPr>
            <w:tcW w:w="6480" w:type="dxa"/>
            <w:tcMar>
              <w:top w:w="70" w:type="dxa"/>
              <w:left w:w="100" w:type="dxa"/>
              <w:bottom w:w="70" w:type="dxa"/>
              <w:right w:w="100" w:type="dxa"/>
            </w:tcMar>
          </w:tcPr>
          <w:p w14:paraId="15F1E496" w14:textId="77777777" w:rsidR="0017020F" w:rsidRDefault="00AF3D40">
            <w:pPr>
              <w:spacing w:after="0"/>
            </w:pPr>
            <w:r>
              <w:rPr>
                <w:color w:val="595959"/>
              </w:rPr>
              <w:t>[Naam van de organisatie]</w:t>
            </w:r>
          </w:p>
        </w:tc>
      </w:tr>
      <w:tr w:rsidR="0017020F" w:rsidRPr="009D6753" w14:paraId="28D7B613" w14:textId="77777777">
        <w:trPr>
          <w:jc w:val="center"/>
        </w:trPr>
        <w:tc>
          <w:tcPr>
            <w:tcW w:w="3312" w:type="dxa"/>
            <w:tcMar>
              <w:top w:w="70" w:type="dxa"/>
              <w:left w:w="100" w:type="dxa"/>
              <w:bottom w:w="70" w:type="dxa"/>
              <w:right w:w="100" w:type="dxa"/>
            </w:tcMar>
          </w:tcPr>
          <w:p w14:paraId="1CD30E2A" w14:textId="77777777" w:rsidR="0017020F" w:rsidRDefault="00AF3D40">
            <w:pPr>
              <w:spacing w:after="0"/>
            </w:pPr>
            <w:r>
              <w:rPr>
                <w:b/>
              </w:rPr>
              <w:t>Type organisatie:</w:t>
            </w:r>
          </w:p>
        </w:tc>
        <w:tc>
          <w:tcPr>
            <w:tcW w:w="6480" w:type="dxa"/>
            <w:tcMar>
              <w:top w:w="70" w:type="dxa"/>
              <w:left w:w="100" w:type="dxa"/>
              <w:bottom w:w="70" w:type="dxa"/>
              <w:right w:w="100" w:type="dxa"/>
            </w:tcMar>
          </w:tcPr>
          <w:p w14:paraId="67D31BA0" w14:textId="77777777" w:rsidR="0017020F" w:rsidRPr="009A2486" w:rsidRDefault="00AF3D40">
            <w:pPr>
              <w:spacing w:after="0"/>
              <w:rPr>
                <w:lang w:val="nl-NL"/>
              </w:rPr>
            </w:pPr>
            <w:r w:rsidRPr="009A2486">
              <w:rPr>
                <w:color w:val="595959"/>
                <w:lang w:val="nl-NL"/>
              </w:rPr>
              <w:t>[ ] Museale instelling    [ ] Overige culturele instelling</w:t>
            </w:r>
          </w:p>
        </w:tc>
      </w:tr>
      <w:tr w:rsidR="0017020F" w:rsidRPr="009D6753" w14:paraId="484D4621" w14:textId="77777777">
        <w:trPr>
          <w:jc w:val="center"/>
        </w:trPr>
        <w:tc>
          <w:tcPr>
            <w:tcW w:w="3312" w:type="dxa"/>
            <w:tcMar>
              <w:top w:w="70" w:type="dxa"/>
              <w:left w:w="100" w:type="dxa"/>
              <w:bottom w:w="70" w:type="dxa"/>
              <w:right w:w="100" w:type="dxa"/>
            </w:tcMar>
          </w:tcPr>
          <w:p w14:paraId="7670AE6C" w14:textId="77777777" w:rsidR="0017020F" w:rsidRDefault="00AF3D40">
            <w:pPr>
              <w:spacing w:after="0"/>
            </w:pPr>
            <w:proofErr w:type="spellStart"/>
            <w:r>
              <w:rPr>
                <w:b/>
              </w:rPr>
              <w:t>Uitvoeringsperiode</w:t>
            </w:r>
            <w:proofErr w:type="spellEnd"/>
            <w:r>
              <w:rPr>
                <w:b/>
              </w:rPr>
              <w:t>:</w:t>
            </w:r>
          </w:p>
        </w:tc>
        <w:tc>
          <w:tcPr>
            <w:tcW w:w="6480" w:type="dxa"/>
            <w:tcMar>
              <w:top w:w="70" w:type="dxa"/>
              <w:left w:w="100" w:type="dxa"/>
              <w:bottom w:w="70" w:type="dxa"/>
              <w:right w:w="100" w:type="dxa"/>
            </w:tcMar>
          </w:tcPr>
          <w:p w14:paraId="5BE055ED" w14:textId="77777777" w:rsidR="0017020F" w:rsidRPr="009A2486" w:rsidRDefault="00AF3D40">
            <w:pPr>
              <w:spacing w:after="0"/>
              <w:rPr>
                <w:lang w:val="nl-NL"/>
              </w:rPr>
            </w:pPr>
            <w:r w:rsidRPr="009A2486">
              <w:rPr>
                <w:color w:val="595959"/>
                <w:lang w:val="nl-NL"/>
              </w:rPr>
              <w:t>[MM-JJJJ tot MM-JJJJ]</w:t>
            </w:r>
          </w:p>
        </w:tc>
      </w:tr>
      <w:tr w:rsidR="0017020F" w:rsidRPr="009D6753" w14:paraId="754909C0" w14:textId="77777777">
        <w:trPr>
          <w:jc w:val="center"/>
        </w:trPr>
        <w:tc>
          <w:tcPr>
            <w:tcW w:w="3312" w:type="dxa"/>
            <w:tcMar>
              <w:top w:w="70" w:type="dxa"/>
              <w:left w:w="100" w:type="dxa"/>
              <w:bottom w:w="70" w:type="dxa"/>
              <w:right w:w="100" w:type="dxa"/>
            </w:tcMar>
          </w:tcPr>
          <w:p w14:paraId="57884271" w14:textId="77777777" w:rsidR="0017020F" w:rsidRDefault="00AF3D40">
            <w:pPr>
              <w:spacing w:after="0"/>
            </w:pPr>
            <w:proofErr w:type="spellStart"/>
            <w:r>
              <w:rPr>
                <w:b/>
              </w:rPr>
              <w:t>Toepassing</w:t>
            </w:r>
            <w:proofErr w:type="spellEnd"/>
            <w:r>
              <w:rPr>
                <w:b/>
              </w:rPr>
              <w:t xml:space="preserve"> </w:t>
            </w:r>
            <w:proofErr w:type="spellStart"/>
            <w:r>
              <w:rPr>
                <w:b/>
              </w:rPr>
              <w:t>Culturele</w:t>
            </w:r>
            <w:proofErr w:type="spellEnd"/>
            <w:r>
              <w:rPr>
                <w:b/>
              </w:rPr>
              <w:t xml:space="preserve"> </w:t>
            </w:r>
            <w:proofErr w:type="spellStart"/>
            <w:r>
              <w:rPr>
                <w:b/>
              </w:rPr>
              <w:t>Doelgroepenmodel</w:t>
            </w:r>
            <w:proofErr w:type="spellEnd"/>
            <w:r>
              <w:rPr>
                <w:b/>
              </w:rPr>
              <w:t>:</w:t>
            </w:r>
          </w:p>
        </w:tc>
        <w:tc>
          <w:tcPr>
            <w:tcW w:w="6480" w:type="dxa"/>
            <w:tcMar>
              <w:top w:w="70" w:type="dxa"/>
              <w:left w:w="100" w:type="dxa"/>
              <w:bottom w:w="70" w:type="dxa"/>
              <w:right w:w="100" w:type="dxa"/>
            </w:tcMar>
          </w:tcPr>
          <w:p w14:paraId="2169DCD1" w14:textId="77777777" w:rsidR="0017020F" w:rsidRPr="009A2486" w:rsidRDefault="00AF3D40">
            <w:pPr>
              <w:spacing w:after="0"/>
              <w:rPr>
                <w:lang w:val="nl-NL"/>
              </w:rPr>
            </w:pPr>
            <w:r w:rsidRPr="009A2486">
              <w:rPr>
                <w:color w:val="595959"/>
                <w:lang w:val="nl-NL"/>
              </w:rPr>
              <w:t>[ ] Ja    [ ] Nee</w:t>
            </w:r>
            <w:r w:rsidRPr="009A2486">
              <w:rPr>
                <w:color w:val="595959"/>
                <w:lang w:val="nl-NL"/>
              </w:rPr>
              <w:br/>
              <w:t>Licht toe op welke wijze het Culturele Doelgroepenmodel van Rotterdam Festivals concreet is toegepast bij de advisering/inkoop:</w:t>
            </w:r>
          </w:p>
        </w:tc>
      </w:tr>
      <w:tr w:rsidR="0017020F" w:rsidRPr="009D6753" w14:paraId="18FC1C62" w14:textId="77777777">
        <w:trPr>
          <w:jc w:val="center"/>
        </w:trPr>
        <w:tc>
          <w:tcPr>
            <w:tcW w:w="3312" w:type="dxa"/>
            <w:tcMar>
              <w:top w:w="70" w:type="dxa"/>
              <w:left w:w="100" w:type="dxa"/>
              <w:bottom w:w="70" w:type="dxa"/>
              <w:right w:w="100" w:type="dxa"/>
            </w:tcMar>
          </w:tcPr>
          <w:p w14:paraId="0E080410" w14:textId="77777777" w:rsidR="0017020F" w:rsidRDefault="00AF3D40">
            <w:pPr>
              <w:spacing w:after="0"/>
            </w:pPr>
            <w:proofErr w:type="spellStart"/>
            <w:r>
              <w:rPr>
                <w:b/>
              </w:rPr>
              <w:t>Omschrijving</w:t>
            </w:r>
            <w:proofErr w:type="spellEnd"/>
            <w:r>
              <w:rPr>
                <w:b/>
              </w:rPr>
              <w:t xml:space="preserve"> </w:t>
            </w:r>
            <w:proofErr w:type="spellStart"/>
            <w:r>
              <w:rPr>
                <w:b/>
              </w:rPr>
              <w:t>werkzaamheden</w:t>
            </w:r>
            <w:proofErr w:type="spellEnd"/>
            <w:r>
              <w:rPr>
                <w:b/>
              </w:rPr>
              <w:t>:</w:t>
            </w:r>
          </w:p>
        </w:tc>
        <w:tc>
          <w:tcPr>
            <w:tcW w:w="6480" w:type="dxa"/>
            <w:tcMar>
              <w:top w:w="70" w:type="dxa"/>
              <w:left w:w="100" w:type="dxa"/>
              <w:bottom w:w="70" w:type="dxa"/>
              <w:right w:w="100" w:type="dxa"/>
            </w:tcMar>
          </w:tcPr>
          <w:p w14:paraId="64909049" w14:textId="77777777" w:rsidR="0017020F" w:rsidRPr="009A2486" w:rsidRDefault="00AF3D40">
            <w:pPr>
              <w:spacing w:after="0"/>
              <w:rPr>
                <w:lang w:val="nl-NL"/>
              </w:rPr>
            </w:pPr>
            <w:r w:rsidRPr="009A2486">
              <w:rPr>
                <w:color w:val="595959"/>
                <w:lang w:val="nl-NL"/>
              </w:rPr>
              <w:t>[Licht de advisering en/of inkoop van buitenreclame toe, inclusief de specifieke campagnecontext, publieksdoelstellingen en mediabudgetten]</w:t>
            </w:r>
          </w:p>
        </w:tc>
      </w:tr>
      <w:tr w:rsidR="0017020F" w:rsidRPr="009D6753" w14:paraId="2A9214E0" w14:textId="77777777">
        <w:trPr>
          <w:jc w:val="center"/>
        </w:trPr>
        <w:tc>
          <w:tcPr>
            <w:tcW w:w="3312" w:type="dxa"/>
            <w:tcMar>
              <w:top w:w="70" w:type="dxa"/>
              <w:left w:w="100" w:type="dxa"/>
              <w:bottom w:w="70" w:type="dxa"/>
              <w:right w:w="100" w:type="dxa"/>
            </w:tcMar>
          </w:tcPr>
          <w:p w14:paraId="1AD9A99B" w14:textId="77777777" w:rsidR="0017020F" w:rsidRDefault="00AF3D40">
            <w:pPr>
              <w:spacing w:after="0"/>
            </w:pPr>
            <w:proofErr w:type="spellStart"/>
            <w:r>
              <w:rPr>
                <w:b/>
              </w:rPr>
              <w:t>Contactpersoon</w:t>
            </w:r>
            <w:proofErr w:type="spellEnd"/>
            <w:r>
              <w:rPr>
                <w:b/>
              </w:rPr>
              <w:t xml:space="preserve"> referent:</w:t>
            </w:r>
          </w:p>
        </w:tc>
        <w:tc>
          <w:tcPr>
            <w:tcW w:w="6480" w:type="dxa"/>
            <w:tcMar>
              <w:top w:w="70" w:type="dxa"/>
              <w:left w:w="100" w:type="dxa"/>
              <w:bottom w:w="70" w:type="dxa"/>
              <w:right w:w="100" w:type="dxa"/>
            </w:tcMar>
          </w:tcPr>
          <w:p w14:paraId="2B4C5628" w14:textId="77777777" w:rsidR="0017020F" w:rsidRPr="009A2486" w:rsidRDefault="00AF3D40">
            <w:pPr>
              <w:spacing w:after="0"/>
              <w:rPr>
                <w:lang w:val="nl-NL"/>
              </w:rPr>
            </w:pPr>
            <w:r w:rsidRPr="009A2486">
              <w:rPr>
                <w:color w:val="595959"/>
                <w:lang w:val="nl-NL"/>
              </w:rPr>
              <w:t>[Naam, functie, telefoonnummer, e-mailadres]</w:t>
            </w:r>
          </w:p>
        </w:tc>
      </w:tr>
    </w:tbl>
    <w:p w14:paraId="41378EC5" w14:textId="77777777" w:rsidR="0017020F" w:rsidRPr="009A2486" w:rsidRDefault="0017020F">
      <w:pPr>
        <w:spacing w:after="120"/>
        <w:rPr>
          <w:lang w:val="nl-NL"/>
        </w:rPr>
      </w:pPr>
    </w:p>
    <w:p w14:paraId="0B6CFAA7" w14:textId="77777777" w:rsidR="0017020F" w:rsidRPr="009A2486" w:rsidRDefault="00AF3D40">
      <w:pPr>
        <w:keepNext/>
        <w:spacing w:before="280" w:after="120"/>
        <w:rPr>
          <w:lang w:val="nl-NL"/>
        </w:rPr>
      </w:pPr>
      <w:r w:rsidRPr="009A2486">
        <w:rPr>
          <w:b/>
          <w:color w:val="1F497D"/>
          <w:sz w:val="26"/>
          <w:lang w:val="nl-NL"/>
        </w:rPr>
        <w:t xml:space="preserve">3. SELECTIECRITERIUM S3: EXPERTISE BUITENRECLAME (max. 100 </w:t>
      </w:r>
      <w:proofErr w:type="spellStart"/>
      <w:r w:rsidRPr="009A2486">
        <w:rPr>
          <w:b/>
          <w:color w:val="1F497D"/>
          <w:sz w:val="26"/>
          <w:lang w:val="nl-NL"/>
        </w:rPr>
        <w:t>pt</w:t>
      </w:r>
      <w:proofErr w:type="spellEnd"/>
      <w:r w:rsidRPr="009A2486">
        <w:rPr>
          <w:b/>
          <w:color w:val="1F497D"/>
          <w:sz w:val="26"/>
          <w:lang w:val="nl-NL"/>
        </w:rPr>
        <w:t>)</w:t>
      </w:r>
    </w:p>
    <w:p w14:paraId="6ED89F66" w14:textId="77777777" w:rsidR="0017020F" w:rsidRDefault="00AF3D40">
      <w:pPr>
        <w:spacing w:after="120"/>
        <w:rPr>
          <w:i/>
          <w:color w:val="595959"/>
          <w:sz w:val="18"/>
          <w:lang w:val="nl-NL"/>
        </w:rPr>
      </w:pPr>
      <w:r w:rsidRPr="009A2486">
        <w:rPr>
          <w:i/>
          <w:color w:val="595959"/>
          <w:sz w:val="18"/>
          <w:lang w:val="nl-NL"/>
        </w:rPr>
        <w:t>Toon aan welke verschillende vormen van buitenreclame u in de afgelopen 3 jaar (waarvan minimaal 1 vorm/voorbeeld in het afgelopen jaar) voor opdrachtgevers heeft geadviseerd en/of ingekocht.</w:t>
      </w:r>
      <w:r w:rsidRPr="009A2486">
        <w:rPr>
          <w:i/>
          <w:color w:val="595959"/>
          <w:sz w:val="18"/>
          <w:lang w:val="nl-NL"/>
        </w:rPr>
        <w:br/>
        <w:t xml:space="preserve">Scoring: Minimaal 4 vormen = 100 </w:t>
      </w:r>
      <w:proofErr w:type="spellStart"/>
      <w:r w:rsidRPr="009A2486">
        <w:rPr>
          <w:i/>
          <w:color w:val="595959"/>
          <w:sz w:val="18"/>
          <w:lang w:val="nl-NL"/>
        </w:rPr>
        <w:t>pt</w:t>
      </w:r>
      <w:proofErr w:type="spellEnd"/>
      <w:r w:rsidRPr="009A2486">
        <w:rPr>
          <w:i/>
          <w:color w:val="595959"/>
          <w:sz w:val="18"/>
          <w:lang w:val="nl-NL"/>
        </w:rPr>
        <w:t xml:space="preserve"> | Minimaal 3 vormen = 50 </w:t>
      </w:r>
      <w:proofErr w:type="spellStart"/>
      <w:r w:rsidRPr="009A2486">
        <w:rPr>
          <w:i/>
          <w:color w:val="595959"/>
          <w:sz w:val="18"/>
          <w:lang w:val="nl-NL"/>
        </w:rPr>
        <w:t>pt</w:t>
      </w:r>
      <w:proofErr w:type="spellEnd"/>
      <w:r w:rsidRPr="009A2486">
        <w:rPr>
          <w:i/>
          <w:color w:val="595959"/>
          <w:sz w:val="18"/>
          <w:lang w:val="nl-NL"/>
        </w:rPr>
        <w:t xml:space="preserve"> | Minder dan 3 vormen = 0 </w:t>
      </w:r>
      <w:proofErr w:type="spellStart"/>
      <w:r w:rsidRPr="009A2486">
        <w:rPr>
          <w:i/>
          <w:color w:val="595959"/>
          <w:sz w:val="18"/>
          <w:lang w:val="nl-NL"/>
        </w:rPr>
        <w:t>pt</w:t>
      </w:r>
      <w:proofErr w:type="spellEnd"/>
      <w:r w:rsidRPr="009A2486">
        <w:rPr>
          <w:i/>
          <w:color w:val="595959"/>
          <w:sz w:val="18"/>
          <w:lang w:val="nl-NL"/>
        </w:rPr>
        <w:t>.</w:t>
      </w:r>
    </w:p>
    <w:p w14:paraId="32003002" w14:textId="7A2A1078" w:rsidR="0086088A" w:rsidRPr="0086088A" w:rsidRDefault="0086088A">
      <w:pPr>
        <w:spacing w:after="120"/>
        <w:rPr>
          <w:i/>
          <w:color w:val="595959"/>
          <w:sz w:val="18"/>
          <w:lang w:val="nl-NL"/>
        </w:rPr>
      </w:pPr>
      <w:r w:rsidRPr="0086088A">
        <w:rPr>
          <w:i/>
          <w:color w:val="595959"/>
          <w:sz w:val="18"/>
          <w:lang w:val="nl-NL"/>
        </w:rPr>
        <w:t>Kruis uitsluitend vormen aan waarmee de Gegadigde in de afgelopen drie jaar aantoonbare ervaring heeft opgedaan. Eén referentieopdracht of campagne mag ter onderbouwing van meerdere vormen worden gebruikt. Geef per aangekruiste vorm aan bij welke opdrachtgever en in welke periode de werkzaamheden zijn uitgevoerd en licht kort toe waaruit de advisering en/of inkoop van deze vorm bestond. De verschillende objecttypen binnen reguliere OOH, waaronder abri’s, A0-reclame en billboards, gelden gezamenlijk als één vorm.</w:t>
      </w:r>
    </w:p>
    <w:tbl>
      <w:tblPr>
        <w:tblW w:w="0" w:type="auto"/>
        <w:jc w:val="center"/>
        <w:tblBorders>
          <w:top w:val="single" w:sz="4" w:space="0" w:color="D3D3D3"/>
          <w:bottom w:val="single" w:sz="6" w:space="0" w:color="1F497D"/>
          <w:insideH w:val="single" w:sz="4" w:space="0" w:color="D3D3D3"/>
        </w:tblBorders>
        <w:tblLook w:val="04A0" w:firstRow="1" w:lastRow="0" w:firstColumn="1" w:lastColumn="0" w:noHBand="0" w:noVBand="1"/>
      </w:tblPr>
      <w:tblGrid>
        <w:gridCol w:w="3456"/>
        <w:gridCol w:w="1152"/>
        <w:gridCol w:w="5184"/>
      </w:tblGrid>
      <w:tr w:rsidR="0017020F" w14:paraId="64603BA0" w14:textId="77777777">
        <w:trPr>
          <w:jc w:val="center"/>
        </w:trPr>
        <w:tc>
          <w:tcPr>
            <w:tcW w:w="3456" w:type="dxa"/>
            <w:shd w:val="clear" w:color="auto" w:fill="1F497D"/>
            <w:tcMar>
              <w:top w:w="90" w:type="dxa"/>
              <w:left w:w="100" w:type="dxa"/>
              <w:bottom w:w="90" w:type="dxa"/>
              <w:right w:w="100" w:type="dxa"/>
            </w:tcMar>
          </w:tcPr>
          <w:p w14:paraId="0767F7E1" w14:textId="77777777" w:rsidR="0017020F" w:rsidRDefault="00AF3D40">
            <w:pPr>
              <w:spacing w:after="0"/>
            </w:pPr>
            <w:r>
              <w:rPr>
                <w:b/>
                <w:color w:val="FFFFFF"/>
              </w:rPr>
              <w:t xml:space="preserve">Vorm van </w:t>
            </w:r>
            <w:proofErr w:type="spellStart"/>
            <w:r>
              <w:rPr>
                <w:b/>
                <w:color w:val="FFFFFF"/>
              </w:rPr>
              <w:t>buitenreclame</w:t>
            </w:r>
            <w:proofErr w:type="spellEnd"/>
          </w:p>
        </w:tc>
        <w:tc>
          <w:tcPr>
            <w:tcW w:w="1152" w:type="dxa"/>
            <w:shd w:val="clear" w:color="auto" w:fill="1F497D"/>
            <w:tcMar>
              <w:top w:w="90" w:type="dxa"/>
              <w:left w:w="100" w:type="dxa"/>
              <w:bottom w:w="90" w:type="dxa"/>
              <w:right w:w="100" w:type="dxa"/>
            </w:tcMar>
          </w:tcPr>
          <w:p w14:paraId="3A9D34E7" w14:textId="77777777" w:rsidR="0017020F" w:rsidRDefault="00AF3D40">
            <w:pPr>
              <w:spacing w:after="0"/>
              <w:jc w:val="center"/>
            </w:pPr>
            <w:r>
              <w:rPr>
                <w:b/>
                <w:color w:val="FFFFFF"/>
              </w:rPr>
              <w:t>Ingezet?</w:t>
            </w:r>
          </w:p>
        </w:tc>
        <w:tc>
          <w:tcPr>
            <w:tcW w:w="5184" w:type="dxa"/>
            <w:shd w:val="clear" w:color="auto" w:fill="1F497D"/>
            <w:tcMar>
              <w:top w:w="90" w:type="dxa"/>
              <w:left w:w="100" w:type="dxa"/>
              <w:bottom w:w="90" w:type="dxa"/>
              <w:right w:w="100" w:type="dxa"/>
            </w:tcMar>
          </w:tcPr>
          <w:p w14:paraId="3C03444E" w14:textId="77777777" w:rsidR="0017020F" w:rsidRDefault="00AF3D40">
            <w:pPr>
              <w:spacing w:after="0"/>
            </w:pPr>
            <w:r>
              <w:rPr>
                <w:b/>
                <w:color w:val="FFFFFF"/>
              </w:rPr>
              <w:t>Onderbouwende referentie / toelichting</w:t>
            </w:r>
          </w:p>
        </w:tc>
      </w:tr>
      <w:tr w:rsidR="0017020F" w:rsidRPr="009D6753" w14:paraId="7EAE91E3" w14:textId="77777777">
        <w:trPr>
          <w:jc w:val="center"/>
        </w:trPr>
        <w:tc>
          <w:tcPr>
            <w:tcW w:w="3456" w:type="dxa"/>
            <w:tcMar>
              <w:top w:w="70" w:type="dxa"/>
              <w:left w:w="100" w:type="dxa"/>
              <w:bottom w:w="70" w:type="dxa"/>
              <w:right w:w="100" w:type="dxa"/>
            </w:tcMar>
          </w:tcPr>
          <w:p w14:paraId="5ADC5A6A" w14:textId="77777777" w:rsidR="0017020F" w:rsidRDefault="00AF3D40">
            <w:pPr>
              <w:spacing w:after="0"/>
            </w:pPr>
            <w:r>
              <w:rPr>
                <w:b/>
              </w:rPr>
              <w:t>1. Reguliere OOH (abri's, A0, billboards)</w:t>
            </w:r>
          </w:p>
        </w:tc>
        <w:tc>
          <w:tcPr>
            <w:tcW w:w="1152" w:type="dxa"/>
            <w:tcMar>
              <w:top w:w="70" w:type="dxa"/>
              <w:left w:w="100" w:type="dxa"/>
              <w:bottom w:w="70" w:type="dxa"/>
              <w:right w:w="100" w:type="dxa"/>
            </w:tcMar>
          </w:tcPr>
          <w:p w14:paraId="528586EC" w14:textId="77777777" w:rsidR="0017020F" w:rsidRDefault="00AF3D40">
            <w:pPr>
              <w:spacing w:after="0"/>
              <w:jc w:val="center"/>
            </w:pPr>
            <w:r>
              <w:t>[ ] Ja</w:t>
            </w:r>
          </w:p>
        </w:tc>
        <w:tc>
          <w:tcPr>
            <w:tcW w:w="5184" w:type="dxa"/>
            <w:tcMar>
              <w:top w:w="70" w:type="dxa"/>
              <w:left w:w="100" w:type="dxa"/>
              <w:bottom w:w="70" w:type="dxa"/>
              <w:right w:w="100" w:type="dxa"/>
            </w:tcMar>
          </w:tcPr>
          <w:p w14:paraId="6795F395" w14:textId="77777777" w:rsidR="0017020F" w:rsidRPr="009A2486" w:rsidRDefault="00AF3D40">
            <w:pPr>
              <w:spacing w:after="0"/>
              <w:rPr>
                <w:lang w:val="nl-NL"/>
              </w:rPr>
            </w:pPr>
            <w:r w:rsidRPr="009A2486">
              <w:rPr>
                <w:color w:val="595959"/>
                <w:lang w:val="nl-NL"/>
              </w:rPr>
              <w:t>[Vermeld opdrachtgever, periode en korte toelichting]</w:t>
            </w:r>
          </w:p>
        </w:tc>
      </w:tr>
      <w:tr w:rsidR="0017020F" w:rsidRPr="009D6753" w14:paraId="175651C0" w14:textId="77777777">
        <w:trPr>
          <w:jc w:val="center"/>
        </w:trPr>
        <w:tc>
          <w:tcPr>
            <w:tcW w:w="3456" w:type="dxa"/>
            <w:tcMar>
              <w:top w:w="70" w:type="dxa"/>
              <w:left w:w="100" w:type="dxa"/>
              <w:bottom w:w="70" w:type="dxa"/>
              <w:right w:w="100" w:type="dxa"/>
            </w:tcMar>
          </w:tcPr>
          <w:p w14:paraId="0A1FADD9" w14:textId="77777777" w:rsidR="0017020F" w:rsidRDefault="00AF3D40">
            <w:pPr>
              <w:spacing w:after="0"/>
            </w:pPr>
            <w:r>
              <w:rPr>
                <w:b/>
              </w:rPr>
              <w:t>2. Digital Out of Home (DOOH)</w:t>
            </w:r>
          </w:p>
        </w:tc>
        <w:tc>
          <w:tcPr>
            <w:tcW w:w="1152" w:type="dxa"/>
            <w:tcMar>
              <w:top w:w="70" w:type="dxa"/>
              <w:left w:w="100" w:type="dxa"/>
              <w:bottom w:w="70" w:type="dxa"/>
              <w:right w:w="100" w:type="dxa"/>
            </w:tcMar>
          </w:tcPr>
          <w:p w14:paraId="7C5D2563" w14:textId="77777777" w:rsidR="0017020F" w:rsidRDefault="00AF3D40">
            <w:pPr>
              <w:spacing w:after="0"/>
              <w:jc w:val="center"/>
            </w:pPr>
            <w:r>
              <w:t>[ ] Ja</w:t>
            </w:r>
          </w:p>
        </w:tc>
        <w:tc>
          <w:tcPr>
            <w:tcW w:w="5184" w:type="dxa"/>
            <w:tcMar>
              <w:top w:w="70" w:type="dxa"/>
              <w:left w:w="100" w:type="dxa"/>
              <w:bottom w:w="70" w:type="dxa"/>
              <w:right w:w="100" w:type="dxa"/>
            </w:tcMar>
          </w:tcPr>
          <w:p w14:paraId="1C7032B7" w14:textId="77777777" w:rsidR="0017020F" w:rsidRPr="009A2486" w:rsidRDefault="00AF3D40">
            <w:pPr>
              <w:spacing w:after="0"/>
              <w:rPr>
                <w:lang w:val="nl-NL"/>
              </w:rPr>
            </w:pPr>
            <w:r w:rsidRPr="009A2486">
              <w:rPr>
                <w:color w:val="595959"/>
                <w:lang w:val="nl-NL"/>
              </w:rPr>
              <w:t>[Vermeld opdrachtgever, periode en korte toelichting]</w:t>
            </w:r>
          </w:p>
        </w:tc>
      </w:tr>
      <w:tr w:rsidR="0017020F" w:rsidRPr="009D6753" w14:paraId="47FFC118" w14:textId="77777777">
        <w:trPr>
          <w:jc w:val="center"/>
        </w:trPr>
        <w:tc>
          <w:tcPr>
            <w:tcW w:w="3456" w:type="dxa"/>
            <w:tcMar>
              <w:top w:w="70" w:type="dxa"/>
              <w:left w:w="100" w:type="dxa"/>
              <w:bottom w:w="70" w:type="dxa"/>
              <w:right w:w="100" w:type="dxa"/>
            </w:tcMar>
          </w:tcPr>
          <w:p w14:paraId="658B0039" w14:textId="77777777" w:rsidR="0017020F" w:rsidRDefault="00AF3D40">
            <w:pPr>
              <w:spacing w:after="0"/>
            </w:pPr>
            <w:r>
              <w:rPr>
                <w:b/>
              </w:rPr>
              <w:t>3. Programmatic DOOH</w:t>
            </w:r>
          </w:p>
        </w:tc>
        <w:tc>
          <w:tcPr>
            <w:tcW w:w="1152" w:type="dxa"/>
            <w:tcMar>
              <w:top w:w="70" w:type="dxa"/>
              <w:left w:w="100" w:type="dxa"/>
              <w:bottom w:w="70" w:type="dxa"/>
              <w:right w:w="100" w:type="dxa"/>
            </w:tcMar>
          </w:tcPr>
          <w:p w14:paraId="209483DE" w14:textId="77777777" w:rsidR="0017020F" w:rsidRDefault="00AF3D40">
            <w:pPr>
              <w:spacing w:after="0"/>
              <w:jc w:val="center"/>
            </w:pPr>
            <w:r>
              <w:t>[ ] Ja</w:t>
            </w:r>
          </w:p>
        </w:tc>
        <w:tc>
          <w:tcPr>
            <w:tcW w:w="5184" w:type="dxa"/>
            <w:tcMar>
              <w:top w:w="70" w:type="dxa"/>
              <w:left w:w="100" w:type="dxa"/>
              <w:bottom w:w="70" w:type="dxa"/>
              <w:right w:w="100" w:type="dxa"/>
            </w:tcMar>
          </w:tcPr>
          <w:p w14:paraId="7C93AA78" w14:textId="77777777" w:rsidR="0017020F" w:rsidRPr="009A2486" w:rsidRDefault="00AF3D40">
            <w:pPr>
              <w:spacing w:after="0"/>
              <w:rPr>
                <w:lang w:val="nl-NL"/>
              </w:rPr>
            </w:pPr>
            <w:r w:rsidRPr="009A2486">
              <w:rPr>
                <w:color w:val="595959"/>
                <w:lang w:val="nl-NL"/>
              </w:rPr>
              <w:t>[Vermeld opdrachtgever, periode en korte toelichting]</w:t>
            </w:r>
          </w:p>
        </w:tc>
      </w:tr>
      <w:tr w:rsidR="0017020F" w:rsidRPr="009D6753" w14:paraId="33ECAAAF" w14:textId="77777777">
        <w:trPr>
          <w:jc w:val="center"/>
        </w:trPr>
        <w:tc>
          <w:tcPr>
            <w:tcW w:w="3456" w:type="dxa"/>
            <w:tcMar>
              <w:top w:w="70" w:type="dxa"/>
              <w:left w:w="100" w:type="dxa"/>
              <w:bottom w:w="70" w:type="dxa"/>
              <w:right w:w="100" w:type="dxa"/>
            </w:tcMar>
          </w:tcPr>
          <w:p w14:paraId="399F872B" w14:textId="77777777" w:rsidR="0017020F" w:rsidRDefault="00AF3D40">
            <w:pPr>
              <w:spacing w:after="0"/>
            </w:pPr>
            <w:r>
              <w:rPr>
                <w:b/>
              </w:rPr>
              <w:t>4. Vervoer en OV-</w:t>
            </w:r>
            <w:proofErr w:type="spellStart"/>
            <w:r>
              <w:rPr>
                <w:b/>
              </w:rPr>
              <w:t>reclame</w:t>
            </w:r>
            <w:proofErr w:type="spellEnd"/>
          </w:p>
        </w:tc>
        <w:tc>
          <w:tcPr>
            <w:tcW w:w="1152" w:type="dxa"/>
            <w:tcMar>
              <w:top w:w="70" w:type="dxa"/>
              <w:left w:w="100" w:type="dxa"/>
              <w:bottom w:w="70" w:type="dxa"/>
              <w:right w:w="100" w:type="dxa"/>
            </w:tcMar>
          </w:tcPr>
          <w:p w14:paraId="3811411B" w14:textId="77777777" w:rsidR="0017020F" w:rsidRDefault="00AF3D40">
            <w:pPr>
              <w:spacing w:after="0"/>
              <w:jc w:val="center"/>
            </w:pPr>
            <w:r>
              <w:t>[ ] Ja</w:t>
            </w:r>
          </w:p>
        </w:tc>
        <w:tc>
          <w:tcPr>
            <w:tcW w:w="5184" w:type="dxa"/>
            <w:tcMar>
              <w:top w:w="70" w:type="dxa"/>
              <w:left w:w="100" w:type="dxa"/>
              <w:bottom w:w="70" w:type="dxa"/>
              <w:right w:w="100" w:type="dxa"/>
            </w:tcMar>
          </w:tcPr>
          <w:p w14:paraId="08FB8367" w14:textId="77777777" w:rsidR="0017020F" w:rsidRPr="009A2486" w:rsidRDefault="00AF3D40">
            <w:pPr>
              <w:spacing w:after="0"/>
              <w:rPr>
                <w:lang w:val="nl-NL"/>
              </w:rPr>
            </w:pPr>
            <w:r w:rsidRPr="009A2486">
              <w:rPr>
                <w:color w:val="595959"/>
                <w:lang w:val="nl-NL"/>
              </w:rPr>
              <w:t>[Vermeld opdrachtgever, periode en korte toelichting]</w:t>
            </w:r>
          </w:p>
        </w:tc>
      </w:tr>
      <w:tr w:rsidR="0017020F" w:rsidRPr="009D6753" w14:paraId="28F86DC0" w14:textId="77777777">
        <w:trPr>
          <w:jc w:val="center"/>
        </w:trPr>
        <w:tc>
          <w:tcPr>
            <w:tcW w:w="3456" w:type="dxa"/>
            <w:tcMar>
              <w:top w:w="70" w:type="dxa"/>
              <w:left w:w="100" w:type="dxa"/>
              <w:bottom w:w="70" w:type="dxa"/>
              <w:right w:w="100" w:type="dxa"/>
            </w:tcMar>
          </w:tcPr>
          <w:p w14:paraId="195CD21E" w14:textId="77777777" w:rsidR="0017020F" w:rsidRPr="009A2486" w:rsidRDefault="00AF3D40">
            <w:pPr>
              <w:spacing w:after="0"/>
              <w:rPr>
                <w:lang w:val="nl-NL"/>
              </w:rPr>
            </w:pPr>
            <w:r w:rsidRPr="009A2486">
              <w:rPr>
                <w:b/>
                <w:lang w:val="nl-NL"/>
              </w:rPr>
              <w:lastRenderedPageBreak/>
              <w:t>5. Reclame op of rondom scholen</w:t>
            </w:r>
          </w:p>
        </w:tc>
        <w:tc>
          <w:tcPr>
            <w:tcW w:w="1152" w:type="dxa"/>
            <w:tcMar>
              <w:top w:w="70" w:type="dxa"/>
              <w:left w:w="100" w:type="dxa"/>
              <w:bottom w:w="70" w:type="dxa"/>
              <w:right w:w="100" w:type="dxa"/>
            </w:tcMar>
          </w:tcPr>
          <w:p w14:paraId="18F59ADF" w14:textId="77777777" w:rsidR="0017020F" w:rsidRDefault="00AF3D40">
            <w:pPr>
              <w:spacing w:after="0"/>
              <w:jc w:val="center"/>
            </w:pPr>
            <w:r>
              <w:t>[ ] Ja</w:t>
            </w:r>
          </w:p>
        </w:tc>
        <w:tc>
          <w:tcPr>
            <w:tcW w:w="5184" w:type="dxa"/>
            <w:tcMar>
              <w:top w:w="70" w:type="dxa"/>
              <w:left w:w="100" w:type="dxa"/>
              <w:bottom w:w="70" w:type="dxa"/>
              <w:right w:w="100" w:type="dxa"/>
            </w:tcMar>
          </w:tcPr>
          <w:p w14:paraId="21432BEA" w14:textId="77777777" w:rsidR="0017020F" w:rsidRPr="009A2486" w:rsidRDefault="00AF3D40">
            <w:pPr>
              <w:spacing w:after="0"/>
              <w:rPr>
                <w:lang w:val="nl-NL"/>
              </w:rPr>
            </w:pPr>
            <w:r w:rsidRPr="009A2486">
              <w:rPr>
                <w:color w:val="595959"/>
                <w:lang w:val="nl-NL"/>
              </w:rPr>
              <w:t>[Vermeld opdrachtgever, periode en korte toelichting]</w:t>
            </w:r>
          </w:p>
        </w:tc>
      </w:tr>
      <w:tr w:rsidR="0017020F" w:rsidRPr="009D6753" w14:paraId="5CB7AC7C" w14:textId="77777777">
        <w:trPr>
          <w:jc w:val="center"/>
        </w:trPr>
        <w:tc>
          <w:tcPr>
            <w:tcW w:w="3456" w:type="dxa"/>
            <w:tcMar>
              <w:top w:w="70" w:type="dxa"/>
              <w:left w:w="100" w:type="dxa"/>
              <w:bottom w:w="70" w:type="dxa"/>
              <w:right w:w="100" w:type="dxa"/>
            </w:tcMar>
          </w:tcPr>
          <w:p w14:paraId="5D972C00" w14:textId="77777777" w:rsidR="0017020F" w:rsidRDefault="00AF3D40">
            <w:pPr>
              <w:spacing w:after="0"/>
            </w:pPr>
            <w:r>
              <w:rPr>
                <w:b/>
              </w:rPr>
              <w:t>6. B</w:t>
            </w:r>
            <w:proofErr w:type="spellStart"/>
            <w:r>
              <w:rPr>
                <w:b/>
              </w:rPr>
              <w:t>ijzondere</w:t>
            </w:r>
            <w:proofErr w:type="spellEnd"/>
            <w:r>
              <w:rPr>
                <w:b/>
              </w:rPr>
              <w:t xml:space="preserve"> / </w:t>
            </w:r>
            <w:proofErr w:type="spellStart"/>
            <w:r>
              <w:rPr>
                <w:b/>
              </w:rPr>
              <w:t>niet-standaard</w:t>
            </w:r>
            <w:proofErr w:type="spellEnd"/>
            <w:r>
              <w:rPr>
                <w:b/>
              </w:rPr>
              <w:t xml:space="preserve"> </w:t>
            </w:r>
            <w:proofErr w:type="spellStart"/>
            <w:r>
              <w:rPr>
                <w:b/>
              </w:rPr>
              <w:t>vormen</w:t>
            </w:r>
            <w:proofErr w:type="spellEnd"/>
          </w:p>
        </w:tc>
        <w:tc>
          <w:tcPr>
            <w:tcW w:w="1152" w:type="dxa"/>
            <w:tcMar>
              <w:top w:w="70" w:type="dxa"/>
              <w:left w:w="100" w:type="dxa"/>
              <w:bottom w:w="70" w:type="dxa"/>
              <w:right w:w="100" w:type="dxa"/>
            </w:tcMar>
          </w:tcPr>
          <w:p w14:paraId="0B7FE042" w14:textId="77777777" w:rsidR="0017020F" w:rsidRDefault="00AF3D40">
            <w:pPr>
              <w:spacing w:after="0"/>
              <w:jc w:val="center"/>
            </w:pPr>
            <w:r>
              <w:t>[ ] Ja</w:t>
            </w:r>
          </w:p>
        </w:tc>
        <w:tc>
          <w:tcPr>
            <w:tcW w:w="5184" w:type="dxa"/>
            <w:tcMar>
              <w:top w:w="70" w:type="dxa"/>
              <w:left w:w="100" w:type="dxa"/>
              <w:bottom w:w="70" w:type="dxa"/>
              <w:right w:w="100" w:type="dxa"/>
            </w:tcMar>
          </w:tcPr>
          <w:p w14:paraId="43CAF8CD" w14:textId="77777777" w:rsidR="0017020F" w:rsidRPr="009A2486" w:rsidRDefault="00AF3D40">
            <w:pPr>
              <w:spacing w:after="0"/>
              <w:rPr>
                <w:lang w:val="nl-NL"/>
              </w:rPr>
            </w:pPr>
            <w:r w:rsidRPr="009A2486">
              <w:rPr>
                <w:color w:val="595959"/>
                <w:lang w:val="nl-NL"/>
              </w:rPr>
              <w:t>[Vermeld opdrachtgever, periode en korte toelichting]</w:t>
            </w:r>
          </w:p>
        </w:tc>
      </w:tr>
    </w:tbl>
    <w:p w14:paraId="0D60ECFD" w14:textId="77777777" w:rsidR="0017020F" w:rsidRPr="009A2486" w:rsidRDefault="0017020F">
      <w:pPr>
        <w:spacing w:after="120"/>
        <w:rPr>
          <w:lang w:val="nl-NL"/>
        </w:rPr>
      </w:pPr>
    </w:p>
    <w:p w14:paraId="5A705484" w14:textId="77777777" w:rsidR="0017020F" w:rsidRPr="009A2486" w:rsidRDefault="00AF3D40">
      <w:pPr>
        <w:keepNext/>
        <w:spacing w:before="280" w:after="120"/>
        <w:rPr>
          <w:lang w:val="nl-NL"/>
        </w:rPr>
      </w:pPr>
      <w:r w:rsidRPr="009A2486">
        <w:rPr>
          <w:b/>
          <w:color w:val="1F497D"/>
          <w:sz w:val="26"/>
          <w:lang w:val="nl-NL"/>
        </w:rPr>
        <w:t xml:space="preserve">4. SELECTIECRITERIUM S4: SPECIALISTISCHE CAPACITEIT, CONTINUÏTEIT EN BORGING (max. 400 </w:t>
      </w:r>
      <w:proofErr w:type="spellStart"/>
      <w:r w:rsidRPr="009A2486">
        <w:rPr>
          <w:b/>
          <w:color w:val="1F497D"/>
          <w:sz w:val="26"/>
          <w:lang w:val="nl-NL"/>
        </w:rPr>
        <w:t>pt</w:t>
      </w:r>
      <w:proofErr w:type="spellEnd"/>
      <w:r w:rsidRPr="009A2486">
        <w:rPr>
          <w:b/>
          <w:color w:val="1F497D"/>
          <w:sz w:val="26"/>
          <w:lang w:val="nl-NL"/>
        </w:rPr>
        <w:t>)</w:t>
      </w:r>
    </w:p>
    <w:p w14:paraId="2267250C" w14:textId="77777777" w:rsidR="0017020F" w:rsidRPr="009A2486" w:rsidRDefault="00AF3D40">
      <w:pPr>
        <w:spacing w:after="120"/>
        <w:rPr>
          <w:lang w:val="nl-NL"/>
        </w:rPr>
      </w:pPr>
      <w:r w:rsidRPr="009A2486">
        <w:rPr>
          <w:i/>
          <w:color w:val="595959"/>
          <w:sz w:val="18"/>
          <w:lang w:val="nl-NL"/>
        </w:rPr>
        <w:t>Beschrijf helder en gestructureerd hoe uw organisatie invulling geeft aan de onderstaande 5 thema's.</w:t>
      </w:r>
      <w:r w:rsidRPr="009A2486">
        <w:rPr>
          <w:i/>
          <w:color w:val="595959"/>
          <w:sz w:val="18"/>
          <w:lang w:val="nl-NL"/>
        </w:rPr>
        <w:br/>
        <w:t>Eisen/Scoring:</w:t>
      </w:r>
      <w:r w:rsidRPr="009A2486">
        <w:rPr>
          <w:i/>
          <w:color w:val="595959"/>
          <w:sz w:val="18"/>
          <w:lang w:val="nl-NL"/>
        </w:rPr>
        <w:br/>
        <w:t xml:space="preserve">• 400 </w:t>
      </w:r>
      <w:proofErr w:type="spellStart"/>
      <w:r w:rsidRPr="009A2486">
        <w:rPr>
          <w:i/>
          <w:color w:val="595959"/>
          <w:sz w:val="18"/>
          <w:lang w:val="nl-NL"/>
        </w:rPr>
        <w:t>pt</w:t>
      </w:r>
      <w:proofErr w:type="spellEnd"/>
      <w:r w:rsidRPr="009A2486">
        <w:rPr>
          <w:i/>
          <w:color w:val="595959"/>
          <w:sz w:val="18"/>
          <w:lang w:val="nl-NL"/>
        </w:rPr>
        <w:t xml:space="preserve">: Concreet en overtuigend aangetoond dat voldoende senior expertise/capaciteit beschikbaar is, continuïteit en vervanging goed geborgd zijn, ervaring met meerdere gelijktijdige locaties/campagnes is aangetoond (incl. 1 recent voorbeeld), centraal </w:t>
      </w:r>
      <w:proofErr w:type="spellStart"/>
      <w:r w:rsidRPr="009A2486">
        <w:rPr>
          <w:i/>
          <w:color w:val="595959"/>
          <w:sz w:val="18"/>
          <w:lang w:val="nl-NL"/>
        </w:rPr>
        <w:t>dashboarding</w:t>
      </w:r>
      <w:proofErr w:type="spellEnd"/>
      <w:r w:rsidRPr="009A2486">
        <w:rPr>
          <w:i/>
          <w:color w:val="595959"/>
          <w:sz w:val="18"/>
          <w:lang w:val="nl-NL"/>
        </w:rPr>
        <w:t xml:space="preserve"> overtuigend is beschreven en escalatie geborgd is.</w:t>
      </w:r>
      <w:r w:rsidRPr="009A2486">
        <w:rPr>
          <w:i/>
          <w:color w:val="595959"/>
          <w:sz w:val="18"/>
          <w:lang w:val="nl-NL"/>
        </w:rPr>
        <w:br/>
        <w:t xml:space="preserve">• 200 </w:t>
      </w:r>
      <w:proofErr w:type="spellStart"/>
      <w:r w:rsidRPr="009A2486">
        <w:rPr>
          <w:i/>
          <w:color w:val="595959"/>
          <w:sz w:val="18"/>
          <w:lang w:val="nl-NL"/>
        </w:rPr>
        <w:t>pt</w:t>
      </w:r>
      <w:proofErr w:type="spellEnd"/>
      <w:r w:rsidRPr="009A2486">
        <w:rPr>
          <w:i/>
          <w:color w:val="595959"/>
          <w:sz w:val="18"/>
          <w:lang w:val="nl-NL"/>
        </w:rPr>
        <w:t>: Voldoende aangetoond, maar onderdelen zijn beperkt overtuigend of minder concreet.</w:t>
      </w:r>
      <w:r w:rsidRPr="009A2486">
        <w:rPr>
          <w:i/>
          <w:color w:val="595959"/>
          <w:sz w:val="18"/>
          <w:lang w:val="nl-NL"/>
        </w:rPr>
        <w:br/>
        <w:t xml:space="preserve">• 0 </w:t>
      </w:r>
      <w:proofErr w:type="spellStart"/>
      <w:r w:rsidRPr="009A2486">
        <w:rPr>
          <w:i/>
          <w:color w:val="595959"/>
          <w:sz w:val="18"/>
          <w:lang w:val="nl-NL"/>
        </w:rPr>
        <w:t>pt</w:t>
      </w:r>
      <w:proofErr w:type="spellEnd"/>
      <w:r w:rsidRPr="009A2486">
        <w:rPr>
          <w:i/>
          <w:color w:val="595959"/>
          <w:sz w:val="18"/>
          <w:lang w:val="nl-NL"/>
        </w:rPr>
        <w:t>: Onvoldoende aangetoond of ontbrekende onderbouwing.</w:t>
      </w:r>
      <w:r w:rsidRPr="009A2486">
        <w:rPr>
          <w:i/>
          <w:color w:val="595959"/>
          <w:sz w:val="18"/>
          <w:lang w:val="nl-NL"/>
        </w:rPr>
        <w:br/>
        <w:t>LET OP: Voor S4 geldt een minimumeis van 200 punten. Bij 0 punten volgt uitsluiting voor fase 2!</w:t>
      </w:r>
    </w:p>
    <w:p w14:paraId="6A04EFB5" w14:textId="77777777" w:rsidR="0017020F" w:rsidRPr="009A2486" w:rsidRDefault="00AF3D40">
      <w:pPr>
        <w:keepNext/>
        <w:spacing w:before="160" w:after="40"/>
        <w:rPr>
          <w:lang w:val="nl-NL"/>
        </w:rPr>
      </w:pPr>
      <w:r w:rsidRPr="009A2486">
        <w:rPr>
          <w:b/>
          <w:color w:val="365F91"/>
          <w:lang w:val="nl-NL"/>
        </w:rPr>
        <w:t>4.1 Teamstructuur, Senioriteit &amp; Capaciteit</w:t>
      </w:r>
    </w:p>
    <w:p w14:paraId="5A6CF55A" w14:textId="77777777" w:rsidR="0017020F" w:rsidRPr="009A2486" w:rsidRDefault="00AF3D40">
      <w:pPr>
        <w:keepNext/>
        <w:rPr>
          <w:lang w:val="nl-NL"/>
        </w:rPr>
      </w:pPr>
      <w:r w:rsidRPr="009A2486">
        <w:rPr>
          <w:sz w:val="19"/>
          <w:lang w:val="nl-NL"/>
        </w:rPr>
        <w:t>• Hoeveel medewerkers binnen uw organisatie houden zich structureel bezig met het adviseren en inkopen van buitenreclame en welke rollen vervullen zij?</w:t>
      </w:r>
      <w:r w:rsidRPr="009A2486">
        <w:rPr>
          <w:sz w:val="19"/>
          <w:lang w:val="nl-NL"/>
        </w:rPr>
        <w:br/>
        <w:t>• Over hoeveel senior buitenreclamespecialisten beschikt u en hoeveel jaar relevante ervaring hebben zij?</w:t>
      </w:r>
      <w:r w:rsidRPr="009A2486">
        <w:rPr>
          <w:sz w:val="19"/>
          <w:lang w:val="nl-NL"/>
        </w:rPr>
        <w:br/>
        <w:t>• Hoeveel actieve opdrachtgevers bedient het team momenteel, hoeveel campagnes voeren zij gemiddeld gelijktijdig uit en welke capaciteit is specifiek beschikbaar voor Wereldmuseum?</w:t>
      </w:r>
    </w:p>
    <w:tbl>
      <w:tblPr>
        <w:tblW w:w="0" w:type="auto"/>
        <w:jc w:val="center"/>
        <w:tblLook w:val="04A0" w:firstRow="1" w:lastRow="0" w:firstColumn="1" w:lastColumn="0" w:noHBand="0" w:noVBand="1"/>
      </w:tblPr>
      <w:tblGrid>
        <w:gridCol w:w="9792"/>
      </w:tblGrid>
      <w:tr w:rsidR="0017020F" w14:paraId="1B566CBE" w14:textId="77777777">
        <w:trPr>
          <w:jc w:val="center"/>
        </w:trPr>
        <w:tc>
          <w:tcPr>
            <w:tcW w:w="9792" w:type="dxa"/>
            <w:tcBorders>
              <w:top w:val="single" w:sz="4" w:space="0" w:color="D3D3D3"/>
              <w:left w:val="single" w:sz="4" w:space="0" w:color="D3D3D3"/>
              <w:bottom w:val="single" w:sz="4" w:space="0" w:color="D3D3D3"/>
              <w:right w:val="single" w:sz="4" w:space="0" w:color="D3D3D3"/>
            </w:tcBorders>
            <w:tcMar>
              <w:top w:w="100" w:type="dxa"/>
              <w:left w:w="120" w:type="dxa"/>
              <w:bottom w:w="100" w:type="dxa"/>
              <w:right w:w="120" w:type="dxa"/>
            </w:tcMar>
          </w:tcPr>
          <w:p w14:paraId="210D6E8A" w14:textId="77777777" w:rsidR="0017020F" w:rsidRDefault="00AF3D40">
            <w:pPr>
              <w:spacing w:after="0"/>
            </w:pPr>
            <w:r>
              <w:rPr>
                <w:i/>
                <w:color w:val="595959"/>
              </w:rPr>
              <w:t>[</w:t>
            </w:r>
            <w:proofErr w:type="spellStart"/>
            <w:r>
              <w:rPr>
                <w:i/>
                <w:color w:val="595959"/>
              </w:rPr>
              <w:t>Typ</w:t>
            </w:r>
            <w:proofErr w:type="spellEnd"/>
            <w:r>
              <w:rPr>
                <w:i/>
                <w:color w:val="595959"/>
              </w:rPr>
              <w:t xml:space="preserve"> </w:t>
            </w:r>
            <w:proofErr w:type="spellStart"/>
            <w:r>
              <w:rPr>
                <w:i/>
                <w:color w:val="595959"/>
              </w:rPr>
              <w:t>hier</w:t>
            </w:r>
            <w:proofErr w:type="spellEnd"/>
            <w:r>
              <w:rPr>
                <w:i/>
                <w:color w:val="595959"/>
              </w:rPr>
              <w:t xml:space="preserve"> </w:t>
            </w:r>
            <w:proofErr w:type="spellStart"/>
            <w:r>
              <w:rPr>
                <w:i/>
                <w:color w:val="595959"/>
              </w:rPr>
              <w:t>uw</w:t>
            </w:r>
            <w:proofErr w:type="spellEnd"/>
            <w:r>
              <w:rPr>
                <w:i/>
                <w:color w:val="595959"/>
              </w:rPr>
              <w:t xml:space="preserve"> </w:t>
            </w:r>
            <w:proofErr w:type="spellStart"/>
            <w:r>
              <w:rPr>
                <w:i/>
                <w:color w:val="595959"/>
              </w:rPr>
              <w:t>beschrijving</w:t>
            </w:r>
            <w:proofErr w:type="spellEnd"/>
            <w:r>
              <w:rPr>
                <w:i/>
                <w:color w:val="595959"/>
              </w:rPr>
              <w:t>...]</w:t>
            </w:r>
          </w:p>
        </w:tc>
      </w:tr>
    </w:tbl>
    <w:p w14:paraId="5D9668DF" w14:textId="77777777" w:rsidR="0017020F" w:rsidRDefault="0017020F"/>
    <w:p w14:paraId="6E422786" w14:textId="77777777" w:rsidR="0017020F" w:rsidRDefault="00AF3D40">
      <w:pPr>
        <w:keepNext/>
        <w:spacing w:before="160" w:after="40"/>
      </w:pPr>
      <w:r>
        <w:rPr>
          <w:b/>
          <w:color w:val="365F91"/>
        </w:rPr>
        <w:t>4.2 Actuele Marktkennis &amp; Kwaliteitsborging</w:t>
      </w:r>
    </w:p>
    <w:p w14:paraId="7AF32AD3" w14:textId="77777777" w:rsidR="0017020F" w:rsidRPr="009A2486" w:rsidRDefault="00AF3D40">
      <w:pPr>
        <w:keepNext/>
        <w:rPr>
          <w:lang w:val="nl-NL"/>
        </w:rPr>
      </w:pPr>
      <w:r w:rsidRPr="009A2486">
        <w:rPr>
          <w:sz w:val="19"/>
          <w:lang w:val="nl-NL"/>
        </w:rPr>
        <w:t>• Hoe wordt kennis over exploitanten, objecttypen, data en nieuwe buitenreclamevormen actueel gehouden?</w:t>
      </w:r>
      <w:r w:rsidRPr="009A2486">
        <w:rPr>
          <w:sz w:val="19"/>
          <w:lang w:val="nl-NL"/>
        </w:rPr>
        <w:br/>
        <w:t>• Hoe worden taken tussen junior en senior medewerkers verdeeld en op welke wijze vindt kwaliteitscontrole op adviezen en werkzaamheden plaats?</w:t>
      </w:r>
    </w:p>
    <w:tbl>
      <w:tblPr>
        <w:tblW w:w="0" w:type="auto"/>
        <w:jc w:val="center"/>
        <w:tblLook w:val="04A0" w:firstRow="1" w:lastRow="0" w:firstColumn="1" w:lastColumn="0" w:noHBand="0" w:noVBand="1"/>
      </w:tblPr>
      <w:tblGrid>
        <w:gridCol w:w="9792"/>
      </w:tblGrid>
      <w:tr w:rsidR="0017020F" w14:paraId="7D5513DB" w14:textId="77777777">
        <w:trPr>
          <w:jc w:val="center"/>
        </w:trPr>
        <w:tc>
          <w:tcPr>
            <w:tcW w:w="9792" w:type="dxa"/>
            <w:tcBorders>
              <w:top w:val="single" w:sz="4" w:space="0" w:color="D3D3D3"/>
              <w:left w:val="single" w:sz="4" w:space="0" w:color="D3D3D3"/>
              <w:bottom w:val="single" w:sz="4" w:space="0" w:color="D3D3D3"/>
              <w:right w:val="single" w:sz="4" w:space="0" w:color="D3D3D3"/>
            </w:tcBorders>
            <w:tcMar>
              <w:top w:w="100" w:type="dxa"/>
              <w:left w:w="120" w:type="dxa"/>
              <w:bottom w:w="100" w:type="dxa"/>
              <w:right w:w="120" w:type="dxa"/>
            </w:tcMar>
          </w:tcPr>
          <w:p w14:paraId="5DBED743" w14:textId="77777777" w:rsidR="0017020F" w:rsidRDefault="00AF3D40">
            <w:pPr>
              <w:spacing w:after="0"/>
            </w:pPr>
            <w:r>
              <w:rPr>
                <w:i/>
                <w:color w:val="595959"/>
              </w:rPr>
              <w:t>[</w:t>
            </w:r>
            <w:proofErr w:type="spellStart"/>
            <w:r>
              <w:rPr>
                <w:i/>
                <w:color w:val="595959"/>
              </w:rPr>
              <w:t>Typ</w:t>
            </w:r>
            <w:proofErr w:type="spellEnd"/>
            <w:r>
              <w:rPr>
                <w:i/>
                <w:color w:val="595959"/>
              </w:rPr>
              <w:t xml:space="preserve"> </w:t>
            </w:r>
            <w:proofErr w:type="spellStart"/>
            <w:r>
              <w:rPr>
                <w:i/>
                <w:color w:val="595959"/>
              </w:rPr>
              <w:t>hier</w:t>
            </w:r>
            <w:proofErr w:type="spellEnd"/>
            <w:r>
              <w:rPr>
                <w:i/>
                <w:color w:val="595959"/>
              </w:rPr>
              <w:t xml:space="preserve"> </w:t>
            </w:r>
            <w:proofErr w:type="spellStart"/>
            <w:r>
              <w:rPr>
                <w:i/>
                <w:color w:val="595959"/>
              </w:rPr>
              <w:t>uw</w:t>
            </w:r>
            <w:proofErr w:type="spellEnd"/>
            <w:r>
              <w:rPr>
                <w:i/>
                <w:color w:val="595959"/>
              </w:rPr>
              <w:t xml:space="preserve"> </w:t>
            </w:r>
            <w:proofErr w:type="spellStart"/>
            <w:r>
              <w:rPr>
                <w:i/>
                <w:color w:val="595959"/>
              </w:rPr>
              <w:t>beschrijving</w:t>
            </w:r>
            <w:proofErr w:type="spellEnd"/>
            <w:r>
              <w:rPr>
                <w:i/>
                <w:color w:val="595959"/>
              </w:rPr>
              <w:t>...]</w:t>
            </w:r>
          </w:p>
        </w:tc>
      </w:tr>
    </w:tbl>
    <w:p w14:paraId="43E7B5B0" w14:textId="77777777" w:rsidR="0017020F" w:rsidRDefault="0017020F"/>
    <w:p w14:paraId="2B3207F7" w14:textId="77777777" w:rsidR="0017020F" w:rsidRDefault="00AF3D40">
      <w:pPr>
        <w:keepNext/>
        <w:spacing w:before="160" w:after="40"/>
      </w:pPr>
      <w:r>
        <w:rPr>
          <w:b/>
          <w:color w:val="365F91"/>
        </w:rPr>
        <w:t>4.3 Continuïteit, Vervanging &amp; Piekbelasting</w:t>
      </w:r>
    </w:p>
    <w:p w14:paraId="39685F34" w14:textId="77777777" w:rsidR="0017020F" w:rsidRPr="009A2486" w:rsidRDefault="00AF3D40">
      <w:pPr>
        <w:keepNext/>
        <w:rPr>
          <w:lang w:val="nl-NL"/>
        </w:rPr>
      </w:pPr>
      <w:r w:rsidRPr="009A2486">
        <w:rPr>
          <w:sz w:val="19"/>
          <w:lang w:val="nl-NL"/>
        </w:rPr>
        <w:t>• Hoe borgt u dat Wereldmuseum gedurende de looptijd daadwerkelijk toegang houdt tot senior expertise?</w:t>
      </w:r>
      <w:r w:rsidRPr="009A2486">
        <w:rPr>
          <w:sz w:val="19"/>
          <w:lang w:val="nl-NL"/>
        </w:rPr>
        <w:br/>
        <w:t>• Hoe is vervanging bij ziekte, vakantie of uitval geregeld (gelijkwaardig ervaringsniveau)?</w:t>
      </w:r>
      <w:r w:rsidRPr="009A2486">
        <w:rPr>
          <w:sz w:val="19"/>
          <w:lang w:val="nl-NL"/>
        </w:rPr>
        <w:br/>
        <w:t>• Hoe borgt u voldoende capaciteit en prioriteit bij piekbelasting of meerdere gelijktijdige campagnes?</w:t>
      </w:r>
    </w:p>
    <w:tbl>
      <w:tblPr>
        <w:tblW w:w="0" w:type="auto"/>
        <w:jc w:val="center"/>
        <w:tblLook w:val="04A0" w:firstRow="1" w:lastRow="0" w:firstColumn="1" w:lastColumn="0" w:noHBand="0" w:noVBand="1"/>
      </w:tblPr>
      <w:tblGrid>
        <w:gridCol w:w="9792"/>
      </w:tblGrid>
      <w:tr w:rsidR="0017020F" w14:paraId="048EBD2D" w14:textId="77777777">
        <w:trPr>
          <w:jc w:val="center"/>
        </w:trPr>
        <w:tc>
          <w:tcPr>
            <w:tcW w:w="9792" w:type="dxa"/>
            <w:tcBorders>
              <w:top w:val="single" w:sz="4" w:space="0" w:color="D3D3D3"/>
              <w:left w:val="single" w:sz="4" w:space="0" w:color="D3D3D3"/>
              <w:bottom w:val="single" w:sz="4" w:space="0" w:color="D3D3D3"/>
              <w:right w:val="single" w:sz="4" w:space="0" w:color="D3D3D3"/>
            </w:tcBorders>
            <w:tcMar>
              <w:top w:w="100" w:type="dxa"/>
              <w:left w:w="120" w:type="dxa"/>
              <w:bottom w:w="100" w:type="dxa"/>
              <w:right w:w="120" w:type="dxa"/>
            </w:tcMar>
          </w:tcPr>
          <w:p w14:paraId="74192AE0" w14:textId="77777777" w:rsidR="0017020F" w:rsidRDefault="00AF3D40">
            <w:pPr>
              <w:spacing w:after="0"/>
            </w:pPr>
            <w:r>
              <w:rPr>
                <w:i/>
                <w:color w:val="595959"/>
              </w:rPr>
              <w:t>[</w:t>
            </w:r>
            <w:proofErr w:type="spellStart"/>
            <w:r>
              <w:rPr>
                <w:i/>
                <w:color w:val="595959"/>
              </w:rPr>
              <w:t>Typ</w:t>
            </w:r>
            <w:proofErr w:type="spellEnd"/>
            <w:r>
              <w:rPr>
                <w:i/>
                <w:color w:val="595959"/>
              </w:rPr>
              <w:t xml:space="preserve"> </w:t>
            </w:r>
            <w:proofErr w:type="spellStart"/>
            <w:r>
              <w:rPr>
                <w:i/>
                <w:color w:val="595959"/>
              </w:rPr>
              <w:t>hier</w:t>
            </w:r>
            <w:proofErr w:type="spellEnd"/>
            <w:r>
              <w:rPr>
                <w:i/>
                <w:color w:val="595959"/>
              </w:rPr>
              <w:t xml:space="preserve"> </w:t>
            </w:r>
            <w:proofErr w:type="spellStart"/>
            <w:r>
              <w:rPr>
                <w:i/>
                <w:color w:val="595959"/>
              </w:rPr>
              <w:t>uw</w:t>
            </w:r>
            <w:proofErr w:type="spellEnd"/>
            <w:r>
              <w:rPr>
                <w:i/>
                <w:color w:val="595959"/>
              </w:rPr>
              <w:t xml:space="preserve"> </w:t>
            </w:r>
            <w:proofErr w:type="spellStart"/>
            <w:r>
              <w:rPr>
                <w:i/>
                <w:color w:val="595959"/>
              </w:rPr>
              <w:t>beschrijving</w:t>
            </w:r>
            <w:proofErr w:type="spellEnd"/>
            <w:r>
              <w:rPr>
                <w:i/>
                <w:color w:val="595959"/>
              </w:rPr>
              <w:t>...]</w:t>
            </w:r>
          </w:p>
        </w:tc>
      </w:tr>
    </w:tbl>
    <w:p w14:paraId="72FC2D1A" w14:textId="77777777" w:rsidR="0017020F" w:rsidRDefault="0017020F"/>
    <w:p w14:paraId="4F5B42C5" w14:textId="77777777" w:rsidR="0017020F" w:rsidRPr="009A2486" w:rsidRDefault="00AF3D40">
      <w:pPr>
        <w:keepNext/>
        <w:spacing w:before="160" w:after="40"/>
        <w:rPr>
          <w:lang w:val="nl-NL"/>
        </w:rPr>
      </w:pPr>
      <w:r w:rsidRPr="009A2486">
        <w:rPr>
          <w:b/>
          <w:color w:val="365F91"/>
          <w:lang w:val="nl-NL"/>
        </w:rPr>
        <w:t>4.4 Ervaring met Meerdere Locaties &amp; Interne Opdrachtgevers</w:t>
      </w:r>
    </w:p>
    <w:p w14:paraId="7B1D5103" w14:textId="77777777" w:rsidR="0017020F" w:rsidRPr="009A2486" w:rsidRDefault="00AF3D40">
      <w:pPr>
        <w:keepNext/>
        <w:rPr>
          <w:lang w:val="nl-NL"/>
        </w:rPr>
      </w:pPr>
      <w:r w:rsidRPr="009A2486">
        <w:rPr>
          <w:sz w:val="19"/>
          <w:lang w:val="nl-NL"/>
        </w:rPr>
        <w:t>• Welke ervaring heeft u met het gelijktijdig ondersteunen van meerdere locaties, brandmanagers en campagnes?</w:t>
      </w:r>
      <w:r w:rsidRPr="009A2486">
        <w:rPr>
          <w:sz w:val="19"/>
          <w:lang w:val="nl-NL"/>
        </w:rPr>
        <w:br/>
        <w:t>• Onderbouw dit met minimaal één recent concreet voorbeeld van een soortgelijke opdrachtgever.</w:t>
      </w:r>
    </w:p>
    <w:tbl>
      <w:tblPr>
        <w:tblW w:w="0" w:type="auto"/>
        <w:jc w:val="center"/>
        <w:tblLook w:val="04A0" w:firstRow="1" w:lastRow="0" w:firstColumn="1" w:lastColumn="0" w:noHBand="0" w:noVBand="1"/>
      </w:tblPr>
      <w:tblGrid>
        <w:gridCol w:w="9792"/>
      </w:tblGrid>
      <w:tr w:rsidR="0017020F" w14:paraId="28AB33ED" w14:textId="77777777">
        <w:trPr>
          <w:jc w:val="center"/>
        </w:trPr>
        <w:tc>
          <w:tcPr>
            <w:tcW w:w="9792" w:type="dxa"/>
            <w:tcBorders>
              <w:top w:val="single" w:sz="4" w:space="0" w:color="D3D3D3"/>
              <w:left w:val="single" w:sz="4" w:space="0" w:color="D3D3D3"/>
              <w:bottom w:val="single" w:sz="4" w:space="0" w:color="D3D3D3"/>
              <w:right w:val="single" w:sz="4" w:space="0" w:color="D3D3D3"/>
            </w:tcBorders>
            <w:tcMar>
              <w:top w:w="100" w:type="dxa"/>
              <w:left w:w="120" w:type="dxa"/>
              <w:bottom w:w="100" w:type="dxa"/>
              <w:right w:w="120" w:type="dxa"/>
            </w:tcMar>
          </w:tcPr>
          <w:p w14:paraId="2EB9CAF0" w14:textId="77777777" w:rsidR="0017020F" w:rsidRDefault="00AF3D40">
            <w:pPr>
              <w:spacing w:after="0"/>
            </w:pPr>
            <w:r>
              <w:rPr>
                <w:i/>
                <w:color w:val="595959"/>
              </w:rPr>
              <w:t>[</w:t>
            </w:r>
            <w:proofErr w:type="spellStart"/>
            <w:r>
              <w:rPr>
                <w:i/>
                <w:color w:val="595959"/>
              </w:rPr>
              <w:t>Typ</w:t>
            </w:r>
            <w:proofErr w:type="spellEnd"/>
            <w:r>
              <w:rPr>
                <w:i/>
                <w:color w:val="595959"/>
              </w:rPr>
              <w:t xml:space="preserve"> </w:t>
            </w:r>
            <w:proofErr w:type="spellStart"/>
            <w:r>
              <w:rPr>
                <w:i/>
                <w:color w:val="595959"/>
              </w:rPr>
              <w:t>hier</w:t>
            </w:r>
            <w:proofErr w:type="spellEnd"/>
            <w:r>
              <w:rPr>
                <w:i/>
                <w:color w:val="595959"/>
              </w:rPr>
              <w:t xml:space="preserve"> </w:t>
            </w:r>
            <w:proofErr w:type="spellStart"/>
            <w:r>
              <w:rPr>
                <w:i/>
                <w:color w:val="595959"/>
              </w:rPr>
              <w:t>uw</w:t>
            </w:r>
            <w:proofErr w:type="spellEnd"/>
            <w:r>
              <w:rPr>
                <w:i/>
                <w:color w:val="595959"/>
              </w:rPr>
              <w:t xml:space="preserve"> </w:t>
            </w:r>
            <w:proofErr w:type="spellStart"/>
            <w:r>
              <w:rPr>
                <w:i/>
                <w:color w:val="595959"/>
              </w:rPr>
              <w:t>beschrijving</w:t>
            </w:r>
            <w:proofErr w:type="spellEnd"/>
            <w:r>
              <w:rPr>
                <w:i/>
                <w:color w:val="595959"/>
              </w:rPr>
              <w:t>...]</w:t>
            </w:r>
          </w:p>
        </w:tc>
      </w:tr>
    </w:tbl>
    <w:p w14:paraId="4AF3E3AA" w14:textId="77777777" w:rsidR="0017020F" w:rsidRDefault="0017020F"/>
    <w:p w14:paraId="0971BF10" w14:textId="77777777" w:rsidR="0017020F" w:rsidRDefault="00AF3D40">
      <w:pPr>
        <w:keepNext/>
        <w:spacing w:before="160" w:after="40"/>
      </w:pPr>
      <w:r>
        <w:rPr>
          <w:b/>
          <w:color w:val="365F91"/>
        </w:rPr>
        <w:lastRenderedPageBreak/>
        <w:t>4.5 Dashboarding, Overzicht &amp; Escalatie</w:t>
      </w:r>
    </w:p>
    <w:p w14:paraId="6BBB752B" w14:textId="77777777" w:rsidR="0017020F" w:rsidRPr="009A2486" w:rsidRDefault="00AF3D40">
      <w:pPr>
        <w:keepNext/>
        <w:rPr>
          <w:lang w:val="nl-NL"/>
        </w:rPr>
      </w:pPr>
      <w:r w:rsidRPr="009A2486">
        <w:rPr>
          <w:sz w:val="19"/>
          <w:lang w:val="nl-NL"/>
        </w:rPr>
        <w:t xml:space="preserve">• Hoe biedt u in uw reguliere werkwijze via één centraal dashboard overzicht over de campagnes van alle locaties (planning, budget, resultaten, analyses, </w:t>
      </w:r>
      <w:proofErr w:type="spellStart"/>
      <w:r w:rsidRPr="009A2486">
        <w:rPr>
          <w:sz w:val="19"/>
          <w:lang w:val="nl-NL"/>
        </w:rPr>
        <w:t>learnings</w:t>
      </w:r>
      <w:proofErr w:type="spellEnd"/>
      <w:r w:rsidRPr="009A2486">
        <w:rPr>
          <w:sz w:val="19"/>
          <w:lang w:val="nl-NL"/>
        </w:rPr>
        <w:t>)?</w:t>
      </w:r>
      <w:r w:rsidRPr="009A2486">
        <w:rPr>
          <w:sz w:val="19"/>
          <w:lang w:val="nl-NL"/>
        </w:rPr>
        <w:br/>
        <w:t>• Hoe wordt gehandeld wanneer op korte termijn specialistisch advies of escalatie naar een beslissingsbevoegde noodzakelijk is?</w:t>
      </w:r>
    </w:p>
    <w:tbl>
      <w:tblPr>
        <w:tblW w:w="0" w:type="auto"/>
        <w:jc w:val="center"/>
        <w:tblLook w:val="04A0" w:firstRow="1" w:lastRow="0" w:firstColumn="1" w:lastColumn="0" w:noHBand="0" w:noVBand="1"/>
      </w:tblPr>
      <w:tblGrid>
        <w:gridCol w:w="9792"/>
      </w:tblGrid>
      <w:tr w:rsidR="0017020F" w14:paraId="17E07971" w14:textId="77777777">
        <w:trPr>
          <w:jc w:val="center"/>
        </w:trPr>
        <w:tc>
          <w:tcPr>
            <w:tcW w:w="9792" w:type="dxa"/>
            <w:tcBorders>
              <w:top w:val="single" w:sz="4" w:space="0" w:color="D3D3D3"/>
              <w:left w:val="single" w:sz="4" w:space="0" w:color="D3D3D3"/>
              <w:bottom w:val="single" w:sz="4" w:space="0" w:color="D3D3D3"/>
              <w:right w:val="single" w:sz="4" w:space="0" w:color="D3D3D3"/>
            </w:tcBorders>
            <w:tcMar>
              <w:top w:w="100" w:type="dxa"/>
              <w:left w:w="120" w:type="dxa"/>
              <w:bottom w:w="100" w:type="dxa"/>
              <w:right w:w="120" w:type="dxa"/>
            </w:tcMar>
          </w:tcPr>
          <w:p w14:paraId="118AE0D8" w14:textId="77777777" w:rsidR="0017020F" w:rsidRDefault="00AF3D40">
            <w:pPr>
              <w:spacing w:after="0"/>
            </w:pPr>
            <w:r>
              <w:rPr>
                <w:i/>
                <w:color w:val="595959"/>
              </w:rPr>
              <w:t>[</w:t>
            </w:r>
            <w:proofErr w:type="spellStart"/>
            <w:r>
              <w:rPr>
                <w:i/>
                <w:color w:val="595959"/>
              </w:rPr>
              <w:t>Typ</w:t>
            </w:r>
            <w:proofErr w:type="spellEnd"/>
            <w:r>
              <w:rPr>
                <w:i/>
                <w:color w:val="595959"/>
              </w:rPr>
              <w:t xml:space="preserve"> </w:t>
            </w:r>
            <w:proofErr w:type="spellStart"/>
            <w:r>
              <w:rPr>
                <w:i/>
                <w:color w:val="595959"/>
              </w:rPr>
              <w:t>hier</w:t>
            </w:r>
            <w:proofErr w:type="spellEnd"/>
            <w:r>
              <w:rPr>
                <w:i/>
                <w:color w:val="595959"/>
              </w:rPr>
              <w:t xml:space="preserve"> </w:t>
            </w:r>
            <w:proofErr w:type="spellStart"/>
            <w:r>
              <w:rPr>
                <w:i/>
                <w:color w:val="595959"/>
              </w:rPr>
              <w:t>uw</w:t>
            </w:r>
            <w:proofErr w:type="spellEnd"/>
            <w:r>
              <w:rPr>
                <w:i/>
                <w:color w:val="595959"/>
              </w:rPr>
              <w:t xml:space="preserve"> </w:t>
            </w:r>
            <w:proofErr w:type="spellStart"/>
            <w:r>
              <w:rPr>
                <w:i/>
                <w:color w:val="595959"/>
              </w:rPr>
              <w:t>beschrijving</w:t>
            </w:r>
            <w:proofErr w:type="spellEnd"/>
            <w:r>
              <w:rPr>
                <w:i/>
                <w:color w:val="595959"/>
              </w:rPr>
              <w:t>...]</w:t>
            </w:r>
          </w:p>
        </w:tc>
      </w:tr>
    </w:tbl>
    <w:p w14:paraId="199F95A8" w14:textId="77777777" w:rsidR="0017020F" w:rsidRDefault="0017020F"/>
    <w:p w14:paraId="1A3D0AF3" w14:textId="77777777" w:rsidR="0017020F" w:rsidRDefault="00AF3D40">
      <w:pPr>
        <w:keepNext/>
        <w:spacing w:before="280" w:after="120"/>
      </w:pPr>
      <w:r>
        <w:rPr>
          <w:b/>
          <w:color w:val="1F497D"/>
          <w:sz w:val="26"/>
        </w:rPr>
        <w:t>5. ONDERTEKENING EN VERKLARING GEGADIGDE</w:t>
      </w:r>
    </w:p>
    <w:p w14:paraId="32D9D99B" w14:textId="77777777" w:rsidR="0017020F" w:rsidRPr="009A2486" w:rsidRDefault="00AF3D40">
      <w:pPr>
        <w:spacing w:after="160"/>
        <w:rPr>
          <w:lang w:val="nl-NL"/>
        </w:rPr>
      </w:pPr>
      <w:r w:rsidRPr="009A2486">
        <w:rPr>
          <w:sz w:val="19"/>
          <w:lang w:val="nl-NL"/>
        </w:rPr>
        <w:t>Ondergetekende verklaart dat bovenstaande gegevens en bijlagen naar waarheid zijn ingevuld en dat de genoemde referenten benaderd mogen worden door Wereldmuseum voor verificatie van de verstrekte informatie.</w:t>
      </w:r>
    </w:p>
    <w:tbl>
      <w:tblPr>
        <w:tblW w:w="0" w:type="auto"/>
        <w:jc w:val="center"/>
        <w:tblBorders>
          <w:top w:val="single" w:sz="4" w:space="0" w:color="D3D3D3"/>
          <w:bottom w:val="single" w:sz="6" w:space="0" w:color="1F497D"/>
          <w:insideH w:val="single" w:sz="4" w:space="0" w:color="D3D3D3"/>
        </w:tblBorders>
        <w:tblLook w:val="04A0" w:firstRow="1" w:lastRow="0" w:firstColumn="1" w:lastColumn="0" w:noHBand="0" w:noVBand="1"/>
      </w:tblPr>
      <w:tblGrid>
        <w:gridCol w:w="4032"/>
        <w:gridCol w:w="5760"/>
      </w:tblGrid>
      <w:tr w:rsidR="0017020F" w14:paraId="7C27D852" w14:textId="77777777">
        <w:trPr>
          <w:jc w:val="center"/>
        </w:trPr>
        <w:tc>
          <w:tcPr>
            <w:tcW w:w="4032" w:type="dxa"/>
            <w:tcMar>
              <w:top w:w="80" w:type="dxa"/>
              <w:left w:w="100" w:type="dxa"/>
              <w:bottom w:w="80" w:type="dxa"/>
              <w:right w:w="100" w:type="dxa"/>
            </w:tcMar>
          </w:tcPr>
          <w:p w14:paraId="6A7DD42A" w14:textId="77777777" w:rsidR="0017020F" w:rsidRDefault="00AF3D40">
            <w:pPr>
              <w:spacing w:after="0"/>
            </w:pPr>
            <w:r>
              <w:rPr>
                <w:b/>
              </w:rPr>
              <w:t xml:space="preserve">Naam </w:t>
            </w:r>
            <w:proofErr w:type="spellStart"/>
            <w:r>
              <w:rPr>
                <w:b/>
              </w:rPr>
              <w:t>rechtsgeldig</w:t>
            </w:r>
            <w:proofErr w:type="spellEnd"/>
            <w:r>
              <w:rPr>
                <w:b/>
              </w:rPr>
              <w:t xml:space="preserve"> </w:t>
            </w:r>
            <w:proofErr w:type="spellStart"/>
            <w:r>
              <w:rPr>
                <w:b/>
              </w:rPr>
              <w:t>vertegenwoordiger</w:t>
            </w:r>
            <w:proofErr w:type="spellEnd"/>
            <w:r>
              <w:rPr>
                <w:b/>
              </w:rPr>
              <w:t>:</w:t>
            </w:r>
          </w:p>
        </w:tc>
        <w:tc>
          <w:tcPr>
            <w:tcW w:w="5760" w:type="dxa"/>
            <w:tcMar>
              <w:top w:w="80" w:type="dxa"/>
              <w:left w:w="100" w:type="dxa"/>
              <w:bottom w:w="80" w:type="dxa"/>
              <w:right w:w="100" w:type="dxa"/>
            </w:tcMar>
          </w:tcPr>
          <w:p w14:paraId="78414CAF" w14:textId="77777777" w:rsidR="0017020F" w:rsidRDefault="00AF3D40">
            <w:pPr>
              <w:spacing w:after="0"/>
            </w:pPr>
            <w:r>
              <w:rPr>
                <w:color w:val="595959"/>
              </w:rPr>
              <w:t>[Naam]</w:t>
            </w:r>
          </w:p>
        </w:tc>
      </w:tr>
      <w:tr w:rsidR="0017020F" w14:paraId="4768D124" w14:textId="77777777">
        <w:trPr>
          <w:jc w:val="center"/>
        </w:trPr>
        <w:tc>
          <w:tcPr>
            <w:tcW w:w="4032" w:type="dxa"/>
            <w:tcMar>
              <w:top w:w="80" w:type="dxa"/>
              <w:left w:w="100" w:type="dxa"/>
              <w:bottom w:w="80" w:type="dxa"/>
              <w:right w:w="100" w:type="dxa"/>
            </w:tcMar>
          </w:tcPr>
          <w:p w14:paraId="1FA2C0A5" w14:textId="77777777" w:rsidR="0017020F" w:rsidRDefault="00AF3D40">
            <w:pPr>
              <w:spacing w:after="0"/>
            </w:pPr>
            <w:r>
              <w:rPr>
                <w:b/>
              </w:rPr>
              <w:t>Functie:</w:t>
            </w:r>
          </w:p>
        </w:tc>
        <w:tc>
          <w:tcPr>
            <w:tcW w:w="5760" w:type="dxa"/>
            <w:tcMar>
              <w:top w:w="80" w:type="dxa"/>
              <w:left w:w="100" w:type="dxa"/>
              <w:bottom w:w="80" w:type="dxa"/>
              <w:right w:w="100" w:type="dxa"/>
            </w:tcMar>
          </w:tcPr>
          <w:p w14:paraId="41C54159" w14:textId="77777777" w:rsidR="0017020F" w:rsidRDefault="00AF3D40">
            <w:pPr>
              <w:spacing w:after="0"/>
            </w:pPr>
            <w:r>
              <w:rPr>
                <w:color w:val="595959"/>
              </w:rPr>
              <w:t>[Functie]</w:t>
            </w:r>
          </w:p>
        </w:tc>
      </w:tr>
      <w:tr w:rsidR="0017020F" w14:paraId="75943834" w14:textId="77777777">
        <w:trPr>
          <w:jc w:val="center"/>
        </w:trPr>
        <w:tc>
          <w:tcPr>
            <w:tcW w:w="4032" w:type="dxa"/>
            <w:tcMar>
              <w:top w:w="80" w:type="dxa"/>
              <w:left w:w="100" w:type="dxa"/>
              <w:bottom w:w="80" w:type="dxa"/>
              <w:right w:w="100" w:type="dxa"/>
            </w:tcMar>
          </w:tcPr>
          <w:p w14:paraId="1B2C3BCE" w14:textId="77777777" w:rsidR="0017020F" w:rsidRDefault="00AF3D40">
            <w:pPr>
              <w:spacing w:after="0"/>
            </w:pPr>
            <w:r>
              <w:rPr>
                <w:b/>
              </w:rPr>
              <w:t>Datum:</w:t>
            </w:r>
          </w:p>
        </w:tc>
        <w:tc>
          <w:tcPr>
            <w:tcW w:w="5760" w:type="dxa"/>
            <w:tcMar>
              <w:top w:w="80" w:type="dxa"/>
              <w:left w:w="100" w:type="dxa"/>
              <w:bottom w:w="80" w:type="dxa"/>
              <w:right w:w="100" w:type="dxa"/>
            </w:tcMar>
          </w:tcPr>
          <w:p w14:paraId="0AFF0CA1" w14:textId="77777777" w:rsidR="0017020F" w:rsidRDefault="00AF3D40">
            <w:pPr>
              <w:spacing w:after="0"/>
            </w:pPr>
            <w:r>
              <w:rPr>
                <w:color w:val="595959"/>
              </w:rPr>
              <w:t>[Datum]</w:t>
            </w:r>
          </w:p>
        </w:tc>
      </w:tr>
      <w:tr w:rsidR="0017020F" w14:paraId="6EEA99BA" w14:textId="77777777">
        <w:trPr>
          <w:jc w:val="center"/>
        </w:trPr>
        <w:tc>
          <w:tcPr>
            <w:tcW w:w="4032" w:type="dxa"/>
            <w:tcMar>
              <w:top w:w="80" w:type="dxa"/>
              <w:left w:w="100" w:type="dxa"/>
              <w:bottom w:w="80" w:type="dxa"/>
              <w:right w:w="100" w:type="dxa"/>
            </w:tcMar>
          </w:tcPr>
          <w:p w14:paraId="523D1A2D" w14:textId="77777777" w:rsidR="0017020F" w:rsidRDefault="00AF3D40">
            <w:pPr>
              <w:spacing w:after="0"/>
            </w:pPr>
            <w:r>
              <w:rPr>
                <w:b/>
              </w:rPr>
              <w:t>Handtekening:</w:t>
            </w:r>
          </w:p>
        </w:tc>
        <w:tc>
          <w:tcPr>
            <w:tcW w:w="5760" w:type="dxa"/>
            <w:tcMar>
              <w:top w:w="80" w:type="dxa"/>
              <w:left w:w="100" w:type="dxa"/>
              <w:bottom w:w="80" w:type="dxa"/>
              <w:right w:w="100" w:type="dxa"/>
            </w:tcMar>
          </w:tcPr>
          <w:p w14:paraId="0D2210C9" w14:textId="77777777" w:rsidR="0017020F" w:rsidRDefault="00AF3D40">
            <w:pPr>
              <w:spacing w:after="0"/>
            </w:pPr>
            <w:r>
              <w:rPr>
                <w:color w:val="1F497D"/>
              </w:rPr>
              <w:br/>
            </w:r>
            <w:r>
              <w:rPr>
                <w:color w:val="1F497D"/>
              </w:rPr>
              <w:br/>
              <w:t>________________________________________</w:t>
            </w:r>
          </w:p>
        </w:tc>
      </w:tr>
    </w:tbl>
    <w:p w14:paraId="391862F1" w14:textId="77777777" w:rsidR="00AF3D40" w:rsidRDefault="00AF3D40"/>
    <w:sectPr w:rsidR="00AF3D40"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541818117">
    <w:abstractNumId w:val="8"/>
  </w:num>
  <w:num w:numId="2" w16cid:durableId="1561473698">
    <w:abstractNumId w:val="6"/>
  </w:num>
  <w:num w:numId="3" w16cid:durableId="695037408">
    <w:abstractNumId w:val="5"/>
  </w:num>
  <w:num w:numId="4" w16cid:durableId="2064937892">
    <w:abstractNumId w:val="4"/>
  </w:num>
  <w:num w:numId="5" w16cid:durableId="1964538688">
    <w:abstractNumId w:val="7"/>
  </w:num>
  <w:num w:numId="6" w16cid:durableId="1881236937">
    <w:abstractNumId w:val="3"/>
  </w:num>
  <w:num w:numId="7" w16cid:durableId="1145316540">
    <w:abstractNumId w:val="2"/>
  </w:num>
  <w:num w:numId="8" w16cid:durableId="1660385677">
    <w:abstractNumId w:val="1"/>
  </w:num>
  <w:num w:numId="9" w16cid:durableId="446391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020F"/>
    <w:rsid w:val="0029639D"/>
    <w:rsid w:val="00326F90"/>
    <w:rsid w:val="003C124B"/>
    <w:rsid w:val="00415B76"/>
    <w:rsid w:val="004D63E5"/>
    <w:rsid w:val="0086088A"/>
    <w:rsid w:val="00905E31"/>
    <w:rsid w:val="009A2486"/>
    <w:rsid w:val="009D6753"/>
    <w:rsid w:val="00AA1D8D"/>
    <w:rsid w:val="00AF3D40"/>
    <w:rsid w:val="00B47730"/>
    <w:rsid w:val="00CB0664"/>
    <w:rsid w:val="00F1678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16AD8B"/>
  <w14:defaultImageDpi w14:val="300"/>
  <w15:docId w15:val="{F1495ACE-505C-4C40-BEF9-D494BDF15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80"/>
    </w:pPr>
    <w:rPr>
      <w:rFonts w:ascii="Arial" w:hAnsi="Arial"/>
      <w:color w:val="333333"/>
      <w:sz w:val="20"/>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1574</Words>
  <Characters>8662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Daphne Bruggen van</cp:lastModifiedBy>
  <cp:revision>6</cp:revision>
  <dcterms:created xsi:type="dcterms:W3CDTF">2026-09-03T09:09:00Z</dcterms:created>
  <dcterms:modified xsi:type="dcterms:W3CDTF">2026-09-15T11:36:00Z</dcterms:modified>
  <cp:category/>
</cp:coreProperties>
</file>