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07BD1" w14:textId="77777777" w:rsidR="00691B02" w:rsidRPr="00A76AA8" w:rsidRDefault="00691B02" w:rsidP="005955F1">
      <w:pPr>
        <w:pStyle w:val="Kop1"/>
      </w:pPr>
      <w:r>
        <w:t xml:space="preserve">Bijlage 9 - </w:t>
      </w:r>
      <w:r w:rsidRPr="00A76AA8">
        <w:t>REFERENTIEFORMULIER</w:t>
      </w:r>
    </w:p>
    <w:p w14:paraId="363AD9BB" w14:textId="77777777" w:rsidR="0049480F" w:rsidRPr="001D5BD8" w:rsidRDefault="0049480F" w:rsidP="0049480F">
      <w:pPr>
        <w:spacing w:after="160"/>
      </w:pPr>
      <w:r>
        <w:rPr>
          <w:b/>
          <w:sz w:val="24"/>
        </w:rPr>
        <w:t>Europese aanbesteding Opstellen Soortenmanagementplan (SMP) – Gemeente Hulst</w:t>
      </w: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2409"/>
        <w:gridCol w:w="2409"/>
      </w:tblGrid>
      <w:tr w:rsidR="0049480F" w14:paraId="1E434072" w14:textId="77777777" w:rsidTr="00D5067E">
        <w:tc>
          <w:tcPr>
            <w:tcW w:w="2409" w:type="dxa"/>
            <w:shd w:val="clear" w:color="auto" w:fill="D9EAF7"/>
            <w:tcMar>
              <w:top w:w="60" w:type="dxa"/>
              <w:left w:w="75" w:type="dxa"/>
              <w:bottom w:w="60" w:type="dxa"/>
              <w:right w:w="75" w:type="dxa"/>
            </w:tcMar>
          </w:tcPr>
          <w:p w14:paraId="0ABFB4B4" w14:textId="77777777" w:rsidR="0049480F" w:rsidRDefault="0049480F" w:rsidP="00D5067E">
            <w:pPr>
              <w:jc w:val="center"/>
            </w:pPr>
            <w:proofErr w:type="spellStart"/>
            <w:r>
              <w:rPr>
                <w:b/>
                <w:sz w:val="17"/>
              </w:rPr>
              <w:t>TenderNed</w:t>
            </w:r>
            <w:proofErr w:type="spellEnd"/>
          </w:p>
        </w:tc>
        <w:tc>
          <w:tcPr>
            <w:tcW w:w="2409" w:type="dxa"/>
            <w:shd w:val="clear" w:color="auto" w:fill="D9EAF7"/>
            <w:tcMar>
              <w:top w:w="60" w:type="dxa"/>
              <w:left w:w="75" w:type="dxa"/>
              <w:bottom w:w="60" w:type="dxa"/>
              <w:right w:w="75" w:type="dxa"/>
            </w:tcMar>
          </w:tcPr>
          <w:p w14:paraId="778401BA" w14:textId="77777777" w:rsidR="0049480F" w:rsidRDefault="0049480F" w:rsidP="00D5067E">
            <w:pPr>
              <w:jc w:val="center"/>
            </w:pPr>
            <w:r>
              <w:rPr>
                <w:b/>
                <w:sz w:val="17"/>
              </w:rPr>
              <w:t>Dossier</w:t>
            </w:r>
          </w:p>
        </w:tc>
      </w:tr>
      <w:tr w:rsidR="0049480F" w14:paraId="75C57566" w14:textId="77777777" w:rsidTr="00D5067E">
        <w:tc>
          <w:tcPr>
            <w:tcW w:w="2409" w:type="dxa"/>
            <w:tcMar>
              <w:top w:w="60" w:type="dxa"/>
              <w:left w:w="75" w:type="dxa"/>
              <w:bottom w:w="60" w:type="dxa"/>
              <w:right w:w="75" w:type="dxa"/>
            </w:tcMar>
          </w:tcPr>
          <w:p w14:paraId="150C2344" w14:textId="77777777" w:rsidR="0049480F" w:rsidRDefault="0049480F" w:rsidP="00D5067E">
            <w:pPr>
              <w:jc w:val="center"/>
            </w:pPr>
            <w:r>
              <w:rPr>
                <w:sz w:val="17"/>
              </w:rPr>
              <w:t>600026</w:t>
            </w:r>
          </w:p>
        </w:tc>
        <w:tc>
          <w:tcPr>
            <w:tcW w:w="2409" w:type="dxa"/>
            <w:tcMar>
              <w:top w:w="60" w:type="dxa"/>
              <w:left w:w="75" w:type="dxa"/>
              <w:bottom w:w="60" w:type="dxa"/>
              <w:right w:w="75" w:type="dxa"/>
            </w:tcMar>
          </w:tcPr>
          <w:p w14:paraId="0DB1B6FB" w14:textId="77777777" w:rsidR="0049480F" w:rsidRDefault="0049480F" w:rsidP="00D5067E">
            <w:pPr>
              <w:jc w:val="center"/>
            </w:pPr>
            <w:r>
              <w:rPr>
                <w:sz w:val="17"/>
              </w:rPr>
              <w:t>703708</w:t>
            </w:r>
          </w:p>
        </w:tc>
      </w:tr>
    </w:tbl>
    <w:p w14:paraId="793D7691" w14:textId="165550A4" w:rsidR="00691B02" w:rsidRDefault="00691B02" w:rsidP="00691B02">
      <w:pPr>
        <w:spacing w:before="80" w:after="60"/>
      </w:pPr>
      <w:r>
        <w:rPr>
          <w:b/>
          <w:color w:val="1F4E78"/>
          <w:sz w:val="20"/>
        </w:rPr>
        <w:t>Instructie</w:t>
      </w:r>
    </w:p>
    <w:tbl>
      <w:tblPr>
        <w:tblW w:w="0" w:type="auto"/>
        <w:jc w:val="center"/>
        <w:tblLayout w:type="fixed"/>
        <w:tblLook w:val="04A0" w:firstRow="1" w:lastRow="0" w:firstColumn="1" w:lastColumn="0" w:noHBand="0" w:noVBand="1"/>
      </w:tblPr>
      <w:tblGrid>
        <w:gridCol w:w="1927"/>
        <w:gridCol w:w="3259"/>
        <w:gridCol w:w="1927"/>
        <w:gridCol w:w="3597"/>
        <w:gridCol w:w="333"/>
      </w:tblGrid>
      <w:tr w:rsidR="00691B02" w:rsidRPr="00924D15" w14:paraId="387A507D" w14:textId="77777777" w:rsidTr="00D5067E">
        <w:trPr>
          <w:gridAfter w:val="1"/>
          <w:wAfter w:w="333" w:type="dxa"/>
          <w:cantSplit/>
          <w:jc w:val="center"/>
        </w:trPr>
        <w:tc>
          <w:tcPr>
            <w:tcW w:w="10710" w:type="dxa"/>
            <w:gridSpan w:val="4"/>
            <w:tcBorders>
              <w:top w:val="single" w:sz="6" w:space="0" w:color="7F7F7F"/>
              <w:left w:val="single" w:sz="6" w:space="0" w:color="7F7F7F"/>
              <w:bottom w:val="single" w:sz="6" w:space="0" w:color="7F7F7F"/>
              <w:right w:val="single" w:sz="6" w:space="0" w:color="7F7F7F"/>
            </w:tcBorders>
            <w:shd w:val="clear" w:color="auto" w:fill="EEF5FA"/>
            <w:tcMar>
              <w:top w:w="75" w:type="dxa"/>
              <w:left w:w="95" w:type="dxa"/>
              <w:bottom w:w="75" w:type="dxa"/>
              <w:right w:w="95" w:type="dxa"/>
            </w:tcMar>
            <w:vAlign w:val="center"/>
          </w:tcPr>
          <w:p w14:paraId="45FA9030" w14:textId="77777777" w:rsidR="00691B02" w:rsidRPr="00A76AA8" w:rsidRDefault="00691B02" w:rsidP="00D5067E">
            <w:pPr>
              <w:keepLines/>
            </w:pPr>
            <w:r w:rsidRPr="00A76AA8">
              <w:rPr>
                <w:color w:val="000000"/>
                <w:sz w:val="17"/>
              </w:rPr>
              <w:t>Gebruik voor iedere referentieopdracht een afzonderlijk exemplaar van dit formulier. De referenties moeten gezamenlijk voldoen aan paragraaf 3.3.2.3 en 3.3.2.4 van de aanbestedingsleidraad. Een nog lopende opdracht is toegestaan, mits de relevante werkzaamheden waarop de referentie ziet aantoonbaar zijn afgerond. Het formulier wordt door de inschrijver ingevuld; ondertekening door de referentieopdrachtgever is niet vereist.</w:t>
            </w:r>
          </w:p>
        </w:tc>
      </w:tr>
      <w:tr w:rsidR="00691B02" w:rsidRPr="00924D15" w14:paraId="78A7125C"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shd w:val="clear" w:color="auto" w:fill="1F4E78"/>
            <w:tcMar>
              <w:top w:w="70" w:type="dxa"/>
              <w:left w:w="95" w:type="dxa"/>
              <w:bottom w:w="70" w:type="dxa"/>
              <w:right w:w="95" w:type="dxa"/>
            </w:tcMar>
            <w:vAlign w:val="center"/>
          </w:tcPr>
          <w:p w14:paraId="476E9716" w14:textId="77777777" w:rsidR="00691B02" w:rsidRPr="00A76AA8" w:rsidRDefault="00691B02" w:rsidP="00D5067E">
            <w:pPr>
              <w:keepLines/>
            </w:pPr>
            <w:r w:rsidRPr="00A76AA8">
              <w:rPr>
                <w:b/>
                <w:color w:val="FFFFFF"/>
              </w:rPr>
              <w:t>A. Inschrijver en herkomst van de ervaring</w:t>
            </w:r>
          </w:p>
        </w:tc>
      </w:tr>
      <w:tr w:rsidR="00691B02" w14:paraId="5966F735" w14:textId="77777777" w:rsidTr="00D5067E">
        <w:trPr>
          <w:cantSplit/>
          <w:jc w:val="center"/>
        </w:trPr>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3C785ECA" w14:textId="77777777" w:rsidR="00691B02" w:rsidRDefault="00691B02" w:rsidP="00D5067E">
            <w:pPr>
              <w:keepLines/>
            </w:pPr>
            <w:r>
              <w:rPr>
                <w:b/>
                <w:color w:val="000000"/>
                <w:sz w:val="17"/>
              </w:rPr>
              <w:t>Naam inschrijver</w:t>
            </w:r>
          </w:p>
        </w:tc>
        <w:tc>
          <w:tcPr>
            <w:tcW w:w="8445" w:type="dxa"/>
            <w:gridSpan w:val="4"/>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70D93F86" w14:textId="77777777" w:rsidR="00691B02" w:rsidRDefault="00691B02" w:rsidP="00D5067E">
            <w:pPr>
              <w:keepLines/>
            </w:pPr>
          </w:p>
        </w:tc>
      </w:tr>
      <w:tr w:rsidR="00691B02" w14:paraId="1EFEBDD0" w14:textId="77777777" w:rsidTr="00D5067E">
        <w:trPr>
          <w:cantSplit/>
          <w:jc w:val="center"/>
        </w:trPr>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5E268C16" w14:textId="77777777" w:rsidR="00691B02" w:rsidRDefault="00691B02" w:rsidP="00D5067E">
            <w:pPr>
              <w:keepLines/>
            </w:pPr>
            <w:r>
              <w:rPr>
                <w:b/>
                <w:color w:val="000000"/>
                <w:sz w:val="17"/>
              </w:rPr>
              <w:t>Ervaring ingebracht door</w:t>
            </w:r>
          </w:p>
        </w:tc>
        <w:tc>
          <w:tcPr>
            <w:tcW w:w="3259" w:type="dxa"/>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07D90E0C" w14:textId="77777777" w:rsidR="00691B02" w:rsidRDefault="00691B02" w:rsidP="00D5067E">
            <w:pPr>
              <w:keepLines/>
            </w:pPr>
            <w:r>
              <w:t xml:space="preserve">[ ] Inschrijver   [ ] </w:t>
            </w:r>
            <w:proofErr w:type="spellStart"/>
            <w:r>
              <w:t>Combinant</w:t>
            </w:r>
            <w:proofErr w:type="spellEnd"/>
            <w:r>
              <w:t xml:space="preserve">   [ ] Derde</w:t>
            </w:r>
          </w:p>
        </w:tc>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2CFCA4F9" w14:textId="77777777" w:rsidR="00691B02" w:rsidRDefault="00691B02" w:rsidP="00D5067E">
            <w:pPr>
              <w:keepLines/>
            </w:pPr>
            <w:r>
              <w:rPr>
                <w:b/>
                <w:color w:val="000000"/>
                <w:sz w:val="17"/>
              </w:rPr>
              <w:t>Naam betreffende partij</w:t>
            </w:r>
          </w:p>
        </w:tc>
        <w:tc>
          <w:tcPr>
            <w:tcW w:w="3259" w:type="dxa"/>
            <w:gridSpan w:val="2"/>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7351AA4A" w14:textId="77777777" w:rsidR="00691B02" w:rsidRDefault="00691B02" w:rsidP="00D5067E">
            <w:pPr>
              <w:keepLines/>
            </w:pPr>
          </w:p>
        </w:tc>
      </w:tr>
      <w:tr w:rsidR="00691B02" w14:paraId="6B808CD0"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shd w:val="clear" w:color="auto" w:fill="1F4E78"/>
            <w:tcMar>
              <w:top w:w="70" w:type="dxa"/>
              <w:left w:w="95" w:type="dxa"/>
              <w:bottom w:w="70" w:type="dxa"/>
              <w:right w:w="95" w:type="dxa"/>
            </w:tcMar>
            <w:vAlign w:val="center"/>
          </w:tcPr>
          <w:p w14:paraId="2DC4A1D1" w14:textId="77777777" w:rsidR="00691B02" w:rsidRDefault="00691B02" w:rsidP="00D5067E">
            <w:pPr>
              <w:keepLines/>
            </w:pPr>
            <w:r>
              <w:rPr>
                <w:b/>
                <w:color w:val="FFFFFF"/>
              </w:rPr>
              <w:t>B. Gegevens referentieopdracht</w:t>
            </w:r>
          </w:p>
        </w:tc>
      </w:tr>
      <w:tr w:rsidR="00691B02" w14:paraId="5EECF6A2" w14:textId="77777777" w:rsidTr="00D5067E">
        <w:trPr>
          <w:cantSplit/>
          <w:jc w:val="center"/>
        </w:trPr>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3DA7091D" w14:textId="77777777" w:rsidR="00691B02" w:rsidRDefault="00691B02" w:rsidP="00D5067E">
            <w:pPr>
              <w:keepLines/>
            </w:pPr>
            <w:r>
              <w:rPr>
                <w:b/>
                <w:color w:val="000000"/>
                <w:sz w:val="17"/>
              </w:rPr>
              <w:t>Naam opdrachtgever</w:t>
            </w:r>
          </w:p>
        </w:tc>
        <w:tc>
          <w:tcPr>
            <w:tcW w:w="3259" w:type="dxa"/>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4C15799F" w14:textId="77777777" w:rsidR="00691B02" w:rsidRDefault="00691B02" w:rsidP="00D5067E">
            <w:pPr>
              <w:keepLines/>
            </w:pPr>
          </w:p>
        </w:tc>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6EE7ABAA" w14:textId="77777777" w:rsidR="00691B02" w:rsidRDefault="00691B02" w:rsidP="00D5067E">
            <w:pPr>
              <w:keepLines/>
            </w:pPr>
            <w:r>
              <w:rPr>
                <w:b/>
                <w:color w:val="000000"/>
                <w:sz w:val="17"/>
              </w:rPr>
              <w:t>Projectnaam</w:t>
            </w:r>
          </w:p>
        </w:tc>
        <w:tc>
          <w:tcPr>
            <w:tcW w:w="3259" w:type="dxa"/>
            <w:gridSpan w:val="2"/>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48B18FF8" w14:textId="77777777" w:rsidR="00691B02" w:rsidRDefault="00691B02" w:rsidP="00D5067E">
            <w:pPr>
              <w:keepLines/>
            </w:pPr>
          </w:p>
        </w:tc>
      </w:tr>
      <w:tr w:rsidR="00691B02" w14:paraId="27ED08B8" w14:textId="77777777" w:rsidTr="00D5067E">
        <w:trPr>
          <w:cantSplit/>
          <w:jc w:val="center"/>
        </w:trPr>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43BE8103" w14:textId="77777777" w:rsidR="00691B02" w:rsidRDefault="00691B02" w:rsidP="00D5067E">
            <w:pPr>
              <w:keepLines/>
            </w:pPr>
            <w:r>
              <w:rPr>
                <w:b/>
                <w:color w:val="000000"/>
                <w:sz w:val="17"/>
              </w:rPr>
              <w:t>Contactpersoon</w:t>
            </w:r>
          </w:p>
        </w:tc>
        <w:tc>
          <w:tcPr>
            <w:tcW w:w="3259" w:type="dxa"/>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7E6839F6" w14:textId="77777777" w:rsidR="00691B02" w:rsidRDefault="00691B02" w:rsidP="00D5067E">
            <w:pPr>
              <w:keepLines/>
            </w:pPr>
          </w:p>
        </w:tc>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7F848574" w14:textId="77777777" w:rsidR="00691B02" w:rsidRDefault="00691B02" w:rsidP="00D5067E">
            <w:pPr>
              <w:keepLines/>
            </w:pPr>
            <w:r>
              <w:rPr>
                <w:b/>
                <w:color w:val="000000"/>
                <w:sz w:val="17"/>
              </w:rPr>
              <w:t>Functie</w:t>
            </w:r>
          </w:p>
        </w:tc>
        <w:tc>
          <w:tcPr>
            <w:tcW w:w="3259" w:type="dxa"/>
            <w:gridSpan w:val="2"/>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1A00B358" w14:textId="77777777" w:rsidR="00691B02" w:rsidRDefault="00691B02" w:rsidP="00D5067E">
            <w:pPr>
              <w:keepLines/>
            </w:pPr>
          </w:p>
        </w:tc>
      </w:tr>
      <w:tr w:rsidR="00691B02" w14:paraId="5CBA4ED2" w14:textId="77777777" w:rsidTr="00D5067E">
        <w:trPr>
          <w:cantSplit/>
          <w:jc w:val="center"/>
        </w:trPr>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4B7434D6" w14:textId="77777777" w:rsidR="00691B02" w:rsidRDefault="00691B02" w:rsidP="00D5067E">
            <w:pPr>
              <w:keepLines/>
            </w:pPr>
            <w:r>
              <w:rPr>
                <w:b/>
                <w:color w:val="000000"/>
                <w:sz w:val="17"/>
              </w:rPr>
              <w:t>Telefoonnummer</w:t>
            </w:r>
          </w:p>
        </w:tc>
        <w:tc>
          <w:tcPr>
            <w:tcW w:w="3259" w:type="dxa"/>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441BE636" w14:textId="77777777" w:rsidR="00691B02" w:rsidRDefault="00691B02" w:rsidP="00D5067E">
            <w:pPr>
              <w:keepLines/>
            </w:pPr>
          </w:p>
        </w:tc>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7D5B71BE" w14:textId="77777777" w:rsidR="00691B02" w:rsidRDefault="00691B02" w:rsidP="00D5067E">
            <w:pPr>
              <w:keepLines/>
            </w:pPr>
            <w:r>
              <w:rPr>
                <w:b/>
                <w:color w:val="000000"/>
                <w:sz w:val="17"/>
              </w:rPr>
              <w:t>E-mailadres</w:t>
            </w:r>
          </w:p>
        </w:tc>
        <w:tc>
          <w:tcPr>
            <w:tcW w:w="3259" w:type="dxa"/>
            <w:gridSpan w:val="2"/>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382774D8" w14:textId="77777777" w:rsidR="00691B02" w:rsidRDefault="00691B02" w:rsidP="00D5067E">
            <w:pPr>
              <w:keepLines/>
            </w:pPr>
          </w:p>
        </w:tc>
      </w:tr>
      <w:tr w:rsidR="00691B02" w14:paraId="64BECCDF" w14:textId="77777777" w:rsidTr="00D5067E">
        <w:trPr>
          <w:cantSplit/>
          <w:jc w:val="center"/>
        </w:trPr>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726EABA6" w14:textId="77777777" w:rsidR="00691B02" w:rsidRDefault="00691B02" w:rsidP="00D5067E">
            <w:pPr>
              <w:keepLines/>
            </w:pPr>
            <w:r>
              <w:rPr>
                <w:b/>
                <w:color w:val="000000"/>
                <w:sz w:val="17"/>
              </w:rPr>
              <w:t>Uitvoeringsperiode</w:t>
            </w:r>
          </w:p>
        </w:tc>
        <w:tc>
          <w:tcPr>
            <w:tcW w:w="3259" w:type="dxa"/>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1ABBE596" w14:textId="77777777" w:rsidR="00691B02" w:rsidRDefault="00691B02" w:rsidP="00D5067E">
            <w:pPr>
              <w:keepLines/>
            </w:pPr>
            <w:r>
              <w:t>Van: __________  tot: __________</w:t>
            </w:r>
          </w:p>
        </w:tc>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35635CB9" w14:textId="77777777" w:rsidR="00691B02" w:rsidRDefault="00691B02" w:rsidP="00D5067E">
            <w:pPr>
              <w:keepLines/>
            </w:pPr>
            <w:r>
              <w:rPr>
                <w:b/>
                <w:color w:val="000000"/>
                <w:sz w:val="17"/>
              </w:rPr>
              <w:t>Status</w:t>
            </w:r>
          </w:p>
        </w:tc>
        <w:tc>
          <w:tcPr>
            <w:tcW w:w="3259" w:type="dxa"/>
            <w:gridSpan w:val="2"/>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3FE8E5A5" w14:textId="77777777" w:rsidR="00691B02" w:rsidRDefault="00691B02" w:rsidP="00D5067E">
            <w:pPr>
              <w:keepLines/>
            </w:pPr>
            <w:r>
              <w:t>[ ] Afgerond   [ ] In uitvoering</w:t>
            </w:r>
          </w:p>
        </w:tc>
      </w:tr>
      <w:tr w:rsidR="00691B02" w14:paraId="4D8F3C0E" w14:textId="77777777" w:rsidTr="00D5067E">
        <w:trPr>
          <w:cantSplit/>
          <w:jc w:val="center"/>
        </w:trPr>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06C6705D" w14:textId="77777777" w:rsidR="00691B02" w:rsidRDefault="00691B02" w:rsidP="00D5067E">
            <w:pPr>
              <w:keepLines/>
            </w:pPr>
            <w:r>
              <w:rPr>
                <w:b/>
                <w:color w:val="000000"/>
                <w:sz w:val="17"/>
              </w:rPr>
              <w:t>Rol binnen opdracht</w:t>
            </w:r>
          </w:p>
        </w:tc>
        <w:tc>
          <w:tcPr>
            <w:tcW w:w="3259" w:type="dxa"/>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05D1621A" w14:textId="77777777" w:rsidR="00691B02" w:rsidRDefault="00691B02" w:rsidP="00D5067E">
            <w:pPr>
              <w:keepLines/>
            </w:pPr>
            <w:r>
              <w:t xml:space="preserve">[ ] Hoofdaannemer  [ ] </w:t>
            </w:r>
            <w:proofErr w:type="spellStart"/>
            <w:r>
              <w:t>Combinant</w:t>
            </w:r>
            <w:proofErr w:type="spellEnd"/>
            <w:r>
              <w:t xml:space="preserve">  [ ] Onderaannemer  [ ] Anders</w:t>
            </w:r>
          </w:p>
        </w:tc>
        <w:tc>
          <w:tcPr>
            <w:tcW w:w="1927" w:type="dxa"/>
            <w:tcBorders>
              <w:top w:val="single" w:sz="6" w:space="0" w:color="7F7F7F"/>
              <w:left w:val="single" w:sz="6" w:space="0" w:color="7F7F7F"/>
              <w:bottom w:val="single" w:sz="6" w:space="0" w:color="7F7F7F"/>
              <w:right w:val="single" w:sz="6" w:space="0" w:color="7F7F7F"/>
            </w:tcBorders>
            <w:shd w:val="clear" w:color="auto" w:fill="D9EAF7"/>
            <w:tcMar>
              <w:top w:w="75" w:type="dxa"/>
              <w:left w:w="95" w:type="dxa"/>
              <w:bottom w:w="75" w:type="dxa"/>
              <w:right w:w="95" w:type="dxa"/>
            </w:tcMar>
            <w:vAlign w:val="center"/>
          </w:tcPr>
          <w:p w14:paraId="4CAD2968" w14:textId="77777777" w:rsidR="00691B02" w:rsidRDefault="00691B02" w:rsidP="00D5067E">
            <w:pPr>
              <w:keepLines/>
            </w:pPr>
            <w:r>
              <w:rPr>
                <w:b/>
                <w:color w:val="000000"/>
                <w:sz w:val="17"/>
              </w:rPr>
              <w:t>Contractwaarde / omvang</w:t>
            </w:r>
          </w:p>
        </w:tc>
        <w:tc>
          <w:tcPr>
            <w:tcW w:w="3259" w:type="dxa"/>
            <w:gridSpan w:val="2"/>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2A1A49D5" w14:textId="77777777" w:rsidR="00691B02" w:rsidRDefault="00691B02" w:rsidP="00D5067E">
            <w:pPr>
              <w:keepLines/>
            </w:pPr>
          </w:p>
        </w:tc>
      </w:tr>
      <w:tr w:rsidR="00691B02" w:rsidRPr="00924D15" w14:paraId="12ECFD83"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shd w:val="clear" w:color="auto" w:fill="1F4E78"/>
            <w:tcMar>
              <w:top w:w="70" w:type="dxa"/>
              <w:left w:w="95" w:type="dxa"/>
              <w:bottom w:w="70" w:type="dxa"/>
              <w:right w:w="95" w:type="dxa"/>
            </w:tcMar>
            <w:vAlign w:val="center"/>
          </w:tcPr>
          <w:p w14:paraId="0AFFD076" w14:textId="77777777" w:rsidR="00691B02" w:rsidRPr="00A76AA8" w:rsidRDefault="00691B02" w:rsidP="00D5067E">
            <w:pPr>
              <w:keepLines/>
            </w:pPr>
            <w:r w:rsidRPr="00A76AA8">
              <w:rPr>
                <w:b/>
                <w:color w:val="FFFFFF"/>
              </w:rPr>
              <w:t>C. Relevante ervaring die met deze referentie wordt aangetoond</w:t>
            </w:r>
          </w:p>
        </w:tc>
      </w:tr>
      <w:tr w:rsidR="00691B02" w:rsidRPr="00924D15" w14:paraId="576D6DAD"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28C6385F" w14:textId="77777777" w:rsidR="00691B02" w:rsidRPr="00A76AA8" w:rsidRDefault="00691B02" w:rsidP="00D5067E">
            <w:pPr>
              <w:keepLines/>
            </w:pPr>
            <w:r w:rsidRPr="00A76AA8">
              <w:rPr>
                <w:color w:val="000000"/>
                <w:sz w:val="17"/>
              </w:rPr>
              <w:t xml:space="preserve">[ ] Gebiedsgericht ecologisch onderzoek     [ ] Beschermde </w:t>
            </w:r>
            <w:proofErr w:type="spellStart"/>
            <w:r w:rsidRPr="00A76AA8">
              <w:rPr>
                <w:color w:val="000000"/>
                <w:sz w:val="17"/>
              </w:rPr>
              <w:t>gebouwbewonende</w:t>
            </w:r>
            <w:proofErr w:type="spellEnd"/>
            <w:r w:rsidRPr="00A76AA8">
              <w:rPr>
                <w:color w:val="000000"/>
                <w:sz w:val="17"/>
              </w:rPr>
              <w:t xml:space="preserve"> soorten</w:t>
            </w:r>
            <w:r w:rsidRPr="00A76AA8">
              <w:rPr>
                <w:color w:val="000000"/>
                <w:sz w:val="17"/>
              </w:rPr>
              <w:br/>
              <w:t>[ ] SMP, pre-SMP of vergelijkbare planvorming     [ ] Mitigatie, compensatie of monitoring</w:t>
            </w:r>
            <w:r w:rsidRPr="00A76AA8">
              <w:rPr>
                <w:color w:val="000000"/>
                <w:sz w:val="17"/>
              </w:rPr>
              <w:br/>
              <w:t xml:space="preserve">[ ] GIS en overdraagbare gegevensverwerking     [ ] </w:t>
            </w:r>
            <w:proofErr w:type="spellStart"/>
            <w:r w:rsidRPr="00A76AA8">
              <w:rPr>
                <w:color w:val="000000"/>
                <w:sz w:val="17"/>
              </w:rPr>
              <w:t>Vergunningonderbouwing</w:t>
            </w:r>
            <w:proofErr w:type="spellEnd"/>
            <w:r w:rsidRPr="00A76AA8">
              <w:rPr>
                <w:color w:val="000000"/>
                <w:sz w:val="17"/>
              </w:rPr>
              <w:t xml:space="preserve"> / afstemming bevoegd gezag</w:t>
            </w:r>
          </w:p>
        </w:tc>
      </w:tr>
      <w:tr w:rsidR="00691B02" w:rsidRPr="00924D15" w14:paraId="7BE4EA85"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shd w:val="clear" w:color="auto" w:fill="1F4E78"/>
            <w:tcMar>
              <w:top w:w="70" w:type="dxa"/>
              <w:left w:w="95" w:type="dxa"/>
              <w:bottom w:w="70" w:type="dxa"/>
              <w:right w:w="95" w:type="dxa"/>
            </w:tcMar>
            <w:vAlign w:val="center"/>
          </w:tcPr>
          <w:p w14:paraId="1C156589" w14:textId="77777777" w:rsidR="00691B02" w:rsidRPr="00A76AA8" w:rsidRDefault="00691B02" w:rsidP="00D5067E">
            <w:pPr>
              <w:keepLines/>
            </w:pPr>
            <w:r w:rsidRPr="00A76AA8">
              <w:rPr>
                <w:b/>
                <w:color w:val="FFFFFF"/>
              </w:rPr>
              <w:t>D. Omschrijving van de werkzaamheden en relevantie voor Gemeente Hulst (maximaal 250 woorden)</w:t>
            </w:r>
          </w:p>
        </w:tc>
      </w:tr>
      <w:tr w:rsidR="00691B02" w14:paraId="41B73CC2"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tcMar>
              <w:top w:w="85" w:type="dxa"/>
              <w:left w:w="100" w:type="dxa"/>
              <w:bottom w:w="85" w:type="dxa"/>
              <w:right w:w="100" w:type="dxa"/>
            </w:tcMar>
            <w:vAlign w:val="center"/>
          </w:tcPr>
          <w:p w14:paraId="1805E189" w14:textId="77777777" w:rsidR="00691B02" w:rsidRDefault="00691B02" w:rsidP="00D5067E">
            <w:pPr>
              <w:keepLines/>
            </w:pPr>
            <w:r>
              <w:rPr>
                <w:color w:val="BEBEBE"/>
                <w:sz w:val="17"/>
              </w:rPr>
              <w:t>................................................................................................................................</w:t>
            </w:r>
          </w:p>
          <w:p w14:paraId="34AA09EE" w14:textId="77777777" w:rsidR="00691B02" w:rsidRDefault="00691B02" w:rsidP="00D5067E">
            <w:pPr>
              <w:keepLines/>
            </w:pPr>
            <w:r>
              <w:rPr>
                <w:color w:val="BEBEBE"/>
                <w:sz w:val="17"/>
              </w:rPr>
              <w:t>................................................................................................................................</w:t>
            </w:r>
          </w:p>
          <w:p w14:paraId="7A4BBC09" w14:textId="77777777" w:rsidR="00691B02" w:rsidRDefault="00691B02" w:rsidP="00D5067E">
            <w:pPr>
              <w:keepLines/>
            </w:pPr>
            <w:r>
              <w:rPr>
                <w:color w:val="BEBEBE"/>
                <w:sz w:val="17"/>
              </w:rPr>
              <w:t>................................................................................................................................</w:t>
            </w:r>
          </w:p>
          <w:p w14:paraId="28ED3ADA" w14:textId="77777777" w:rsidR="00691B02" w:rsidRDefault="00691B02" w:rsidP="00D5067E">
            <w:pPr>
              <w:keepLines/>
              <w:rPr>
                <w:color w:val="BEBEBE"/>
                <w:sz w:val="17"/>
              </w:rPr>
            </w:pPr>
            <w:r>
              <w:rPr>
                <w:color w:val="BEBEBE"/>
                <w:sz w:val="17"/>
              </w:rPr>
              <w:t>................................................................................................................................</w:t>
            </w:r>
          </w:p>
          <w:p w14:paraId="2FF788E0" w14:textId="77777777" w:rsidR="0049480F" w:rsidRDefault="0049480F" w:rsidP="0049480F">
            <w:pPr>
              <w:keepLines/>
            </w:pPr>
            <w:r>
              <w:rPr>
                <w:color w:val="BEBEBE"/>
                <w:sz w:val="17"/>
              </w:rPr>
              <w:t>................................................................................................................................</w:t>
            </w:r>
          </w:p>
          <w:p w14:paraId="38C8D886" w14:textId="77777777" w:rsidR="00AB4489" w:rsidRDefault="00AB4489" w:rsidP="00AB4489">
            <w:pPr>
              <w:keepLines/>
            </w:pPr>
            <w:r>
              <w:rPr>
                <w:color w:val="BEBEBE"/>
                <w:sz w:val="17"/>
              </w:rPr>
              <w:t>................................................................................................................................</w:t>
            </w:r>
          </w:p>
          <w:p w14:paraId="46799789" w14:textId="0C2760C1" w:rsidR="0049480F" w:rsidRDefault="00AB4489" w:rsidP="00AB4489">
            <w:pPr>
              <w:keepLines/>
            </w:pPr>
            <w:r>
              <w:rPr>
                <w:color w:val="BEBEBE"/>
                <w:sz w:val="17"/>
              </w:rPr>
              <w:t>................................................................................................................................</w:t>
            </w:r>
          </w:p>
        </w:tc>
      </w:tr>
      <w:tr w:rsidR="00691B02" w:rsidRPr="00924D15" w14:paraId="57632323"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shd w:val="clear" w:color="auto" w:fill="1F4E78"/>
            <w:tcMar>
              <w:top w:w="70" w:type="dxa"/>
              <w:left w:w="95" w:type="dxa"/>
              <w:bottom w:w="70" w:type="dxa"/>
              <w:right w:w="95" w:type="dxa"/>
            </w:tcMar>
            <w:vAlign w:val="center"/>
          </w:tcPr>
          <w:p w14:paraId="2DA2BE16" w14:textId="66BAA4B7" w:rsidR="00691B02" w:rsidRPr="00A76AA8" w:rsidRDefault="0049480F" w:rsidP="00D5067E">
            <w:pPr>
              <w:keepLines/>
            </w:pPr>
            <w:r>
              <w:rPr>
                <w:b/>
                <w:color w:val="FFFFFF"/>
              </w:rPr>
              <w:lastRenderedPageBreak/>
              <w:t>E</w:t>
            </w:r>
            <w:r w:rsidR="00691B02" w:rsidRPr="00A76AA8">
              <w:rPr>
                <w:b/>
                <w:color w:val="FFFFFF"/>
              </w:rPr>
              <w:t>. Aantoonbaar afgeronde relevante werkzaamheden en resultaten</w:t>
            </w:r>
          </w:p>
        </w:tc>
      </w:tr>
      <w:tr w:rsidR="00691B02" w14:paraId="2356273E"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1147EB0E" w14:textId="77777777" w:rsidR="00691B02" w:rsidRDefault="00691B02" w:rsidP="00D5067E">
            <w:pPr>
              <w:keepLines/>
            </w:pPr>
            <w:r>
              <w:rPr>
                <w:color w:val="BEBEBE"/>
                <w:sz w:val="17"/>
              </w:rPr>
              <w:t>................................................................................................................................</w:t>
            </w:r>
          </w:p>
          <w:p w14:paraId="417083D4" w14:textId="77777777" w:rsidR="00691B02" w:rsidRDefault="00691B02" w:rsidP="00D5067E">
            <w:pPr>
              <w:keepLines/>
              <w:rPr>
                <w:color w:val="BEBEBE"/>
                <w:sz w:val="17"/>
              </w:rPr>
            </w:pPr>
            <w:r>
              <w:rPr>
                <w:color w:val="BEBEBE"/>
                <w:sz w:val="17"/>
              </w:rPr>
              <w:t>................................................................................................................................</w:t>
            </w:r>
          </w:p>
          <w:p w14:paraId="24E12B4A" w14:textId="77777777" w:rsidR="00AB4489" w:rsidRDefault="00AB4489" w:rsidP="00AB4489">
            <w:pPr>
              <w:keepLines/>
            </w:pPr>
            <w:r>
              <w:rPr>
                <w:color w:val="BEBEBE"/>
                <w:sz w:val="17"/>
              </w:rPr>
              <w:t>................................................................................................................................</w:t>
            </w:r>
          </w:p>
          <w:p w14:paraId="2AE4C187" w14:textId="6D468827" w:rsidR="00AB4489" w:rsidRDefault="00AB4489" w:rsidP="00AB4489">
            <w:pPr>
              <w:keepLines/>
              <w:rPr>
                <w:color w:val="BEBEBE"/>
                <w:sz w:val="17"/>
              </w:rPr>
            </w:pPr>
            <w:r>
              <w:rPr>
                <w:color w:val="BEBEBE"/>
                <w:sz w:val="17"/>
              </w:rPr>
              <w:t>................................................................................................................................</w:t>
            </w:r>
          </w:p>
          <w:p w14:paraId="74ECCA00" w14:textId="77777777" w:rsidR="00AB4489" w:rsidRDefault="00AB4489" w:rsidP="00AB4489">
            <w:pPr>
              <w:keepLines/>
            </w:pPr>
            <w:r>
              <w:rPr>
                <w:color w:val="BEBEBE"/>
                <w:sz w:val="17"/>
              </w:rPr>
              <w:t>................................................................................................................................</w:t>
            </w:r>
          </w:p>
          <w:p w14:paraId="3734855B" w14:textId="3B0E48F4" w:rsidR="00AB4489" w:rsidRDefault="00AB4489" w:rsidP="00AB4489">
            <w:pPr>
              <w:keepLines/>
              <w:rPr>
                <w:color w:val="BEBEBE"/>
                <w:sz w:val="17"/>
              </w:rPr>
            </w:pPr>
            <w:r>
              <w:rPr>
                <w:color w:val="BEBEBE"/>
                <w:sz w:val="17"/>
              </w:rPr>
              <w:t>................................................................................................................................</w:t>
            </w:r>
          </w:p>
          <w:p w14:paraId="4BC98A48" w14:textId="77777777" w:rsidR="00AB4489" w:rsidRDefault="00AB4489" w:rsidP="00AB4489">
            <w:pPr>
              <w:keepLines/>
            </w:pPr>
            <w:r>
              <w:rPr>
                <w:color w:val="BEBEBE"/>
                <w:sz w:val="17"/>
              </w:rPr>
              <w:t>................................................................................................................................</w:t>
            </w:r>
          </w:p>
          <w:p w14:paraId="2DF28448" w14:textId="0DCADAFB" w:rsidR="00AB4489" w:rsidRDefault="00AB4489" w:rsidP="00AB4489">
            <w:pPr>
              <w:keepLines/>
              <w:rPr>
                <w:color w:val="BEBEBE"/>
                <w:sz w:val="17"/>
              </w:rPr>
            </w:pPr>
            <w:r>
              <w:rPr>
                <w:color w:val="BEBEBE"/>
                <w:sz w:val="17"/>
              </w:rPr>
              <w:t>................................................................................................................................</w:t>
            </w:r>
          </w:p>
          <w:p w14:paraId="0F113CCC" w14:textId="77777777" w:rsidR="0049480F" w:rsidRDefault="0049480F" w:rsidP="00D5067E">
            <w:pPr>
              <w:keepLines/>
            </w:pPr>
          </w:p>
        </w:tc>
      </w:tr>
      <w:tr w:rsidR="00691B02" w14:paraId="29CBA40D"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shd w:val="clear" w:color="auto" w:fill="1F4E78"/>
            <w:tcMar>
              <w:top w:w="70" w:type="dxa"/>
              <w:left w:w="95" w:type="dxa"/>
              <w:bottom w:w="70" w:type="dxa"/>
              <w:right w:w="95" w:type="dxa"/>
            </w:tcMar>
            <w:vAlign w:val="center"/>
          </w:tcPr>
          <w:p w14:paraId="3B2C33CA" w14:textId="77777777" w:rsidR="00691B02" w:rsidRDefault="00691B02" w:rsidP="00D5067E">
            <w:pPr>
              <w:keepLines/>
            </w:pPr>
            <w:r>
              <w:rPr>
                <w:b/>
                <w:color w:val="FFFFFF"/>
              </w:rPr>
              <w:t>F. Verificatie en verklaring</w:t>
            </w:r>
          </w:p>
        </w:tc>
      </w:tr>
      <w:tr w:rsidR="00691B02" w:rsidRPr="00924D15" w14:paraId="23FF25CD"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tcMar>
              <w:top w:w="75" w:type="dxa"/>
              <w:left w:w="95" w:type="dxa"/>
              <w:bottom w:w="75" w:type="dxa"/>
              <w:right w:w="95" w:type="dxa"/>
            </w:tcMar>
            <w:vAlign w:val="center"/>
          </w:tcPr>
          <w:p w14:paraId="04614E22" w14:textId="77777777" w:rsidR="00691B02" w:rsidRPr="00A76AA8" w:rsidRDefault="00691B02" w:rsidP="00D5067E">
            <w:pPr>
              <w:keepLines/>
            </w:pPr>
            <w:r w:rsidRPr="00A76AA8">
              <w:rPr>
                <w:color w:val="000000"/>
                <w:sz w:val="17"/>
              </w:rPr>
              <w:t>De inschrijver verklaart dat de verstrekte informatie juist en volledig is en stemt ermee in dat Gemeente Hulst de opgegeven contactpersoon benadert voor verificatie. Het formulier hoeft niet afzonderlijk te worden ondertekend indien de inschrijving als geheel rechtsgeldig is ondertekend.</w:t>
            </w:r>
          </w:p>
        </w:tc>
      </w:tr>
      <w:tr w:rsidR="00691B02" w:rsidRPr="00924D15" w14:paraId="2ADF8C89" w14:textId="77777777" w:rsidTr="00D5067E">
        <w:trPr>
          <w:cantSplit/>
          <w:jc w:val="center"/>
        </w:trPr>
        <w:tc>
          <w:tcPr>
            <w:tcW w:w="10372" w:type="dxa"/>
            <w:gridSpan w:val="5"/>
            <w:tcBorders>
              <w:top w:val="single" w:sz="6" w:space="0" w:color="7F7F7F"/>
              <w:left w:val="single" w:sz="6" w:space="0" w:color="7F7F7F"/>
              <w:bottom w:val="single" w:sz="6" w:space="0" w:color="7F7F7F"/>
              <w:right w:val="single" w:sz="6" w:space="0" w:color="7F7F7F"/>
            </w:tcBorders>
            <w:shd w:val="clear" w:color="auto" w:fill="FFF2CC"/>
            <w:tcMar>
              <w:top w:w="75" w:type="dxa"/>
              <w:left w:w="95" w:type="dxa"/>
              <w:bottom w:w="75" w:type="dxa"/>
              <w:right w:w="95" w:type="dxa"/>
            </w:tcMar>
            <w:vAlign w:val="center"/>
          </w:tcPr>
          <w:p w14:paraId="0E59ECD6" w14:textId="77777777" w:rsidR="00691B02" w:rsidRPr="00A76AA8" w:rsidRDefault="00691B02" w:rsidP="00D5067E">
            <w:pPr>
              <w:keepLines/>
            </w:pPr>
            <w:r w:rsidRPr="00A76AA8">
              <w:rPr>
                <w:b/>
                <w:color w:val="7F6000"/>
                <w:sz w:val="16"/>
              </w:rPr>
              <w:t>Let op: wanneer een beroep wordt gedaan op de technische of beroepsbekwaamheid van een derde, moet deze derde daadwerkelijk worden ingezet voor de werkzaamheden waarop de bekwaamheid ziet.</w:t>
            </w:r>
          </w:p>
        </w:tc>
      </w:tr>
    </w:tbl>
    <w:p w14:paraId="5D1F1F7C" w14:textId="77777777" w:rsidR="00691B02" w:rsidRPr="00A76AA8" w:rsidRDefault="00691B02" w:rsidP="00691B02"/>
    <w:p w14:paraId="52E3BE4A" w14:textId="77777777" w:rsidR="00E676CF" w:rsidRPr="003C22FD" w:rsidRDefault="00E676CF" w:rsidP="003C22FD"/>
    <w:sectPr w:rsidR="00E676CF" w:rsidRPr="003C22FD" w:rsidSect="00D605A7">
      <w:headerReference w:type="default" r:id="rId10"/>
      <w:footerReference w:type="default" r:id="rId11"/>
      <w:headerReference w:type="first" r:id="rId12"/>
      <w:footerReference w:type="first" r:id="rId13"/>
      <w:pgSz w:w="11906" w:h="16838"/>
      <w:pgMar w:top="1418" w:right="1418" w:bottom="2552" w:left="1418" w:header="708" w:footer="1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11D6B" w14:textId="77777777" w:rsidR="00845AD9" w:rsidRDefault="00845AD9">
      <w:pPr>
        <w:spacing w:line="240" w:lineRule="auto"/>
      </w:pPr>
      <w:r>
        <w:separator/>
      </w:r>
    </w:p>
  </w:endnote>
  <w:endnote w:type="continuationSeparator" w:id="0">
    <w:p w14:paraId="2B01C42B" w14:textId="77777777" w:rsidR="00845AD9" w:rsidRDefault="00845A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2DD9" w14:textId="65E07CBE" w:rsidR="00215D1A" w:rsidRDefault="00691B02">
    <w:r>
      <w:rPr>
        <w:noProof/>
      </w:rPr>
      <mc:AlternateContent>
        <mc:Choice Requires="wps">
          <w:drawing>
            <wp:anchor distT="45720" distB="45720" distL="114300" distR="114300" simplePos="0" relativeHeight="251660288" behindDoc="0" locked="0" layoutInCell="0" allowOverlap="1" wp14:anchorId="3C948DAF" wp14:editId="6B81993C">
              <wp:simplePos x="0" y="0"/>
              <wp:positionH relativeFrom="column">
                <wp:posOffset>4176395</wp:posOffset>
              </wp:positionH>
              <wp:positionV relativeFrom="page">
                <wp:posOffset>10045065</wp:posOffset>
              </wp:positionV>
              <wp:extent cx="500380" cy="1634490"/>
              <wp:effectExtent l="4445" t="0" r="0" b="0"/>
              <wp:wrapSquare wrapText="bothSides"/>
              <wp:docPr id="202371646"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1634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01234" w14:textId="77777777" w:rsidR="00005C04" w:rsidRPr="00B34210" w:rsidRDefault="00C17500" w:rsidP="00005C04">
                          <w:pPr>
                            <w:pStyle w:val="Voettekst"/>
                            <w:jc w:val="right"/>
                            <w:rPr>
                              <w:szCs w:val="18"/>
                            </w:rPr>
                          </w:pPr>
                          <w:r w:rsidRPr="00B34210">
                            <w:rPr>
                              <w:szCs w:val="18"/>
                            </w:rPr>
                            <w:fldChar w:fldCharType="begin"/>
                          </w:r>
                          <w:r w:rsidRPr="00B34210">
                            <w:rPr>
                              <w:szCs w:val="18"/>
                            </w:rPr>
                            <w:instrText>PAGE</w:instrText>
                          </w:r>
                          <w:r w:rsidRPr="00B34210">
                            <w:rPr>
                              <w:szCs w:val="18"/>
                            </w:rPr>
                            <w:fldChar w:fldCharType="separate"/>
                          </w:r>
                          <w:r w:rsidRPr="00B34210">
                            <w:rPr>
                              <w:szCs w:val="18"/>
                            </w:rPr>
                            <w:t>1</w:t>
                          </w:r>
                          <w:r w:rsidRPr="00B34210">
                            <w:rPr>
                              <w:szCs w:val="18"/>
                            </w:rPr>
                            <w:fldChar w:fldCharType="end"/>
                          </w:r>
                          <w:r w:rsidRPr="00B34210">
                            <w:rPr>
                              <w:szCs w:val="18"/>
                            </w:rPr>
                            <w:t>/</w:t>
                          </w:r>
                          <w:r w:rsidRPr="00B34210">
                            <w:rPr>
                              <w:szCs w:val="18"/>
                            </w:rPr>
                            <w:fldChar w:fldCharType="begin"/>
                          </w:r>
                          <w:r w:rsidRPr="00B34210">
                            <w:rPr>
                              <w:szCs w:val="18"/>
                            </w:rPr>
                            <w:instrText>NUMPAGES</w:instrText>
                          </w:r>
                          <w:r w:rsidRPr="00B34210">
                            <w:rPr>
                              <w:szCs w:val="18"/>
                            </w:rPr>
                            <w:fldChar w:fldCharType="separate"/>
                          </w:r>
                          <w:r w:rsidRPr="00B34210">
                            <w:rPr>
                              <w:szCs w:val="18"/>
                            </w:rPr>
                            <w:t>2</w:t>
                          </w:r>
                          <w:r w:rsidRPr="00B34210">
                            <w:rPr>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C948DAF" id="_x0000_t202" coordsize="21600,21600" o:spt="202" path="m,l,21600r21600,l21600,xe">
              <v:stroke joinstyle="miter"/>
              <v:path gradientshapeok="t" o:connecttype="rect"/>
            </v:shapetype>
            <v:shape id="Tekstvak 1" o:spid="_x0000_s1026" type="#_x0000_t202" style="position:absolute;margin-left:328.85pt;margin-top:790.95pt;width:39.4pt;height:128.7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" o:allowincell="f" stroked="f">
              <v:textbox style="mso-fit-shape-to-text:t">
                <w:txbxContent>
                  <w:p w14:paraId="06B01234" w14:textId="77777777" w:rsidR="00005C04" w:rsidRPr="00B34210" w:rsidRDefault="00C17500" w:rsidP="00005C04">
                    <w:pPr>
                      <w:pStyle w:val="Voettekst"/>
                      <w:jc w:val="right"/>
                      <w:rPr>
                        <w:szCs w:val="18"/>
                      </w:rPr>
                    </w:pPr>
                    <w:r w:rsidRPr="00B34210">
                      <w:rPr>
                        <w:szCs w:val="18"/>
                      </w:rPr>
                      <w:fldChar w:fldCharType="begin"/>
                    </w:r>
                    <w:r w:rsidRPr="00B34210">
                      <w:rPr>
                        <w:szCs w:val="18"/>
                      </w:rPr>
                      <w:instrText>PAGE</w:instrText>
                    </w:r>
                    <w:r w:rsidRPr="00B34210">
                      <w:rPr>
                        <w:szCs w:val="18"/>
                      </w:rPr>
                      <w:fldChar w:fldCharType="separate"/>
                    </w:r>
                    <w:r w:rsidRPr="00B34210">
                      <w:rPr>
                        <w:szCs w:val="18"/>
                      </w:rPr>
                      <w:t>1</w:t>
                    </w:r>
                    <w:r w:rsidRPr="00B34210">
                      <w:rPr>
                        <w:szCs w:val="18"/>
                      </w:rPr>
                      <w:fldChar w:fldCharType="end"/>
                    </w:r>
                    <w:r w:rsidRPr="00B34210">
                      <w:rPr>
                        <w:szCs w:val="18"/>
                      </w:rPr>
                      <w:t>/</w:t>
                    </w:r>
                    <w:r w:rsidRPr="00B34210">
                      <w:rPr>
                        <w:szCs w:val="18"/>
                      </w:rPr>
                      <w:fldChar w:fldCharType="begin"/>
                    </w:r>
                    <w:r w:rsidRPr="00B34210">
                      <w:rPr>
                        <w:szCs w:val="18"/>
                      </w:rPr>
                      <w:instrText>NUMPAGES</w:instrText>
                    </w:r>
                    <w:r w:rsidRPr="00B34210">
                      <w:rPr>
                        <w:szCs w:val="18"/>
                      </w:rPr>
                      <w:fldChar w:fldCharType="separate"/>
                    </w:r>
                    <w:r w:rsidRPr="00B34210">
                      <w:rPr>
                        <w:szCs w:val="18"/>
                      </w:rPr>
                      <w:t>2</w:t>
                    </w:r>
                    <w:r w:rsidRPr="00B34210">
                      <w:rPr>
                        <w:szCs w:val="18"/>
                      </w:rPr>
                      <w:fldChar w:fldCharType="end"/>
                    </w:r>
                  </w:p>
                </w:txbxContent>
              </v:textbox>
              <w10:wrap type="squar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1355" w14:textId="44A4A56A" w:rsidR="00687058" w:rsidRPr="00687058" w:rsidRDefault="00691B02" w:rsidP="00687058">
    <w:pPr>
      <w:rPr>
        <w:sz w:val="16"/>
        <w:szCs w:val="16"/>
      </w:rPr>
    </w:pPr>
    <w:r>
      <w:rPr>
        <w:noProof/>
      </w:rPr>
      <mc:AlternateContent>
        <mc:Choice Requires="wps">
          <w:drawing>
            <wp:anchor distT="45720" distB="45720" distL="0" distR="114300" simplePos="0" relativeHeight="251659264" behindDoc="0" locked="0" layoutInCell="0" allowOverlap="1" wp14:anchorId="2A1EA557" wp14:editId="1589057F">
              <wp:simplePos x="0" y="0"/>
              <wp:positionH relativeFrom="leftMargin">
                <wp:posOffset>903605</wp:posOffset>
              </wp:positionH>
              <wp:positionV relativeFrom="page">
                <wp:posOffset>10048875</wp:posOffset>
              </wp:positionV>
              <wp:extent cx="2663825" cy="255905"/>
              <wp:effectExtent l="0" t="0" r="4445" b="1270"/>
              <wp:wrapSquare wrapText="bothSides"/>
              <wp:docPr id="100332053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825"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07B5F5" w14:textId="77777777" w:rsidR="00687058" w:rsidRPr="00992C35" w:rsidRDefault="00C17500" w:rsidP="00687058">
                          <w:pPr>
                            <w:pStyle w:val="Voettekst"/>
                            <w:rPr>
                              <w:b/>
                              <w:bCs/>
                              <w:color w:val="B07D58"/>
                              <w:sz w:val="16"/>
                              <w:szCs w:val="16"/>
                            </w:rPr>
                          </w:pPr>
                          <w:r w:rsidRPr="00992C35">
                            <w:rPr>
                              <w:b/>
                              <w:bCs/>
                              <w:color w:val="B07D58"/>
                              <w:sz w:val="16"/>
                              <w:szCs w:val="16"/>
                            </w:rPr>
                            <w:t>Waar het land ademt en de stad leeft</w:t>
                          </w:r>
                        </w:p>
                      </w:txbxContent>
                    </wps:txbx>
                    <wps:bodyPr rot="0" vert="horz" wrap="square" lIns="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1EA557" id="_x0000_t202" coordsize="21600,21600" o:spt="202" path="m,l,21600r21600,l21600,xe">
              <v:stroke joinstyle="miter"/>
              <v:path gradientshapeok="t" o:connecttype="rect"/>
            </v:shapetype>
            <v:shape id="Tekstvak 3" o:spid="_x0000_s1027" type="#_x0000_t202" style="position:absolute;margin-left:71.15pt;margin-top:791.25pt;width:209.75pt;height:20.15pt;z-index:251659264;visibility:visible;mso-wrap-style:square;mso-width-percent:0;mso-height-percent:0;mso-wrap-distance-left:0;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" o:allowincell="f" stroked="f">
              <v:textbox inset="0">
                <w:txbxContent>
                  <w:p w14:paraId="2A07B5F5" w14:textId="77777777" w:rsidR="00687058" w:rsidRPr="00992C35" w:rsidRDefault="00C17500" w:rsidP="00687058">
                    <w:pPr>
                      <w:pStyle w:val="Voettekst"/>
                      <w:rPr>
                        <w:b/>
                        <w:bCs/>
                        <w:color w:val="B07D58"/>
                        <w:sz w:val="16"/>
                        <w:szCs w:val="16"/>
                      </w:rPr>
                    </w:pPr>
                    <w:r w:rsidRPr="00992C35">
                      <w:rPr>
                        <w:b/>
                        <w:bCs/>
                        <w:color w:val="B07D58"/>
                        <w:sz w:val="16"/>
                        <w:szCs w:val="16"/>
                      </w:rPr>
                      <w:t>Waar het land ademt en de stad leeft</w:t>
                    </w:r>
                  </w:p>
                </w:txbxContent>
              </v:textbox>
              <w10:wrap type="square" anchorx="margin" anchory="page"/>
            </v:shape>
          </w:pict>
        </mc:Fallback>
      </mc:AlternateContent>
    </w:r>
    <w:sdt>
      <w:sdtPr>
        <w:id w:val="-682594633"/>
        <w:docPartObj>
          <w:docPartGallery w:val="Page Numbers (Bottom of Page)"/>
          <w:docPartUnique/>
        </w:docPartObj>
      </w:sdtPr>
      <w:sdtEndPr/>
      <w:sdtContent>
        <w:sdt>
          <w:sdtPr>
            <w:id w:val="-1172486414"/>
            <w:docPartObj>
              <w:docPartGallery w:val="Page Numbers (Top of Page)"/>
              <w:docPartUnique/>
            </w:docPartObj>
          </w:sdtPr>
          <w:sdtEndPr/>
          <w:sdtContent>
            <w:r>
              <w:rPr>
                <w:noProof/>
              </w:rPr>
              <mc:AlternateContent>
                <mc:Choice Requires="wps">
                  <w:drawing>
                    <wp:anchor distT="45720" distB="45720" distL="114300" distR="114300" simplePos="0" relativeHeight="251658240" behindDoc="0" locked="0" layoutInCell="1" allowOverlap="1" wp14:anchorId="74B9D50B" wp14:editId="5DD5D540">
                      <wp:simplePos x="0" y="0"/>
                      <wp:positionH relativeFrom="column">
                        <wp:posOffset>4176395</wp:posOffset>
                      </wp:positionH>
                      <wp:positionV relativeFrom="page">
                        <wp:posOffset>10045065</wp:posOffset>
                      </wp:positionV>
                      <wp:extent cx="500380" cy="251460"/>
                      <wp:effectExtent l="4445" t="0" r="0" b="0"/>
                      <wp:wrapSquare wrapText="bothSides"/>
                      <wp:docPr id="3502835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627DFE" w14:textId="77777777" w:rsidR="00687058" w:rsidRPr="00D9259D" w:rsidRDefault="00C17500" w:rsidP="00687058">
                                  <w:pPr>
                                    <w:pStyle w:val="Voettekst"/>
                                    <w:jc w:val="right"/>
                                    <w:rPr>
                                      <w:szCs w:val="18"/>
                                    </w:rPr>
                                  </w:pPr>
                                  <w:r w:rsidRPr="00D9259D">
                                    <w:rPr>
                                      <w:szCs w:val="18"/>
                                    </w:rPr>
                                    <w:fldChar w:fldCharType="begin"/>
                                  </w:r>
                                  <w:r w:rsidRPr="00D9259D">
                                    <w:rPr>
                                      <w:szCs w:val="18"/>
                                    </w:rPr>
                                    <w:instrText>PAGE</w:instrText>
                                  </w:r>
                                  <w:r w:rsidRPr="00D9259D">
                                    <w:rPr>
                                      <w:szCs w:val="18"/>
                                    </w:rPr>
                                    <w:fldChar w:fldCharType="separate"/>
                                  </w:r>
                                  <w:r w:rsidRPr="00D9259D">
                                    <w:rPr>
                                      <w:szCs w:val="18"/>
                                    </w:rPr>
                                    <w:t>1</w:t>
                                  </w:r>
                                  <w:r w:rsidRPr="00D9259D">
                                    <w:rPr>
                                      <w:szCs w:val="18"/>
                                    </w:rPr>
                                    <w:fldChar w:fldCharType="end"/>
                                  </w:r>
                                  <w:r w:rsidRPr="00D9259D">
                                    <w:rPr>
                                      <w:szCs w:val="18"/>
                                    </w:rPr>
                                    <w:t>/</w:t>
                                  </w:r>
                                  <w:r w:rsidRPr="00D9259D">
                                    <w:rPr>
                                      <w:szCs w:val="18"/>
                                    </w:rPr>
                                    <w:fldChar w:fldCharType="begin"/>
                                  </w:r>
                                  <w:r w:rsidRPr="00D9259D">
                                    <w:rPr>
                                      <w:szCs w:val="18"/>
                                    </w:rPr>
                                    <w:instrText>NUMPAGES</w:instrText>
                                  </w:r>
                                  <w:r w:rsidRPr="00D9259D">
                                    <w:rPr>
                                      <w:szCs w:val="18"/>
                                    </w:rPr>
                                    <w:fldChar w:fldCharType="separate"/>
                                  </w:r>
                                  <w:r w:rsidRPr="00D9259D">
                                    <w:rPr>
                                      <w:szCs w:val="18"/>
                                    </w:rPr>
                                    <w:t>1</w:t>
                                  </w:r>
                                  <w:r w:rsidRPr="00D9259D">
                                    <w:rPr>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4B9D50B" id="Tekstvak 2" o:spid="_x0000_s1028" type="#_x0000_t202" style="position:absolute;margin-left:328.85pt;margin-top:790.95pt;width:39.4pt;height:19.8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" stroked="f">
                      <v:textbox style="mso-fit-shape-to-text:t">
                        <w:txbxContent>
                          <w:p w14:paraId="10627DFE" w14:textId="77777777" w:rsidR="00687058" w:rsidRPr="00D9259D" w:rsidRDefault="00C17500" w:rsidP="00687058">
                            <w:pPr>
                              <w:pStyle w:val="Voettekst"/>
                              <w:jc w:val="right"/>
                              <w:rPr>
                                <w:szCs w:val="18"/>
                              </w:rPr>
                            </w:pPr>
                            <w:r w:rsidRPr="00D9259D">
                              <w:rPr>
                                <w:szCs w:val="18"/>
                              </w:rPr>
                              <w:fldChar w:fldCharType="begin"/>
                            </w:r>
                            <w:r w:rsidRPr="00D9259D">
                              <w:rPr>
                                <w:szCs w:val="18"/>
                              </w:rPr>
                              <w:instrText>PAGE</w:instrText>
                            </w:r>
                            <w:r w:rsidRPr="00D9259D">
                              <w:rPr>
                                <w:szCs w:val="18"/>
                              </w:rPr>
                              <w:fldChar w:fldCharType="separate"/>
                            </w:r>
                            <w:r w:rsidRPr="00D9259D">
                              <w:rPr>
                                <w:szCs w:val="18"/>
                              </w:rPr>
                              <w:t>1</w:t>
                            </w:r>
                            <w:r w:rsidRPr="00D9259D">
                              <w:rPr>
                                <w:szCs w:val="18"/>
                              </w:rPr>
                              <w:fldChar w:fldCharType="end"/>
                            </w:r>
                            <w:r w:rsidRPr="00D9259D">
                              <w:rPr>
                                <w:szCs w:val="18"/>
                              </w:rPr>
                              <w:t>/</w:t>
                            </w:r>
                            <w:r w:rsidRPr="00D9259D">
                              <w:rPr>
                                <w:szCs w:val="18"/>
                              </w:rPr>
                              <w:fldChar w:fldCharType="begin"/>
                            </w:r>
                            <w:r w:rsidRPr="00D9259D">
                              <w:rPr>
                                <w:szCs w:val="18"/>
                              </w:rPr>
                              <w:instrText>NUMPAGES</w:instrText>
                            </w:r>
                            <w:r w:rsidRPr="00D9259D">
                              <w:rPr>
                                <w:szCs w:val="18"/>
                              </w:rPr>
                              <w:fldChar w:fldCharType="separate"/>
                            </w:r>
                            <w:r w:rsidRPr="00D9259D">
                              <w:rPr>
                                <w:szCs w:val="18"/>
                              </w:rPr>
                              <w:t>1</w:t>
                            </w:r>
                            <w:r w:rsidRPr="00D9259D">
                              <w:rPr>
                                <w:szCs w:val="18"/>
                              </w:rPr>
                              <w:fldChar w:fldCharType="end"/>
                            </w:r>
                          </w:p>
                        </w:txbxContent>
                      </v:textbox>
                      <w10:wrap type="square" anchory="page"/>
                    </v:shape>
                  </w:pict>
                </mc:Fallback>
              </mc:AlternateContent>
            </w:r>
            <w:r w:rsidR="00C17500" w:rsidRPr="00687058">
              <w:rPr>
                <w:b/>
                <w:bCs/>
                <w:noProof/>
                <w:color w:val="B07D58"/>
                <w:sz w:val="16"/>
                <w:szCs w:val="16"/>
              </w:rPr>
              <w:drawing>
                <wp:anchor distT="0" distB="0" distL="114300" distR="114300" simplePos="0" relativeHeight="251655168" behindDoc="1" locked="0" layoutInCell="0" allowOverlap="1" wp14:anchorId="182EEA0E" wp14:editId="5AD5D3A8">
                  <wp:simplePos x="0" y="0"/>
                  <wp:positionH relativeFrom="page">
                    <wp:posOffset>5796915</wp:posOffset>
                  </wp:positionH>
                  <wp:positionV relativeFrom="page">
                    <wp:posOffset>9217025</wp:posOffset>
                  </wp:positionV>
                  <wp:extent cx="1332000" cy="1008000"/>
                  <wp:effectExtent l="0" t="0" r="1905" b="1905"/>
                  <wp:wrapNone/>
                  <wp:docPr id="623150755" name="Afbeelding 1" descr="Een patroon met pictogrammen. 37 mm breed x 28 mm hoog. Een vossenhoofd, een gerste-aar en vier luiken. Kleuren bruin met zwart."/>
                  <wp:cNvGraphicFramePr/>
                  <a:graphic xmlns:a="http://schemas.openxmlformats.org/drawingml/2006/main">
                    <a:graphicData uri="http://schemas.openxmlformats.org/drawingml/2006/picture">
                      <pic:pic xmlns:pic="http://schemas.openxmlformats.org/drawingml/2006/picture">
                        <pic:nvPicPr>
                          <pic:cNvPr id="623150755" name="Afbeelding 1" descr="Een patroon met pictogrammen. 37 mm breed x 28 mm hoog. Een vossenhoofd, een gerste-aar en vier luiken. Kleuren bruin met zwart."/>
                          <pic:cNvPicPr/>
                        </pic:nvPicPr>
                        <pic:blipFill>
                          <a:blip r:embed="rId1">
                            <a:extLst>
                              <a:ext uri="{28A0092B-C50C-407E-A947-70E740481C1C}">
                                <a14:useLocalDpi xmlns:a14="http://schemas.microsoft.com/office/drawing/2010/main" val="0"/>
                              </a:ext>
                            </a:extLst>
                          </a:blip>
                          <a:stretch>
                            <a:fillRect/>
                          </a:stretch>
                        </pic:blipFill>
                        <pic:spPr>
                          <a:xfrm>
                            <a:off x="0" y="0"/>
                            <a:ext cx="1332000" cy="1008000"/>
                          </a:xfrm>
                          <a:prstGeom prst="rect">
                            <a:avLst/>
                          </a:prstGeom>
                        </pic:spPr>
                      </pic:pic>
                    </a:graphicData>
                  </a:graphic>
                </wp:anchor>
              </w:drawing>
            </w:r>
          </w:sdtContent>
        </w:sdt>
      </w:sdtContent>
    </w:sdt>
  </w:p>
  <w:p w14:paraId="65876238" w14:textId="77777777" w:rsidR="002F548A" w:rsidRDefault="002F548A" w:rsidP="002F548A">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78490" w14:textId="77777777" w:rsidR="00845AD9" w:rsidRDefault="00845AD9">
      <w:pPr>
        <w:spacing w:line="240" w:lineRule="auto"/>
      </w:pPr>
      <w:r>
        <w:separator/>
      </w:r>
    </w:p>
  </w:footnote>
  <w:footnote w:type="continuationSeparator" w:id="0">
    <w:p w14:paraId="3BE22BE0" w14:textId="77777777" w:rsidR="00845AD9" w:rsidRDefault="00845A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E888" w14:textId="77777777" w:rsidR="00D605A7" w:rsidRDefault="00D605A7">
    <w:pPr>
      <w:pStyle w:val="Koptekst"/>
    </w:pPr>
  </w:p>
  <w:p w14:paraId="2B19A484" w14:textId="77777777" w:rsidR="00D605A7" w:rsidRDefault="00D605A7">
    <w:pPr>
      <w:pStyle w:val="Koptekst"/>
    </w:pPr>
  </w:p>
  <w:p w14:paraId="11C92024" w14:textId="77777777" w:rsidR="00D605A7" w:rsidRDefault="00D605A7">
    <w:pPr>
      <w:pStyle w:val="Koptekst"/>
    </w:pPr>
  </w:p>
  <w:p w14:paraId="6BE2C3CA" w14:textId="77777777" w:rsidR="002D3065" w:rsidRDefault="00C17500">
    <w:pPr>
      <w:pStyle w:val="Koptekst"/>
    </w:pPr>
    <w:r w:rsidRPr="00003618">
      <w:rPr>
        <w:noProof/>
        <w:szCs w:val="18"/>
      </w:rPr>
      <w:drawing>
        <wp:anchor distT="0" distB="0" distL="114300" distR="114300" simplePos="0" relativeHeight="251657216" behindDoc="1" locked="0" layoutInCell="1" allowOverlap="1" wp14:anchorId="304B75C8" wp14:editId="59F2397E">
          <wp:simplePos x="0" y="0"/>
          <wp:positionH relativeFrom="column">
            <wp:posOffset>4374515</wp:posOffset>
          </wp:positionH>
          <wp:positionV relativeFrom="page">
            <wp:posOffset>467995</wp:posOffset>
          </wp:positionV>
          <wp:extent cx="1738800" cy="468000"/>
          <wp:effectExtent l="0" t="0" r="0" b="8255"/>
          <wp:wrapNone/>
          <wp:docPr id="1823357780" name="Afbeelding 2" descr="Logo gemeente Hulst 48,33 mm breed x 12,89 mm hoog. Een bruine poort met  zwarte letters 'Hulst' en bruine letters 'geme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57780" name="Afbeelding 2" descr="Logo gemeente Hulst 48,33 mm breed x 12,89 mm hoog. Een bruine poort met  zwarte letters 'Hulst' en bruine letters 'gemeent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738800" cy="468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CDC9" w14:textId="77777777" w:rsidR="002D26A7" w:rsidRDefault="002D26A7" w:rsidP="002D26A7">
    <w:pPr>
      <w:spacing w:line="20" w:lineRule="exact"/>
    </w:pPr>
  </w:p>
  <w:p w14:paraId="6FBE4952" w14:textId="77777777" w:rsidR="0058512D" w:rsidRPr="00E85CD8" w:rsidRDefault="00C17500" w:rsidP="0058512D">
    <w:r w:rsidRPr="00003618">
      <w:rPr>
        <w:noProof/>
        <w:szCs w:val="18"/>
      </w:rPr>
      <w:drawing>
        <wp:anchor distT="0" distB="0" distL="114300" distR="114300" simplePos="0" relativeHeight="251656192" behindDoc="1" locked="0" layoutInCell="1" allowOverlap="1" wp14:anchorId="2A0C5688" wp14:editId="36605EB9">
          <wp:simplePos x="0" y="0"/>
          <wp:positionH relativeFrom="column">
            <wp:posOffset>4374515</wp:posOffset>
          </wp:positionH>
          <wp:positionV relativeFrom="page">
            <wp:posOffset>467995</wp:posOffset>
          </wp:positionV>
          <wp:extent cx="1738800" cy="468000"/>
          <wp:effectExtent l="0" t="0" r="0" b="8255"/>
          <wp:wrapNone/>
          <wp:docPr id="895819672" name="Afbeelding 2" descr="Logo gemeente Hulst 48,33 mm breed x 12,89 mm hoog. Een bruine poort met  zwarte letters 'Hulst' en bruine letters 'geme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819672" name="Afbeelding 2" descr="Logo gemeente Hulst 48,33 mm breed x 12,89 mm hoog. Een bruine poort met  zwarte letters 'Hulst' en bruine letters 'gemeent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738800" cy="468000"/>
                  </a:xfrm>
                  <a:prstGeom prst="rect">
                    <a:avLst/>
                  </a:prstGeom>
                  <a:noFill/>
                  <a:ln>
                    <a:noFill/>
                  </a:ln>
                </pic:spPr>
              </pic:pic>
            </a:graphicData>
          </a:graphic>
        </wp:anchor>
      </w:drawing>
    </w:r>
  </w:p>
  <w:tbl>
    <w:tblPr>
      <w:tblStyle w:val="Tabelraster"/>
      <w:tblW w:w="0" w:type="auto"/>
      <w:tblBorders>
        <w:top w:val="nil"/>
        <w:left w:val="nil"/>
        <w:bottom w:val="nil"/>
        <w:right w:val="nil"/>
        <w:insideH w:val="nil"/>
        <w:insideV w:val="nil"/>
      </w:tblBorders>
      <w:tblCellMar>
        <w:left w:w="0" w:type="dxa"/>
      </w:tblCellMar>
      <w:tblLook w:val="04A0" w:firstRow="1" w:lastRow="0" w:firstColumn="1" w:lastColumn="0" w:noHBand="0" w:noVBand="1"/>
    </w:tblPr>
    <w:tblGrid>
      <w:gridCol w:w="6417"/>
      <w:gridCol w:w="2514"/>
    </w:tblGrid>
    <w:tr w:rsidR="008966D4" w14:paraId="3080EE71" w14:textId="77777777" w:rsidTr="003D192B">
      <w:tc>
        <w:tcPr>
          <w:tcW w:w="6417" w:type="dxa"/>
          <w:vAlign w:val="bottom"/>
        </w:tcPr>
        <w:p w14:paraId="720FBC8E" w14:textId="719D8E55" w:rsidR="0058512D" w:rsidRPr="00E85CD8" w:rsidRDefault="00C17500" w:rsidP="0058512D">
          <w:pPr>
            <w:pStyle w:val="formuliernaam"/>
            <w:rPr>
              <w:rFonts w:ascii="Verdana" w:hAnsi="Verdana"/>
              <w:i w:val="0"/>
              <w:noProof/>
              <w:szCs w:val="24"/>
            </w:rPr>
          </w:pPr>
          <w:r w:rsidRPr="001212A0">
            <w:rPr>
              <w:rFonts w:ascii="Verdana" w:hAnsi="Verdana"/>
              <w:i w:val="0"/>
              <w:noProof/>
              <w:sz w:val="16"/>
              <w:szCs w:val="16"/>
            </w:rPr>
            <w:br/>
          </w:r>
        </w:p>
        <w:p w14:paraId="60C197D5" w14:textId="77777777" w:rsidR="0058512D" w:rsidRPr="00E85CD8" w:rsidRDefault="0058512D" w:rsidP="0058512D">
          <w:pPr>
            <w:pStyle w:val="Koptekst"/>
            <w:rPr>
              <w:noProof/>
              <w:sz w:val="24"/>
              <w:szCs w:val="24"/>
            </w:rPr>
          </w:pPr>
        </w:p>
      </w:tc>
      <w:tc>
        <w:tcPr>
          <w:tcW w:w="2514" w:type="dxa"/>
          <w:vAlign w:val="center"/>
        </w:tcPr>
        <w:p w14:paraId="7DEAB724" w14:textId="77777777" w:rsidR="0058512D" w:rsidRPr="00E85CD8" w:rsidRDefault="0058512D" w:rsidP="0058512D">
          <w:pPr>
            <w:pStyle w:val="Koptekst"/>
            <w:jc w:val="right"/>
          </w:pPr>
        </w:p>
      </w:tc>
    </w:tr>
  </w:tbl>
  <w:p w14:paraId="5D484362" w14:textId="77777777" w:rsidR="00215D1A" w:rsidRPr="00F72DDE" w:rsidRDefault="00215D1A" w:rsidP="002D2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7F877D4"/>
    <w:multiLevelType w:val="multilevel"/>
    <w:tmpl w:val="9EBE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CF34AD"/>
    <w:multiLevelType w:val="hybridMultilevel"/>
    <w:tmpl w:val="16446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C8A330A"/>
    <w:multiLevelType w:val="multilevel"/>
    <w:tmpl w:val="99DE6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064BDB"/>
    <w:multiLevelType w:val="multilevel"/>
    <w:tmpl w:val="A3EA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4F7E3B"/>
    <w:multiLevelType w:val="hybridMultilevel"/>
    <w:tmpl w:val="F29AC8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AEF7119"/>
    <w:multiLevelType w:val="hybridMultilevel"/>
    <w:tmpl w:val="367801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A15D44"/>
    <w:multiLevelType w:val="multilevel"/>
    <w:tmpl w:val="9D52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930909"/>
    <w:multiLevelType w:val="hybridMultilevel"/>
    <w:tmpl w:val="207E07E8"/>
    <w:lvl w:ilvl="0" w:tplc="04130001">
      <w:start w:val="1"/>
      <w:numFmt w:val="bullet"/>
      <w:lvlText w:val=""/>
      <w:lvlJc w:val="left"/>
      <w:pPr>
        <w:ind w:left="720" w:hanging="360"/>
      </w:pPr>
      <w:rPr>
        <w:rFonts w:ascii="Symbol" w:hAnsi="Symbol" w:hint="default"/>
      </w:rPr>
    </w:lvl>
    <w:lvl w:ilvl="1" w:tplc="CAE43C00">
      <w:numFmt w:val="bullet"/>
      <w:lvlText w:val="-"/>
      <w:lvlJc w:val="left"/>
      <w:pPr>
        <w:ind w:left="502" w:hanging="360"/>
      </w:pPr>
      <w:rPr>
        <w:rFonts w:ascii="Arial" w:eastAsiaTheme="minorEastAsia"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4516891"/>
    <w:multiLevelType w:val="hybridMultilevel"/>
    <w:tmpl w:val="7FFC43E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BB3228"/>
    <w:multiLevelType w:val="multilevel"/>
    <w:tmpl w:val="C60AF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B22E22"/>
    <w:multiLevelType w:val="hybridMultilevel"/>
    <w:tmpl w:val="121C2C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58384E"/>
    <w:multiLevelType w:val="multilevel"/>
    <w:tmpl w:val="8672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035A22"/>
    <w:multiLevelType w:val="multilevel"/>
    <w:tmpl w:val="06C8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AE5883"/>
    <w:multiLevelType w:val="multilevel"/>
    <w:tmpl w:val="BC26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301FB"/>
    <w:multiLevelType w:val="hybridMultilevel"/>
    <w:tmpl w:val="05304C62"/>
    <w:lvl w:ilvl="0" w:tplc="A9BC0074">
      <w:start w:val="1"/>
      <w:numFmt w:val="bullet"/>
      <w:pStyle w:val="Lijstalinea"/>
      <w:lvlText w:val=""/>
      <w:lvlJc w:val="left"/>
      <w:pPr>
        <w:ind w:left="284" w:hanging="284"/>
      </w:pPr>
      <w:rPr>
        <w:rFonts w:ascii="Symbol" w:hAnsi="Symbol" w:hint="default"/>
      </w:rPr>
    </w:lvl>
    <w:lvl w:ilvl="1" w:tplc="A5B20CA4" w:tentative="1">
      <w:start w:val="1"/>
      <w:numFmt w:val="bullet"/>
      <w:lvlText w:val="o"/>
      <w:lvlJc w:val="left"/>
      <w:pPr>
        <w:ind w:left="1440" w:hanging="360"/>
      </w:pPr>
      <w:rPr>
        <w:rFonts w:ascii="Courier New" w:hAnsi="Courier New" w:cs="Courier New" w:hint="default"/>
      </w:rPr>
    </w:lvl>
    <w:lvl w:ilvl="2" w:tplc="590A28DE" w:tentative="1">
      <w:start w:val="1"/>
      <w:numFmt w:val="bullet"/>
      <w:lvlText w:val=""/>
      <w:lvlJc w:val="left"/>
      <w:pPr>
        <w:ind w:left="2160" w:hanging="360"/>
      </w:pPr>
      <w:rPr>
        <w:rFonts w:ascii="Wingdings" w:hAnsi="Wingdings" w:hint="default"/>
      </w:rPr>
    </w:lvl>
    <w:lvl w:ilvl="3" w:tplc="287A2AE0" w:tentative="1">
      <w:start w:val="1"/>
      <w:numFmt w:val="bullet"/>
      <w:lvlText w:val=""/>
      <w:lvlJc w:val="left"/>
      <w:pPr>
        <w:ind w:left="2880" w:hanging="360"/>
      </w:pPr>
      <w:rPr>
        <w:rFonts w:ascii="Symbol" w:hAnsi="Symbol" w:hint="default"/>
      </w:rPr>
    </w:lvl>
    <w:lvl w:ilvl="4" w:tplc="533A6160" w:tentative="1">
      <w:start w:val="1"/>
      <w:numFmt w:val="bullet"/>
      <w:lvlText w:val="o"/>
      <w:lvlJc w:val="left"/>
      <w:pPr>
        <w:ind w:left="3600" w:hanging="360"/>
      </w:pPr>
      <w:rPr>
        <w:rFonts w:ascii="Courier New" w:hAnsi="Courier New" w:cs="Courier New" w:hint="default"/>
      </w:rPr>
    </w:lvl>
    <w:lvl w:ilvl="5" w:tplc="2A02D7CE" w:tentative="1">
      <w:start w:val="1"/>
      <w:numFmt w:val="bullet"/>
      <w:lvlText w:val=""/>
      <w:lvlJc w:val="left"/>
      <w:pPr>
        <w:ind w:left="4320" w:hanging="360"/>
      </w:pPr>
      <w:rPr>
        <w:rFonts w:ascii="Wingdings" w:hAnsi="Wingdings" w:hint="default"/>
      </w:rPr>
    </w:lvl>
    <w:lvl w:ilvl="6" w:tplc="7378343A" w:tentative="1">
      <w:start w:val="1"/>
      <w:numFmt w:val="bullet"/>
      <w:lvlText w:val=""/>
      <w:lvlJc w:val="left"/>
      <w:pPr>
        <w:ind w:left="5040" w:hanging="360"/>
      </w:pPr>
      <w:rPr>
        <w:rFonts w:ascii="Symbol" w:hAnsi="Symbol" w:hint="default"/>
      </w:rPr>
    </w:lvl>
    <w:lvl w:ilvl="7" w:tplc="1974D4F0" w:tentative="1">
      <w:start w:val="1"/>
      <w:numFmt w:val="bullet"/>
      <w:lvlText w:val="o"/>
      <w:lvlJc w:val="left"/>
      <w:pPr>
        <w:ind w:left="5760" w:hanging="360"/>
      </w:pPr>
      <w:rPr>
        <w:rFonts w:ascii="Courier New" w:hAnsi="Courier New" w:cs="Courier New" w:hint="default"/>
      </w:rPr>
    </w:lvl>
    <w:lvl w:ilvl="8" w:tplc="ADB2314C" w:tentative="1">
      <w:start w:val="1"/>
      <w:numFmt w:val="bullet"/>
      <w:lvlText w:val=""/>
      <w:lvlJc w:val="left"/>
      <w:pPr>
        <w:ind w:left="6480" w:hanging="360"/>
      </w:pPr>
      <w:rPr>
        <w:rFonts w:ascii="Wingdings" w:hAnsi="Wingdings" w:hint="default"/>
      </w:rPr>
    </w:lvl>
  </w:abstractNum>
  <w:abstractNum w:abstractNumId="24" w15:restartNumberingAfterBreak="0">
    <w:nsid w:val="44D72444"/>
    <w:multiLevelType w:val="multilevel"/>
    <w:tmpl w:val="EA7A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AB6B3E"/>
    <w:multiLevelType w:val="multilevel"/>
    <w:tmpl w:val="D4E0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861DDB"/>
    <w:multiLevelType w:val="multilevel"/>
    <w:tmpl w:val="291C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AB61B6"/>
    <w:multiLevelType w:val="multilevel"/>
    <w:tmpl w:val="B086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ED6C86"/>
    <w:multiLevelType w:val="multilevel"/>
    <w:tmpl w:val="4604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1E353A"/>
    <w:multiLevelType w:val="multilevel"/>
    <w:tmpl w:val="17429A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0" w15:restartNumberingAfterBreak="0">
    <w:nsid w:val="5B811FBA"/>
    <w:multiLevelType w:val="hybridMultilevel"/>
    <w:tmpl w:val="D4C4DB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CB72291"/>
    <w:multiLevelType w:val="hybridMultilevel"/>
    <w:tmpl w:val="7B10A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50414F8"/>
    <w:multiLevelType w:val="hybridMultilevel"/>
    <w:tmpl w:val="4844C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A616480"/>
    <w:multiLevelType w:val="hybridMultilevel"/>
    <w:tmpl w:val="741CE8FE"/>
    <w:lvl w:ilvl="0" w:tplc="D2A21F44">
      <w:start w:val="1"/>
      <w:numFmt w:val="bullet"/>
      <w:lvlText w:val=""/>
      <w:lvlJc w:val="left"/>
      <w:pPr>
        <w:ind w:left="284" w:hanging="284"/>
      </w:pPr>
      <w:rPr>
        <w:rFonts w:ascii="Symbol" w:hAnsi="Symbol" w:hint="default"/>
      </w:rPr>
    </w:lvl>
    <w:lvl w:ilvl="1" w:tplc="D8DAA830" w:tentative="1">
      <w:start w:val="1"/>
      <w:numFmt w:val="bullet"/>
      <w:lvlText w:val="o"/>
      <w:lvlJc w:val="left"/>
      <w:pPr>
        <w:ind w:left="2160" w:hanging="360"/>
      </w:pPr>
      <w:rPr>
        <w:rFonts w:ascii="Courier New" w:hAnsi="Courier New" w:cs="Courier New" w:hint="default"/>
      </w:rPr>
    </w:lvl>
    <w:lvl w:ilvl="2" w:tplc="C752373E" w:tentative="1">
      <w:start w:val="1"/>
      <w:numFmt w:val="bullet"/>
      <w:lvlText w:val=""/>
      <w:lvlJc w:val="left"/>
      <w:pPr>
        <w:ind w:left="2880" w:hanging="360"/>
      </w:pPr>
      <w:rPr>
        <w:rFonts w:ascii="Wingdings" w:hAnsi="Wingdings" w:hint="default"/>
      </w:rPr>
    </w:lvl>
    <w:lvl w:ilvl="3" w:tplc="C00E51E2" w:tentative="1">
      <w:start w:val="1"/>
      <w:numFmt w:val="bullet"/>
      <w:lvlText w:val=""/>
      <w:lvlJc w:val="left"/>
      <w:pPr>
        <w:ind w:left="3600" w:hanging="360"/>
      </w:pPr>
      <w:rPr>
        <w:rFonts w:ascii="Symbol" w:hAnsi="Symbol" w:hint="default"/>
      </w:rPr>
    </w:lvl>
    <w:lvl w:ilvl="4" w:tplc="C3E6046C" w:tentative="1">
      <w:start w:val="1"/>
      <w:numFmt w:val="bullet"/>
      <w:lvlText w:val="o"/>
      <w:lvlJc w:val="left"/>
      <w:pPr>
        <w:ind w:left="4320" w:hanging="360"/>
      </w:pPr>
      <w:rPr>
        <w:rFonts w:ascii="Courier New" w:hAnsi="Courier New" w:cs="Courier New" w:hint="default"/>
      </w:rPr>
    </w:lvl>
    <w:lvl w:ilvl="5" w:tplc="F94C6270" w:tentative="1">
      <w:start w:val="1"/>
      <w:numFmt w:val="bullet"/>
      <w:lvlText w:val=""/>
      <w:lvlJc w:val="left"/>
      <w:pPr>
        <w:ind w:left="5040" w:hanging="360"/>
      </w:pPr>
      <w:rPr>
        <w:rFonts w:ascii="Wingdings" w:hAnsi="Wingdings" w:hint="default"/>
      </w:rPr>
    </w:lvl>
    <w:lvl w:ilvl="6" w:tplc="E0525134" w:tentative="1">
      <w:start w:val="1"/>
      <w:numFmt w:val="bullet"/>
      <w:lvlText w:val=""/>
      <w:lvlJc w:val="left"/>
      <w:pPr>
        <w:ind w:left="5760" w:hanging="360"/>
      </w:pPr>
      <w:rPr>
        <w:rFonts w:ascii="Symbol" w:hAnsi="Symbol" w:hint="default"/>
      </w:rPr>
    </w:lvl>
    <w:lvl w:ilvl="7" w:tplc="88E42C72" w:tentative="1">
      <w:start w:val="1"/>
      <w:numFmt w:val="bullet"/>
      <w:lvlText w:val="o"/>
      <w:lvlJc w:val="left"/>
      <w:pPr>
        <w:ind w:left="6480" w:hanging="360"/>
      </w:pPr>
      <w:rPr>
        <w:rFonts w:ascii="Courier New" w:hAnsi="Courier New" w:cs="Courier New" w:hint="default"/>
      </w:rPr>
    </w:lvl>
    <w:lvl w:ilvl="8" w:tplc="82C2DCDA" w:tentative="1">
      <w:start w:val="1"/>
      <w:numFmt w:val="bullet"/>
      <w:lvlText w:val=""/>
      <w:lvlJc w:val="left"/>
      <w:pPr>
        <w:ind w:left="7200" w:hanging="360"/>
      </w:pPr>
      <w:rPr>
        <w:rFonts w:ascii="Wingdings" w:hAnsi="Wingdings" w:hint="default"/>
      </w:rPr>
    </w:lvl>
  </w:abstractNum>
  <w:abstractNum w:abstractNumId="34" w15:restartNumberingAfterBreak="0">
    <w:nsid w:val="72352D27"/>
    <w:multiLevelType w:val="hybridMultilevel"/>
    <w:tmpl w:val="D1845E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41D4B42"/>
    <w:multiLevelType w:val="multilevel"/>
    <w:tmpl w:val="C6623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AF4192"/>
    <w:multiLevelType w:val="multilevel"/>
    <w:tmpl w:val="6902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141C77"/>
    <w:multiLevelType w:val="hybridMultilevel"/>
    <w:tmpl w:val="57DC2310"/>
    <w:lvl w:ilvl="0" w:tplc="8C74DB9A">
      <w:start w:val="1"/>
      <w:numFmt w:val="decimal"/>
      <w:lvlText w:val="%1."/>
      <w:lvlJc w:val="left"/>
      <w:pPr>
        <w:ind w:left="1440" w:hanging="360"/>
      </w:pPr>
    </w:lvl>
    <w:lvl w:ilvl="1" w:tplc="526C6FBA">
      <w:start w:val="1"/>
      <w:numFmt w:val="decimal"/>
      <w:lvlText w:val="%2."/>
      <w:lvlJc w:val="left"/>
      <w:pPr>
        <w:ind w:left="1440" w:hanging="360"/>
      </w:pPr>
    </w:lvl>
    <w:lvl w:ilvl="2" w:tplc="BD285538">
      <w:start w:val="1"/>
      <w:numFmt w:val="decimal"/>
      <w:lvlText w:val="%3."/>
      <w:lvlJc w:val="left"/>
      <w:pPr>
        <w:ind w:left="1440" w:hanging="360"/>
      </w:pPr>
    </w:lvl>
    <w:lvl w:ilvl="3" w:tplc="D27682F8">
      <w:start w:val="1"/>
      <w:numFmt w:val="decimal"/>
      <w:lvlText w:val="%4."/>
      <w:lvlJc w:val="left"/>
      <w:pPr>
        <w:ind w:left="1440" w:hanging="360"/>
      </w:pPr>
    </w:lvl>
    <w:lvl w:ilvl="4" w:tplc="0A629616">
      <w:start w:val="1"/>
      <w:numFmt w:val="decimal"/>
      <w:lvlText w:val="%5."/>
      <w:lvlJc w:val="left"/>
      <w:pPr>
        <w:ind w:left="1440" w:hanging="360"/>
      </w:pPr>
    </w:lvl>
    <w:lvl w:ilvl="5" w:tplc="2FC62D40">
      <w:start w:val="1"/>
      <w:numFmt w:val="decimal"/>
      <w:lvlText w:val="%6."/>
      <w:lvlJc w:val="left"/>
      <w:pPr>
        <w:ind w:left="1440" w:hanging="360"/>
      </w:pPr>
    </w:lvl>
    <w:lvl w:ilvl="6" w:tplc="710C693C">
      <w:start w:val="1"/>
      <w:numFmt w:val="decimal"/>
      <w:lvlText w:val="%7."/>
      <w:lvlJc w:val="left"/>
      <w:pPr>
        <w:ind w:left="1440" w:hanging="360"/>
      </w:pPr>
    </w:lvl>
    <w:lvl w:ilvl="7" w:tplc="7D80FDB8">
      <w:start w:val="1"/>
      <w:numFmt w:val="decimal"/>
      <w:lvlText w:val="%8."/>
      <w:lvlJc w:val="left"/>
      <w:pPr>
        <w:ind w:left="1440" w:hanging="360"/>
      </w:pPr>
    </w:lvl>
    <w:lvl w:ilvl="8" w:tplc="07AA504A">
      <w:start w:val="1"/>
      <w:numFmt w:val="decimal"/>
      <w:lvlText w:val="%9."/>
      <w:lvlJc w:val="left"/>
      <w:pPr>
        <w:ind w:left="1440" w:hanging="360"/>
      </w:pPr>
    </w:lvl>
  </w:abstractNum>
  <w:abstractNum w:abstractNumId="38" w15:restartNumberingAfterBreak="0">
    <w:nsid w:val="7C103D27"/>
    <w:multiLevelType w:val="hybridMultilevel"/>
    <w:tmpl w:val="9E1E76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5876922">
    <w:abstractNumId w:val="29"/>
  </w:num>
  <w:num w:numId="2" w16cid:durableId="2097827669">
    <w:abstractNumId w:val="29"/>
  </w:num>
  <w:num w:numId="3" w16cid:durableId="1510370518">
    <w:abstractNumId w:val="29"/>
  </w:num>
  <w:num w:numId="4" w16cid:durableId="754476325">
    <w:abstractNumId w:val="29"/>
  </w:num>
  <w:num w:numId="5" w16cid:durableId="1615015618">
    <w:abstractNumId w:val="29"/>
  </w:num>
  <w:num w:numId="6" w16cid:durableId="2102795220">
    <w:abstractNumId w:val="29"/>
  </w:num>
  <w:num w:numId="7" w16cid:durableId="94983756">
    <w:abstractNumId w:val="29"/>
  </w:num>
  <w:num w:numId="8" w16cid:durableId="780994872">
    <w:abstractNumId w:val="29"/>
  </w:num>
  <w:num w:numId="9" w16cid:durableId="379793428">
    <w:abstractNumId w:val="33"/>
  </w:num>
  <w:num w:numId="10" w16cid:durableId="1820226554">
    <w:abstractNumId w:val="23"/>
  </w:num>
  <w:num w:numId="11" w16cid:durableId="786193464">
    <w:abstractNumId w:val="8"/>
  </w:num>
  <w:num w:numId="12" w16cid:durableId="171843566">
    <w:abstractNumId w:val="6"/>
  </w:num>
  <w:num w:numId="13" w16cid:durableId="69932036">
    <w:abstractNumId w:val="5"/>
  </w:num>
  <w:num w:numId="14" w16cid:durableId="133181354">
    <w:abstractNumId w:val="4"/>
  </w:num>
  <w:num w:numId="15" w16cid:durableId="1186670759">
    <w:abstractNumId w:val="7"/>
  </w:num>
  <w:num w:numId="16" w16cid:durableId="1111707100">
    <w:abstractNumId w:val="3"/>
  </w:num>
  <w:num w:numId="17" w16cid:durableId="1272007313">
    <w:abstractNumId w:val="2"/>
  </w:num>
  <w:num w:numId="18" w16cid:durableId="910315233">
    <w:abstractNumId w:val="1"/>
  </w:num>
  <w:num w:numId="19" w16cid:durableId="413555423">
    <w:abstractNumId w:val="0"/>
  </w:num>
  <w:num w:numId="20" w16cid:durableId="1178889164">
    <w:abstractNumId w:val="28"/>
  </w:num>
  <w:num w:numId="21" w16cid:durableId="1944263734">
    <w:abstractNumId w:val="38"/>
  </w:num>
  <w:num w:numId="22" w16cid:durableId="1113598303">
    <w:abstractNumId w:val="36"/>
  </w:num>
  <w:num w:numId="23" w16cid:durableId="1831410708">
    <w:abstractNumId w:val="27"/>
  </w:num>
  <w:num w:numId="24" w16cid:durableId="611861030">
    <w:abstractNumId w:val="35"/>
  </w:num>
  <w:num w:numId="25" w16cid:durableId="367413348">
    <w:abstractNumId w:val="34"/>
  </w:num>
  <w:num w:numId="26" w16cid:durableId="1899396650">
    <w:abstractNumId w:val="32"/>
  </w:num>
  <w:num w:numId="27" w16cid:durableId="1472796029">
    <w:abstractNumId w:val="10"/>
  </w:num>
  <w:num w:numId="28" w16cid:durableId="1270045132">
    <w:abstractNumId w:val="17"/>
  </w:num>
  <w:num w:numId="29" w16cid:durableId="352650326">
    <w:abstractNumId w:val="18"/>
  </w:num>
  <w:num w:numId="30" w16cid:durableId="1574391352">
    <w:abstractNumId w:val="12"/>
  </w:num>
  <w:num w:numId="31" w16cid:durableId="1757050771">
    <w:abstractNumId w:val="16"/>
  </w:num>
  <w:num w:numId="32" w16cid:durableId="1190487784">
    <w:abstractNumId w:val="19"/>
  </w:num>
  <w:num w:numId="33" w16cid:durableId="2015257040">
    <w:abstractNumId w:val="15"/>
  </w:num>
  <w:num w:numId="34" w16cid:durableId="202644493">
    <w:abstractNumId w:val="30"/>
  </w:num>
  <w:num w:numId="35" w16cid:durableId="1790665634">
    <w:abstractNumId w:val="13"/>
  </w:num>
  <w:num w:numId="36" w16cid:durableId="682777679">
    <w:abstractNumId w:val="14"/>
  </w:num>
  <w:num w:numId="37" w16cid:durableId="846821823">
    <w:abstractNumId w:val="31"/>
  </w:num>
  <w:num w:numId="38" w16cid:durableId="1543789328">
    <w:abstractNumId w:val="11"/>
  </w:num>
  <w:num w:numId="39" w16cid:durableId="1238519698">
    <w:abstractNumId w:val="21"/>
  </w:num>
  <w:num w:numId="40" w16cid:durableId="1877692837">
    <w:abstractNumId w:val="26"/>
  </w:num>
  <w:num w:numId="41" w16cid:durableId="713894976">
    <w:abstractNumId w:val="22"/>
  </w:num>
  <w:num w:numId="42" w16cid:durableId="869952919">
    <w:abstractNumId w:val="24"/>
  </w:num>
  <w:num w:numId="43" w16cid:durableId="1987394691">
    <w:abstractNumId w:val="9"/>
  </w:num>
  <w:num w:numId="44" w16cid:durableId="1560480014">
    <w:abstractNumId w:val="20"/>
  </w:num>
  <w:num w:numId="45" w16cid:durableId="1510867666">
    <w:abstractNumId w:val="37"/>
  </w:num>
  <w:num w:numId="46" w16cid:durableId="15930079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6D4"/>
    <w:rsid w:val="00005C04"/>
    <w:rsid w:val="001212A0"/>
    <w:rsid w:val="001A6192"/>
    <w:rsid w:val="001D3764"/>
    <w:rsid w:val="00215D1A"/>
    <w:rsid w:val="002875F1"/>
    <w:rsid w:val="0029485E"/>
    <w:rsid w:val="002D26A7"/>
    <w:rsid w:val="002D3065"/>
    <w:rsid w:val="002F548A"/>
    <w:rsid w:val="00325DDD"/>
    <w:rsid w:val="003577E2"/>
    <w:rsid w:val="003C22FD"/>
    <w:rsid w:val="004415A7"/>
    <w:rsid w:val="0049435A"/>
    <w:rsid w:val="0049480F"/>
    <w:rsid w:val="004F6CB1"/>
    <w:rsid w:val="0058512D"/>
    <w:rsid w:val="005955F1"/>
    <w:rsid w:val="0061141A"/>
    <w:rsid w:val="006368C0"/>
    <w:rsid w:val="0064237D"/>
    <w:rsid w:val="00687058"/>
    <w:rsid w:val="00691B02"/>
    <w:rsid w:val="006E0224"/>
    <w:rsid w:val="00845AD9"/>
    <w:rsid w:val="008616FB"/>
    <w:rsid w:val="008966D4"/>
    <w:rsid w:val="008A35D6"/>
    <w:rsid w:val="0094324C"/>
    <w:rsid w:val="00992A2A"/>
    <w:rsid w:val="00992C35"/>
    <w:rsid w:val="009D5E00"/>
    <w:rsid w:val="009E3DA7"/>
    <w:rsid w:val="00AB4489"/>
    <w:rsid w:val="00AD6BBD"/>
    <w:rsid w:val="00AF7A22"/>
    <w:rsid w:val="00B34210"/>
    <w:rsid w:val="00B933BD"/>
    <w:rsid w:val="00C17500"/>
    <w:rsid w:val="00C20186"/>
    <w:rsid w:val="00C50F39"/>
    <w:rsid w:val="00C66702"/>
    <w:rsid w:val="00CD39B7"/>
    <w:rsid w:val="00D605A7"/>
    <w:rsid w:val="00D85333"/>
    <w:rsid w:val="00D9259D"/>
    <w:rsid w:val="00E57172"/>
    <w:rsid w:val="00E676CF"/>
    <w:rsid w:val="00E85CD8"/>
    <w:rsid w:val="00EA7C2F"/>
    <w:rsid w:val="00F14092"/>
    <w:rsid w:val="00F14BA4"/>
    <w:rsid w:val="00F72DDE"/>
    <w:rsid w:val="00F800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7F7BD"/>
  <w15:docId w15:val="{789380B8-B7E0-47B1-BFD3-35E096F3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951535"/>
    <w:pPr>
      <w:spacing w:after="0"/>
    </w:pPr>
    <w:rPr>
      <w:rFonts w:ascii="Verdana" w:hAnsi="Verdana"/>
      <w:sz w:val="18"/>
    </w:rPr>
  </w:style>
  <w:style w:type="paragraph" w:styleId="Kop1">
    <w:name w:val="heading 1"/>
    <w:basedOn w:val="Standaard"/>
    <w:next w:val="Standaard"/>
    <w:link w:val="Kop1Char"/>
    <w:uiPriority w:val="9"/>
    <w:qFormat/>
    <w:rsid w:val="00674801"/>
    <w:pPr>
      <w:spacing w:after="120"/>
      <w:outlineLvl w:val="0"/>
    </w:pPr>
    <w:rPr>
      <w:b/>
      <w:sz w:val="24"/>
      <w:szCs w:val="48"/>
    </w:rPr>
  </w:style>
  <w:style w:type="paragraph" w:styleId="Kop2">
    <w:name w:val="heading 2"/>
    <w:basedOn w:val="Kop1"/>
    <w:next w:val="Standaard"/>
    <w:link w:val="Kop2Char"/>
    <w:uiPriority w:val="9"/>
    <w:unhideWhenUsed/>
    <w:qFormat/>
    <w:rsid w:val="00674801"/>
    <w:pPr>
      <w:numPr>
        <w:ilvl w:val="1"/>
      </w:numPr>
      <w:spacing w:after="0"/>
      <w:outlineLvl w:val="1"/>
    </w:pPr>
    <w:rPr>
      <w:sz w:val="18"/>
      <w:szCs w:val="28"/>
    </w:rPr>
  </w:style>
  <w:style w:type="paragraph" w:styleId="Kop3">
    <w:name w:val="heading 3"/>
    <w:basedOn w:val="Standaard"/>
    <w:next w:val="Standaard"/>
    <w:link w:val="Kop3Char"/>
    <w:uiPriority w:val="9"/>
    <w:unhideWhenUsed/>
    <w:qFormat/>
    <w:rsid w:val="00A05617"/>
    <w:pPr>
      <w:numPr>
        <w:ilvl w:val="2"/>
        <w:numId w:val="8"/>
      </w:numPr>
      <w:spacing w:after="120"/>
      <w:outlineLvl w:val="2"/>
    </w:pPr>
    <w:rPr>
      <w:b/>
      <w:color w:val="284255"/>
      <w:sz w:val="24"/>
      <w:szCs w:val="24"/>
    </w:rPr>
  </w:style>
  <w:style w:type="paragraph" w:styleId="Kop4">
    <w:name w:val="heading 4"/>
    <w:basedOn w:val="Standaard"/>
    <w:next w:val="Standaard"/>
    <w:link w:val="Kop4Char"/>
    <w:uiPriority w:val="9"/>
    <w:unhideWhenUsed/>
    <w:qFormat/>
    <w:rsid w:val="00A05617"/>
    <w:pPr>
      <w:spacing w:after="120"/>
      <w:outlineLvl w:val="3"/>
    </w:pPr>
    <w:rPr>
      <w:b/>
      <w:i/>
      <w:color w:val="284255"/>
      <w:szCs w:val="20"/>
    </w:rPr>
  </w:style>
  <w:style w:type="paragraph" w:styleId="Kop5">
    <w:name w:val="heading 5"/>
    <w:basedOn w:val="Standaard"/>
    <w:next w:val="Standaard"/>
    <w:link w:val="Kop5Char"/>
    <w:uiPriority w:val="9"/>
    <w:semiHidden/>
    <w:unhideWhenUsed/>
    <w:qFormat/>
    <w:rsid w:val="00A05617"/>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05617"/>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05617"/>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05617"/>
    <w:pPr>
      <w:keepNext/>
      <w:keepLines/>
      <w:numPr>
        <w:ilvl w:val="7"/>
        <w:numId w:val="8"/>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05617"/>
    <w:pPr>
      <w:keepNext/>
      <w:keepLines/>
      <w:numPr>
        <w:ilvl w:val="8"/>
        <w:numId w:val="8"/>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4801"/>
    <w:rPr>
      <w:rFonts w:ascii="Verdana" w:hAnsi="Verdana"/>
      <w:b/>
      <w:sz w:val="24"/>
      <w:szCs w:val="48"/>
    </w:rPr>
  </w:style>
  <w:style w:type="character" w:customStyle="1" w:styleId="Kop2Char">
    <w:name w:val="Kop 2 Char"/>
    <w:basedOn w:val="Standaardalinea-lettertype"/>
    <w:link w:val="Kop2"/>
    <w:uiPriority w:val="9"/>
    <w:rsid w:val="00674801"/>
    <w:rPr>
      <w:rFonts w:ascii="Verdana" w:hAnsi="Verdana"/>
      <w:b/>
      <w:sz w:val="18"/>
      <w:szCs w:val="28"/>
    </w:rPr>
  </w:style>
  <w:style w:type="character" w:customStyle="1" w:styleId="Kop3Char">
    <w:name w:val="Kop 3 Char"/>
    <w:basedOn w:val="Standaardalinea-lettertype"/>
    <w:link w:val="Kop3"/>
    <w:uiPriority w:val="9"/>
    <w:rsid w:val="00A05617"/>
    <w:rPr>
      <w:rFonts w:ascii="Trebuchet MS" w:hAnsi="Trebuchet MS"/>
      <w:b/>
      <w:color w:val="284255"/>
      <w:sz w:val="24"/>
      <w:szCs w:val="24"/>
    </w:rPr>
  </w:style>
  <w:style w:type="character" w:customStyle="1" w:styleId="Kop4Char">
    <w:name w:val="Kop 4 Char"/>
    <w:basedOn w:val="Standaardalinea-lettertype"/>
    <w:link w:val="Kop4"/>
    <w:uiPriority w:val="9"/>
    <w:rsid w:val="00A05617"/>
    <w:rPr>
      <w:rFonts w:ascii="Trebuchet MS" w:hAnsi="Trebuchet MS"/>
      <w:b/>
      <w:i/>
      <w:color w:val="284255"/>
      <w:sz w:val="20"/>
      <w:szCs w:val="20"/>
    </w:rPr>
  </w:style>
  <w:style w:type="character" w:customStyle="1" w:styleId="Kop5Char">
    <w:name w:val="Kop 5 Char"/>
    <w:basedOn w:val="Standaardalinea-lettertype"/>
    <w:link w:val="Kop5"/>
    <w:uiPriority w:val="9"/>
    <w:semiHidden/>
    <w:rsid w:val="00A05617"/>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uiPriority w:val="9"/>
    <w:semiHidden/>
    <w:rsid w:val="00A0561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0561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0561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05617"/>
    <w:rPr>
      <w:rFonts w:asciiTheme="majorHAnsi" w:eastAsiaTheme="majorEastAsia" w:hAnsiTheme="majorHAnsi" w:cstheme="majorBidi"/>
      <w:i/>
      <w:iCs/>
      <w:color w:val="404040" w:themeColor="text1" w:themeTint="BF"/>
      <w:sz w:val="20"/>
      <w:szCs w:val="20"/>
    </w:rPr>
  </w:style>
  <w:style w:type="paragraph" w:styleId="Koptekst">
    <w:name w:val="header"/>
    <w:basedOn w:val="Standaard"/>
    <w:link w:val="KoptekstChar"/>
    <w:uiPriority w:val="99"/>
    <w:unhideWhenUsed/>
    <w:rsid w:val="001B247E"/>
    <w:pPr>
      <w:tabs>
        <w:tab w:val="center" w:pos="4536"/>
        <w:tab w:val="right" w:pos="9072"/>
      </w:tabs>
    </w:pPr>
  </w:style>
  <w:style w:type="character" w:customStyle="1" w:styleId="KoptekstChar">
    <w:name w:val="Koptekst Char"/>
    <w:basedOn w:val="Standaardalinea-lettertype"/>
    <w:link w:val="Koptekst"/>
    <w:uiPriority w:val="99"/>
    <w:rsid w:val="001B247E"/>
    <w:rPr>
      <w:rFonts w:ascii="Trebuchet MS" w:hAnsi="Trebuchet MS"/>
      <w:sz w:val="20"/>
    </w:rPr>
  </w:style>
  <w:style w:type="paragraph" w:styleId="Voettekst">
    <w:name w:val="footer"/>
    <w:basedOn w:val="Standaard"/>
    <w:link w:val="VoettekstChar"/>
    <w:uiPriority w:val="99"/>
    <w:unhideWhenUsed/>
    <w:rsid w:val="001B247E"/>
    <w:pPr>
      <w:tabs>
        <w:tab w:val="center" w:pos="4536"/>
        <w:tab w:val="right" w:pos="9072"/>
      </w:tabs>
    </w:pPr>
  </w:style>
  <w:style w:type="character" w:customStyle="1" w:styleId="VoettekstChar">
    <w:name w:val="Voettekst Char"/>
    <w:basedOn w:val="Standaardalinea-lettertype"/>
    <w:link w:val="Voettekst"/>
    <w:uiPriority w:val="99"/>
    <w:rsid w:val="001B247E"/>
    <w:rPr>
      <w:rFonts w:ascii="Trebuchet MS" w:hAnsi="Trebuchet MS"/>
      <w:sz w:val="20"/>
    </w:rPr>
  </w:style>
  <w:style w:type="paragraph" w:customStyle="1" w:styleId="formuliernaam">
    <w:name w:val="formuliernaam"/>
    <w:rsid w:val="002D26A7"/>
    <w:pPr>
      <w:spacing w:after="0" w:line="240" w:lineRule="auto"/>
    </w:pPr>
    <w:rPr>
      <w:rFonts w:ascii="Trebuchet MS" w:eastAsia="Times New Roman" w:hAnsi="Trebuchet MS" w:cs="Times New Roman"/>
      <w:b/>
      <w:i/>
      <w:sz w:val="32"/>
      <w:szCs w:val="20"/>
      <w:lang w:eastAsia="nl-NL"/>
    </w:rPr>
  </w:style>
  <w:style w:type="table" w:styleId="Tabelraster">
    <w:name w:val="Table Grid"/>
    <w:basedOn w:val="Standaardtabel"/>
    <w:uiPriority w:val="59"/>
    <w:rsid w:val="002D26A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51535"/>
    <w:pPr>
      <w:numPr>
        <w:numId w:val="10"/>
      </w:numPr>
      <w:contextualSpacing/>
    </w:pPr>
  </w:style>
  <w:style w:type="paragraph" w:styleId="Geenafstand">
    <w:name w:val="No Spacing"/>
    <w:uiPriority w:val="1"/>
    <w:qFormat/>
    <w:rsid w:val="00C66702"/>
    <w:pPr>
      <w:spacing w:after="0" w:line="240" w:lineRule="auto"/>
    </w:pPr>
    <w:rPr>
      <w:rFonts w:eastAsiaTheme="minorEastAsia"/>
      <w:lang w:val="en-US"/>
    </w:rPr>
  </w:style>
  <w:style w:type="paragraph" w:styleId="Titel">
    <w:name w:val="Title"/>
    <w:basedOn w:val="Standaard"/>
    <w:next w:val="Standaard"/>
    <w:link w:val="TitelChar"/>
    <w:uiPriority w:val="10"/>
    <w:qFormat/>
    <w:rsid w:val="00C6670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C66702"/>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C66702"/>
    <w:pPr>
      <w:numPr>
        <w:ilvl w:val="1"/>
      </w:numPr>
      <w:spacing w:after="200"/>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C66702"/>
    <w:rPr>
      <w:rFonts w:asciiTheme="majorHAnsi" w:eastAsiaTheme="majorEastAsia" w:hAnsiTheme="majorHAnsi" w:cstheme="majorBidi"/>
      <w:i/>
      <w:iCs/>
      <w:color w:val="4F81BD" w:themeColor="accent1"/>
      <w:spacing w:val="15"/>
      <w:sz w:val="24"/>
      <w:szCs w:val="24"/>
    </w:rPr>
  </w:style>
  <w:style w:type="paragraph" w:styleId="Plattetekst">
    <w:name w:val="Body Text"/>
    <w:basedOn w:val="Standaard"/>
    <w:link w:val="PlattetekstChar"/>
    <w:uiPriority w:val="99"/>
    <w:unhideWhenUsed/>
    <w:rsid w:val="00C66702"/>
    <w:pPr>
      <w:spacing w:after="120"/>
    </w:pPr>
    <w:rPr>
      <w:rFonts w:ascii="Arial" w:eastAsiaTheme="minorEastAsia" w:hAnsi="Arial"/>
      <w:sz w:val="20"/>
    </w:rPr>
  </w:style>
  <w:style w:type="character" w:customStyle="1" w:styleId="PlattetekstChar">
    <w:name w:val="Platte tekst Char"/>
    <w:basedOn w:val="Standaardalinea-lettertype"/>
    <w:link w:val="Plattetekst"/>
    <w:uiPriority w:val="99"/>
    <w:rsid w:val="00C66702"/>
    <w:rPr>
      <w:rFonts w:ascii="Arial" w:eastAsiaTheme="minorEastAsia" w:hAnsi="Arial"/>
      <w:sz w:val="20"/>
    </w:rPr>
  </w:style>
  <w:style w:type="paragraph" w:styleId="Plattetekst2">
    <w:name w:val="Body Text 2"/>
    <w:basedOn w:val="Standaard"/>
    <w:link w:val="Plattetekst2Char"/>
    <w:uiPriority w:val="99"/>
    <w:unhideWhenUsed/>
    <w:rsid w:val="00C66702"/>
    <w:pPr>
      <w:spacing w:after="120" w:line="480" w:lineRule="auto"/>
    </w:pPr>
    <w:rPr>
      <w:rFonts w:ascii="Arial" w:eastAsiaTheme="minorEastAsia" w:hAnsi="Arial"/>
      <w:sz w:val="20"/>
    </w:rPr>
  </w:style>
  <w:style w:type="character" w:customStyle="1" w:styleId="Plattetekst2Char">
    <w:name w:val="Platte tekst 2 Char"/>
    <w:basedOn w:val="Standaardalinea-lettertype"/>
    <w:link w:val="Plattetekst2"/>
    <w:uiPriority w:val="99"/>
    <w:rsid w:val="00C66702"/>
    <w:rPr>
      <w:rFonts w:ascii="Arial" w:eastAsiaTheme="minorEastAsia" w:hAnsi="Arial"/>
      <w:sz w:val="20"/>
    </w:rPr>
  </w:style>
  <w:style w:type="paragraph" w:styleId="Plattetekst3">
    <w:name w:val="Body Text 3"/>
    <w:basedOn w:val="Standaard"/>
    <w:link w:val="Plattetekst3Char"/>
    <w:uiPriority w:val="99"/>
    <w:unhideWhenUsed/>
    <w:rsid w:val="00C66702"/>
    <w:pPr>
      <w:spacing w:after="120"/>
    </w:pPr>
    <w:rPr>
      <w:rFonts w:ascii="Arial" w:eastAsiaTheme="minorEastAsia" w:hAnsi="Arial"/>
      <w:sz w:val="16"/>
      <w:szCs w:val="16"/>
    </w:rPr>
  </w:style>
  <w:style w:type="character" w:customStyle="1" w:styleId="Plattetekst3Char">
    <w:name w:val="Platte tekst 3 Char"/>
    <w:basedOn w:val="Standaardalinea-lettertype"/>
    <w:link w:val="Plattetekst3"/>
    <w:uiPriority w:val="99"/>
    <w:rsid w:val="00C66702"/>
    <w:rPr>
      <w:rFonts w:ascii="Arial" w:eastAsiaTheme="minorEastAsia" w:hAnsi="Arial"/>
      <w:sz w:val="16"/>
      <w:szCs w:val="16"/>
    </w:rPr>
  </w:style>
  <w:style w:type="paragraph" w:styleId="Lijst">
    <w:name w:val="List"/>
    <w:basedOn w:val="Standaard"/>
    <w:uiPriority w:val="99"/>
    <w:unhideWhenUsed/>
    <w:rsid w:val="00C66702"/>
    <w:pPr>
      <w:spacing w:after="200"/>
      <w:ind w:left="360" w:hanging="360"/>
      <w:contextualSpacing/>
    </w:pPr>
    <w:rPr>
      <w:rFonts w:ascii="Arial" w:eastAsiaTheme="minorEastAsia" w:hAnsi="Arial"/>
      <w:sz w:val="20"/>
    </w:rPr>
  </w:style>
  <w:style w:type="paragraph" w:styleId="Lijst2">
    <w:name w:val="List 2"/>
    <w:basedOn w:val="Standaard"/>
    <w:uiPriority w:val="99"/>
    <w:unhideWhenUsed/>
    <w:rsid w:val="00C66702"/>
    <w:pPr>
      <w:spacing w:after="200"/>
      <w:ind w:left="720" w:hanging="360"/>
      <w:contextualSpacing/>
    </w:pPr>
    <w:rPr>
      <w:rFonts w:ascii="Arial" w:eastAsiaTheme="minorEastAsia" w:hAnsi="Arial"/>
      <w:sz w:val="20"/>
    </w:rPr>
  </w:style>
  <w:style w:type="paragraph" w:styleId="Lijst3">
    <w:name w:val="List 3"/>
    <w:basedOn w:val="Standaard"/>
    <w:uiPriority w:val="99"/>
    <w:unhideWhenUsed/>
    <w:rsid w:val="00C66702"/>
    <w:pPr>
      <w:spacing w:after="200"/>
      <w:ind w:left="1080" w:hanging="360"/>
      <w:contextualSpacing/>
    </w:pPr>
    <w:rPr>
      <w:rFonts w:ascii="Arial" w:eastAsiaTheme="minorEastAsia" w:hAnsi="Arial"/>
      <w:sz w:val="20"/>
    </w:rPr>
  </w:style>
  <w:style w:type="paragraph" w:styleId="Lijstopsomteken">
    <w:name w:val="List Bullet"/>
    <w:basedOn w:val="Standaard"/>
    <w:uiPriority w:val="99"/>
    <w:unhideWhenUsed/>
    <w:rsid w:val="00C66702"/>
    <w:pPr>
      <w:numPr>
        <w:numId w:val="11"/>
      </w:numPr>
      <w:tabs>
        <w:tab w:val="clear" w:pos="360"/>
      </w:tabs>
      <w:spacing w:after="200"/>
      <w:ind w:left="0" w:firstLine="0"/>
      <w:contextualSpacing/>
    </w:pPr>
    <w:rPr>
      <w:rFonts w:ascii="Arial" w:eastAsiaTheme="minorEastAsia" w:hAnsi="Arial"/>
      <w:sz w:val="20"/>
    </w:rPr>
  </w:style>
  <w:style w:type="paragraph" w:styleId="Lijstopsomteken2">
    <w:name w:val="List Bullet 2"/>
    <w:basedOn w:val="Standaard"/>
    <w:uiPriority w:val="99"/>
    <w:unhideWhenUsed/>
    <w:rsid w:val="00C66702"/>
    <w:pPr>
      <w:numPr>
        <w:numId w:val="12"/>
      </w:numPr>
      <w:tabs>
        <w:tab w:val="clear" w:pos="720"/>
      </w:tabs>
      <w:spacing w:after="200"/>
      <w:ind w:left="0" w:firstLine="0"/>
      <w:contextualSpacing/>
    </w:pPr>
    <w:rPr>
      <w:rFonts w:ascii="Arial" w:eastAsiaTheme="minorEastAsia" w:hAnsi="Arial"/>
      <w:sz w:val="20"/>
    </w:rPr>
  </w:style>
  <w:style w:type="paragraph" w:styleId="Lijstopsomteken3">
    <w:name w:val="List Bullet 3"/>
    <w:basedOn w:val="Standaard"/>
    <w:uiPriority w:val="99"/>
    <w:unhideWhenUsed/>
    <w:rsid w:val="00C66702"/>
    <w:pPr>
      <w:numPr>
        <w:numId w:val="13"/>
      </w:numPr>
      <w:tabs>
        <w:tab w:val="clear" w:pos="1080"/>
      </w:tabs>
      <w:spacing w:after="200"/>
      <w:ind w:left="0" w:firstLine="0"/>
      <w:contextualSpacing/>
    </w:pPr>
    <w:rPr>
      <w:rFonts w:ascii="Arial" w:eastAsiaTheme="minorEastAsia" w:hAnsi="Arial"/>
      <w:sz w:val="20"/>
    </w:rPr>
  </w:style>
  <w:style w:type="paragraph" w:styleId="Lijstnummering">
    <w:name w:val="List Number"/>
    <w:basedOn w:val="Standaard"/>
    <w:uiPriority w:val="99"/>
    <w:unhideWhenUsed/>
    <w:rsid w:val="00C66702"/>
    <w:pPr>
      <w:numPr>
        <w:numId w:val="15"/>
      </w:numPr>
      <w:tabs>
        <w:tab w:val="clear" w:pos="360"/>
      </w:tabs>
      <w:spacing w:after="200"/>
      <w:ind w:left="0" w:firstLine="0"/>
      <w:contextualSpacing/>
    </w:pPr>
    <w:rPr>
      <w:rFonts w:ascii="Arial" w:eastAsiaTheme="minorEastAsia" w:hAnsi="Arial"/>
      <w:sz w:val="20"/>
    </w:rPr>
  </w:style>
  <w:style w:type="paragraph" w:styleId="Lijstnummering2">
    <w:name w:val="List Number 2"/>
    <w:basedOn w:val="Standaard"/>
    <w:uiPriority w:val="99"/>
    <w:unhideWhenUsed/>
    <w:rsid w:val="00C66702"/>
    <w:pPr>
      <w:numPr>
        <w:numId w:val="16"/>
      </w:numPr>
      <w:tabs>
        <w:tab w:val="clear" w:pos="720"/>
      </w:tabs>
      <w:spacing w:after="200"/>
      <w:ind w:left="0" w:firstLine="0"/>
      <w:contextualSpacing/>
    </w:pPr>
    <w:rPr>
      <w:rFonts w:ascii="Arial" w:eastAsiaTheme="minorEastAsia" w:hAnsi="Arial"/>
      <w:sz w:val="20"/>
    </w:rPr>
  </w:style>
  <w:style w:type="paragraph" w:styleId="Lijstnummering3">
    <w:name w:val="List Number 3"/>
    <w:basedOn w:val="Standaard"/>
    <w:uiPriority w:val="99"/>
    <w:unhideWhenUsed/>
    <w:rsid w:val="00C66702"/>
    <w:pPr>
      <w:numPr>
        <w:numId w:val="17"/>
      </w:numPr>
      <w:tabs>
        <w:tab w:val="clear" w:pos="1080"/>
      </w:tabs>
      <w:spacing w:after="200"/>
      <w:ind w:left="0" w:firstLine="0"/>
      <w:contextualSpacing/>
    </w:pPr>
    <w:rPr>
      <w:rFonts w:ascii="Arial" w:eastAsiaTheme="minorEastAsia" w:hAnsi="Arial"/>
      <w:sz w:val="20"/>
    </w:rPr>
  </w:style>
  <w:style w:type="paragraph" w:styleId="Lijstvoortzetting">
    <w:name w:val="List Continue"/>
    <w:basedOn w:val="Standaard"/>
    <w:uiPriority w:val="99"/>
    <w:unhideWhenUsed/>
    <w:rsid w:val="00C66702"/>
    <w:pPr>
      <w:spacing w:after="120"/>
      <w:ind w:left="360"/>
      <w:contextualSpacing/>
    </w:pPr>
    <w:rPr>
      <w:rFonts w:ascii="Arial" w:eastAsiaTheme="minorEastAsia" w:hAnsi="Arial"/>
      <w:sz w:val="20"/>
    </w:rPr>
  </w:style>
  <w:style w:type="paragraph" w:styleId="Lijstvoortzetting2">
    <w:name w:val="List Continue 2"/>
    <w:basedOn w:val="Standaard"/>
    <w:uiPriority w:val="99"/>
    <w:unhideWhenUsed/>
    <w:rsid w:val="00C66702"/>
    <w:pPr>
      <w:spacing w:after="120"/>
      <w:ind w:left="720"/>
      <w:contextualSpacing/>
    </w:pPr>
    <w:rPr>
      <w:rFonts w:ascii="Arial" w:eastAsiaTheme="minorEastAsia" w:hAnsi="Arial"/>
      <w:sz w:val="20"/>
    </w:rPr>
  </w:style>
  <w:style w:type="paragraph" w:styleId="Lijstvoortzetting3">
    <w:name w:val="List Continue 3"/>
    <w:basedOn w:val="Standaard"/>
    <w:uiPriority w:val="99"/>
    <w:unhideWhenUsed/>
    <w:rsid w:val="00C66702"/>
    <w:pPr>
      <w:spacing w:after="120"/>
      <w:ind w:left="1080"/>
      <w:contextualSpacing/>
    </w:pPr>
    <w:rPr>
      <w:rFonts w:ascii="Arial" w:eastAsiaTheme="minorEastAsia" w:hAnsi="Arial"/>
      <w:sz w:val="20"/>
    </w:rPr>
  </w:style>
  <w:style w:type="paragraph" w:styleId="Macrotekst">
    <w:name w:val="macro"/>
    <w:link w:val="MacrotekstChar"/>
    <w:uiPriority w:val="99"/>
    <w:unhideWhenUsed/>
    <w:rsid w:val="00C66702"/>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MacrotekstChar">
    <w:name w:val="Macrotekst Char"/>
    <w:basedOn w:val="Standaardalinea-lettertype"/>
    <w:link w:val="Macrotekst"/>
    <w:uiPriority w:val="99"/>
    <w:rsid w:val="00C66702"/>
    <w:rPr>
      <w:rFonts w:ascii="Courier" w:eastAsiaTheme="minorEastAsia" w:hAnsi="Courier"/>
      <w:sz w:val="20"/>
      <w:szCs w:val="20"/>
      <w:lang w:val="en-US"/>
    </w:rPr>
  </w:style>
  <w:style w:type="paragraph" w:styleId="Citaat">
    <w:name w:val="Quote"/>
    <w:basedOn w:val="Standaard"/>
    <w:next w:val="Standaard"/>
    <w:link w:val="CitaatChar"/>
    <w:uiPriority w:val="29"/>
    <w:qFormat/>
    <w:rsid w:val="00C66702"/>
    <w:pPr>
      <w:spacing w:after="200"/>
    </w:pPr>
    <w:rPr>
      <w:rFonts w:ascii="Arial" w:eastAsiaTheme="minorEastAsia" w:hAnsi="Arial"/>
      <w:i/>
      <w:iCs/>
      <w:color w:val="000000" w:themeColor="text1"/>
      <w:sz w:val="20"/>
    </w:rPr>
  </w:style>
  <w:style w:type="character" w:customStyle="1" w:styleId="CitaatChar">
    <w:name w:val="Citaat Char"/>
    <w:basedOn w:val="Standaardalinea-lettertype"/>
    <w:link w:val="Citaat"/>
    <w:uiPriority w:val="29"/>
    <w:rsid w:val="00C66702"/>
    <w:rPr>
      <w:rFonts w:ascii="Arial" w:eastAsiaTheme="minorEastAsia" w:hAnsi="Arial"/>
      <w:i/>
      <w:iCs/>
      <w:color w:val="000000" w:themeColor="text1"/>
      <w:sz w:val="20"/>
    </w:rPr>
  </w:style>
  <w:style w:type="paragraph" w:styleId="Bijschrift">
    <w:name w:val="caption"/>
    <w:basedOn w:val="Standaard"/>
    <w:next w:val="Standaard"/>
    <w:uiPriority w:val="35"/>
    <w:semiHidden/>
    <w:unhideWhenUsed/>
    <w:qFormat/>
    <w:rsid w:val="00C66702"/>
    <w:pPr>
      <w:spacing w:after="200" w:line="240" w:lineRule="auto"/>
    </w:pPr>
    <w:rPr>
      <w:rFonts w:ascii="Arial" w:eastAsiaTheme="minorEastAsia" w:hAnsi="Arial"/>
      <w:b/>
      <w:bCs/>
      <w:color w:val="4F81BD" w:themeColor="accent1"/>
      <w:szCs w:val="18"/>
    </w:rPr>
  </w:style>
  <w:style w:type="character" w:styleId="Zwaar">
    <w:name w:val="Strong"/>
    <w:basedOn w:val="Standaardalinea-lettertype"/>
    <w:uiPriority w:val="22"/>
    <w:qFormat/>
    <w:rsid w:val="00C66702"/>
    <w:rPr>
      <w:b/>
      <w:bCs/>
    </w:rPr>
  </w:style>
  <w:style w:type="character" w:styleId="Nadruk">
    <w:name w:val="Emphasis"/>
    <w:basedOn w:val="Standaardalinea-lettertype"/>
    <w:uiPriority w:val="20"/>
    <w:qFormat/>
    <w:rsid w:val="00C66702"/>
    <w:rPr>
      <w:i/>
      <w:iCs/>
    </w:rPr>
  </w:style>
  <w:style w:type="paragraph" w:styleId="Duidelijkcitaat">
    <w:name w:val="Intense Quote"/>
    <w:basedOn w:val="Standaard"/>
    <w:next w:val="Standaard"/>
    <w:link w:val="DuidelijkcitaatChar"/>
    <w:uiPriority w:val="30"/>
    <w:qFormat/>
    <w:rsid w:val="00C66702"/>
    <w:pPr>
      <w:pBdr>
        <w:bottom w:val="single" w:sz="4" w:space="4" w:color="4F81BD" w:themeColor="accent1"/>
      </w:pBdr>
      <w:spacing w:before="200" w:after="280"/>
      <w:ind w:left="936" w:right="936"/>
    </w:pPr>
    <w:rPr>
      <w:rFonts w:ascii="Arial" w:eastAsiaTheme="minorEastAsia" w:hAnsi="Arial"/>
      <w:b/>
      <w:bCs/>
      <w:i/>
      <w:iCs/>
      <w:color w:val="4F81BD" w:themeColor="accent1"/>
      <w:sz w:val="20"/>
    </w:rPr>
  </w:style>
  <w:style w:type="character" w:customStyle="1" w:styleId="DuidelijkcitaatChar">
    <w:name w:val="Duidelijk citaat Char"/>
    <w:basedOn w:val="Standaardalinea-lettertype"/>
    <w:link w:val="Duidelijkcitaat"/>
    <w:uiPriority w:val="30"/>
    <w:rsid w:val="00C66702"/>
    <w:rPr>
      <w:rFonts w:ascii="Arial" w:eastAsiaTheme="minorEastAsia" w:hAnsi="Arial"/>
      <w:b/>
      <w:bCs/>
      <w:i/>
      <w:iCs/>
      <w:color w:val="4F81BD" w:themeColor="accent1"/>
      <w:sz w:val="20"/>
    </w:rPr>
  </w:style>
  <w:style w:type="character" w:styleId="Subtielebenadrukking">
    <w:name w:val="Subtle Emphasis"/>
    <w:basedOn w:val="Standaardalinea-lettertype"/>
    <w:uiPriority w:val="19"/>
    <w:qFormat/>
    <w:rsid w:val="00C66702"/>
    <w:rPr>
      <w:i/>
      <w:iCs/>
      <w:color w:val="808080" w:themeColor="text1" w:themeTint="7F"/>
    </w:rPr>
  </w:style>
  <w:style w:type="character" w:styleId="Intensievebenadrukking">
    <w:name w:val="Intense Emphasis"/>
    <w:basedOn w:val="Standaardalinea-lettertype"/>
    <w:uiPriority w:val="21"/>
    <w:qFormat/>
    <w:rsid w:val="00C66702"/>
    <w:rPr>
      <w:b/>
      <w:bCs/>
      <w:i/>
      <w:iCs/>
      <w:color w:val="4F81BD" w:themeColor="accent1"/>
    </w:rPr>
  </w:style>
  <w:style w:type="character" w:styleId="Subtieleverwijzing">
    <w:name w:val="Subtle Reference"/>
    <w:basedOn w:val="Standaardalinea-lettertype"/>
    <w:uiPriority w:val="31"/>
    <w:qFormat/>
    <w:rsid w:val="00C66702"/>
    <w:rPr>
      <w:smallCaps/>
      <w:color w:val="C0504D" w:themeColor="accent2"/>
      <w:u w:val="single"/>
    </w:rPr>
  </w:style>
  <w:style w:type="character" w:styleId="Intensieveverwijzing">
    <w:name w:val="Intense Reference"/>
    <w:basedOn w:val="Standaardalinea-lettertype"/>
    <w:uiPriority w:val="32"/>
    <w:qFormat/>
    <w:rsid w:val="00C66702"/>
    <w:rPr>
      <w:b/>
      <w:bCs/>
      <w:smallCaps/>
      <w:color w:val="C0504D" w:themeColor="accent2"/>
      <w:spacing w:val="5"/>
      <w:u w:val="single"/>
    </w:rPr>
  </w:style>
  <w:style w:type="character" w:styleId="Titelvanboek">
    <w:name w:val="Book Title"/>
    <w:basedOn w:val="Standaardalinea-lettertype"/>
    <w:uiPriority w:val="33"/>
    <w:qFormat/>
    <w:rsid w:val="00C66702"/>
    <w:rPr>
      <w:b/>
      <w:bCs/>
      <w:smallCaps/>
      <w:spacing w:val="5"/>
    </w:rPr>
  </w:style>
  <w:style w:type="paragraph" w:styleId="Kopvaninhoudsopgave">
    <w:name w:val="TOC Heading"/>
    <w:basedOn w:val="Kop1"/>
    <w:next w:val="Standaard"/>
    <w:uiPriority w:val="39"/>
    <w:unhideWhenUsed/>
    <w:qFormat/>
    <w:rsid w:val="00C66702"/>
    <w:pPr>
      <w:keepNext/>
      <w:keepLines/>
      <w:spacing w:before="480" w:after="0"/>
      <w:outlineLvl w:val="9"/>
    </w:pPr>
    <w:rPr>
      <w:rFonts w:asciiTheme="majorHAnsi" w:eastAsiaTheme="majorEastAsia" w:hAnsiTheme="majorHAnsi" w:cstheme="majorBidi"/>
      <w:bCs/>
      <w:color w:val="365F91" w:themeColor="accent1" w:themeShade="BF"/>
      <w:sz w:val="32"/>
      <w:szCs w:val="28"/>
    </w:rPr>
  </w:style>
  <w:style w:type="table" w:styleId="Lichtearcering">
    <w:name w:val="Light Shading"/>
    <w:basedOn w:val="Standaardtabel"/>
    <w:uiPriority w:val="60"/>
    <w:rsid w:val="00C66702"/>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C66702"/>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C66702"/>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C66702"/>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C66702"/>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C66702"/>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C66702"/>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Verwijzingopmerking">
    <w:name w:val="annotation reference"/>
    <w:basedOn w:val="Standaardalinea-lettertype"/>
    <w:uiPriority w:val="99"/>
    <w:semiHidden/>
    <w:unhideWhenUsed/>
    <w:rsid w:val="00C66702"/>
    <w:rPr>
      <w:sz w:val="16"/>
      <w:szCs w:val="16"/>
    </w:rPr>
  </w:style>
  <w:style w:type="paragraph" w:styleId="Tekstopmerking">
    <w:name w:val="annotation text"/>
    <w:basedOn w:val="Standaard"/>
    <w:link w:val="TekstopmerkingChar"/>
    <w:uiPriority w:val="99"/>
    <w:unhideWhenUsed/>
    <w:rsid w:val="00C66702"/>
    <w:pPr>
      <w:spacing w:after="200" w:line="240" w:lineRule="auto"/>
    </w:pPr>
    <w:rPr>
      <w:rFonts w:ascii="Arial" w:eastAsiaTheme="minorEastAsia" w:hAnsi="Arial"/>
      <w:sz w:val="20"/>
      <w:szCs w:val="20"/>
    </w:rPr>
  </w:style>
  <w:style w:type="character" w:customStyle="1" w:styleId="TekstopmerkingChar">
    <w:name w:val="Tekst opmerking Char"/>
    <w:basedOn w:val="Standaardalinea-lettertype"/>
    <w:link w:val="Tekstopmerking"/>
    <w:uiPriority w:val="99"/>
    <w:rsid w:val="00C66702"/>
    <w:rPr>
      <w:rFonts w:ascii="Arial" w:eastAsiaTheme="minorEastAsia" w:hAnsi="Arial"/>
      <w:sz w:val="20"/>
      <w:szCs w:val="20"/>
    </w:rPr>
  </w:style>
  <w:style w:type="paragraph" w:styleId="Onderwerpvanopmerking">
    <w:name w:val="annotation subject"/>
    <w:basedOn w:val="Tekstopmerking"/>
    <w:next w:val="Tekstopmerking"/>
    <w:link w:val="OnderwerpvanopmerkingChar"/>
    <w:uiPriority w:val="99"/>
    <w:semiHidden/>
    <w:unhideWhenUsed/>
    <w:rsid w:val="00C66702"/>
    <w:rPr>
      <w:b/>
      <w:bCs/>
    </w:rPr>
  </w:style>
  <w:style w:type="character" w:customStyle="1" w:styleId="OnderwerpvanopmerkingChar">
    <w:name w:val="Onderwerp van opmerking Char"/>
    <w:basedOn w:val="TekstopmerkingChar"/>
    <w:link w:val="Onderwerpvanopmerking"/>
    <w:uiPriority w:val="99"/>
    <w:semiHidden/>
    <w:rsid w:val="00C66702"/>
    <w:rPr>
      <w:rFonts w:ascii="Arial" w:eastAsiaTheme="minorEastAsia" w:hAnsi="Arial"/>
      <w:b/>
      <w:bCs/>
      <w:sz w:val="20"/>
      <w:szCs w:val="20"/>
    </w:rPr>
  </w:style>
  <w:style w:type="paragraph" w:customStyle="1" w:styleId="HoofdkopzonderTOC">
    <w:name w:val="Hoofdkop zonder TOC"/>
    <w:basedOn w:val="Standaard"/>
    <w:rsid w:val="00C66702"/>
    <w:pPr>
      <w:keepNext/>
      <w:keepLines/>
      <w:spacing w:before="480"/>
    </w:pPr>
    <w:rPr>
      <w:rFonts w:ascii="Arial" w:eastAsiaTheme="minorEastAsia" w:hAnsi="Arial"/>
      <w:b/>
      <w:color w:val="365F91"/>
      <w:sz w:val="32"/>
    </w:rPr>
  </w:style>
  <w:style w:type="paragraph" w:customStyle="1" w:styleId="SubkopzonderTOC">
    <w:name w:val="Subkop zonder TOC"/>
    <w:basedOn w:val="Standaard"/>
    <w:rsid w:val="00C66702"/>
    <w:pPr>
      <w:keepNext/>
      <w:keepLines/>
      <w:spacing w:before="200"/>
    </w:pPr>
    <w:rPr>
      <w:rFonts w:ascii="Arial" w:eastAsiaTheme="minorEastAsia" w:hAnsi="Arial"/>
      <w:b/>
      <w:color w:val="4F81BD"/>
      <w:sz w:val="26"/>
    </w:rPr>
  </w:style>
  <w:style w:type="character" w:styleId="Vermelding">
    <w:name w:val="Mention"/>
    <w:basedOn w:val="Standaardalinea-lettertype"/>
    <w:uiPriority w:val="99"/>
    <w:unhideWhenUsed/>
    <w:rsid w:val="00C66702"/>
    <w:rPr>
      <w:color w:val="2B579A"/>
      <w:shd w:val="clear" w:color="auto" w:fill="E1DFDD"/>
    </w:rPr>
  </w:style>
  <w:style w:type="paragraph" w:styleId="Inhopg2">
    <w:name w:val="toc 2"/>
    <w:basedOn w:val="Standaard"/>
    <w:next w:val="Standaard"/>
    <w:autoRedefine/>
    <w:uiPriority w:val="39"/>
    <w:unhideWhenUsed/>
    <w:rsid w:val="00C66702"/>
    <w:pPr>
      <w:spacing w:after="100"/>
      <w:ind w:left="200"/>
    </w:pPr>
    <w:rPr>
      <w:rFonts w:ascii="Arial" w:eastAsiaTheme="minorEastAsia" w:hAnsi="Arial"/>
      <w:sz w:val="20"/>
    </w:rPr>
  </w:style>
  <w:style w:type="paragraph" w:styleId="Inhopg1">
    <w:name w:val="toc 1"/>
    <w:basedOn w:val="Standaard"/>
    <w:next w:val="Standaard"/>
    <w:autoRedefine/>
    <w:uiPriority w:val="39"/>
    <w:unhideWhenUsed/>
    <w:rsid w:val="00C66702"/>
    <w:pPr>
      <w:spacing w:after="100"/>
    </w:pPr>
    <w:rPr>
      <w:rFonts w:ascii="Arial" w:eastAsiaTheme="minorEastAsia" w:hAnsi="Arial"/>
      <w:sz w:val="20"/>
    </w:rPr>
  </w:style>
  <w:style w:type="paragraph" w:styleId="Inhopg3">
    <w:name w:val="toc 3"/>
    <w:basedOn w:val="Standaard"/>
    <w:next w:val="Standaard"/>
    <w:autoRedefine/>
    <w:uiPriority w:val="39"/>
    <w:unhideWhenUsed/>
    <w:rsid w:val="00C66702"/>
    <w:pPr>
      <w:spacing w:after="100"/>
      <w:ind w:left="400"/>
    </w:pPr>
    <w:rPr>
      <w:rFonts w:ascii="Arial" w:eastAsiaTheme="minorEastAsia" w:hAnsi="Arial"/>
      <w:sz w:val="20"/>
    </w:rPr>
  </w:style>
  <w:style w:type="character" w:styleId="Hyperlink">
    <w:name w:val="Hyperlink"/>
    <w:basedOn w:val="Standaardalinea-lettertype"/>
    <w:uiPriority w:val="99"/>
    <w:unhideWhenUsed/>
    <w:rsid w:val="00C66702"/>
    <w:rPr>
      <w:color w:val="0000FF" w:themeColor="hyperlink"/>
      <w:u w:val="single"/>
    </w:rPr>
  </w:style>
  <w:style w:type="paragraph" w:styleId="Inhopg4">
    <w:name w:val="toc 4"/>
    <w:basedOn w:val="Standaard"/>
    <w:next w:val="Standaard"/>
    <w:autoRedefine/>
    <w:uiPriority w:val="39"/>
    <w:unhideWhenUsed/>
    <w:rsid w:val="00C66702"/>
    <w:pPr>
      <w:spacing w:after="100" w:line="278" w:lineRule="auto"/>
      <w:ind w:left="720"/>
    </w:pPr>
    <w:rPr>
      <w:rFonts w:asciiTheme="minorHAnsi" w:eastAsiaTheme="minorEastAsia" w:hAnsiTheme="minorHAnsi"/>
      <w:kern w:val="2"/>
      <w:sz w:val="24"/>
      <w:szCs w:val="24"/>
      <w:lang w:eastAsia="nl-NL"/>
      <w14:ligatures w14:val="standardContextual"/>
    </w:rPr>
  </w:style>
  <w:style w:type="paragraph" w:styleId="Inhopg5">
    <w:name w:val="toc 5"/>
    <w:basedOn w:val="Standaard"/>
    <w:next w:val="Standaard"/>
    <w:autoRedefine/>
    <w:uiPriority w:val="39"/>
    <w:unhideWhenUsed/>
    <w:rsid w:val="00C66702"/>
    <w:pPr>
      <w:spacing w:after="100" w:line="278" w:lineRule="auto"/>
      <w:ind w:left="960"/>
    </w:pPr>
    <w:rPr>
      <w:rFonts w:asciiTheme="minorHAnsi" w:eastAsiaTheme="minorEastAsia" w:hAnsiTheme="minorHAnsi"/>
      <w:kern w:val="2"/>
      <w:sz w:val="24"/>
      <w:szCs w:val="24"/>
      <w:lang w:eastAsia="nl-NL"/>
      <w14:ligatures w14:val="standardContextual"/>
    </w:rPr>
  </w:style>
  <w:style w:type="paragraph" w:styleId="Inhopg6">
    <w:name w:val="toc 6"/>
    <w:basedOn w:val="Standaard"/>
    <w:next w:val="Standaard"/>
    <w:autoRedefine/>
    <w:uiPriority w:val="39"/>
    <w:unhideWhenUsed/>
    <w:rsid w:val="00C66702"/>
    <w:pPr>
      <w:spacing w:after="100" w:line="278" w:lineRule="auto"/>
      <w:ind w:left="1200"/>
    </w:pPr>
    <w:rPr>
      <w:rFonts w:asciiTheme="minorHAnsi" w:eastAsiaTheme="minorEastAsia" w:hAnsiTheme="minorHAnsi"/>
      <w:kern w:val="2"/>
      <w:sz w:val="24"/>
      <w:szCs w:val="24"/>
      <w:lang w:eastAsia="nl-NL"/>
      <w14:ligatures w14:val="standardContextual"/>
    </w:rPr>
  </w:style>
  <w:style w:type="paragraph" w:styleId="Inhopg7">
    <w:name w:val="toc 7"/>
    <w:basedOn w:val="Standaard"/>
    <w:next w:val="Standaard"/>
    <w:autoRedefine/>
    <w:uiPriority w:val="39"/>
    <w:unhideWhenUsed/>
    <w:rsid w:val="00C66702"/>
    <w:pPr>
      <w:spacing w:after="100" w:line="278" w:lineRule="auto"/>
      <w:ind w:left="1440"/>
    </w:pPr>
    <w:rPr>
      <w:rFonts w:asciiTheme="minorHAnsi" w:eastAsiaTheme="minorEastAsia" w:hAnsiTheme="minorHAnsi"/>
      <w:kern w:val="2"/>
      <w:sz w:val="24"/>
      <w:szCs w:val="24"/>
      <w:lang w:eastAsia="nl-NL"/>
      <w14:ligatures w14:val="standardContextual"/>
    </w:rPr>
  </w:style>
  <w:style w:type="paragraph" w:styleId="Inhopg8">
    <w:name w:val="toc 8"/>
    <w:basedOn w:val="Standaard"/>
    <w:next w:val="Standaard"/>
    <w:autoRedefine/>
    <w:uiPriority w:val="39"/>
    <w:unhideWhenUsed/>
    <w:rsid w:val="00C66702"/>
    <w:pPr>
      <w:spacing w:after="100" w:line="278" w:lineRule="auto"/>
      <w:ind w:left="1680"/>
    </w:pPr>
    <w:rPr>
      <w:rFonts w:asciiTheme="minorHAnsi" w:eastAsiaTheme="minorEastAsia" w:hAnsiTheme="minorHAnsi"/>
      <w:kern w:val="2"/>
      <w:sz w:val="24"/>
      <w:szCs w:val="24"/>
      <w:lang w:eastAsia="nl-NL"/>
      <w14:ligatures w14:val="standardContextual"/>
    </w:rPr>
  </w:style>
  <w:style w:type="paragraph" w:styleId="Inhopg9">
    <w:name w:val="toc 9"/>
    <w:basedOn w:val="Standaard"/>
    <w:next w:val="Standaard"/>
    <w:autoRedefine/>
    <w:uiPriority w:val="39"/>
    <w:unhideWhenUsed/>
    <w:rsid w:val="00C66702"/>
    <w:pPr>
      <w:spacing w:after="100" w:line="278" w:lineRule="auto"/>
      <w:ind w:left="1920"/>
    </w:pPr>
    <w:rPr>
      <w:rFonts w:asciiTheme="minorHAnsi" w:eastAsiaTheme="minorEastAsia" w:hAnsiTheme="minorHAnsi"/>
      <w:kern w:val="2"/>
      <w:sz w:val="24"/>
      <w:szCs w:val="24"/>
      <w:lang w:eastAsia="nl-NL"/>
      <w14:ligatures w14:val="standardContextual"/>
    </w:rPr>
  </w:style>
  <w:style w:type="character" w:styleId="Onopgelostemelding">
    <w:name w:val="Unresolved Mention"/>
    <w:basedOn w:val="Standaardalinea-lettertype"/>
    <w:uiPriority w:val="99"/>
    <w:unhideWhenUsed/>
    <w:rsid w:val="00C66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11354ea-501a-490a-b23b-ccec29cfa6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6F557846B1504285C6F7EAE500A62B" ma:contentTypeVersion="8" ma:contentTypeDescription="Create a new document." ma:contentTypeScope="" ma:versionID="ba17b330f48c8ea3b7790a42c096b090">
  <xsd:schema xmlns:xsd="http://www.w3.org/2001/XMLSchema" xmlns:xs="http://www.w3.org/2001/XMLSchema" xmlns:p="http://schemas.microsoft.com/office/2006/metadata/properties" xmlns:ns3="a11354ea-501a-490a-b23b-ccec29cfa6bd" targetNamespace="http://schemas.microsoft.com/office/2006/metadata/properties" ma:root="true" ma:fieldsID="b95e02502609933dbce3b21fea62a029" ns3:_="">
    <xsd:import namespace="a11354ea-501a-490a-b23b-ccec29cfa6b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354ea-501a-490a-b23b-ccec29cfa6b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324A8B-FCD9-4B24-9AC9-09BCE8F37679}">
  <ds:schemaRefs>
    <ds:schemaRef ds:uri="http://schemas.microsoft.com/office/2006/metadata/properties"/>
    <ds:schemaRef ds:uri="http://schemas.microsoft.com/office/infopath/2007/PartnerControls"/>
    <ds:schemaRef ds:uri="a11354ea-501a-490a-b23b-ccec29cfa6bd"/>
  </ds:schemaRefs>
</ds:datastoreItem>
</file>

<file path=customXml/itemProps2.xml><?xml version="1.0" encoding="utf-8"?>
<ds:datastoreItem xmlns:ds="http://schemas.openxmlformats.org/officeDocument/2006/customXml" ds:itemID="{BF124566-0AEE-479F-A94F-0AA0F83409FF}">
  <ds:schemaRefs>
    <ds:schemaRef ds:uri="http://schemas.microsoft.com/sharepoint/v3/contenttype/forms"/>
  </ds:schemaRefs>
</ds:datastoreItem>
</file>

<file path=customXml/itemProps3.xml><?xml version="1.0" encoding="utf-8"?>
<ds:datastoreItem xmlns:ds="http://schemas.openxmlformats.org/officeDocument/2006/customXml" ds:itemID="{59CA920E-A1E5-431C-BEAD-29E9C454C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354ea-501a-490a-b23b-ccec29cfa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3399</Characters>
  <Application>Microsoft Office Word</Application>
  <DocSecurity>0</DocSecurity>
  <Lines>28</Lines>
  <Paragraphs>8</Paragraphs>
  <ScaleCrop>false</ScaleCrop>
  <Company>Gemeente Hulst</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Dekkers - Bijlsma, Nienke</dc:creator>
  <cp:lastModifiedBy>Nienke Dekkers - Bijlsma | gemeente Hulst</cp:lastModifiedBy>
  <cp:revision>6</cp:revision>
  <dcterms:created xsi:type="dcterms:W3CDTF">2026-09-14T07:55:00Z</dcterms:created>
  <dcterms:modified xsi:type="dcterms:W3CDTF">2026-09-14T07:57:00Z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0x010100FD6F557846B1504285C6F7EAE500A62B</vt:lpwstr>
  </property>
</Properties>
</file>