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7C36A" w14:textId="77777777" w:rsidR="00786A8D" w:rsidRPr="00760C9A" w:rsidRDefault="00786A8D" w:rsidP="00786A8D">
      <w:pPr>
        <w:pStyle w:val="Kop2"/>
        <w:rPr>
          <w:sz w:val="22"/>
          <w:szCs w:val="22"/>
        </w:rPr>
      </w:pPr>
      <w:bookmarkStart w:id="0" w:name="_Toc226624694"/>
      <w:r w:rsidRPr="00760C9A">
        <w:t xml:space="preserve">Bijlage </w:t>
      </w:r>
      <w:r>
        <w:t>8</w:t>
      </w:r>
      <w:r w:rsidRPr="00760C9A">
        <w:t xml:space="preserve"> Eigen verklaring sanctiepakket Rusland</w:t>
      </w:r>
      <w:bookmarkEnd w:id="0"/>
    </w:p>
    <w:p w14:paraId="71B0A986" w14:textId="77777777" w:rsidR="00786A8D" w:rsidRPr="00C9135B" w:rsidRDefault="00786A8D" w:rsidP="00786A8D">
      <w:pPr>
        <w:shd w:val="clear" w:color="auto" w:fill="FFFAF0"/>
        <w:spacing w:before="100" w:beforeAutospacing="1" w:after="100" w:afterAutospacing="1"/>
        <w:rPr>
          <w:rFonts w:ascii="Calibri" w:hAnsi="Calibri"/>
        </w:rPr>
      </w:pPr>
      <w:r w:rsidRPr="00C9135B">
        <w:rPr>
          <w:rFonts w:ascii="Calibri" w:hAnsi="Calibri"/>
        </w:rPr>
        <w:t xml:space="preserve">Hierbij verklaar ik </w:t>
      </w:r>
      <w:r w:rsidRPr="00C9135B">
        <w:rPr>
          <w:rFonts w:ascii="Calibri" w:hAnsi="Calibri"/>
          <w:color w:val="FF0000"/>
        </w:rPr>
        <w:t>&lt;naam + functie invullen&gt;</w:t>
      </w:r>
      <w:r w:rsidRPr="00C9135B">
        <w:rPr>
          <w:rFonts w:ascii="Calibri" w:hAnsi="Calibri"/>
        </w:rPr>
        <w:t xml:space="preserve"> namens </w:t>
      </w:r>
      <w:r w:rsidRPr="00C9135B">
        <w:rPr>
          <w:rFonts w:ascii="Calibri" w:hAnsi="Calibri"/>
          <w:color w:val="FF0000"/>
        </w:rPr>
        <w:t>&lt;naam inschrijver&gt;</w:t>
      </w:r>
      <w:r w:rsidRPr="00C9135B">
        <w:rPr>
          <w:rFonts w:ascii="Calibri" w:hAnsi="Calibri"/>
        </w:rPr>
        <w:t xml:space="preserve">, naar eer en geweten, dat er geen sprake is van Russische betrokkenheid bij de uitvoering van de overeenkomst met </w:t>
      </w:r>
      <w:r>
        <w:rPr>
          <w:rFonts w:ascii="Calibri" w:hAnsi="Calibri"/>
        </w:rPr>
        <w:t>Reimerswaal</w:t>
      </w:r>
      <w:r w:rsidRPr="00C9135B">
        <w:rPr>
          <w:rFonts w:ascii="Calibri" w:hAnsi="Calibri"/>
          <w:color w:val="FF0000"/>
        </w:rPr>
        <w:t xml:space="preserve">&gt; </w:t>
      </w:r>
      <w:r w:rsidRPr="00C9135B">
        <w:rPr>
          <w:rFonts w:ascii="Calibri" w:hAnsi="Calibri"/>
        </w:rPr>
        <w:t xml:space="preserve">daar bekend onder kenmerk </w:t>
      </w:r>
      <w:r>
        <w:rPr>
          <w:rFonts w:ascii="Calibri" w:hAnsi="Calibri"/>
        </w:rPr>
        <w:t>K012341</w:t>
      </w:r>
      <w:r w:rsidRPr="00C9135B">
        <w:rPr>
          <w:rFonts w:ascii="Calibri" w:hAnsi="Calibri"/>
        </w:rPr>
        <w:t xml:space="preserve">, die de drempels van artikel 5 </w:t>
      </w:r>
      <w:proofErr w:type="spellStart"/>
      <w:r w:rsidRPr="00C9135B">
        <w:rPr>
          <w:rFonts w:ascii="Calibri" w:hAnsi="Calibri"/>
        </w:rPr>
        <w:t>duodecies</w:t>
      </w:r>
      <w:proofErr w:type="spellEnd"/>
      <w:r w:rsidRPr="00C9135B">
        <w:rPr>
          <w:rFonts w:ascii="Calibri" w:hAnsi="Calibri"/>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16468CD" w14:textId="77777777" w:rsidR="00786A8D" w:rsidRPr="00C9135B" w:rsidRDefault="00786A8D" w:rsidP="00786A8D">
      <w:pPr>
        <w:shd w:val="clear" w:color="auto" w:fill="FFFAF0"/>
        <w:rPr>
          <w:rFonts w:ascii="Calibri" w:hAnsi="Calibri"/>
        </w:rPr>
      </w:pPr>
      <w:r w:rsidRPr="00C9135B">
        <w:rPr>
          <w:rFonts w:ascii="Calibri" w:hAnsi="Calibri"/>
        </w:rPr>
        <w:t>Ik verklaar in het bijzonder dat:</w:t>
      </w:r>
    </w:p>
    <w:p w14:paraId="24154256" w14:textId="77777777" w:rsidR="00786A8D" w:rsidRPr="00994E23" w:rsidRDefault="00786A8D" w:rsidP="00786A8D">
      <w:pPr>
        <w:pStyle w:val="Lijstalinea"/>
        <w:numPr>
          <w:ilvl w:val="1"/>
          <w:numId w:val="47"/>
        </w:numPr>
        <w:shd w:val="clear" w:color="auto" w:fill="FFFAF0"/>
        <w:spacing w:after="120" w:line="240" w:lineRule="auto"/>
        <w:ind w:left="284" w:hanging="284"/>
        <w:contextualSpacing w:val="0"/>
        <w:rPr>
          <w:rFonts w:ascii="Calibri" w:hAnsi="Calibri"/>
        </w:rPr>
      </w:pPr>
      <w:r w:rsidRPr="00994E23">
        <w:rPr>
          <w:rFonts w:ascii="Calibri" w:hAnsi="Calibri"/>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5E9EAA1E" w14:textId="77777777" w:rsidR="00786A8D" w:rsidRPr="00994E23" w:rsidRDefault="00786A8D" w:rsidP="00786A8D">
      <w:pPr>
        <w:pStyle w:val="Lijstalinea"/>
        <w:numPr>
          <w:ilvl w:val="1"/>
          <w:numId w:val="47"/>
        </w:numPr>
        <w:shd w:val="clear" w:color="auto" w:fill="FFFAF0"/>
        <w:spacing w:after="120" w:line="240" w:lineRule="auto"/>
        <w:ind w:left="284" w:hanging="284"/>
        <w:contextualSpacing w:val="0"/>
        <w:rPr>
          <w:rFonts w:ascii="Calibri" w:hAnsi="Calibri"/>
        </w:rPr>
      </w:pPr>
      <w:r w:rsidRPr="00994E23">
        <w:rPr>
          <w:rFonts w:ascii="Calibri" w:hAnsi="Calibri"/>
        </w:rPr>
        <w:t>de opdrachtnemer die ik vertegenwoordig (en de bedrijven die een onderdeel zijn van de combinatie) geen rechtspersonen zijn (gevestigd in Rusland of een ander land) die voor meer dan 50% eigendom zijn van een Russische partij zoals hierboven onder a) genoemd; </w:t>
      </w:r>
    </w:p>
    <w:p w14:paraId="07F128AE" w14:textId="77777777" w:rsidR="00786A8D" w:rsidRPr="00994E23" w:rsidRDefault="00786A8D" w:rsidP="00786A8D">
      <w:pPr>
        <w:pStyle w:val="Lijstalinea"/>
        <w:numPr>
          <w:ilvl w:val="1"/>
          <w:numId w:val="47"/>
        </w:numPr>
        <w:shd w:val="clear" w:color="auto" w:fill="FFFAF0"/>
        <w:spacing w:after="120" w:line="240" w:lineRule="auto"/>
        <w:ind w:left="284" w:hanging="284"/>
        <w:contextualSpacing w:val="0"/>
        <w:rPr>
          <w:rFonts w:ascii="Calibri" w:hAnsi="Calibri"/>
        </w:rPr>
      </w:pPr>
      <w:r w:rsidRPr="00994E23">
        <w:rPr>
          <w:rFonts w:ascii="Calibri" w:hAnsi="Calibri"/>
        </w:rPr>
        <w:t>noch ik noch de onderneming die ik vertegenwoordig een (rechts)persoon (gevestigd in Rusland of een ander land) is die handelt in belang van of op aanwijzing van een Russische partij, zoals bedoeld onder a) en b);</w:t>
      </w:r>
    </w:p>
    <w:p w14:paraId="49B23E47" w14:textId="77777777" w:rsidR="00786A8D" w:rsidRPr="00994E23" w:rsidRDefault="00786A8D" w:rsidP="00786A8D">
      <w:pPr>
        <w:pStyle w:val="Lijstalinea"/>
        <w:numPr>
          <w:ilvl w:val="1"/>
          <w:numId w:val="47"/>
        </w:numPr>
        <w:shd w:val="clear" w:color="auto" w:fill="FFFAF0"/>
        <w:spacing w:after="240" w:line="240" w:lineRule="auto"/>
        <w:ind w:left="284" w:hanging="284"/>
        <w:contextualSpacing w:val="0"/>
        <w:rPr>
          <w:rFonts w:ascii="Calibri" w:hAnsi="Calibri"/>
        </w:rPr>
      </w:pPr>
      <w:r w:rsidRPr="00994E23">
        <w:rPr>
          <w:rFonts w:ascii="Calibri" w:hAnsi="Calibri"/>
        </w:rPr>
        <w:t>er geen onderaannemers, leveranciers of ondernemingen deelnemen wier capaciteit wordt ingeroepen door de opdrachtnemer die ik vertegenwoordig én die een aandeel hebben van meer dan 10% van de contractwaarde waarbij een situatie als onder a) t/m c) zich voordoet.</w:t>
      </w:r>
    </w:p>
    <w:tbl>
      <w:tblPr>
        <w:tblStyle w:val="Tabelraster"/>
        <w:tblW w:w="0" w:type="auto"/>
        <w:tblLook w:val="04A0" w:firstRow="1" w:lastRow="0" w:firstColumn="1" w:lastColumn="0" w:noHBand="0" w:noVBand="1"/>
      </w:tblPr>
      <w:tblGrid>
        <w:gridCol w:w="2689"/>
        <w:gridCol w:w="6371"/>
      </w:tblGrid>
      <w:tr w:rsidR="00786A8D" w14:paraId="5CE9A8A1" w14:textId="77777777" w:rsidTr="00480822">
        <w:tc>
          <w:tcPr>
            <w:tcW w:w="2689" w:type="dxa"/>
          </w:tcPr>
          <w:p w14:paraId="560C03EE" w14:textId="77777777" w:rsidR="00786A8D" w:rsidRPr="00994E23" w:rsidRDefault="00786A8D" w:rsidP="0048082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inschrijver</w:t>
            </w:r>
          </w:p>
        </w:tc>
        <w:tc>
          <w:tcPr>
            <w:tcW w:w="6371" w:type="dxa"/>
          </w:tcPr>
          <w:p w14:paraId="25FFAF02" w14:textId="77777777" w:rsidR="00786A8D" w:rsidRDefault="00786A8D" w:rsidP="00480822">
            <w:pPr>
              <w:spacing w:before="60" w:after="60"/>
              <w:rPr>
                <w:rFonts w:ascii="Calibri" w:eastAsia="Arial" w:hAnsi="Calibri" w:cs="Calibri"/>
                <w:color w:val="000000"/>
                <w:szCs w:val="22"/>
              </w:rPr>
            </w:pPr>
          </w:p>
        </w:tc>
      </w:tr>
      <w:tr w:rsidR="00786A8D" w14:paraId="14DB559C" w14:textId="77777777" w:rsidTr="00480822">
        <w:tc>
          <w:tcPr>
            <w:tcW w:w="2689" w:type="dxa"/>
          </w:tcPr>
          <w:p w14:paraId="0AF71E94" w14:textId="77777777" w:rsidR="00786A8D" w:rsidRPr="00994E23" w:rsidRDefault="00786A8D" w:rsidP="0048082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Plaats</w:t>
            </w:r>
          </w:p>
        </w:tc>
        <w:tc>
          <w:tcPr>
            <w:tcW w:w="6371" w:type="dxa"/>
          </w:tcPr>
          <w:p w14:paraId="455CD16E" w14:textId="77777777" w:rsidR="00786A8D" w:rsidRDefault="00786A8D" w:rsidP="00480822">
            <w:pPr>
              <w:spacing w:before="60" w:after="60"/>
              <w:rPr>
                <w:rFonts w:ascii="Calibri" w:eastAsia="Arial" w:hAnsi="Calibri" w:cs="Calibri"/>
                <w:color w:val="000000"/>
                <w:szCs w:val="22"/>
              </w:rPr>
            </w:pPr>
          </w:p>
        </w:tc>
      </w:tr>
      <w:tr w:rsidR="00786A8D" w14:paraId="716F547F" w14:textId="77777777" w:rsidTr="00480822">
        <w:tc>
          <w:tcPr>
            <w:tcW w:w="2689" w:type="dxa"/>
          </w:tcPr>
          <w:p w14:paraId="3D7003AF" w14:textId="77777777" w:rsidR="00786A8D" w:rsidRPr="00994E23" w:rsidRDefault="00786A8D" w:rsidP="0048082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Datum</w:t>
            </w:r>
          </w:p>
        </w:tc>
        <w:tc>
          <w:tcPr>
            <w:tcW w:w="6371" w:type="dxa"/>
          </w:tcPr>
          <w:p w14:paraId="0D4A2B64" w14:textId="77777777" w:rsidR="00786A8D" w:rsidRDefault="00786A8D" w:rsidP="00480822">
            <w:pPr>
              <w:spacing w:before="60" w:after="60"/>
              <w:rPr>
                <w:rFonts w:ascii="Calibri" w:eastAsia="Arial" w:hAnsi="Calibri" w:cs="Calibri"/>
                <w:color w:val="000000"/>
                <w:szCs w:val="22"/>
              </w:rPr>
            </w:pPr>
          </w:p>
        </w:tc>
      </w:tr>
      <w:tr w:rsidR="00786A8D" w14:paraId="196244C7" w14:textId="77777777" w:rsidTr="00480822">
        <w:tc>
          <w:tcPr>
            <w:tcW w:w="2689" w:type="dxa"/>
          </w:tcPr>
          <w:p w14:paraId="57097CAE" w14:textId="77777777" w:rsidR="00786A8D" w:rsidRPr="00994E23" w:rsidRDefault="00786A8D" w:rsidP="0048082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vertegenwoordiger</w:t>
            </w:r>
          </w:p>
        </w:tc>
        <w:tc>
          <w:tcPr>
            <w:tcW w:w="6371" w:type="dxa"/>
          </w:tcPr>
          <w:p w14:paraId="2200F275" w14:textId="77777777" w:rsidR="00786A8D" w:rsidRDefault="00786A8D" w:rsidP="00480822">
            <w:pPr>
              <w:spacing w:before="60" w:after="60"/>
              <w:rPr>
                <w:rFonts w:ascii="Calibri" w:eastAsia="Arial" w:hAnsi="Calibri" w:cs="Calibri"/>
                <w:color w:val="000000"/>
                <w:szCs w:val="22"/>
              </w:rPr>
            </w:pPr>
          </w:p>
        </w:tc>
      </w:tr>
      <w:tr w:rsidR="00786A8D" w14:paraId="6029D4D6" w14:textId="77777777" w:rsidTr="00480822">
        <w:tc>
          <w:tcPr>
            <w:tcW w:w="2689" w:type="dxa"/>
          </w:tcPr>
          <w:p w14:paraId="69F54AB3" w14:textId="77777777" w:rsidR="00786A8D" w:rsidRPr="00994E23" w:rsidRDefault="00786A8D" w:rsidP="0048082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Functie</w:t>
            </w:r>
          </w:p>
        </w:tc>
        <w:tc>
          <w:tcPr>
            <w:tcW w:w="6371" w:type="dxa"/>
          </w:tcPr>
          <w:p w14:paraId="023FAF04" w14:textId="77777777" w:rsidR="00786A8D" w:rsidRDefault="00786A8D" w:rsidP="00480822">
            <w:pPr>
              <w:spacing w:before="60" w:after="60"/>
              <w:rPr>
                <w:rFonts w:ascii="Calibri" w:eastAsia="Arial" w:hAnsi="Calibri" w:cs="Calibri"/>
                <w:color w:val="000000"/>
                <w:szCs w:val="22"/>
              </w:rPr>
            </w:pPr>
          </w:p>
        </w:tc>
      </w:tr>
      <w:tr w:rsidR="00786A8D" w14:paraId="426EA589" w14:textId="77777777" w:rsidTr="00480822">
        <w:trPr>
          <w:trHeight w:val="1418"/>
        </w:trPr>
        <w:tc>
          <w:tcPr>
            <w:tcW w:w="2689" w:type="dxa"/>
          </w:tcPr>
          <w:p w14:paraId="3FD71247" w14:textId="77777777" w:rsidR="00786A8D" w:rsidRPr="00994E23" w:rsidRDefault="00786A8D" w:rsidP="0048082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Handtekening</w:t>
            </w:r>
          </w:p>
        </w:tc>
        <w:tc>
          <w:tcPr>
            <w:tcW w:w="6371" w:type="dxa"/>
          </w:tcPr>
          <w:p w14:paraId="38E4F3ED" w14:textId="77777777" w:rsidR="00786A8D" w:rsidRDefault="00786A8D" w:rsidP="00480822">
            <w:pPr>
              <w:spacing w:before="60" w:after="60"/>
              <w:rPr>
                <w:rFonts w:ascii="Calibri" w:eastAsia="Arial" w:hAnsi="Calibri" w:cs="Calibri"/>
                <w:color w:val="000000"/>
                <w:szCs w:val="22"/>
              </w:rPr>
            </w:pPr>
          </w:p>
        </w:tc>
      </w:tr>
    </w:tbl>
    <w:p w14:paraId="29D15BD4" w14:textId="77777777" w:rsidR="00786A8D" w:rsidRDefault="00786A8D" w:rsidP="00786A8D">
      <w:r w:rsidRPr="00C9135B">
        <w:rPr>
          <w:rFonts w:ascii="Arial" w:hAnsi="Arial" w:cs="Arial"/>
          <w:i/>
          <w:sz w:val="16"/>
          <w:szCs w:val="20"/>
        </w:rPr>
        <w:t>*</w:t>
      </w:r>
      <w:r>
        <w:rPr>
          <w:rFonts w:ascii="Arial" w:hAnsi="Arial" w:cs="Arial"/>
          <w:i/>
          <w:sz w:val="16"/>
          <w:szCs w:val="20"/>
        </w:rPr>
        <w:tab/>
      </w:r>
      <w:r w:rsidRPr="00C9135B">
        <w:rPr>
          <w:rFonts w:ascii="Arial" w:hAnsi="Arial" w:cs="Arial"/>
          <w:i/>
          <w:sz w:val="16"/>
          <w:szCs w:val="20"/>
        </w:rPr>
        <w:t>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w:t>
      </w:r>
    </w:p>
    <w:p w14:paraId="52E3BE4A" w14:textId="77777777" w:rsidR="00E676CF" w:rsidRPr="003C22FD" w:rsidRDefault="00E676CF" w:rsidP="003C22FD"/>
    <w:sectPr w:rsidR="00E676CF" w:rsidRPr="003C22FD" w:rsidSect="00D605A7">
      <w:headerReference w:type="default" r:id="rId10"/>
      <w:footerReference w:type="default" r:id="rId11"/>
      <w:headerReference w:type="first" r:id="rId12"/>
      <w:footerReference w:type="first" r:id="rId13"/>
      <w:pgSz w:w="11906" w:h="16838"/>
      <w:pgMar w:top="1418" w:right="1418" w:bottom="2552" w:left="1418" w:header="708" w:footer="10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95F18F" w14:textId="77777777" w:rsidR="009C2E43" w:rsidRDefault="009C2E43">
      <w:pPr>
        <w:spacing w:line="240" w:lineRule="auto"/>
      </w:pPr>
      <w:r>
        <w:separator/>
      </w:r>
    </w:p>
  </w:endnote>
  <w:endnote w:type="continuationSeparator" w:id="0">
    <w:p w14:paraId="3F5734FA" w14:textId="77777777" w:rsidR="009C2E43" w:rsidRDefault="009C2E4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F2DD9" w14:textId="44552BB1" w:rsidR="00215D1A" w:rsidRDefault="00786A8D">
    <w:r>
      <w:rPr>
        <w:noProof/>
      </w:rPr>
      <mc:AlternateContent>
        <mc:Choice Requires="wps">
          <w:drawing>
            <wp:anchor distT="45720" distB="45720" distL="114300" distR="114300" simplePos="0" relativeHeight="251660288" behindDoc="0" locked="0" layoutInCell="0" allowOverlap="1" wp14:anchorId="3C948DAF" wp14:editId="169DF1E2">
              <wp:simplePos x="0" y="0"/>
              <wp:positionH relativeFrom="column">
                <wp:posOffset>4176395</wp:posOffset>
              </wp:positionH>
              <wp:positionV relativeFrom="page">
                <wp:posOffset>10045065</wp:posOffset>
              </wp:positionV>
              <wp:extent cx="500380" cy="1634490"/>
              <wp:effectExtent l="4445" t="0" r="0" b="0"/>
              <wp:wrapSquare wrapText="bothSides"/>
              <wp:docPr id="51578119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380" cy="1634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B01234" w14:textId="77777777" w:rsidR="00005C04" w:rsidRPr="00B34210" w:rsidRDefault="00C17500" w:rsidP="00005C04">
                          <w:pPr>
                            <w:pStyle w:val="Voettekst"/>
                            <w:jc w:val="right"/>
                            <w:rPr>
                              <w:szCs w:val="18"/>
                            </w:rPr>
                          </w:pPr>
                          <w:r w:rsidRPr="00B34210">
                            <w:rPr>
                              <w:szCs w:val="18"/>
                            </w:rPr>
                            <w:fldChar w:fldCharType="begin"/>
                          </w:r>
                          <w:r w:rsidRPr="00B34210">
                            <w:rPr>
                              <w:szCs w:val="18"/>
                            </w:rPr>
                            <w:instrText>PAGE</w:instrText>
                          </w:r>
                          <w:r w:rsidRPr="00B34210">
                            <w:rPr>
                              <w:szCs w:val="18"/>
                            </w:rPr>
                            <w:fldChar w:fldCharType="separate"/>
                          </w:r>
                          <w:r w:rsidRPr="00B34210">
                            <w:rPr>
                              <w:szCs w:val="18"/>
                            </w:rPr>
                            <w:t>1</w:t>
                          </w:r>
                          <w:r w:rsidRPr="00B34210">
                            <w:rPr>
                              <w:szCs w:val="18"/>
                            </w:rPr>
                            <w:fldChar w:fldCharType="end"/>
                          </w:r>
                          <w:r w:rsidRPr="00B34210">
                            <w:rPr>
                              <w:szCs w:val="18"/>
                            </w:rPr>
                            <w:t>/</w:t>
                          </w:r>
                          <w:r w:rsidRPr="00B34210">
                            <w:rPr>
                              <w:szCs w:val="18"/>
                            </w:rPr>
                            <w:fldChar w:fldCharType="begin"/>
                          </w:r>
                          <w:r w:rsidRPr="00B34210">
                            <w:rPr>
                              <w:szCs w:val="18"/>
                            </w:rPr>
                            <w:instrText>NUMPAGES</w:instrText>
                          </w:r>
                          <w:r w:rsidRPr="00B34210">
                            <w:rPr>
                              <w:szCs w:val="18"/>
                            </w:rPr>
                            <w:fldChar w:fldCharType="separate"/>
                          </w:r>
                          <w:r w:rsidRPr="00B34210">
                            <w:rPr>
                              <w:szCs w:val="18"/>
                            </w:rPr>
                            <w:t>2</w:t>
                          </w:r>
                          <w:r w:rsidRPr="00B34210">
                            <w:rPr>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C948DAF" id="_x0000_t202" coordsize="21600,21600" o:spt="202" path="m,l,21600r21600,l21600,xe">
              <v:stroke joinstyle="miter"/>
              <v:path gradientshapeok="t" o:connecttype="rect"/>
            </v:shapetype>
            <v:shape id="Tekstvak 1" o:spid="_x0000_s1026" type="#_x0000_t202" style="position:absolute;margin-left:328.85pt;margin-top:790.95pt;width:39.4pt;height:128.7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" o:allowincell="f" stroked="f">
              <v:textbox style="mso-fit-shape-to-text:t">
                <w:txbxContent>
                  <w:p w14:paraId="06B01234" w14:textId="77777777" w:rsidR="00005C04" w:rsidRPr="00B34210" w:rsidRDefault="00C17500" w:rsidP="00005C04">
                    <w:pPr>
                      <w:pStyle w:val="Voettekst"/>
                      <w:jc w:val="right"/>
                      <w:rPr>
                        <w:szCs w:val="18"/>
                      </w:rPr>
                    </w:pPr>
                    <w:r w:rsidRPr="00B34210">
                      <w:rPr>
                        <w:szCs w:val="18"/>
                      </w:rPr>
                      <w:fldChar w:fldCharType="begin"/>
                    </w:r>
                    <w:r w:rsidRPr="00B34210">
                      <w:rPr>
                        <w:szCs w:val="18"/>
                      </w:rPr>
                      <w:instrText>PAGE</w:instrText>
                    </w:r>
                    <w:r w:rsidRPr="00B34210">
                      <w:rPr>
                        <w:szCs w:val="18"/>
                      </w:rPr>
                      <w:fldChar w:fldCharType="separate"/>
                    </w:r>
                    <w:r w:rsidRPr="00B34210">
                      <w:rPr>
                        <w:szCs w:val="18"/>
                      </w:rPr>
                      <w:t>1</w:t>
                    </w:r>
                    <w:r w:rsidRPr="00B34210">
                      <w:rPr>
                        <w:szCs w:val="18"/>
                      </w:rPr>
                      <w:fldChar w:fldCharType="end"/>
                    </w:r>
                    <w:r w:rsidRPr="00B34210">
                      <w:rPr>
                        <w:szCs w:val="18"/>
                      </w:rPr>
                      <w:t>/</w:t>
                    </w:r>
                    <w:r w:rsidRPr="00B34210">
                      <w:rPr>
                        <w:szCs w:val="18"/>
                      </w:rPr>
                      <w:fldChar w:fldCharType="begin"/>
                    </w:r>
                    <w:r w:rsidRPr="00B34210">
                      <w:rPr>
                        <w:szCs w:val="18"/>
                      </w:rPr>
                      <w:instrText>NUMPAGES</w:instrText>
                    </w:r>
                    <w:r w:rsidRPr="00B34210">
                      <w:rPr>
                        <w:szCs w:val="18"/>
                      </w:rPr>
                      <w:fldChar w:fldCharType="separate"/>
                    </w:r>
                    <w:r w:rsidRPr="00B34210">
                      <w:rPr>
                        <w:szCs w:val="18"/>
                      </w:rPr>
                      <w:t>2</w:t>
                    </w:r>
                    <w:r w:rsidRPr="00B34210">
                      <w:rPr>
                        <w:szCs w:val="18"/>
                      </w:rPr>
                      <w:fldChar w:fldCharType="end"/>
                    </w:r>
                  </w:p>
                </w:txbxContent>
              </v:textbox>
              <w10:wrap type="squar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91355" w14:textId="7CD265F3" w:rsidR="00687058" w:rsidRPr="00687058" w:rsidRDefault="00786A8D" w:rsidP="00687058">
    <w:pPr>
      <w:rPr>
        <w:sz w:val="16"/>
        <w:szCs w:val="16"/>
      </w:rPr>
    </w:pPr>
    <w:r>
      <w:rPr>
        <w:noProof/>
      </w:rPr>
      <mc:AlternateContent>
        <mc:Choice Requires="wps">
          <w:drawing>
            <wp:anchor distT="45720" distB="45720" distL="0" distR="114300" simplePos="0" relativeHeight="251659264" behindDoc="0" locked="0" layoutInCell="0" allowOverlap="1" wp14:anchorId="2A1EA557" wp14:editId="052879B9">
              <wp:simplePos x="0" y="0"/>
              <wp:positionH relativeFrom="leftMargin">
                <wp:posOffset>903605</wp:posOffset>
              </wp:positionH>
              <wp:positionV relativeFrom="page">
                <wp:posOffset>10048875</wp:posOffset>
              </wp:positionV>
              <wp:extent cx="2663825" cy="255905"/>
              <wp:effectExtent l="0" t="0" r="4445" b="1270"/>
              <wp:wrapSquare wrapText="bothSides"/>
              <wp:docPr id="87187721"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3825" cy="255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07B5F5" w14:textId="77777777" w:rsidR="00687058" w:rsidRPr="00992C35" w:rsidRDefault="00C17500" w:rsidP="00687058">
                          <w:pPr>
                            <w:pStyle w:val="Voettekst"/>
                            <w:rPr>
                              <w:b/>
                              <w:bCs/>
                              <w:color w:val="B07D58"/>
                              <w:sz w:val="16"/>
                              <w:szCs w:val="16"/>
                            </w:rPr>
                          </w:pPr>
                          <w:r w:rsidRPr="00992C35">
                            <w:rPr>
                              <w:b/>
                              <w:bCs/>
                              <w:color w:val="B07D58"/>
                              <w:sz w:val="16"/>
                              <w:szCs w:val="16"/>
                            </w:rPr>
                            <w:t>Waar het land ademt en de stad leeft</w:t>
                          </w:r>
                        </w:p>
                      </w:txbxContent>
                    </wps:txbx>
                    <wps:bodyPr rot="0" vert="horz" wrap="square" lIns="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A1EA557" id="_x0000_t202" coordsize="21600,21600" o:spt="202" path="m,l,21600r21600,l21600,xe">
              <v:stroke joinstyle="miter"/>
              <v:path gradientshapeok="t" o:connecttype="rect"/>
            </v:shapetype>
            <v:shape id="Tekstvak 3" o:spid="_x0000_s1027" type="#_x0000_t202" style="position:absolute;margin-left:71.15pt;margin-top:791.25pt;width:209.75pt;height:20.15pt;z-index:251659264;visibility:visible;mso-wrap-style:square;mso-width-percent:0;mso-height-percent:0;mso-wrap-distance-left:0;mso-wrap-distance-top:3.6pt;mso-wrap-distance-right:9pt;mso-wrap-distance-bottom:3.6pt;mso-position-horizontal:absolute;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" o:allowincell="f" stroked="f">
              <v:textbox inset="0">
                <w:txbxContent>
                  <w:p w14:paraId="2A07B5F5" w14:textId="77777777" w:rsidR="00687058" w:rsidRPr="00992C35" w:rsidRDefault="00C17500" w:rsidP="00687058">
                    <w:pPr>
                      <w:pStyle w:val="Voettekst"/>
                      <w:rPr>
                        <w:b/>
                        <w:bCs/>
                        <w:color w:val="B07D58"/>
                        <w:sz w:val="16"/>
                        <w:szCs w:val="16"/>
                      </w:rPr>
                    </w:pPr>
                    <w:r w:rsidRPr="00992C35">
                      <w:rPr>
                        <w:b/>
                        <w:bCs/>
                        <w:color w:val="B07D58"/>
                        <w:sz w:val="16"/>
                        <w:szCs w:val="16"/>
                      </w:rPr>
                      <w:t>Waar het land ademt en de stad leeft</w:t>
                    </w:r>
                  </w:p>
                </w:txbxContent>
              </v:textbox>
              <w10:wrap type="square" anchorx="margin" anchory="page"/>
            </v:shape>
          </w:pict>
        </mc:Fallback>
      </mc:AlternateContent>
    </w:r>
    <w:sdt>
      <w:sdtPr>
        <w:id w:val="-682594633"/>
        <w:docPartObj>
          <w:docPartGallery w:val="Page Numbers (Bottom of Page)"/>
          <w:docPartUnique/>
        </w:docPartObj>
      </w:sdtPr>
      <w:sdtEndPr/>
      <w:sdtContent>
        <w:sdt>
          <w:sdtPr>
            <w:id w:val="-1172486414"/>
            <w:docPartObj>
              <w:docPartGallery w:val="Page Numbers (Top of Page)"/>
              <w:docPartUnique/>
            </w:docPartObj>
          </w:sdtPr>
          <w:sdtEndPr/>
          <w:sdtContent>
            <w:r>
              <w:rPr>
                <w:noProof/>
              </w:rPr>
              <mc:AlternateContent>
                <mc:Choice Requires="wps">
                  <w:drawing>
                    <wp:anchor distT="45720" distB="45720" distL="114300" distR="114300" simplePos="0" relativeHeight="251658240" behindDoc="0" locked="0" layoutInCell="1" allowOverlap="1" wp14:anchorId="74B9D50B" wp14:editId="2D930B2D">
                      <wp:simplePos x="0" y="0"/>
                      <wp:positionH relativeFrom="column">
                        <wp:posOffset>4176395</wp:posOffset>
                      </wp:positionH>
                      <wp:positionV relativeFrom="page">
                        <wp:posOffset>10045065</wp:posOffset>
                      </wp:positionV>
                      <wp:extent cx="500380" cy="251460"/>
                      <wp:effectExtent l="4445" t="0" r="0" b="0"/>
                      <wp:wrapSquare wrapText="bothSides"/>
                      <wp:docPr id="85602780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380" cy="2514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627DFE" w14:textId="77777777" w:rsidR="00687058" w:rsidRPr="00D9259D" w:rsidRDefault="00C17500" w:rsidP="00687058">
                                  <w:pPr>
                                    <w:pStyle w:val="Voettekst"/>
                                    <w:jc w:val="right"/>
                                    <w:rPr>
                                      <w:szCs w:val="18"/>
                                    </w:rPr>
                                  </w:pPr>
                                  <w:r w:rsidRPr="00D9259D">
                                    <w:rPr>
                                      <w:szCs w:val="18"/>
                                    </w:rPr>
                                    <w:fldChar w:fldCharType="begin"/>
                                  </w:r>
                                  <w:r w:rsidRPr="00D9259D">
                                    <w:rPr>
                                      <w:szCs w:val="18"/>
                                    </w:rPr>
                                    <w:instrText>PAGE</w:instrText>
                                  </w:r>
                                  <w:r w:rsidRPr="00D9259D">
                                    <w:rPr>
                                      <w:szCs w:val="18"/>
                                    </w:rPr>
                                    <w:fldChar w:fldCharType="separate"/>
                                  </w:r>
                                  <w:r w:rsidRPr="00D9259D">
                                    <w:rPr>
                                      <w:szCs w:val="18"/>
                                    </w:rPr>
                                    <w:t>1</w:t>
                                  </w:r>
                                  <w:r w:rsidRPr="00D9259D">
                                    <w:rPr>
                                      <w:szCs w:val="18"/>
                                    </w:rPr>
                                    <w:fldChar w:fldCharType="end"/>
                                  </w:r>
                                  <w:r w:rsidRPr="00D9259D">
                                    <w:rPr>
                                      <w:szCs w:val="18"/>
                                    </w:rPr>
                                    <w:t>/</w:t>
                                  </w:r>
                                  <w:r w:rsidRPr="00D9259D">
                                    <w:rPr>
                                      <w:szCs w:val="18"/>
                                    </w:rPr>
                                    <w:fldChar w:fldCharType="begin"/>
                                  </w:r>
                                  <w:r w:rsidRPr="00D9259D">
                                    <w:rPr>
                                      <w:szCs w:val="18"/>
                                    </w:rPr>
                                    <w:instrText>NUMPAGES</w:instrText>
                                  </w:r>
                                  <w:r w:rsidRPr="00D9259D">
                                    <w:rPr>
                                      <w:szCs w:val="18"/>
                                    </w:rPr>
                                    <w:fldChar w:fldCharType="separate"/>
                                  </w:r>
                                  <w:r w:rsidRPr="00D9259D">
                                    <w:rPr>
                                      <w:szCs w:val="18"/>
                                    </w:rPr>
                                    <w:t>1</w:t>
                                  </w:r>
                                  <w:r w:rsidRPr="00D9259D">
                                    <w:rPr>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4B9D50B" id="Tekstvak 2" o:spid="_x0000_s1028" type="#_x0000_t202" style="position:absolute;margin-left:328.85pt;margin-top:790.95pt;width:39.4pt;height:19.8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" stroked="f">
                      <v:textbox style="mso-fit-shape-to-text:t">
                        <w:txbxContent>
                          <w:p w14:paraId="10627DFE" w14:textId="77777777" w:rsidR="00687058" w:rsidRPr="00D9259D" w:rsidRDefault="00C17500" w:rsidP="00687058">
                            <w:pPr>
                              <w:pStyle w:val="Voettekst"/>
                              <w:jc w:val="right"/>
                              <w:rPr>
                                <w:szCs w:val="18"/>
                              </w:rPr>
                            </w:pPr>
                            <w:r w:rsidRPr="00D9259D">
                              <w:rPr>
                                <w:szCs w:val="18"/>
                              </w:rPr>
                              <w:fldChar w:fldCharType="begin"/>
                            </w:r>
                            <w:r w:rsidRPr="00D9259D">
                              <w:rPr>
                                <w:szCs w:val="18"/>
                              </w:rPr>
                              <w:instrText>PAGE</w:instrText>
                            </w:r>
                            <w:r w:rsidRPr="00D9259D">
                              <w:rPr>
                                <w:szCs w:val="18"/>
                              </w:rPr>
                              <w:fldChar w:fldCharType="separate"/>
                            </w:r>
                            <w:r w:rsidRPr="00D9259D">
                              <w:rPr>
                                <w:szCs w:val="18"/>
                              </w:rPr>
                              <w:t>1</w:t>
                            </w:r>
                            <w:r w:rsidRPr="00D9259D">
                              <w:rPr>
                                <w:szCs w:val="18"/>
                              </w:rPr>
                              <w:fldChar w:fldCharType="end"/>
                            </w:r>
                            <w:r w:rsidRPr="00D9259D">
                              <w:rPr>
                                <w:szCs w:val="18"/>
                              </w:rPr>
                              <w:t>/</w:t>
                            </w:r>
                            <w:r w:rsidRPr="00D9259D">
                              <w:rPr>
                                <w:szCs w:val="18"/>
                              </w:rPr>
                              <w:fldChar w:fldCharType="begin"/>
                            </w:r>
                            <w:r w:rsidRPr="00D9259D">
                              <w:rPr>
                                <w:szCs w:val="18"/>
                              </w:rPr>
                              <w:instrText>NUMPAGES</w:instrText>
                            </w:r>
                            <w:r w:rsidRPr="00D9259D">
                              <w:rPr>
                                <w:szCs w:val="18"/>
                              </w:rPr>
                              <w:fldChar w:fldCharType="separate"/>
                            </w:r>
                            <w:r w:rsidRPr="00D9259D">
                              <w:rPr>
                                <w:szCs w:val="18"/>
                              </w:rPr>
                              <w:t>1</w:t>
                            </w:r>
                            <w:r w:rsidRPr="00D9259D">
                              <w:rPr>
                                <w:szCs w:val="18"/>
                              </w:rPr>
                              <w:fldChar w:fldCharType="end"/>
                            </w:r>
                          </w:p>
                        </w:txbxContent>
                      </v:textbox>
                      <w10:wrap type="square" anchory="page"/>
                    </v:shape>
                  </w:pict>
                </mc:Fallback>
              </mc:AlternateContent>
            </w:r>
            <w:r w:rsidR="00C17500" w:rsidRPr="00687058">
              <w:rPr>
                <w:b/>
                <w:bCs/>
                <w:noProof/>
                <w:color w:val="B07D58"/>
                <w:sz w:val="16"/>
                <w:szCs w:val="16"/>
              </w:rPr>
              <w:drawing>
                <wp:anchor distT="0" distB="0" distL="114300" distR="114300" simplePos="0" relativeHeight="251655168" behindDoc="1" locked="0" layoutInCell="0" allowOverlap="1" wp14:anchorId="182EEA0E" wp14:editId="5AD5D3A8">
                  <wp:simplePos x="0" y="0"/>
                  <wp:positionH relativeFrom="page">
                    <wp:posOffset>5796915</wp:posOffset>
                  </wp:positionH>
                  <wp:positionV relativeFrom="page">
                    <wp:posOffset>9217025</wp:posOffset>
                  </wp:positionV>
                  <wp:extent cx="1332000" cy="1008000"/>
                  <wp:effectExtent l="0" t="0" r="1905" b="1905"/>
                  <wp:wrapNone/>
                  <wp:docPr id="623150755" name="Afbeelding 1" descr="Een patroon met pictogrammen. 37 mm breed x 28 mm hoog. Een vossenhoofd, een gerste-aar en vier luiken. Kleuren bruin met zwart."/>
                  <wp:cNvGraphicFramePr/>
                  <a:graphic xmlns:a="http://schemas.openxmlformats.org/drawingml/2006/main">
                    <a:graphicData uri="http://schemas.openxmlformats.org/drawingml/2006/picture">
                      <pic:pic xmlns:pic="http://schemas.openxmlformats.org/drawingml/2006/picture">
                        <pic:nvPicPr>
                          <pic:cNvPr id="623150755" name="Afbeelding 1" descr="Een patroon met pictogrammen. 37 mm breed x 28 mm hoog. Een vossenhoofd, een gerste-aar en vier luiken. Kleuren bruin met zwart."/>
                          <pic:cNvPicPr/>
                        </pic:nvPicPr>
                        <pic:blipFill>
                          <a:blip r:embed="rId1">
                            <a:extLst>
                              <a:ext uri="{28A0092B-C50C-407E-A947-70E740481C1C}">
                                <a14:useLocalDpi xmlns:a14="http://schemas.microsoft.com/office/drawing/2010/main" val="0"/>
                              </a:ext>
                            </a:extLst>
                          </a:blip>
                          <a:stretch>
                            <a:fillRect/>
                          </a:stretch>
                        </pic:blipFill>
                        <pic:spPr>
                          <a:xfrm>
                            <a:off x="0" y="0"/>
                            <a:ext cx="1332000" cy="1008000"/>
                          </a:xfrm>
                          <a:prstGeom prst="rect">
                            <a:avLst/>
                          </a:prstGeom>
                        </pic:spPr>
                      </pic:pic>
                    </a:graphicData>
                  </a:graphic>
                </wp:anchor>
              </w:drawing>
            </w:r>
          </w:sdtContent>
        </w:sdt>
      </w:sdtContent>
    </w:sdt>
  </w:p>
  <w:p w14:paraId="65876238" w14:textId="77777777" w:rsidR="002F548A" w:rsidRDefault="002F548A" w:rsidP="002F548A">
    <w:pPr>
      <w:pStyle w:val="Voettek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F757F6" w14:textId="77777777" w:rsidR="009C2E43" w:rsidRDefault="009C2E43">
      <w:pPr>
        <w:spacing w:line="240" w:lineRule="auto"/>
      </w:pPr>
      <w:r>
        <w:separator/>
      </w:r>
    </w:p>
  </w:footnote>
  <w:footnote w:type="continuationSeparator" w:id="0">
    <w:p w14:paraId="198D8A03" w14:textId="77777777" w:rsidR="009C2E43" w:rsidRDefault="009C2E4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4E888" w14:textId="77777777" w:rsidR="00D605A7" w:rsidRDefault="00D605A7">
    <w:pPr>
      <w:pStyle w:val="Koptekst"/>
    </w:pPr>
  </w:p>
  <w:p w14:paraId="2B19A484" w14:textId="77777777" w:rsidR="00D605A7" w:rsidRDefault="00D605A7">
    <w:pPr>
      <w:pStyle w:val="Koptekst"/>
    </w:pPr>
  </w:p>
  <w:p w14:paraId="11C92024" w14:textId="77777777" w:rsidR="00D605A7" w:rsidRDefault="00D605A7">
    <w:pPr>
      <w:pStyle w:val="Koptekst"/>
    </w:pPr>
  </w:p>
  <w:p w14:paraId="6BE2C3CA" w14:textId="77777777" w:rsidR="002D3065" w:rsidRDefault="00C17500">
    <w:pPr>
      <w:pStyle w:val="Koptekst"/>
    </w:pPr>
    <w:r w:rsidRPr="00003618">
      <w:rPr>
        <w:noProof/>
        <w:szCs w:val="18"/>
      </w:rPr>
      <w:drawing>
        <wp:anchor distT="0" distB="0" distL="114300" distR="114300" simplePos="0" relativeHeight="251657216" behindDoc="1" locked="0" layoutInCell="1" allowOverlap="1" wp14:anchorId="304B75C8" wp14:editId="59F2397E">
          <wp:simplePos x="0" y="0"/>
          <wp:positionH relativeFrom="column">
            <wp:posOffset>4374515</wp:posOffset>
          </wp:positionH>
          <wp:positionV relativeFrom="page">
            <wp:posOffset>467995</wp:posOffset>
          </wp:positionV>
          <wp:extent cx="1738800" cy="468000"/>
          <wp:effectExtent l="0" t="0" r="0" b="8255"/>
          <wp:wrapNone/>
          <wp:docPr id="1823357780" name="Afbeelding 2" descr="Logo gemeente Hulst 48,33 mm breed x 12,89 mm hoog. Een bruine poort met  zwarte letters 'Hulst' en bruine letters 'geme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357780" name="Afbeelding 2" descr="Logo gemeente Hulst 48,33 mm breed x 12,89 mm hoog. Een bruine poort met  zwarte letters 'Hulst' en bruine letters 'gemeent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738800" cy="468000"/>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7CDC9" w14:textId="77777777" w:rsidR="002D26A7" w:rsidRDefault="002D26A7" w:rsidP="002D26A7">
    <w:pPr>
      <w:spacing w:line="20" w:lineRule="exact"/>
    </w:pPr>
  </w:p>
  <w:p w14:paraId="6FBE4952" w14:textId="77777777" w:rsidR="0058512D" w:rsidRPr="00E85CD8" w:rsidRDefault="00C17500" w:rsidP="0058512D">
    <w:r w:rsidRPr="00003618">
      <w:rPr>
        <w:noProof/>
        <w:szCs w:val="18"/>
      </w:rPr>
      <w:drawing>
        <wp:anchor distT="0" distB="0" distL="114300" distR="114300" simplePos="0" relativeHeight="251656192" behindDoc="1" locked="0" layoutInCell="1" allowOverlap="1" wp14:anchorId="2A0C5688" wp14:editId="36605EB9">
          <wp:simplePos x="0" y="0"/>
          <wp:positionH relativeFrom="column">
            <wp:posOffset>4374515</wp:posOffset>
          </wp:positionH>
          <wp:positionV relativeFrom="page">
            <wp:posOffset>467995</wp:posOffset>
          </wp:positionV>
          <wp:extent cx="1738800" cy="468000"/>
          <wp:effectExtent l="0" t="0" r="0" b="8255"/>
          <wp:wrapNone/>
          <wp:docPr id="895819672" name="Afbeelding 2" descr="Logo gemeente Hulst 48,33 mm breed x 12,89 mm hoog. Een bruine poort met  zwarte letters 'Hulst' en bruine letters 'geme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819672" name="Afbeelding 2" descr="Logo gemeente Hulst 48,33 mm breed x 12,89 mm hoog. Een bruine poort met  zwarte letters 'Hulst' en bruine letters 'gemeent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738800" cy="468000"/>
                  </a:xfrm>
                  <a:prstGeom prst="rect">
                    <a:avLst/>
                  </a:prstGeom>
                  <a:noFill/>
                  <a:ln>
                    <a:noFill/>
                  </a:ln>
                </pic:spPr>
              </pic:pic>
            </a:graphicData>
          </a:graphic>
        </wp:anchor>
      </w:drawing>
    </w:r>
  </w:p>
  <w:tbl>
    <w:tblPr>
      <w:tblStyle w:val="Tabelraster"/>
      <w:tblW w:w="0" w:type="auto"/>
      <w:tblBorders>
        <w:top w:val="nil"/>
        <w:left w:val="nil"/>
        <w:bottom w:val="nil"/>
        <w:right w:val="nil"/>
        <w:insideH w:val="nil"/>
        <w:insideV w:val="nil"/>
      </w:tblBorders>
      <w:tblCellMar>
        <w:left w:w="0" w:type="dxa"/>
      </w:tblCellMar>
      <w:tblLook w:val="04A0" w:firstRow="1" w:lastRow="0" w:firstColumn="1" w:lastColumn="0" w:noHBand="0" w:noVBand="1"/>
    </w:tblPr>
    <w:tblGrid>
      <w:gridCol w:w="6417"/>
      <w:gridCol w:w="2514"/>
    </w:tblGrid>
    <w:tr w:rsidR="008966D4" w14:paraId="3080EE71" w14:textId="77777777" w:rsidTr="003D192B">
      <w:tc>
        <w:tcPr>
          <w:tcW w:w="6417" w:type="dxa"/>
          <w:vAlign w:val="bottom"/>
        </w:tcPr>
        <w:p w14:paraId="720FBC8E" w14:textId="719D8E55" w:rsidR="0058512D" w:rsidRPr="00E85CD8" w:rsidRDefault="00C17500" w:rsidP="0058512D">
          <w:pPr>
            <w:pStyle w:val="formuliernaam"/>
            <w:rPr>
              <w:rFonts w:ascii="Verdana" w:hAnsi="Verdana"/>
              <w:i w:val="0"/>
              <w:noProof/>
              <w:szCs w:val="24"/>
            </w:rPr>
          </w:pPr>
          <w:r w:rsidRPr="001212A0">
            <w:rPr>
              <w:rFonts w:ascii="Verdana" w:hAnsi="Verdana"/>
              <w:i w:val="0"/>
              <w:noProof/>
              <w:sz w:val="16"/>
              <w:szCs w:val="16"/>
            </w:rPr>
            <w:br/>
          </w:r>
        </w:p>
        <w:p w14:paraId="60C197D5" w14:textId="77777777" w:rsidR="0058512D" w:rsidRPr="00E85CD8" w:rsidRDefault="0058512D" w:rsidP="0058512D">
          <w:pPr>
            <w:pStyle w:val="Koptekst"/>
            <w:rPr>
              <w:noProof/>
              <w:sz w:val="24"/>
              <w:szCs w:val="24"/>
            </w:rPr>
          </w:pPr>
        </w:p>
      </w:tc>
      <w:tc>
        <w:tcPr>
          <w:tcW w:w="2514" w:type="dxa"/>
          <w:vAlign w:val="center"/>
        </w:tcPr>
        <w:p w14:paraId="7DEAB724" w14:textId="77777777" w:rsidR="0058512D" w:rsidRPr="00E85CD8" w:rsidRDefault="0058512D" w:rsidP="0058512D">
          <w:pPr>
            <w:pStyle w:val="Koptekst"/>
            <w:jc w:val="right"/>
          </w:pPr>
        </w:p>
      </w:tc>
    </w:tr>
  </w:tbl>
  <w:p w14:paraId="5D484362" w14:textId="77777777" w:rsidR="00215D1A" w:rsidRPr="00F72DDE" w:rsidRDefault="00215D1A" w:rsidP="002D26A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abstractNum w:abstractNumId="9" w15:restartNumberingAfterBreak="0">
    <w:nsid w:val="07F877D4"/>
    <w:multiLevelType w:val="multilevel"/>
    <w:tmpl w:val="9EBE8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BCF34AD"/>
    <w:multiLevelType w:val="hybridMultilevel"/>
    <w:tmpl w:val="16446E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C8A330A"/>
    <w:multiLevelType w:val="multilevel"/>
    <w:tmpl w:val="99DE6A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1064BDB"/>
    <w:multiLevelType w:val="multilevel"/>
    <w:tmpl w:val="A3EAD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64F7E3B"/>
    <w:multiLevelType w:val="hybridMultilevel"/>
    <w:tmpl w:val="F29AC8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AEF7119"/>
    <w:multiLevelType w:val="hybridMultilevel"/>
    <w:tmpl w:val="367801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DA15D44"/>
    <w:multiLevelType w:val="multilevel"/>
    <w:tmpl w:val="9D52D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3930909"/>
    <w:multiLevelType w:val="hybridMultilevel"/>
    <w:tmpl w:val="207E07E8"/>
    <w:lvl w:ilvl="0" w:tplc="04130001">
      <w:start w:val="1"/>
      <w:numFmt w:val="bullet"/>
      <w:lvlText w:val=""/>
      <w:lvlJc w:val="left"/>
      <w:pPr>
        <w:ind w:left="720" w:hanging="360"/>
      </w:pPr>
      <w:rPr>
        <w:rFonts w:ascii="Symbol" w:hAnsi="Symbol" w:hint="default"/>
      </w:rPr>
    </w:lvl>
    <w:lvl w:ilvl="1" w:tplc="CAE43C00">
      <w:numFmt w:val="bullet"/>
      <w:lvlText w:val="-"/>
      <w:lvlJc w:val="left"/>
      <w:pPr>
        <w:ind w:left="502" w:hanging="360"/>
      </w:pPr>
      <w:rPr>
        <w:rFonts w:ascii="Arial" w:eastAsiaTheme="minorEastAsia"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4516891"/>
    <w:multiLevelType w:val="hybridMultilevel"/>
    <w:tmpl w:val="7FFC43E4"/>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5BB3228"/>
    <w:multiLevelType w:val="multilevel"/>
    <w:tmpl w:val="C60AF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B22E22"/>
    <w:multiLevelType w:val="hybridMultilevel"/>
    <w:tmpl w:val="121C2C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558384E"/>
    <w:multiLevelType w:val="multilevel"/>
    <w:tmpl w:val="86722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035A22"/>
    <w:multiLevelType w:val="multilevel"/>
    <w:tmpl w:val="06C89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AE5883"/>
    <w:multiLevelType w:val="multilevel"/>
    <w:tmpl w:val="BC268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FA301FB"/>
    <w:multiLevelType w:val="hybridMultilevel"/>
    <w:tmpl w:val="05304C62"/>
    <w:lvl w:ilvl="0" w:tplc="A9BC0074">
      <w:start w:val="1"/>
      <w:numFmt w:val="bullet"/>
      <w:pStyle w:val="Lijstalinea"/>
      <w:lvlText w:val=""/>
      <w:lvlJc w:val="left"/>
      <w:pPr>
        <w:ind w:left="284" w:hanging="284"/>
      </w:pPr>
      <w:rPr>
        <w:rFonts w:ascii="Symbol" w:hAnsi="Symbol" w:hint="default"/>
      </w:rPr>
    </w:lvl>
    <w:lvl w:ilvl="1" w:tplc="A5B20CA4" w:tentative="1">
      <w:start w:val="1"/>
      <w:numFmt w:val="bullet"/>
      <w:lvlText w:val="o"/>
      <w:lvlJc w:val="left"/>
      <w:pPr>
        <w:ind w:left="1440" w:hanging="360"/>
      </w:pPr>
      <w:rPr>
        <w:rFonts w:ascii="Courier New" w:hAnsi="Courier New" w:cs="Courier New" w:hint="default"/>
      </w:rPr>
    </w:lvl>
    <w:lvl w:ilvl="2" w:tplc="590A28DE" w:tentative="1">
      <w:start w:val="1"/>
      <w:numFmt w:val="bullet"/>
      <w:lvlText w:val=""/>
      <w:lvlJc w:val="left"/>
      <w:pPr>
        <w:ind w:left="2160" w:hanging="360"/>
      </w:pPr>
      <w:rPr>
        <w:rFonts w:ascii="Wingdings" w:hAnsi="Wingdings" w:hint="default"/>
      </w:rPr>
    </w:lvl>
    <w:lvl w:ilvl="3" w:tplc="287A2AE0" w:tentative="1">
      <w:start w:val="1"/>
      <w:numFmt w:val="bullet"/>
      <w:lvlText w:val=""/>
      <w:lvlJc w:val="left"/>
      <w:pPr>
        <w:ind w:left="2880" w:hanging="360"/>
      </w:pPr>
      <w:rPr>
        <w:rFonts w:ascii="Symbol" w:hAnsi="Symbol" w:hint="default"/>
      </w:rPr>
    </w:lvl>
    <w:lvl w:ilvl="4" w:tplc="533A6160" w:tentative="1">
      <w:start w:val="1"/>
      <w:numFmt w:val="bullet"/>
      <w:lvlText w:val="o"/>
      <w:lvlJc w:val="left"/>
      <w:pPr>
        <w:ind w:left="3600" w:hanging="360"/>
      </w:pPr>
      <w:rPr>
        <w:rFonts w:ascii="Courier New" w:hAnsi="Courier New" w:cs="Courier New" w:hint="default"/>
      </w:rPr>
    </w:lvl>
    <w:lvl w:ilvl="5" w:tplc="2A02D7CE" w:tentative="1">
      <w:start w:val="1"/>
      <w:numFmt w:val="bullet"/>
      <w:lvlText w:val=""/>
      <w:lvlJc w:val="left"/>
      <w:pPr>
        <w:ind w:left="4320" w:hanging="360"/>
      </w:pPr>
      <w:rPr>
        <w:rFonts w:ascii="Wingdings" w:hAnsi="Wingdings" w:hint="default"/>
      </w:rPr>
    </w:lvl>
    <w:lvl w:ilvl="6" w:tplc="7378343A" w:tentative="1">
      <w:start w:val="1"/>
      <w:numFmt w:val="bullet"/>
      <w:lvlText w:val=""/>
      <w:lvlJc w:val="left"/>
      <w:pPr>
        <w:ind w:left="5040" w:hanging="360"/>
      </w:pPr>
      <w:rPr>
        <w:rFonts w:ascii="Symbol" w:hAnsi="Symbol" w:hint="default"/>
      </w:rPr>
    </w:lvl>
    <w:lvl w:ilvl="7" w:tplc="1974D4F0" w:tentative="1">
      <w:start w:val="1"/>
      <w:numFmt w:val="bullet"/>
      <w:lvlText w:val="o"/>
      <w:lvlJc w:val="left"/>
      <w:pPr>
        <w:ind w:left="5760" w:hanging="360"/>
      </w:pPr>
      <w:rPr>
        <w:rFonts w:ascii="Courier New" w:hAnsi="Courier New" w:cs="Courier New" w:hint="default"/>
      </w:rPr>
    </w:lvl>
    <w:lvl w:ilvl="8" w:tplc="ADB2314C" w:tentative="1">
      <w:start w:val="1"/>
      <w:numFmt w:val="bullet"/>
      <w:lvlText w:val=""/>
      <w:lvlJc w:val="left"/>
      <w:pPr>
        <w:ind w:left="6480" w:hanging="360"/>
      </w:pPr>
      <w:rPr>
        <w:rFonts w:ascii="Wingdings" w:hAnsi="Wingdings" w:hint="default"/>
      </w:rPr>
    </w:lvl>
  </w:abstractNum>
  <w:abstractNum w:abstractNumId="24" w15:restartNumberingAfterBreak="0">
    <w:nsid w:val="44D72444"/>
    <w:multiLevelType w:val="multilevel"/>
    <w:tmpl w:val="EA7AE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5AB6B3E"/>
    <w:multiLevelType w:val="multilevel"/>
    <w:tmpl w:val="D4E02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7861DDB"/>
    <w:multiLevelType w:val="multilevel"/>
    <w:tmpl w:val="291C9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9AB61B6"/>
    <w:multiLevelType w:val="multilevel"/>
    <w:tmpl w:val="B0867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CED6C86"/>
    <w:multiLevelType w:val="multilevel"/>
    <w:tmpl w:val="46048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E374AC9"/>
    <w:multiLevelType w:val="hybridMultilevel"/>
    <w:tmpl w:val="81F4F0E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51E353A"/>
    <w:multiLevelType w:val="multilevel"/>
    <w:tmpl w:val="17429A3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1" w15:restartNumberingAfterBreak="0">
    <w:nsid w:val="5B811FBA"/>
    <w:multiLevelType w:val="hybridMultilevel"/>
    <w:tmpl w:val="D4C4DB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CB72291"/>
    <w:multiLevelType w:val="hybridMultilevel"/>
    <w:tmpl w:val="7B10A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50414F8"/>
    <w:multiLevelType w:val="hybridMultilevel"/>
    <w:tmpl w:val="4844CE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A616480"/>
    <w:multiLevelType w:val="hybridMultilevel"/>
    <w:tmpl w:val="741CE8FE"/>
    <w:lvl w:ilvl="0" w:tplc="D2A21F44">
      <w:start w:val="1"/>
      <w:numFmt w:val="bullet"/>
      <w:lvlText w:val=""/>
      <w:lvlJc w:val="left"/>
      <w:pPr>
        <w:ind w:left="284" w:hanging="284"/>
      </w:pPr>
      <w:rPr>
        <w:rFonts w:ascii="Symbol" w:hAnsi="Symbol" w:hint="default"/>
      </w:rPr>
    </w:lvl>
    <w:lvl w:ilvl="1" w:tplc="D8DAA830" w:tentative="1">
      <w:start w:val="1"/>
      <w:numFmt w:val="bullet"/>
      <w:lvlText w:val="o"/>
      <w:lvlJc w:val="left"/>
      <w:pPr>
        <w:ind w:left="2160" w:hanging="360"/>
      </w:pPr>
      <w:rPr>
        <w:rFonts w:ascii="Courier New" w:hAnsi="Courier New" w:cs="Courier New" w:hint="default"/>
      </w:rPr>
    </w:lvl>
    <w:lvl w:ilvl="2" w:tplc="C752373E" w:tentative="1">
      <w:start w:val="1"/>
      <w:numFmt w:val="bullet"/>
      <w:lvlText w:val=""/>
      <w:lvlJc w:val="left"/>
      <w:pPr>
        <w:ind w:left="2880" w:hanging="360"/>
      </w:pPr>
      <w:rPr>
        <w:rFonts w:ascii="Wingdings" w:hAnsi="Wingdings" w:hint="default"/>
      </w:rPr>
    </w:lvl>
    <w:lvl w:ilvl="3" w:tplc="C00E51E2" w:tentative="1">
      <w:start w:val="1"/>
      <w:numFmt w:val="bullet"/>
      <w:lvlText w:val=""/>
      <w:lvlJc w:val="left"/>
      <w:pPr>
        <w:ind w:left="3600" w:hanging="360"/>
      </w:pPr>
      <w:rPr>
        <w:rFonts w:ascii="Symbol" w:hAnsi="Symbol" w:hint="default"/>
      </w:rPr>
    </w:lvl>
    <w:lvl w:ilvl="4" w:tplc="C3E6046C" w:tentative="1">
      <w:start w:val="1"/>
      <w:numFmt w:val="bullet"/>
      <w:lvlText w:val="o"/>
      <w:lvlJc w:val="left"/>
      <w:pPr>
        <w:ind w:left="4320" w:hanging="360"/>
      </w:pPr>
      <w:rPr>
        <w:rFonts w:ascii="Courier New" w:hAnsi="Courier New" w:cs="Courier New" w:hint="default"/>
      </w:rPr>
    </w:lvl>
    <w:lvl w:ilvl="5" w:tplc="F94C6270" w:tentative="1">
      <w:start w:val="1"/>
      <w:numFmt w:val="bullet"/>
      <w:lvlText w:val=""/>
      <w:lvlJc w:val="left"/>
      <w:pPr>
        <w:ind w:left="5040" w:hanging="360"/>
      </w:pPr>
      <w:rPr>
        <w:rFonts w:ascii="Wingdings" w:hAnsi="Wingdings" w:hint="default"/>
      </w:rPr>
    </w:lvl>
    <w:lvl w:ilvl="6" w:tplc="E0525134" w:tentative="1">
      <w:start w:val="1"/>
      <w:numFmt w:val="bullet"/>
      <w:lvlText w:val=""/>
      <w:lvlJc w:val="left"/>
      <w:pPr>
        <w:ind w:left="5760" w:hanging="360"/>
      </w:pPr>
      <w:rPr>
        <w:rFonts w:ascii="Symbol" w:hAnsi="Symbol" w:hint="default"/>
      </w:rPr>
    </w:lvl>
    <w:lvl w:ilvl="7" w:tplc="88E42C72" w:tentative="1">
      <w:start w:val="1"/>
      <w:numFmt w:val="bullet"/>
      <w:lvlText w:val="o"/>
      <w:lvlJc w:val="left"/>
      <w:pPr>
        <w:ind w:left="6480" w:hanging="360"/>
      </w:pPr>
      <w:rPr>
        <w:rFonts w:ascii="Courier New" w:hAnsi="Courier New" w:cs="Courier New" w:hint="default"/>
      </w:rPr>
    </w:lvl>
    <w:lvl w:ilvl="8" w:tplc="82C2DCDA" w:tentative="1">
      <w:start w:val="1"/>
      <w:numFmt w:val="bullet"/>
      <w:lvlText w:val=""/>
      <w:lvlJc w:val="left"/>
      <w:pPr>
        <w:ind w:left="7200" w:hanging="360"/>
      </w:pPr>
      <w:rPr>
        <w:rFonts w:ascii="Wingdings" w:hAnsi="Wingdings" w:hint="default"/>
      </w:rPr>
    </w:lvl>
  </w:abstractNum>
  <w:abstractNum w:abstractNumId="35" w15:restartNumberingAfterBreak="0">
    <w:nsid w:val="72352D27"/>
    <w:multiLevelType w:val="hybridMultilevel"/>
    <w:tmpl w:val="D1845E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41D4B42"/>
    <w:multiLevelType w:val="multilevel"/>
    <w:tmpl w:val="C6623B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4AF4192"/>
    <w:multiLevelType w:val="multilevel"/>
    <w:tmpl w:val="6902E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6141C77"/>
    <w:multiLevelType w:val="hybridMultilevel"/>
    <w:tmpl w:val="57DC2310"/>
    <w:lvl w:ilvl="0" w:tplc="8C74DB9A">
      <w:start w:val="1"/>
      <w:numFmt w:val="decimal"/>
      <w:lvlText w:val="%1."/>
      <w:lvlJc w:val="left"/>
      <w:pPr>
        <w:ind w:left="1440" w:hanging="360"/>
      </w:pPr>
    </w:lvl>
    <w:lvl w:ilvl="1" w:tplc="526C6FBA">
      <w:start w:val="1"/>
      <w:numFmt w:val="decimal"/>
      <w:lvlText w:val="%2."/>
      <w:lvlJc w:val="left"/>
      <w:pPr>
        <w:ind w:left="1440" w:hanging="360"/>
      </w:pPr>
    </w:lvl>
    <w:lvl w:ilvl="2" w:tplc="BD285538">
      <w:start w:val="1"/>
      <w:numFmt w:val="decimal"/>
      <w:lvlText w:val="%3."/>
      <w:lvlJc w:val="left"/>
      <w:pPr>
        <w:ind w:left="1440" w:hanging="360"/>
      </w:pPr>
    </w:lvl>
    <w:lvl w:ilvl="3" w:tplc="D27682F8">
      <w:start w:val="1"/>
      <w:numFmt w:val="decimal"/>
      <w:lvlText w:val="%4."/>
      <w:lvlJc w:val="left"/>
      <w:pPr>
        <w:ind w:left="1440" w:hanging="360"/>
      </w:pPr>
    </w:lvl>
    <w:lvl w:ilvl="4" w:tplc="0A629616">
      <w:start w:val="1"/>
      <w:numFmt w:val="decimal"/>
      <w:lvlText w:val="%5."/>
      <w:lvlJc w:val="left"/>
      <w:pPr>
        <w:ind w:left="1440" w:hanging="360"/>
      </w:pPr>
    </w:lvl>
    <w:lvl w:ilvl="5" w:tplc="2FC62D40">
      <w:start w:val="1"/>
      <w:numFmt w:val="decimal"/>
      <w:lvlText w:val="%6."/>
      <w:lvlJc w:val="left"/>
      <w:pPr>
        <w:ind w:left="1440" w:hanging="360"/>
      </w:pPr>
    </w:lvl>
    <w:lvl w:ilvl="6" w:tplc="710C693C">
      <w:start w:val="1"/>
      <w:numFmt w:val="decimal"/>
      <w:lvlText w:val="%7."/>
      <w:lvlJc w:val="left"/>
      <w:pPr>
        <w:ind w:left="1440" w:hanging="360"/>
      </w:pPr>
    </w:lvl>
    <w:lvl w:ilvl="7" w:tplc="7D80FDB8">
      <w:start w:val="1"/>
      <w:numFmt w:val="decimal"/>
      <w:lvlText w:val="%8."/>
      <w:lvlJc w:val="left"/>
      <w:pPr>
        <w:ind w:left="1440" w:hanging="360"/>
      </w:pPr>
    </w:lvl>
    <w:lvl w:ilvl="8" w:tplc="07AA504A">
      <w:start w:val="1"/>
      <w:numFmt w:val="decimal"/>
      <w:lvlText w:val="%9."/>
      <w:lvlJc w:val="left"/>
      <w:pPr>
        <w:ind w:left="1440" w:hanging="360"/>
      </w:pPr>
    </w:lvl>
  </w:abstractNum>
  <w:abstractNum w:abstractNumId="39" w15:restartNumberingAfterBreak="0">
    <w:nsid w:val="7C103D27"/>
    <w:multiLevelType w:val="hybridMultilevel"/>
    <w:tmpl w:val="9E1E76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35876922">
    <w:abstractNumId w:val="30"/>
  </w:num>
  <w:num w:numId="2" w16cid:durableId="2097827669">
    <w:abstractNumId w:val="30"/>
  </w:num>
  <w:num w:numId="3" w16cid:durableId="1510370518">
    <w:abstractNumId w:val="30"/>
  </w:num>
  <w:num w:numId="4" w16cid:durableId="754476325">
    <w:abstractNumId w:val="30"/>
  </w:num>
  <w:num w:numId="5" w16cid:durableId="1615015618">
    <w:abstractNumId w:val="30"/>
  </w:num>
  <w:num w:numId="6" w16cid:durableId="2102795220">
    <w:abstractNumId w:val="30"/>
  </w:num>
  <w:num w:numId="7" w16cid:durableId="94983756">
    <w:abstractNumId w:val="30"/>
  </w:num>
  <w:num w:numId="8" w16cid:durableId="780994872">
    <w:abstractNumId w:val="30"/>
  </w:num>
  <w:num w:numId="9" w16cid:durableId="379793428">
    <w:abstractNumId w:val="34"/>
  </w:num>
  <w:num w:numId="10" w16cid:durableId="1820226554">
    <w:abstractNumId w:val="23"/>
  </w:num>
  <w:num w:numId="11" w16cid:durableId="786193464">
    <w:abstractNumId w:val="8"/>
  </w:num>
  <w:num w:numId="12" w16cid:durableId="171843566">
    <w:abstractNumId w:val="6"/>
  </w:num>
  <w:num w:numId="13" w16cid:durableId="69932036">
    <w:abstractNumId w:val="5"/>
  </w:num>
  <w:num w:numId="14" w16cid:durableId="133181354">
    <w:abstractNumId w:val="4"/>
  </w:num>
  <w:num w:numId="15" w16cid:durableId="1186670759">
    <w:abstractNumId w:val="7"/>
  </w:num>
  <w:num w:numId="16" w16cid:durableId="1111707100">
    <w:abstractNumId w:val="3"/>
  </w:num>
  <w:num w:numId="17" w16cid:durableId="1272007313">
    <w:abstractNumId w:val="2"/>
  </w:num>
  <w:num w:numId="18" w16cid:durableId="910315233">
    <w:abstractNumId w:val="1"/>
  </w:num>
  <w:num w:numId="19" w16cid:durableId="413555423">
    <w:abstractNumId w:val="0"/>
  </w:num>
  <w:num w:numId="20" w16cid:durableId="1178889164">
    <w:abstractNumId w:val="28"/>
  </w:num>
  <w:num w:numId="21" w16cid:durableId="1944263734">
    <w:abstractNumId w:val="39"/>
  </w:num>
  <w:num w:numId="22" w16cid:durableId="1113598303">
    <w:abstractNumId w:val="37"/>
  </w:num>
  <w:num w:numId="23" w16cid:durableId="1831410708">
    <w:abstractNumId w:val="27"/>
  </w:num>
  <w:num w:numId="24" w16cid:durableId="611861030">
    <w:abstractNumId w:val="36"/>
  </w:num>
  <w:num w:numId="25" w16cid:durableId="367413348">
    <w:abstractNumId w:val="35"/>
  </w:num>
  <w:num w:numId="26" w16cid:durableId="1899396650">
    <w:abstractNumId w:val="33"/>
  </w:num>
  <w:num w:numId="27" w16cid:durableId="1472796029">
    <w:abstractNumId w:val="10"/>
  </w:num>
  <w:num w:numId="28" w16cid:durableId="1270045132">
    <w:abstractNumId w:val="17"/>
  </w:num>
  <w:num w:numId="29" w16cid:durableId="352650326">
    <w:abstractNumId w:val="18"/>
  </w:num>
  <w:num w:numId="30" w16cid:durableId="1574391352">
    <w:abstractNumId w:val="12"/>
  </w:num>
  <w:num w:numId="31" w16cid:durableId="1757050771">
    <w:abstractNumId w:val="16"/>
  </w:num>
  <w:num w:numId="32" w16cid:durableId="1190487784">
    <w:abstractNumId w:val="19"/>
  </w:num>
  <w:num w:numId="33" w16cid:durableId="2015257040">
    <w:abstractNumId w:val="15"/>
  </w:num>
  <w:num w:numId="34" w16cid:durableId="202644493">
    <w:abstractNumId w:val="31"/>
  </w:num>
  <w:num w:numId="35" w16cid:durableId="1790665634">
    <w:abstractNumId w:val="13"/>
  </w:num>
  <w:num w:numId="36" w16cid:durableId="682777679">
    <w:abstractNumId w:val="14"/>
  </w:num>
  <w:num w:numId="37" w16cid:durableId="846821823">
    <w:abstractNumId w:val="32"/>
  </w:num>
  <w:num w:numId="38" w16cid:durableId="1543789328">
    <w:abstractNumId w:val="11"/>
  </w:num>
  <w:num w:numId="39" w16cid:durableId="1238519698">
    <w:abstractNumId w:val="21"/>
  </w:num>
  <w:num w:numId="40" w16cid:durableId="1877692837">
    <w:abstractNumId w:val="26"/>
  </w:num>
  <w:num w:numId="41" w16cid:durableId="713894976">
    <w:abstractNumId w:val="22"/>
  </w:num>
  <w:num w:numId="42" w16cid:durableId="869952919">
    <w:abstractNumId w:val="24"/>
  </w:num>
  <w:num w:numId="43" w16cid:durableId="1987394691">
    <w:abstractNumId w:val="9"/>
  </w:num>
  <w:num w:numId="44" w16cid:durableId="1560480014">
    <w:abstractNumId w:val="20"/>
  </w:num>
  <w:num w:numId="45" w16cid:durableId="1510867666">
    <w:abstractNumId w:val="38"/>
  </w:num>
  <w:num w:numId="46" w16cid:durableId="1593007947">
    <w:abstractNumId w:val="25"/>
  </w:num>
  <w:num w:numId="47" w16cid:durableId="55551398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6D4"/>
    <w:rsid w:val="00005C04"/>
    <w:rsid w:val="001212A0"/>
    <w:rsid w:val="001A6192"/>
    <w:rsid w:val="001D3764"/>
    <w:rsid w:val="00215D1A"/>
    <w:rsid w:val="002875F1"/>
    <w:rsid w:val="0029485E"/>
    <w:rsid w:val="002D26A7"/>
    <w:rsid w:val="002D3065"/>
    <w:rsid w:val="002F548A"/>
    <w:rsid w:val="00325DDD"/>
    <w:rsid w:val="003577E2"/>
    <w:rsid w:val="003C22FD"/>
    <w:rsid w:val="004415A7"/>
    <w:rsid w:val="0049435A"/>
    <w:rsid w:val="004F6CB1"/>
    <w:rsid w:val="00565C6A"/>
    <w:rsid w:val="0058512D"/>
    <w:rsid w:val="0061141A"/>
    <w:rsid w:val="006368C0"/>
    <w:rsid w:val="0064237D"/>
    <w:rsid w:val="00687058"/>
    <w:rsid w:val="00786A8D"/>
    <w:rsid w:val="008616FB"/>
    <w:rsid w:val="008966D4"/>
    <w:rsid w:val="008A35D6"/>
    <w:rsid w:val="0094324C"/>
    <w:rsid w:val="00992A2A"/>
    <w:rsid w:val="00992C35"/>
    <w:rsid w:val="009C2E43"/>
    <w:rsid w:val="009D5E00"/>
    <w:rsid w:val="009E3DA7"/>
    <w:rsid w:val="009F0796"/>
    <w:rsid w:val="00AD6BBD"/>
    <w:rsid w:val="00AF7A22"/>
    <w:rsid w:val="00B34210"/>
    <w:rsid w:val="00B933BD"/>
    <w:rsid w:val="00C17500"/>
    <w:rsid w:val="00C20186"/>
    <w:rsid w:val="00C50F39"/>
    <w:rsid w:val="00C66702"/>
    <w:rsid w:val="00CD39B7"/>
    <w:rsid w:val="00D605A7"/>
    <w:rsid w:val="00D85333"/>
    <w:rsid w:val="00D9259D"/>
    <w:rsid w:val="00E57172"/>
    <w:rsid w:val="00E676CF"/>
    <w:rsid w:val="00E85CD8"/>
    <w:rsid w:val="00EA7C2F"/>
    <w:rsid w:val="00F14092"/>
    <w:rsid w:val="00F72DDE"/>
    <w:rsid w:val="00F800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C7F7BD"/>
  <w15:docId w15:val="{789380B8-B7E0-47B1-BFD3-35E096F31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51535"/>
    <w:pPr>
      <w:spacing w:after="0"/>
    </w:pPr>
    <w:rPr>
      <w:rFonts w:ascii="Verdana" w:hAnsi="Verdana"/>
      <w:sz w:val="18"/>
    </w:rPr>
  </w:style>
  <w:style w:type="paragraph" w:styleId="Kop1">
    <w:name w:val="heading 1"/>
    <w:basedOn w:val="Standaard"/>
    <w:next w:val="Standaard"/>
    <w:link w:val="Kop1Char"/>
    <w:uiPriority w:val="9"/>
    <w:qFormat/>
    <w:rsid w:val="00674801"/>
    <w:pPr>
      <w:spacing w:after="120"/>
      <w:outlineLvl w:val="0"/>
    </w:pPr>
    <w:rPr>
      <w:b/>
      <w:sz w:val="24"/>
      <w:szCs w:val="48"/>
    </w:rPr>
  </w:style>
  <w:style w:type="paragraph" w:styleId="Kop2">
    <w:name w:val="heading 2"/>
    <w:basedOn w:val="Kop1"/>
    <w:next w:val="Standaard"/>
    <w:link w:val="Kop2Char"/>
    <w:uiPriority w:val="9"/>
    <w:unhideWhenUsed/>
    <w:qFormat/>
    <w:rsid w:val="00674801"/>
    <w:pPr>
      <w:numPr>
        <w:ilvl w:val="1"/>
      </w:numPr>
      <w:spacing w:after="0"/>
      <w:outlineLvl w:val="1"/>
    </w:pPr>
    <w:rPr>
      <w:sz w:val="18"/>
      <w:szCs w:val="28"/>
    </w:rPr>
  </w:style>
  <w:style w:type="paragraph" w:styleId="Kop3">
    <w:name w:val="heading 3"/>
    <w:basedOn w:val="Standaard"/>
    <w:next w:val="Standaard"/>
    <w:link w:val="Kop3Char"/>
    <w:uiPriority w:val="9"/>
    <w:unhideWhenUsed/>
    <w:qFormat/>
    <w:rsid w:val="00A05617"/>
    <w:pPr>
      <w:numPr>
        <w:ilvl w:val="2"/>
        <w:numId w:val="8"/>
      </w:numPr>
      <w:spacing w:after="120"/>
      <w:outlineLvl w:val="2"/>
    </w:pPr>
    <w:rPr>
      <w:b/>
      <w:color w:val="284255"/>
      <w:sz w:val="24"/>
      <w:szCs w:val="24"/>
    </w:rPr>
  </w:style>
  <w:style w:type="paragraph" w:styleId="Kop4">
    <w:name w:val="heading 4"/>
    <w:basedOn w:val="Standaard"/>
    <w:next w:val="Standaard"/>
    <w:link w:val="Kop4Char"/>
    <w:uiPriority w:val="9"/>
    <w:unhideWhenUsed/>
    <w:qFormat/>
    <w:rsid w:val="00A05617"/>
    <w:pPr>
      <w:spacing w:after="120"/>
      <w:outlineLvl w:val="3"/>
    </w:pPr>
    <w:rPr>
      <w:b/>
      <w:i/>
      <w:color w:val="284255"/>
      <w:szCs w:val="20"/>
    </w:rPr>
  </w:style>
  <w:style w:type="paragraph" w:styleId="Kop5">
    <w:name w:val="heading 5"/>
    <w:basedOn w:val="Standaard"/>
    <w:next w:val="Standaard"/>
    <w:link w:val="Kop5Char"/>
    <w:uiPriority w:val="9"/>
    <w:semiHidden/>
    <w:unhideWhenUsed/>
    <w:qFormat/>
    <w:rsid w:val="00A05617"/>
    <w:pPr>
      <w:keepNext/>
      <w:keepLines/>
      <w:numPr>
        <w:ilvl w:val="4"/>
        <w:numId w:val="8"/>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A05617"/>
    <w:pPr>
      <w:keepNext/>
      <w:keepLines/>
      <w:numPr>
        <w:ilvl w:val="5"/>
        <w:numId w:val="8"/>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A05617"/>
    <w:pPr>
      <w:keepNext/>
      <w:keepLines/>
      <w:numPr>
        <w:ilvl w:val="6"/>
        <w:numId w:val="8"/>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A05617"/>
    <w:pPr>
      <w:keepNext/>
      <w:keepLines/>
      <w:numPr>
        <w:ilvl w:val="7"/>
        <w:numId w:val="8"/>
      </w:numPr>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semiHidden/>
    <w:unhideWhenUsed/>
    <w:qFormat/>
    <w:rsid w:val="00A05617"/>
    <w:pPr>
      <w:keepNext/>
      <w:keepLines/>
      <w:numPr>
        <w:ilvl w:val="8"/>
        <w:numId w:val="8"/>
      </w:numPr>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74801"/>
    <w:rPr>
      <w:rFonts w:ascii="Verdana" w:hAnsi="Verdana"/>
      <w:b/>
      <w:sz w:val="24"/>
      <w:szCs w:val="48"/>
    </w:rPr>
  </w:style>
  <w:style w:type="character" w:customStyle="1" w:styleId="Kop2Char">
    <w:name w:val="Kop 2 Char"/>
    <w:basedOn w:val="Standaardalinea-lettertype"/>
    <w:link w:val="Kop2"/>
    <w:uiPriority w:val="9"/>
    <w:rsid w:val="00674801"/>
    <w:rPr>
      <w:rFonts w:ascii="Verdana" w:hAnsi="Verdana"/>
      <w:b/>
      <w:sz w:val="18"/>
      <w:szCs w:val="28"/>
    </w:rPr>
  </w:style>
  <w:style w:type="character" w:customStyle="1" w:styleId="Kop3Char">
    <w:name w:val="Kop 3 Char"/>
    <w:basedOn w:val="Standaardalinea-lettertype"/>
    <w:link w:val="Kop3"/>
    <w:uiPriority w:val="9"/>
    <w:rsid w:val="00A05617"/>
    <w:rPr>
      <w:rFonts w:ascii="Trebuchet MS" w:hAnsi="Trebuchet MS"/>
      <w:b/>
      <w:color w:val="284255"/>
      <w:sz w:val="24"/>
      <w:szCs w:val="24"/>
    </w:rPr>
  </w:style>
  <w:style w:type="character" w:customStyle="1" w:styleId="Kop4Char">
    <w:name w:val="Kop 4 Char"/>
    <w:basedOn w:val="Standaardalinea-lettertype"/>
    <w:link w:val="Kop4"/>
    <w:uiPriority w:val="9"/>
    <w:rsid w:val="00A05617"/>
    <w:rPr>
      <w:rFonts w:ascii="Trebuchet MS" w:hAnsi="Trebuchet MS"/>
      <w:b/>
      <w:i/>
      <w:color w:val="284255"/>
      <w:sz w:val="20"/>
      <w:szCs w:val="20"/>
    </w:rPr>
  </w:style>
  <w:style w:type="character" w:customStyle="1" w:styleId="Kop5Char">
    <w:name w:val="Kop 5 Char"/>
    <w:basedOn w:val="Standaardalinea-lettertype"/>
    <w:link w:val="Kop5"/>
    <w:uiPriority w:val="9"/>
    <w:semiHidden/>
    <w:rsid w:val="00A05617"/>
    <w:rPr>
      <w:rFonts w:asciiTheme="majorHAnsi" w:eastAsiaTheme="majorEastAsia" w:hAnsiTheme="majorHAnsi" w:cstheme="majorBidi"/>
      <w:color w:val="243F60" w:themeColor="accent1" w:themeShade="7F"/>
      <w:sz w:val="20"/>
    </w:rPr>
  </w:style>
  <w:style w:type="character" w:customStyle="1" w:styleId="Kop6Char">
    <w:name w:val="Kop 6 Char"/>
    <w:basedOn w:val="Standaardalinea-lettertype"/>
    <w:link w:val="Kop6"/>
    <w:uiPriority w:val="9"/>
    <w:semiHidden/>
    <w:rsid w:val="00A05617"/>
    <w:rPr>
      <w:rFonts w:asciiTheme="majorHAnsi" w:eastAsiaTheme="majorEastAsia" w:hAnsiTheme="majorHAnsi" w:cstheme="majorBidi"/>
      <w:i/>
      <w:iCs/>
      <w:color w:val="243F60" w:themeColor="accent1" w:themeShade="7F"/>
      <w:sz w:val="20"/>
    </w:rPr>
  </w:style>
  <w:style w:type="character" w:customStyle="1" w:styleId="Kop7Char">
    <w:name w:val="Kop 7 Char"/>
    <w:basedOn w:val="Standaardalinea-lettertype"/>
    <w:link w:val="Kop7"/>
    <w:uiPriority w:val="9"/>
    <w:semiHidden/>
    <w:rsid w:val="00A05617"/>
    <w:rPr>
      <w:rFonts w:asciiTheme="majorHAnsi" w:eastAsiaTheme="majorEastAsia" w:hAnsiTheme="majorHAnsi" w:cstheme="majorBidi"/>
      <w:i/>
      <w:iCs/>
      <w:color w:val="404040" w:themeColor="text1" w:themeTint="BF"/>
      <w:sz w:val="20"/>
    </w:rPr>
  </w:style>
  <w:style w:type="character" w:customStyle="1" w:styleId="Kop8Char">
    <w:name w:val="Kop 8 Char"/>
    <w:basedOn w:val="Standaardalinea-lettertype"/>
    <w:link w:val="Kop8"/>
    <w:uiPriority w:val="9"/>
    <w:semiHidden/>
    <w:rsid w:val="00A05617"/>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A05617"/>
    <w:rPr>
      <w:rFonts w:asciiTheme="majorHAnsi" w:eastAsiaTheme="majorEastAsia" w:hAnsiTheme="majorHAnsi" w:cstheme="majorBidi"/>
      <w:i/>
      <w:iCs/>
      <w:color w:val="404040" w:themeColor="text1" w:themeTint="BF"/>
      <w:sz w:val="20"/>
      <w:szCs w:val="20"/>
    </w:rPr>
  </w:style>
  <w:style w:type="paragraph" w:styleId="Koptekst">
    <w:name w:val="header"/>
    <w:basedOn w:val="Standaard"/>
    <w:link w:val="KoptekstChar"/>
    <w:uiPriority w:val="99"/>
    <w:unhideWhenUsed/>
    <w:rsid w:val="001B247E"/>
    <w:pPr>
      <w:tabs>
        <w:tab w:val="center" w:pos="4536"/>
        <w:tab w:val="right" w:pos="9072"/>
      </w:tabs>
    </w:pPr>
  </w:style>
  <w:style w:type="character" w:customStyle="1" w:styleId="KoptekstChar">
    <w:name w:val="Koptekst Char"/>
    <w:basedOn w:val="Standaardalinea-lettertype"/>
    <w:link w:val="Koptekst"/>
    <w:uiPriority w:val="99"/>
    <w:rsid w:val="001B247E"/>
    <w:rPr>
      <w:rFonts w:ascii="Trebuchet MS" w:hAnsi="Trebuchet MS"/>
      <w:sz w:val="20"/>
    </w:rPr>
  </w:style>
  <w:style w:type="paragraph" w:styleId="Voettekst">
    <w:name w:val="footer"/>
    <w:basedOn w:val="Standaard"/>
    <w:link w:val="VoettekstChar"/>
    <w:uiPriority w:val="99"/>
    <w:unhideWhenUsed/>
    <w:rsid w:val="001B247E"/>
    <w:pPr>
      <w:tabs>
        <w:tab w:val="center" w:pos="4536"/>
        <w:tab w:val="right" w:pos="9072"/>
      </w:tabs>
    </w:pPr>
  </w:style>
  <w:style w:type="character" w:customStyle="1" w:styleId="VoettekstChar">
    <w:name w:val="Voettekst Char"/>
    <w:basedOn w:val="Standaardalinea-lettertype"/>
    <w:link w:val="Voettekst"/>
    <w:uiPriority w:val="99"/>
    <w:rsid w:val="001B247E"/>
    <w:rPr>
      <w:rFonts w:ascii="Trebuchet MS" w:hAnsi="Trebuchet MS"/>
      <w:sz w:val="20"/>
    </w:rPr>
  </w:style>
  <w:style w:type="paragraph" w:customStyle="1" w:styleId="formuliernaam">
    <w:name w:val="formuliernaam"/>
    <w:rsid w:val="002D26A7"/>
    <w:pPr>
      <w:spacing w:after="0" w:line="240" w:lineRule="auto"/>
    </w:pPr>
    <w:rPr>
      <w:rFonts w:ascii="Trebuchet MS" w:eastAsia="Times New Roman" w:hAnsi="Trebuchet MS" w:cs="Times New Roman"/>
      <w:b/>
      <w:i/>
      <w:sz w:val="32"/>
      <w:szCs w:val="20"/>
      <w:lang w:eastAsia="nl-NL"/>
    </w:rPr>
  </w:style>
  <w:style w:type="table" w:styleId="Tabelraster">
    <w:name w:val="Table Grid"/>
    <w:basedOn w:val="Standaardtabel"/>
    <w:uiPriority w:val="59"/>
    <w:rsid w:val="002D26A7"/>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3 *-,opsomming 1,2,Opsomming ISHW"/>
    <w:basedOn w:val="Standaard"/>
    <w:link w:val="LijstalineaChar"/>
    <w:uiPriority w:val="34"/>
    <w:qFormat/>
    <w:rsid w:val="00951535"/>
    <w:pPr>
      <w:numPr>
        <w:numId w:val="10"/>
      </w:numPr>
      <w:contextualSpacing/>
    </w:pPr>
  </w:style>
  <w:style w:type="paragraph" w:styleId="Geenafstand">
    <w:name w:val="No Spacing"/>
    <w:uiPriority w:val="1"/>
    <w:qFormat/>
    <w:rsid w:val="00C66702"/>
    <w:pPr>
      <w:spacing w:after="0" w:line="240" w:lineRule="auto"/>
    </w:pPr>
    <w:rPr>
      <w:rFonts w:eastAsiaTheme="minorEastAsia"/>
      <w:lang w:val="en-US"/>
    </w:rPr>
  </w:style>
  <w:style w:type="paragraph" w:styleId="Titel">
    <w:name w:val="Title"/>
    <w:basedOn w:val="Standaard"/>
    <w:next w:val="Standaard"/>
    <w:link w:val="TitelChar"/>
    <w:uiPriority w:val="10"/>
    <w:qFormat/>
    <w:rsid w:val="00C6670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C66702"/>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C66702"/>
    <w:pPr>
      <w:numPr>
        <w:ilvl w:val="1"/>
      </w:numPr>
      <w:spacing w:after="200"/>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C66702"/>
    <w:rPr>
      <w:rFonts w:asciiTheme="majorHAnsi" w:eastAsiaTheme="majorEastAsia" w:hAnsiTheme="majorHAnsi" w:cstheme="majorBidi"/>
      <w:i/>
      <w:iCs/>
      <w:color w:val="4F81BD" w:themeColor="accent1"/>
      <w:spacing w:val="15"/>
      <w:sz w:val="24"/>
      <w:szCs w:val="24"/>
    </w:rPr>
  </w:style>
  <w:style w:type="paragraph" w:styleId="Plattetekst">
    <w:name w:val="Body Text"/>
    <w:basedOn w:val="Standaard"/>
    <w:link w:val="PlattetekstChar"/>
    <w:uiPriority w:val="99"/>
    <w:unhideWhenUsed/>
    <w:rsid w:val="00C66702"/>
    <w:pPr>
      <w:spacing w:after="120"/>
    </w:pPr>
    <w:rPr>
      <w:rFonts w:ascii="Arial" w:eastAsiaTheme="minorEastAsia" w:hAnsi="Arial"/>
      <w:sz w:val="20"/>
    </w:rPr>
  </w:style>
  <w:style w:type="character" w:customStyle="1" w:styleId="PlattetekstChar">
    <w:name w:val="Platte tekst Char"/>
    <w:basedOn w:val="Standaardalinea-lettertype"/>
    <w:link w:val="Plattetekst"/>
    <w:uiPriority w:val="99"/>
    <w:rsid w:val="00C66702"/>
    <w:rPr>
      <w:rFonts w:ascii="Arial" w:eastAsiaTheme="minorEastAsia" w:hAnsi="Arial"/>
      <w:sz w:val="20"/>
    </w:rPr>
  </w:style>
  <w:style w:type="paragraph" w:styleId="Plattetekst2">
    <w:name w:val="Body Text 2"/>
    <w:basedOn w:val="Standaard"/>
    <w:link w:val="Plattetekst2Char"/>
    <w:uiPriority w:val="99"/>
    <w:unhideWhenUsed/>
    <w:rsid w:val="00C66702"/>
    <w:pPr>
      <w:spacing w:after="120" w:line="480" w:lineRule="auto"/>
    </w:pPr>
    <w:rPr>
      <w:rFonts w:ascii="Arial" w:eastAsiaTheme="minorEastAsia" w:hAnsi="Arial"/>
      <w:sz w:val="20"/>
    </w:rPr>
  </w:style>
  <w:style w:type="character" w:customStyle="1" w:styleId="Plattetekst2Char">
    <w:name w:val="Platte tekst 2 Char"/>
    <w:basedOn w:val="Standaardalinea-lettertype"/>
    <w:link w:val="Plattetekst2"/>
    <w:uiPriority w:val="99"/>
    <w:rsid w:val="00C66702"/>
    <w:rPr>
      <w:rFonts w:ascii="Arial" w:eastAsiaTheme="minorEastAsia" w:hAnsi="Arial"/>
      <w:sz w:val="20"/>
    </w:rPr>
  </w:style>
  <w:style w:type="paragraph" w:styleId="Plattetekst3">
    <w:name w:val="Body Text 3"/>
    <w:basedOn w:val="Standaard"/>
    <w:link w:val="Plattetekst3Char"/>
    <w:uiPriority w:val="99"/>
    <w:unhideWhenUsed/>
    <w:rsid w:val="00C66702"/>
    <w:pPr>
      <w:spacing w:after="120"/>
    </w:pPr>
    <w:rPr>
      <w:rFonts w:ascii="Arial" w:eastAsiaTheme="minorEastAsia" w:hAnsi="Arial"/>
      <w:sz w:val="16"/>
      <w:szCs w:val="16"/>
    </w:rPr>
  </w:style>
  <w:style w:type="character" w:customStyle="1" w:styleId="Plattetekst3Char">
    <w:name w:val="Platte tekst 3 Char"/>
    <w:basedOn w:val="Standaardalinea-lettertype"/>
    <w:link w:val="Plattetekst3"/>
    <w:uiPriority w:val="99"/>
    <w:rsid w:val="00C66702"/>
    <w:rPr>
      <w:rFonts w:ascii="Arial" w:eastAsiaTheme="minorEastAsia" w:hAnsi="Arial"/>
      <w:sz w:val="16"/>
      <w:szCs w:val="16"/>
    </w:rPr>
  </w:style>
  <w:style w:type="paragraph" w:styleId="Lijst">
    <w:name w:val="List"/>
    <w:basedOn w:val="Standaard"/>
    <w:uiPriority w:val="99"/>
    <w:unhideWhenUsed/>
    <w:rsid w:val="00C66702"/>
    <w:pPr>
      <w:spacing w:after="200"/>
      <w:ind w:left="360" w:hanging="360"/>
      <w:contextualSpacing/>
    </w:pPr>
    <w:rPr>
      <w:rFonts w:ascii="Arial" w:eastAsiaTheme="minorEastAsia" w:hAnsi="Arial"/>
      <w:sz w:val="20"/>
    </w:rPr>
  </w:style>
  <w:style w:type="paragraph" w:styleId="Lijst2">
    <w:name w:val="List 2"/>
    <w:basedOn w:val="Standaard"/>
    <w:uiPriority w:val="99"/>
    <w:unhideWhenUsed/>
    <w:rsid w:val="00C66702"/>
    <w:pPr>
      <w:spacing w:after="200"/>
      <w:ind w:left="720" w:hanging="360"/>
      <w:contextualSpacing/>
    </w:pPr>
    <w:rPr>
      <w:rFonts w:ascii="Arial" w:eastAsiaTheme="minorEastAsia" w:hAnsi="Arial"/>
      <w:sz w:val="20"/>
    </w:rPr>
  </w:style>
  <w:style w:type="paragraph" w:styleId="Lijst3">
    <w:name w:val="List 3"/>
    <w:basedOn w:val="Standaard"/>
    <w:uiPriority w:val="99"/>
    <w:unhideWhenUsed/>
    <w:rsid w:val="00C66702"/>
    <w:pPr>
      <w:spacing w:after="200"/>
      <w:ind w:left="1080" w:hanging="360"/>
      <w:contextualSpacing/>
    </w:pPr>
    <w:rPr>
      <w:rFonts w:ascii="Arial" w:eastAsiaTheme="minorEastAsia" w:hAnsi="Arial"/>
      <w:sz w:val="20"/>
    </w:rPr>
  </w:style>
  <w:style w:type="paragraph" w:styleId="Lijstopsomteken">
    <w:name w:val="List Bullet"/>
    <w:basedOn w:val="Standaard"/>
    <w:uiPriority w:val="99"/>
    <w:unhideWhenUsed/>
    <w:rsid w:val="00C66702"/>
    <w:pPr>
      <w:numPr>
        <w:numId w:val="11"/>
      </w:numPr>
      <w:tabs>
        <w:tab w:val="clear" w:pos="360"/>
      </w:tabs>
      <w:spacing w:after="200"/>
      <w:ind w:left="0" w:firstLine="0"/>
      <w:contextualSpacing/>
    </w:pPr>
    <w:rPr>
      <w:rFonts w:ascii="Arial" w:eastAsiaTheme="minorEastAsia" w:hAnsi="Arial"/>
      <w:sz w:val="20"/>
    </w:rPr>
  </w:style>
  <w:style w:type="paragraph" w:styleId="Lijstopsomteken2">
    <w:name w:val="List Bullet 2"/>
    <w:basedOn w:val="Standaard"/>
    <w:uiPriority w:val="99"/>
    <w:unhideWhenUsed/>
    <w:rsid w:val="00C66702"/>
    <w:pPr>
      <w:numPr>
        <w:numId w:val="12"/>
      </w:numPr>
      <w:tabs>
        <w:tab w:val="clear" w:pos="720"/>
      </w:tabs>
      <w:spacing w:after="200"/>
      <w:ind w:left="0" w:firstLine="0"/>
      <w:contextualSpacing/>
    </w:pPr>
    <w:rPr>
      <w:rFonts w:ascii="Arial" w:eastAsiaTheme="minorEastAsia" w:hAnsi="Arial"/>
      <w:sz w:val="20"/>
    </w:rPr>
  </w:style>
  <w:style w:type="paragraph" w:styleId="Lijstopsomteken3">
    <w:name w:val="List Bullet 3"/>
    <w:basedOn w:val="Standaard"/>
    <w:uiPriority w:val="99"/>
    <w:unhideWhenUsed/>
    <w:rsid w:val="00C66702"/>
    <w:pPr>
      <w:numPr>
        <w:numId w:val="13"/>
      </w:numPr>
      <w:tabs>
        <w:tab w:val="clear" w:pos="1080"/>
      </w:tabs>
      <w:spacing w:after="200"/>
      <w:ind w:left="0" w:firstLine="0"/>
      <w:contextualSpacing/>
    </w:pPr>
    <w:rPr>
      <w:rFonts w:ascii="Arial" w:eastAsiaTheme="minorEastAsia" w:hAnsi="Arial"/>
      <w:sz w:val="20"/>
    </w:rPr>
  </w:style>
  <w:style w:type="paragraph" w:styleId="Lijstnummering">
    <w:name w:val="List Number"/>
    <w:basedOn w:val="Standaard"/>
    <w:uiPriority w:val="99"/>
    <w:unhideWhenUsed/>
    <w:rsid w:val="00C66702"/>
    <w:pPr>
      <w:numPr>
        <w:numId w:val="15"/>
      </w:numPr>
      <w:tabs>
        <w:tab w:val="clear" w:pos="360"/>
      </w:tabs>
      <w:spacing w:after="200"/>
      <w:ind w:left="0" w:firstLine="0"/>
      <w:contextualSpacing/>
    </w:pPr>
    <w:rPr>
      <w:rFonts w:ascii="Arial" w:eastAsiaTheme="minorEastAsia" w:hAnsi="Arial"/>
      <w:sz w:val="20"/>
    </w:rPr>
  </w:style>
  <w:style w:type="paragraph" w:styleId="Lijstnummering2">
    <w:name w:val="List Number 2"/>
    <w:basedOn w:val="Standaard"/>
    <w:uiPriority w:val="99"/>
    <w:unhideWhenUsed/>
    <w:rsid w:val="00C66702"/>
    <w:pPr>
      <w:numPr>
        <w:numId w:val="16"/>
      </w:numPr>
      <w:tabs>
        <w:tab w:val="clear" w:pos="720"/>
      </w:tabs>
      <w:spacing w:after="200"/>
      <w:ind w:left="0" w:firstLine="0"/>
      <w:contextualSpacing/>
    </w:pPr>
    <w:rPr>
      <w:rFonts w:ascii="Arial" w:eastAsiaTheme="minorEastAsia" w:hAnsi="Arial"/>
      <w:sz w:val="20"/>
    </w:rPr>
  </w:style>
  <w:style w:type="paragraph" w:styleId="Lijstnummering3">
    <w:name w:val="List Number 3"/>
    <w:basedOn w:val="Standaard"/>
    <w:uiPriority w:val="99"/>
    <w:unhideWhenUsed/>
    <w:rsid w:val="00C66702"/>
    <w:pPr>
      <w:numPr>
        <w:numId w:val="17"/>
      </w:numPr>
      <w:tabs>
        <w:tab w:val="clear" w:pos="1080"/>
      </w:tabs>
      <w:spacing w:after="200"/>
      <w:ind w:left="0" w:firstLine="0"/>
      <w:contextualSpacing/>
    </w:pPr>
    <w:rPr>
      <w:rFonts w:ascii="Arial" w:eastAsiaTheme="minorEastAsia" w:hAnsi="Arial"/>
      <w:sz w:val="20"/>
    </w:rPr>
  </w:style>
  <w:style w:type="paragraph" w:styleId="Lijstvoortzetting">
    <w:name w:val="List Continue"/>
    <w:basedOn w:val="Standaard"/>
    <w:uiPriority w:val="99"/>
    <w:unhideWhenUsed/>
    <w:rsid w:val="00C66702"/>
    <w:pPr>
      <w:spacing w:after="120"/>
      <w:ind w:left="360"/>
      <w:contextualSpacing/>
    </w:pPr>
    <w:rPr>
      <w:rFonts w:ascii="Arial" w:eastAsiaTheme="minorEastAsia" w:hAnsi="Arial"/>
      <w:sz w:val="20"/>
    </w:rPr>
  </w:style>
  <w:style w:type="paragraph" w:styleId="Lijstvoortzetting2">
    <w:name w:val="List Continue 2"/>
    <w:basedOn w:val="Standaard"/>
    <w:uiPriority w:val="99"/>
    <w:unhideWhenUsed/>
    <w:rsid w:val="00C66702"/>
    <w:pPr>
      <w:spacing w:after="120"/>
      <w:ind w:left="720"/>
      <w:contextualSpacing/>
    </w:pPr>
    <w:rPr>
      <w:rFonts w:ascii="Arial" w:eastAsiaTheme="minorEastAsia" w:hAnsi="Arial"/>
      <w:sz w:val="20"/>
    </w:rPr>
  </w:style>
  <w:style w:type="paragraph" w:styleId="Lijstvoortzetting3">
    <w:name w:val="List Continue 3"/>
    <w:basedOn w:val="Standaard"/>
    <w:uiPriority w:val="99"/>
    <w:unhideWhenUsed/>
    <w:rsid w:val="00C66702"/>
    <w:pPr>
      <w:spacing w:after="120"/>
      <w:ind w:left="1080"/>
      <w:contextualSpacing/>
    </w:pPr>
    <w:rPr>
      <w:rFonts w:ascii="Arial" w:eastAsiaTheme="minorEastAsia" w:hAnsi="Arial"/>
      <w:sz w:val="20"/>
    </w:rPr>
  </w:style>
  <w:style w:type="paragraph" w:styleId="Macrotekst">
    <w:name w:val="macro"/>
    <w:link w:val="MacrotekstChar"/>
    <w:uiPriority w:val="99"/>
    <w:unhideWhenUsed/>
    <w:rsid w:val="00C66702"/>
    <w:pPr>
      <w:tabs>
        <w:tab w:val="left" w:pos="576"/>
        <w:tab w:val="left" w:pos="1152"/>
        <w:tab w:val="left" w:pos="1728"/>
        <w:tab w:val="left" w:pos="2304"/>
        <w:tab w:val="left" w:pos="2880"/>
        <w:tab w:val="left" w:pos="3456"/>
        <w:tab w:val="left" w:pos="4032"/>
      </w:tabs>
    </w:pPr>
    <w:rPr>
      <w:rFonts w:ascii="Courier" w:eastAsiaTheme="minorEastAsia" w:hAnsi="Courier"/>
      <w:sz w:val="20"/>
      <w:szCs w:val="20"/>
      <w:lang w:val="en-US"/>
    </w:rPr>
  </w:style>
  <w:style w:type="character" w:customStyle="1" w:styleId="MacrotekstChar">
    <w:name w:val="Macrotekst Char"/>
    <w:basedOn w:val="Standaardalinea-lettertype"/>
    <w:link w:val="Macrotekst"/>
    <w:uiPriority w:val="99"/>
    <w:rsid w:val="00C66702"/>
    <w:rPr>
      <w:rFonts w:ascii="Courier" w:eastAsiaTheme="minorEastAsia" w:hAnsi="Courier"/>
      <w:sz w:val="20"/>
      <w:szCs w:val="20"/>
      <w:lang w:val="en-US"/>
    </w:rPr>
  </w:style>
  <w:style w:type="paragraph" w:styleId="Citaat">
    <w:name w:val="Quote"/>
    <w:basedOn w:val="Standaard"/>
    <w:next w:val="Standaard"/>
    <w:link w:val="CitaatChar"/>
    <w:uiPriority w:val="29"/>
    <w:qFormat/>
    <w:rsid w:val="00C66702"/>
    <w:pPr>
      <w:spacing w:after="200"/>
    </w:pPr>
    <w:rPr>
      <w:rFonts w:ascii="Arial" w:eastAsiaTheme="minorEastAsia" w:hAnsi="Arial"/>
      <w:i/>
      <w:iCs/>
      <w:color w:val="000000" w:themeColor="text1"/>
      <w:sz w:val="20"/>
    </w:rPr>
  </w:style>
  <w:style w:type="character" w:customStyle="1" w:styleId="CitaatChar">
    <w:name w:val="Citaat Char"/>
    <w:basedOn w:val="Standaardalinea-lettertype"/>
    <w:link w:val="Citaat"/>
    <w:uiPriority w:val="29"/>
    <w:rsid w:val="00C66702"/>
    <w:rPr>
      <w:rFonts w:ascii="Arial" w:eastAsiaTheme="minorEastAsia" w:hAnsi="Arial"/>
      <w:i/>
      <w:iCs/>
      <w:color w:val="000000" w:themeColor="text1"/>
      <w:sz w:val="20"/>
    </w:rPr>
  </w:style>
  <w:style w:type="paragraph" w:styleId="Bijschrift">
    <w:name w:val="caption"/>
    <w:basedOn w:val="Standaard"/>
    <w:next w:val="Standaard"/>
    <w:uiPriority w:val="35"/>
    <w:semiHidden/>
    <w:unhideWhenUsed/>
    <w:qFormat/>
    <w:rsid w:val="00C66702"/>
    <w:pPr>
      <w:spacing w:after="200" w:line="240" w:lineRule="auto"/>
    </w:pPr>
    <w:rPr>
      <w:rFonts w:ascii="Arial" w:eastAsiaTheme="minorEastAsia" w:hAnsi="Arial"/>
      <w:b/>
      <w:bCs/>
      <w:color w:val="4F81BD" w:themeColor="accent1"/>
      <w:szCs w:val="18"/>
    </w:rPr>
  </w:style>
  <w:style w:type="character" w:styleId="Zwaar">
    <w:name w:val="Strong"/>
    <w:basedOn w:val="Standaardalinea-lettertype"/>
    <w:uiPriority w:val="22"/>
    <w:qFormat/>
    <w:rsid w:val="00C66702"/>
    <w:rPr>
      <w:b/>
      <w:bCs/>
    </w:rPr>
  </w:style>
  <w:style w:type="character" w:styleId="Nadruk">
    <w:name w:val="Emphasis"/>
    <w:basedOn w:val="Standaardalinea-lettertype"/>
    <w:uiPriority w:val="20"/>
    <w:qFormat/>
    <w:rsid w:val="00C66702"/>
    <w:rPr>
      <w:i/>
      <w:iCs/>
    </w:rPr>
  </w:style>
  <w:style w:type="paragraph" w:styleId="Duidelijkcitaat">
    <w:name w:val="Intense Quote"/>
    <w:basedOn w:val="Standaard"/>
    <w:next w:val="Standaard"/>
    <w:link w:val="DuidelijkcitaatChar"/>
    <w:uiPriority w:val="30"/>
    <w:qFormat/>
    <w:rsid w:val="00C66702"/>
    <w:pPr>
      <w:pBdr>
        <w:bottom w:val="single" w:sz="4" w:space="4" w:color="4F81BD" w:themeColor="accent1"/>
      </w:pBdr>
      <w:spacing w:before="200" w:after="280"/>
      <w:ind w:left="936" w:right="936"/>
    </w:pPr>
    <w:rPr>
      <w:rFonts w:ascii="Arial" w:eastAsiaTheme="minorEastAsia" w:hAnsi="Arial"/>
      <w:b/>
      <w:bCs/>
      <w:i/>
      <w:iCs/>
      <w:color w:val="4F81BD" w:themeColor="accent1"/>
      <w:sz w:val="20"/>
    </w:rPr>
  </w:style>
  <w:style w:type="character" w:customStyle="1" w:styleId="DuidelijkcitaatChar">
    <w:name w:val="Duidelijk citaat Char"/>
    <w:basedOn w:val="Standaardalinea-lettertype"/>
    <w:link w:val="Duidelijkcitaat"/>
    <w:uiPriority w:val="30"/>
    <w:rsid w:val="00C66702"/>
    <w:rPr>
      <w:rFonts w:ascii="Arial" w:eastAsiaTheme="minorEastAsia" w:hAnsi="Arial"/>
      <w:b/>
      <w:bCs/>
      <w:i/>
      <w:iCs/>
      <w:color w:val="4F81BD" w:themeColor="accent1"/>
      <w:sz w:val="20"/>
    </w:rPr>
  </w:style>
  <w:style w:type="character" w:styleId="Subtielebenadrukking">
    <w:name w:val="Subtle Emphasis"/>
    <w:basedOn w:val="Standaardalinea-lettertype"/>
    <w:uiPriority w:val="19"/>
    <w:qFormat/>
    <w:rsid w:val="00C66702"/>
    <w:rPr>
      <w:i/>
      <w:iCs/>
      <w:color w:val="808080" w:themeColor="text1" w:themeTint="7F"/>
    </w:rPr>
  </w:style>
  <w:style w:type="character" w:styleId="Intensievebenadrukking">
    <w:name w:val="Intense Emphasis"/>
    <w:basedOn w:val="Standaardalinea-lettertype"/>
    <w:uiPriority w:val="21"/>
    <w:qFormat/>
    <w:rsid w:val="00C66702"/>
    <w:rPr>
      <w:b/>
      <w:bCs/>
      <w:i/>
      <w:iCs/>
      <w:color w:val="4F81BD" w:themeColor="accent1"/>
    </w:rPr>
  </w:style>
  <w:style w:type="character" w:styleId="Subtieleverwijzing">
    <w:name w:val="Subtle Reference"/>
    <w:basedOn w:val="Standaardalinea-lettertype"/>
    <w:uiPriority w:val="31"/>
    <w:qFormat/>
    <w:rsid w:val="00C66702"/>
    <w:rPr>
      <w:smallCaps/>
      <w:color w:val="C0504D" w:themeColor="accent2"/>
      <w:u w:val="single"/>
    </w:rPr>
  </w:style>
  <w:style w:type="character" w:styleId="Intensieveverwijzing">
    <w:name w:val="Intense Reference"/>
    <w:basedOn w:val="Standaardalinea-lettertype"/>
    <w:uiPriority w:val="32"/>
    <w:qFormat/>
    <w:rsid w:val="00C66702"/>
    <w:rPr>
      <w:b/>
      <w:bCs/>
      <w:smallCaps/>
      <w:color w:val="C0504D" w:themeColor="accent2"/>
      <w:spacing w:val="5"/>
      <w:u w:val="single"/>
    </w:rPr>
  </w:style>
  <w:style w:type="character" w:styleId="Titelvanboek">
    <w:name w:val="Book Title"/>
    <w:basedOn w:val="Standaardalinea-lettertype"/>
    <w:uiPriority w:val="33"/>
    <w:qFormat/>
    <w:rsid w:val="00C66702"/>
    <w:rPr>
      <w:b/>
      <w:bCs/>
      <w:smallCaps/>
      <w:spacing w:val="5"/>
    </w:rPr>
  </w:style>
  <w:style w:type="paragraph" w:styleId="Kopvaninhoudsopgave">
    <w:name w:val="TOC Heading"/>
    <w:basedOn w:val="Kop1"/>
    <w:next w:val="Standaard"/>
    <w:uiPriority w:val="39"/>
    <w:unhideWhenUsed/>
    <w:qFormat/>
    <w:rsid w:val="00C66702"/>
    <w:pPr>
      <w:keepNext/>
      <w:keepLines/>
      <w:spacing w:before="480" w:after="0"/>
      <w:outlineLvl w:val="9"/>
    </w:pPr>
    <w:rPr>
      <w:rFonts w:asciiTheme="majorHAnsi" w:eastAsiaTheme="majorEastAsia" w:hAnsiTheme="majorHAnsi" w:cstheme="majorBidi"/>
      <w:bCs/>
      <w:color w:val="365F91" w:themeColor="accent1" w:themeShade="BF"/>
      <w:sz w:val="32"/>
      <w:szCs w:val="28"/>
    </w:rPr>
  </w:style>
  <w:style w:type="table" w:styleId="Lichtearcering">
    <w:name w:val="Light Shading"/>
    <w:basedOn w:val="Standaardtabel"/>
    <w:uiPriority w:val="60"/>
    <w:rsid w:val="00C66702"/>
    <w:pPr>
      <w:spacing w:after="0" w:line="240" w:lineRule="auto"/>
    </w:pPr>
    <w:rPr>
      <w:rFonts w:eastAsiaTheme="minorEastAsia"/>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C66702"/>
    <w:pPr>
      <w:spacing w:after="0" w:line="240" w:lineRule="auto"/>
    </w:pPr>
    <w:rPr>
      <w:rFonts w:eastAsiaTheme="minorEastAsia"/>
      <w:color w:val="365F91" w:themeColor="accent1" w:themeShade="BF"/>
      <w:lang w:val="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C66702"/>
    <w:pPr>
      <w:spacing w:after="0" w:line="240" w:lineRule="auto"/>
    </w:pPr>
    <w:rPr>
      <w:rFonts w:eastAsiaTheme="minorEastAsia"/>
      <w:color w:val="943634" w:themeColor="accent2" w:themeShade="BF"/>
      <w:lang w:val="en-US"/>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C66702"/>
    <w:pPr>
      <w:spacing w:after="0" w:line="240" w:lineRule="auto"/>
    </w:pPr>
    <w:rPr>
      <w:rFonts w:eastAsiaTheme="minorEastAsia"/>
      <w:color w:val="76923C" w:themeColor="accent3" w:themeShade="BF"/>
      <w:lang w:val="en-US"/>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C66702"/>
    <w:pPr>
      <w:spacing w:after="0" w:line="240" w:lineRule="auto"/>
    </w:pPr>
    <w:rPr>
      <w:rFonts w:eastAsiaTheme="minorEastAsia"/>
      <w:color w:val="5F497A" w:themeColor="accent4" w:themeShade="BF"/>
      <w:lang w:val="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C66702"/>
    <w:pPr>
      <w:spacing w:after="0" w:line="240" w:lineRule="auto"/>
    </w:pPr>
    <w:rPr>
      <w:rFonts w:eastAsiaTheme="minorEastAsia"/>
      <w:color w:val="31849B" w:themeColor="accent5" w:themeShade="BF"/>
      <w:lang w:val="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C66702"/>
    <w:pPr>
      <w:spacing w:after="0" w:line="240" w:lineRule="auto"/>
    </w:pPr>
    <w:rPr>
      <w:rFonts w:eastAsiaTheme="minorEastAsia"/>
      <w:color w:val="E36C0A" w:themeColor="accent6" w:themeShade="BF"/>
      <w:lang w:val="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C66702"/>
    <w:pPr>
      <w:spacing w:after="0" w:line="240" w:lineRule="auto"/>
    </w:pPr>
    <w:rPr>
      <w:rFonts w:eastAsiaTheme="minorEastAsia"/>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C66702"/>
    <w:pPr>
      <w:spacing w:after="0" w:line="240" w:lineRule="auto"/>
    </w:pPr>
    <w:rPr>
      <w:rFonts w:eastAsiaTheme="minorEastAsia"/>
      <w:lang w:val="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66702"/>
    <w:pPr>
      <w:spacing w:after="0" w:line="240" w:lineRule="auto"/>
    </w:pPr>
    <w:rPr>
      <w:rFonts w:eastAsiaTheme="minorEastAsia"/>
      <w:lang w:val="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66702"/>
    <w:pPr>
      <w:spacing w:after="0" w:line="240" w:lineRule="auto"/>
    </w:pPr>
    <w:rPr>
      <w:rFonts w:eastAsiaTheme="minorEastAsia"/>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66702"/>
    <w:pPr>
      <w:spacing w:after="0" w:line="240" w:lineRule="auto"/>
    </w:pPr>
    <w:rPr>
      <w:rFonts w:eastAsiaTheme="minorEastAsia"/>
      <w:lang w:val="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66702"/>
    <w:pPr>
      <w:spacing w:after="0" w:line="240" w:lineRule="auto"/>
    </w:pPr>
    <w:rPr>
      <w:rFonts w:eastAsiaTheme="minorEastAsia"/>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66702"/>
    <w:pPr>
      <w:spacing w:after="0" w:line="240" w:lineRule="auto"/>
    </w:pPr>
    <w:rPr>
      <w:rFonts w:eastAsiaTheme="minorEastAsia"/>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66702"/>
    <w:pPr>
      <w:spacing w:after="0" w:line="240" w:lineRule="auto"/>
    </w:pPr>
    <w:rPr>
      <w:rFonts w:eastAsiaTheme="minorEastAsia"/>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66702"/>
    <w:pPr>
      <w:spacing w:after="0" w:line="240" w:lineRule="auto"/>
    </w:pPr>
    <w:rPr>
      <w:rFonts w:eastAsiaTheme="minorEastAsia"/>
      <w:lang w:val="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66702"/>
    <w:pPr>
      <w:spacing w:after="0" w:line="240" w:lineRule="auto"/>
    </w:pPr>
    <w:rPr>
      <w:rFonts w:eastAsiaTheme="minorEastAsia"/>
      <w:lang w:val="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66702"/>
    <w:pPr>
      <w:spacing w:after="0" w:line="240" w:lineRule="auto"/>
    </w:pPr>
    <w:rPr>
      <w:rFonts w:eastAsiaTheme="minorEastAsia"/>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66702"/>
    <w:pPr>
      <w:spacing w:after="0" w:line="240" w:lineRule="auto"/>
    </w:pPr>
    <w:rPr>
      <w:rFonts w:eastAsiaTheme="minorEastAsia"/>
      <w:lang w:val="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66702"/>
    <w:pPr>
      <w:spacing w:after="0" w:line="240" w:lineRule="auto"/>
    </w:pPr>
    <w:rPr>
      <w:rFonts w:eastAsiaTheme="minorEastAsia"/>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66702"/>
    <w:pPr>
      <w:spacing w:after="0" w:line="240" w:lineRule="auto"/>
    </w:pPr>
    <w:rPr>
      <w:rFonts w:eastAsiaTheme="minorEastAsia"/>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66702"/>
    <w:pPr>
      <w:spacing w:after="0" w:line="240" w:lineRule="auto"/>
    </w:pPr>
    <w:rPr>
      <w:rFonts w:eastAsiaTheme="minorEastAsia"/>
      <w:lang w:val="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66702"/>
    <w:pPr>
      <w:spacing w:after="0" w:line="240" w:lineRule="auto"/>
    </w:pPr>
    <w:rPr>
      <w:rFonts w:eastAsiaTheme="minorEastAsia"/>
      <w:lang w:val="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66702"/>
    <w:pPr>
      <w:spacing w:after="0" w:line="240" w:lineRule="auto"/>
    </w:pPr>
    <w:rPr>
      <w:rFonts w:eastAsiaTheme="minorEastAsia"/>
      <w:lang w:val="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66702"/>
    <w:pPr>
      <w:spacing w:after="0" w:line="240" w:lineRule="auto"/>
    </w:pPr>
    <w:rPr>
      <w:rFonts w:eastAsiaTheme="minorEastAsia"/>
      <w:lang w:val="en-US"/>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66702"/>
    <w:pPr>
      <w:spacing w:after="0" w:line="240" w:lineRule="auto"/>
    </w:pPr>
    <w:rPr>
      <w:rFonts w:eastAsiaTheme="minorEastAsia"/>
      <w:lang w:val="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66702"/>
    <w:pPr>
      <w:spacing w:after="0" w:line="240" w:lineRule="auto"/>
    </w:pPr>
    <w:rPr>
      <w:rFonts w:eastAsiaTheme="minorEastAsia"/>
      <w:lang w:val="en-U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66702"/>
    <w:pPr>
      <w:spacing w:after="0" w:line="240" w:lineRule="auto"/>
    </w:pPr>
    <w:rPr>
      <w:rFonts w:eastAsiaTheme="minorEastAsia"/>
      <w:lang w:val="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66702"/>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66702"/>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66702"/>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66702"/>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66702"/>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66702"/>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66702"/>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66702"/>
    <w:pPr>
      <w:spacing w:after="0" w:line="240" w:lineRule="auto"/>
    </w:pPr>
    <w:rPr>
      <w:rFonts w:eastAsiaTheme="minorEastAsia"/>
      <w:color w:val="000000" w:themeColor="text1"/>
      <w:lang w:val="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66702"/>
    <w:pPr>
      <w:spacing w:after="0" w:line="240" w:lineRule="auto"/>
    </w:pPr>
    <w:rPr>
      <w:rFonts w:eastAsiaTheme="minorEastAsia"/>
      <w:color w:val="000000" w:themeColor="text1"/>
      <w:lang w:val="en-US"/>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66702"/>
    <w:pPr>
      <w:spacing w:after="0" w:line="240" w:lineRule="auto"/>
    </w:pPr>
    <w:rPr>
      <w:rFonts w:eastAsiaTheme="minorEastAsia"/>
      <w:color w:val="000000" w:themeColor="text1"/>
      <w:lang w:val="en-US"/>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66702"/>
    <w:pPr>
      <w:spacing w:after="0" w:line="240" w:lineRule="auto"/>
    </w:pPr>
    <w:rPr>
      <w:rFonts w:eastAsiaTheme="minorEastAsia"/>
      <w:color w:val="000000" w:themeColor="text1"/>
      <w:lang w:val="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66702"/>
    <w:pPr>
      <w:spacing w:after="0" w:line="240" w:lineRule="auto"/>
    </w:pPr>
    <w:rPr>
      <w:rFonts w:eastAsiaTheme="minorEastAsia"/>
      <w:color w:val="000000" w:themeColor="text1"/>
      <w:lang w:val="en-US"/>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66702"/>
    <w:pPr>
      <w:spacing w:after="0" w:line="240" w:lineRule="auto"/>
    </w:pPr>
    <w:rPr>
      <w:rFonts w:eastAsiaTheme="minorEastAsia"/>
      <w:color w:val="000000" w:themeColor="text1"/>
      <w:lang w:val="en-US"/>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66702"/>
    <w:pPr>
      <w:spacing w:after="0" w:line="240" w:lineRule="auto"/>
    </w:pPr>
    <w:rPr>
      <w:rFonts w:eastAsiaTheme="minorEastAsia"/>
      <w:color w:val="000000" w:themeColor="text1"/>
      <w:lang w:val="en-US"/>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66702"/>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66702"/>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66702"/>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66702"/>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66702"/>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66702"/>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66702"/>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66702"/>
    <w:pPr>
      <w:spacing w:after="0" w:line="240" w:lineRule="auto"/>
    </w:pPr>
    <w:rPr>
      <w:rFonts w:eastAsiaTheme="minorEastAsia"/>
      <w:lang w:val="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66702"/>
    <w:pPr>
      <w:spacing w:after="0" w:line="240" w:lineRule="auto"/>
    </w:pPr>
    <w:rPr>
      <w:rFonts w:eastAsiaTheme="minorEastAsia"/>
      <w:lang w:val="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66702"/>
    <w:pPr>
      <w:spacing w:after="0" w:line="240" w:lineRule="auto"/>
    </w:pPr>
    <w:rPr>
      <w:rFonts w:eastAsiaTheme="minorEastAsia"/>
      <w:lang w:val="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66702"/>
    <w:pPr>
      <w:spacing w:after="0" w:line="240" w:lineRule="auto"/>
    </w:pPr>
    <w:rPr>
      <w:rFonts w:eastAsiaTheme="minorEastAsia"/>
      <w:lang w:val="en-US"/>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66702"/>
    <w:pPr>
      <w:spacing w:after="0" w:line="240" w:lineRule="auto"/>
    </w:pPr>
    <w:rPr>
      <w:rFonts w:eastAsiaTheme="minorEastAsia"/>
      <w:lang w:val="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66702"/>
    <w:pPr>
      <w:spacing w:after="0" w:line="240" w:lineRule="auto"/>
    </w:pPr>
    <w:rPr>
      <w:rFonts w:eastAsiaTheme="minorEastAsia"/>
      <w:lang w:val="en-U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66702"/>
    <w:pPr>
      <w:spacing w:after="0" w:line="240" w:lineRule="auto"/>
    </w:pPr>
    <w:rPr>
      <w:rFonts w:eastAsiaTheme="minorEastAsia"/>
      <w:lang w:val="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66702"/>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66702"/>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66702"/>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66702"/>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66702"/>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66702"/>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66702"/>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66702"/>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66702"/>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66702"/>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66702"/>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66702"/>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66702"/>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66702"/>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66702"/>
    <w:pPr>
      <w:spacing w:after="0" w:line="240" w:lineRule="auto"/>
    </w:pPr>
    <w:rPr>
      <w:rFonts w:eastAsiaTheme="minorEastAsia"/>
      <w:color w:val="FFFFFF" w:themeColor="background1"/>
      <w:lang w:val="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66702"/>
    <w:pPr>
      <w:spacing w:after="0" w:line="240" w:lineRule="auto"/>
    </w:pPr>
    <w:rPr>
      <w:rFonts w:eastAsiaTheme="minorEastAsia"/>
      <w:color w:val="FFFFFF" w:themeColor="background1"/>
      <w:lang w:val="en-US"/>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66702"/>
    <w:pPr>
      <w:spacing w:after="0" w:line="240" w:lineRule="auto"/>
    </w:pPr>
    <w:rPr>
      <w:rFonts w:eastAsiaTheme="minorEastAsia"/>
      <w:color w:val="FFFFFF" w:themeColor="background1"/>
      <w:lang w:val="en-US"/>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66702"/>
    <w:pPr>
      <w:spacing w:after="0" w:line="240" w:lineRule="auto"/>
    </w:pPr>
    <w:rPr>
      <w:rFonts w:eastAsiaTheme="minorEastAsia"/>
      <w:color w:val="FFFFFF" w:themeColor="background1"/>
      <w:lang w:val="en-US"/>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66702"/>
    <w:pPr>
      <w:spacing w:after="0" w:line="240" w:lineRule="auto"/>
    </w:pPr>
    <w:rPr>
      <w:rFonts w:eastAsiaTheme="minorEastAsia"/>
      <w:color w:val="FFFFFF" w:themeColor="background1"/>
      <w:lang w:val="en-US"/>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66702"/>
    <w:pPr>
      <w:spacing w:after="0" w:line="240" w:lineRule="auto"/>
    </w:pPr>
    <w:rPr>
      <w:rFonts w:eastAsiaTheme="minorEastAsia"/>
      <w:color w:val="FFFFFF" w:themeColor="background1"/>
      <w:lang w:val="en-US"/>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66702"/>
    <w:pPr>
      <w:spacing w:after="0" w:line="240" w:lineRule="auto"/>
    </w:pPr>
    <w:rPr>
      <w:rFonts w:eastAsiaTheme="minorEastAsia"/>
      <w:color w:val="FFFFFF" w:themeColor="background1"/>
      <w:lang w:val="en-US"/>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66702"/>
    <w:pPr>
      <w:spacing w:after="0" w:line="240" w:lineRule="auto"/>
    </w:pPr>
    <w:rPr>
      <w:rFonts w:eastAsiaTheme="minorEastAsia"/>
      <w:color w:val="000000" w:themeColor="text1"/>
      <w:lang w:val="en-US"/>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66702"/>
    <w:pPr>
      <w:spacing w:after="0" w:line="240" w:lineRule="auto"/>
    </w:pPr>
    <w:rPr>
      <w:rFonts w:eastAsiaTheme="minorEastAsia"/>
      <w:color w:val="000000" w:themeColor="text1"/>
      <w:lang w:val="en-US"/>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66702"/>
    <w:pPr>
      <w:spacing w:after="0" w:line="240" w:lineRule="auto"/>
    </w:pPr>
    <w:rPr>
      <w:rFonts w:eastAsiaTheme="minorEastAsia"/>
      <w:color w:val="000000" w:themeColor="text1"/>
      <w:lang w:val="en-US"/>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66702"/>
    <w:pPr>
      <w:spacing w:after="0" w:line="240" w:lineRule="auto"/>
    </w:pPr>
    <w:rPr>
      <w:rFonts w:eastAsiaTheme="minorEastAsia"/>
      <w:color w:val="000000" w:themeColor="text1"/>
      <w:lang w:val="en-US"/>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66702"/>
    <w:pPr>
      <w:spacing w:after="0" w:line="240" w:lineRule="auto"/>
    </w:pPr>
    <w:rPr>
      <w:rFonts w:eastAsiaTheme="minorEastAsia"/>
      <w:color w:val="000000" w:themeColor="text1"/>
      <w:lang w:val="en-US"/>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66702"/>
    <w:pPr>
      <w:spacing w:after="0" w:line="240" w:lineRule="auto"/>
    </w:pPr>
    <w:rPr>
      <w:rFonts w:eastAsiaTheme="minorEastAsia"/>
      <w:color w:val="000000" w:themeColor="text1"/>
      <w:lang w:val="en-US"/>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66702"/>
    <w:pPr>
      <w:spacing w:after="0" w:line="240" w:lineRule="auto"/>
    </w:pPr>
    <w:rPr>
      <w:rFonts w:eastAsiaTheme="minorEastAsia"/>
      <w:color w:val="000000" w:themeColor="text1"/>
      <w:lang w:val="en-US"/>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66702"/>
    <w:pPr>
      <w:spacing w:after="0" w:line="240" w:lineRule="auto"/>
    </w:pPr>
    <w:rPr>
      <w:rFonts w:eastAsiaTheme="minorEastAsia"/>
      <w:color w:val="000000" w:themeColor="text1"/>
      <w:lang w:val="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66702"/>
    <w:pPr>
      <w:spacing w:after="0" w:line="240" w:lineRule="auto"/>
    </w:pPr>
    <w:rPr>
      <w:rFonts w:eastAsiaTheme="minorEastAsia"/>
      <w:color w:val="000000" w:themeColor="text1"/>
      <w:lang w:val="en-US"/>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66702"/>
    <w:pPr>
      <w:spacing w:after="0" w:line="240" w:lineRule="auto"/>
    </w:pPr>
    <w:rPr>
      <w:rFonts w:eastAsiaTheme="minorEastAsia"/>
      <w:color w:val="000000" w:themeColor="text1"/>
      <w:lang w:val="en-US"/>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66702"/>
    <w:pPr>
      <w:spacing w:after="0" w:line="240" w:lineRule="auto"/>
    </w:pPr>
    <w:rPr>
      <w:rFonts w:eastAsiaTheme="minorEastAsia"/>
      <w:color w:val="000000" w:themeColor="text1"/>
      <w:lang w:val="en-US"/>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66702"/>
    <w:pPr>
      <w:spacing w:after="0" w:line="240" w:lineRule="auto"/>
    </w:pPr>
    <w:rPr>
      <w:rFonts w:eastAsiaTheme="minorEastAsia"/>
      <w:color w:val="000000" w:themeColor="text1"/>
      <w:lang w:val="en-US"/>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66702"/>
    <w:pPr>
      <w:spacing w:after="0" w:line="240" w:lineRule="auto"/>
    </w:pPr>
    <w:rPr>
      <w:rFonts w:eastAsiaTheme="minorEastAsia"/>
      <w:color w:val="000000" w:themeColor="text1"/>
      <w:lang w:val="en-U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66702"/>
    <w:pPr>
      <w:spacing w:after="0" w:line="240" w:lineRule="auto"/>
    </w:pPr>
    <w:rPr>
      <w:rFonts w:eastAsiaTheme="minorEastAsia"/>
      <w:color w:val="000000" w:themeColor="text1"/>
      <w:lang w:val="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66702"/>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66702"/>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66702"/>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66702"/>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66702"/>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66702"/>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66702"/>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Verwijzingopmerking">
    <w:name w:val="annotation reference"/>
    <w:basedOn w:val="Standaardalinea-lettertype"/>
    <w:uiPriority w:val="99"/>
    <w:semiHidden/>
    <w:unhideWhenUsed/>
    <w:rsid w:val="00C66702"/>
    <w:rPr>
      <w:sz w:val="16"/>
      <w:szCs w:val="16"/>
    </w:rPr>
  </w:style>
  <w:style w:type="paragraph" w:styleId="Tekstopmerking">
    <w:name w:val="annotation text"/>
    <w:basedOn w:val="Standaard"/>
    <w:link w:val="TekstopmerkingChar"/>
    <w:uiPriority w:val="99"/>
    <w:unhideWhenUsed/>
    <w:rsid w:val="00C66702"/>
    <w:pPr>
      <w:spacing w:after="200" w:line="240" w:lineRule="auto"/>
    </w:pPr>
    <w:rPr>
      <w:rFonts w:ascii="Arial" w:eastAsiaTheme="minorEastAsia" w:hAnsi="Arial"/>
      <w:sz w:val="20"/>
      <w:szCs w:val="20"/>
    </w:rPr>
  </w:style>
  <w:style w:type="character" w:customStyle="1" w:styleId="TekstopmerkingChar">
    <w:name w:val="Tekst opmerking Char"/>
    <w:basedOn w:val="Standaardalinea-lettertype"/>
    <w:link w:val="Tekstopmerking"/>
    <w:uiPriority w:val="99"/>
    <w:rsid w:val="00C66702"/>
    <w:rPr>
      <w:rFonts w:ascii="Arial" w:eastAsiaTheme="minorEastAsia" w:hAnsi="Arial"/>
      <w:sz w:val="20"/>
      <w:szCs w:val="20"/>
    </w:rPr>
  </w:style>
  <w:style w:type="paragraph" w:styleId="Onderwerpvanopmerking">
    <w:name w:val="annotation subject"/>
    <w:basedOn w:val="Tekstopmerking"/>
    <w:next w:val="Tekstopmerking"/>
    <w:link w:val="OnderwerpvanopmerkingChar"/>
    <w:uiPriority w:val="99"/>
    <w:semiHidden/>
    <w:unhideWhenUsed/>
    <w:rsid w:val="00C66702"/>
    <w:rPr>
      <w:b/>
      <w:bCs/>
    </w:rPr>
  </w:style>
  <w:style w:type="character" w:customStyle="1" w:styleId="OnderwerpvanopmerkingChar">
    <w:name w:val="Onderwerp van opmerking Char"/>
    <w:basedOn w:val="TekstopmerkingChar"/>
    <w:link w:val="Onderwerpvanopmerking"/>
    <w:uiPriority w:val="99"/>
    <w:semiHidden/>
    <w:rsid w:val="00C66702"/>
    <w:rPr>
      <w:rFonts w:ascii="Arial" w:eastAsiaTheme="minorEastAsia" w:hAnsi="Arial"/>
      <w:b/>
      <w:bCs/>
      <w:sz w:val="20"/>
      <w:szCs w:val="20"/>
    </w:rPr>
  </w:style>
  <w:style w:type="paragraph" w:customStyle="1" w:styleId="HoofdkopzonderTOC">
    <w:name w:val="Hoofdkop zonder TOC"/>
    <w:basedOn w:val="Standaard"/>
    <w:rsid w:val="00C66702"/>
    <w:pPr>
      <w:keepNext/>
      <w:keepLines/>
      <w:spacing w:before="480"/>
    </w:pPr>
    <w:rPr>
      <w:rFonts w:ascii="Arial" w:eastAsiaTheme="minorEastAsia" w:hAnsi="Arial"/>
      <w:b/>
      <w:color w:val="365F91"/>
      <w:sz w:val="32"/>
    </w:rPr>
  </w:style>
  <w:style w:type="paragraph" w:customStyle="1" w:styleId="SubkopzonderTOC">
    <w:name w:val="Subkop zonder TOC"/>
    <w:basedOn w:val="Standaard"/>
    <w:rsid w:val="00C66702"/>
    <w:pPr>
      <w:keepNext/>
      <w:keepLines/>
      <w:spacing w:before="200"/>
    </w:pPr>
    <w:rPr>
      <w:rFonts w:ascii="Arial" w:eastAsiaTheme="minorEastAsia" w:hAnsi="Arial"/>
      <w:b/>
      <w:color w:val="4F81BD"/>
      <w:sz w:val="26"/>
    </w:rPr>
  </w:style>
  <w:style w:type="character" w:styleId="Vermelding">
    <w:name w:val="Mention"/>
    <w:basedOn w:val="Standaardalinea-lettertype"/>
    <w:uiPriority w:val="99"/>
    <w:unhideWhenUsed/>
    <w:rsid w:val="00C66702"/>
    <w:rPr>
      <w:color w:val="2B579A"/>
      <w:shd w:val="clear" w:color="auto" w:fill="E1DFDD"/>
    </w:rPr>
  </w:style>
  <w:style w:type="paragraph" w:styleId="Inhopg2">
    <w:name w:val="toc 2"/>
    <w:basedOn w:val="Standaard"/>
    <w:next w:val="Standaard"/>
    <w:autoRedefine/>
    <w:uiPriority w:val="39"/>
    <w:unhideWhenUsed/>
    <w:rsid w:val="00C66702"/>
    <w:pPr>
      <w:spacing w:after="100"/>
      <w:ind w:left="200"/>
    </w:pPr>
    <w:rPr>
      <w:rFonts w:ascii="Arial" w:eastAsiaTheme="minorEastAsia" w:hAnsi="Arial"/>
      <w:sz w:val="20"/>
    </w:rPr>
  </w:style>
  <w:style w:type="paragraph" w:styleId="Inhopg1">
    <w:name w:val="toc 1"/>
    <w:basedOn w:val="Standaard"/>
    <w:next w:val="Standaard"/>
    <w:autoRedefine/>
    <w:uiPriority w:val="39"/>
    <w:unhideWhenUsed/>
    <w:rsid w:val="00C66702"/>
    <w:pPr>
      <w:spacing w:after="100"/>
    </w:pPr>
    <w:rPr>
      <w:rFonts w:ascii="Arial" w:eastAsiaTheme="minorEastAsia" w:hAnsi="Arial"/>
      <w:sz w:val="20"/>
    </w:rPr>
  </w:style>
  <w:style w:type="paragraph" w:styleId="Inhopg3">
    <w:name w:val="toc 3"/>
    <w:basedOn w:val="Standaard"/>
    <w:next w:val="Standaard"/>
    <w:autoRedefine/>
    <w:uiPriority w:val="39"/>
    <w:unhideWhenUsed/>
    <w:rsid w:val="00C66702"/>
    <w:pPr>
      <w:spacing w:after="100"/>
      <w:ind w:left="400"/>
    </w:pPr>
    <w:rPr>
      <w:rFonts w:ascii="Arial" w:eastAsiaTheme="minorEastAsia" w:hAnsi="Arial"/>
      <w:sz w:val="20"/>
    </w:rPr>
  </w:style>
  <w:style w:type="character" w:styleId="Hyperlink">
    <w:name w:val="Hyperlink"/>
    <w:basedOn w:val="Standaardalinea-lettertype"/>
    <w:uiPriority w:val="99"/>
    <w:unhideWhenUsed/>
    <w:rsid w:val="00C66702"/>
    <w:rPr>
      <w:color w:val="0000FF" w:themeColor="hyperlink"/>
      <w:u w:val="single"/>
    </w:rPr>
  </w:style>
  <w:style w:type="paragraph" w:styleId="Inhopg4">
    <w:name w:val="toc 4"/>
    <w:basedOn w:val="Standaard"/>
    <w:next w:val="Standaard"/>
    <w:autoRedefine/>
    <w:uiPriority w:val="39"/>
    <w:unhideWhenUsed/>
    <w:rsid w:val="00C66702"/>
    <w:pPr>
      <w:spacing w:after="100" w:line="278" w:lineRule="auto"/>
      <w:ind w:left="720"/>
    </w:pPr>
    <w:rPr>
      <w:rFonts w:asciiTheme="minorHAnsi" w:eastAsiaTheme="minorEastAsia" w:hAnsiTheme="minorHAnsi"/>
      <w:kern w:val="2"/>
      <w:sz w:val="24"/>
      <w:szCs w:val="24"/>
      <w:lang w:eastAsia="nl-NL"/>
      <w14:ligatures w14:val="standardContextual"/>
    </w:rPr>
  </w:style>
  <w:style w:type="paragraph" w:styleId="Inhopg5">
    <w:name w:val="toc 5"/>
    <w:basedOn w:val="Standaard"/>
    <w:next w:val="Standaard"/>
    <w:autoRedefine/>
    <w:uiPriority w:val="39"/>
    <w:unhideWhenUsed/>
    <w:rsid w:val="00C66702"/>
    <w:pPr>
      <w:spacing w:after="100" w:line="278" w:lineRule="auto"/>
      <w:ind w:left="960"/>
    </w:pPr>
    <w:rPr>
      <w:rFonts w:asciiTheme="minorHAnsi" w:eastAsiaTheme="minorEastAsia" w:hAnsiTheme="minorHAnsi"/>
      <w:kern w:val="2"/>
      <w:sz w:val="24"/>
      <w:szCs w:val="24"/>
      <w:lang w:eastAsia="nl-NL"/>
      <w14:ligatures w14:val="standardContextual"/>
    </w:rPr>
  </w:style>
  <w:style w:type="paragraph" w:styleId="Inhopg6">
    <w:name w:val="toc 6"/>
    <w:basedOn w:val="Standaard"/>
    <w:next w:val="Standaard"/>
    <w:autoRedefine/>
    <w:uiPriority w:val="39"/>
    <w:unhideWhenUsed/>
    <w:rsid w:val="00C66702"/>
    <w:pPr>
      <w:spacing w:after="100" w:line="278" w:lineRule="auto"/>
      <w:ind w:left="1200"/>
    </w:pPr>
    <w:rPr>
      <w:rFonts w:asciiTheme="minorHAnsi" w:eastAsiaTheme="minorEastAsia" w:hAnsiTheme="minorHAnsi"/>
      <w:kern w:val="2"/>
      <w:sz w:val="24"/>
      <w:szCs w:val="24"/>
      <w:lang w:eastAsia="nl-NL"/>
      <w14:ligatures w14:val="standardContextual"/>
    </w:rPr>
  </w:style>
  <w:style w:type="paragraph" w:styleId="Inhopg7">
    <w:name w:val="toc 7"/>
    <w:basedOn w:val="Standaard"/>
    <w:next w:val="Standaard"/>
    <w:autoRedefine/>
    <w:uiPriority w:val="39"/>
    <w:unhideWhenUsed/>
    <w:rsid w:val="00C66702"/>
    <w:pPr>
      <w:spacing w:after="100" w:line="278" w:lineRule="auto"/>
      <w:ind w:left="1440"/>
    </w:pPr>
    <w:rPr>
      <w:rFonts w:asciiTheme="minorHAnsi" w:eastAsiaTheme="minorEastAsia" w:hAnsiTheme="minorHAnsi"/>
      <w:kern w:val="2"/>
      <w:sz w:val="24"/>
      <w:szCs w:val="24"/>
      <w:lang w:eastAsia="nl-NL"/>
      <w14:ligatures w14:val="standardContextual"/>
    </w:rPr>
  </w:style>
  <w:style w:type="paragraph" w:styleId="Inhopg8">
    <w:name w:val="toc 8"/>
    <w:basedOn w:val="Standaard"/>
    <w:next w:val="Standaard"/>
    <w:autoRedefine/>
    <w:uiPriority w:val="39"/>
    <w:unhideWhenUsed/>
    <w:rsid w:val="00C66702"/>
    <w:pPr>
      <w:spacing w:after="100" w:line="278" w:lineRule="auto"/>
      <w:ind w:left="1680"/>
    </w:pPr>
    <w:rPr>
      <w:rFonts w:asciiTheme="minorHAnsi" w:eastAsiaTheme="minorEastAsia" w:hAnsiTheme="minorHAnsi"/>
      <w:kern w:val="2"/>
      <w:sz w:val="24"/>
      <w:szCs w:val="24"/>
      <w:lang w:eastAsia="nl-NL"/>
      <w14:ligatures w14:val="standardContextual"/>
    </w:rPr>
  </w:style>
  <w:style w:type="paragraph" w:styleId="Inhopg9">
    <w:name w:val="toc 9"/>
    <w:basedOn w:val="Standaard"/>
    <w:next w:val="Standaard"/>
    <w:autoRedefine/>
    <w:uiPriority w:val="39"/>
    <w:unhideWhenUsed/>
    <w:rsid w:val="00C66702"/>
    <w:pPr>
      <w:spacing w:after="100" w:line="278" w:lineRule="auto"/>
      <w:ind w:left="1920"/>
    </w:pPr>
    <w:rPr>
      <w:rFonts w:asciiTheme="minorHAnsi" w:eastAsiaTheme="minorEastAsia" w:hAnsiTheme="minorHAnsi"/>
      <w:kern w:val="2"/>
      <w:sz w:val="24"/>
      <w:szCs w:val="24"/>
      <w:lang w:eastAsia="nl-NL"/>
      <w14:ligatures w14:val="standardContextual"/>
    </w:rPr>
  </w:style>
  <w:style w:type="character" w:styleId="Onopgelostemelding">
    <w:name w:val="Unresolved Mention"/>
    <w:basedOn w:val="Standaardalinea-lettertype"/>
    <w:uiPriority w:val="99"/>
    <w:unhideWhenUsed/>
    <w:rsid w:val="00C66702"/>
    <w:rPr>
      <w:color w:val="605E5C"/>
      <w:shd w:val="clear" w:color="auto" w:fill="E1DFDD"/>
    </w:rPr>
  </w:style>
  <w:style w:type="character" w:customStyle="1" w:styleId="LijstalineaChar">
    <w:name w:val="Lijstalinea Char"/>
    <w:aliases w:val="3 *- Char,opsomming 1 Char,2 Char,Opsomming ISHW Char"/>
    <w:basedOn w:val="Standaardalinea-lettertype"/>
    <w:link w:val="Lijstalinea"/>
    <w:uiPriority w:val="34"/>
    <w:rsid w:val="00786A8D"/>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11354ea-501a-490a-b23b-ccec29cfa6b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D6F557846B1504285C6F7EAE500A62B" ma:contentTypeVersion="8" ma:contentTypeDescription="Create a new document." ma:contentTypeScope="" ma:versionID="ba17b330f48c8ea3b7790a42c096b090">
  <xsd:schema xmlns:xsd="http://www.w3.org/2001/XMLSchema" xmlns:xs="http://www.w3.org/2001/XMLSchema" xmlns:p="http://schemas.microsoft.com/office/2006/metadata/properties" xmlns:ns3="a11354ea-501a-490a-b23b-ccec29cfa6bd" targetNamespace="http://schemas.microsoft.com/office/2006/metadata/properties" ma:root="true" ma:fieldsID="b95e02502609933dbce3b21fea62a029" ns3:_="">
    <xsd:import namespace="a11354ea-501a-490a-b23b-ccec29cfa6bd"/>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SystemTags"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1354ea-501a-490a-b23b-ccec29cfa6bd"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_activity" ma:index="15"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324A8B-FCD9-4B24-9AC9-09BCE8F37679}">
  <ds:schemaRefs>
    <ds:schemaRef ds:uri="http://schemas.microsoft.com/office/2006/metadata/properties"/>
    <ds:schemaRef ds:uri="http://schemas.microsoft.com/office/infopath/2007/PartnerControls"/>
    <ds:schemaRef ds:uri="a11354ea-501a-490a-b23b-ccec29cfa6bd"/>
  </ds:schemaRefs>
</ds:datastoreItem>
</file>

<file path=customXml/itemProps2.xml><?xml version="1.0" encoding="utf-8"?>
<ds:datastoreItem xmlns:ds="http://schemas.openxmlformats.org/officeDocument/2006/customXml" ds:itemID="{BF124566-0AEE-479F-A94F-0AA0F83409FF}">
  <ds:schemaRefs>
    <ds:schemaRef ds:uri="http://schemas.microsoft.com/sharepoint/v3/contenttype/forms"/>
  </ds:schemaRefs>
</ds:datastoreItem>
</file>

<file path=customXml/itemProps3.xml><?xml version="1.0" encoding="utf-8"?>
<ds:datastoreItem xmlns:ds="http://schemas.openxmlformats.org/officeDocument/2006/customXml" ds:itemID="{59CA920E-A1E5-431C-BEAD-29E9C454C3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1354ea-501a-490a-b23b-ccec29cfa6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345</Words>
  <Characters>1900</Characters>
  <Application>Microsoft Office Word</Application>
  <DocSecurity>0</DocSecurity>
  <Lines>15</Lines>
  <Paragraphs>4</Paragraphs>
  <ScaleCrop>false</ScaleCrop>
  <Company>Gemeente Hulst</Company>
  <LinksUpToDate>false</LinksUpToDate>
  <CharactersWithSpaces>2241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Dekkers - Bijlsma, Nienke</dc:creator>
  <cp:lastModifiedBy>Nienke Dekkers - Bijlsma | gemeente Hulst</cp:lastModifiedBy>
  <cp:revision>3</cp:revision>
  <dcterms:created xsi:type="dcterms:W3CDTF">2026-09-14T07:54:00Z</dcterms:created>
  <dcterms:modified xsi:type="dcterms:W3CDTF">2026-09-14T07:54:00Z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0x010100FD6F557846B1504285C6F7EAE500A62B</vt:lpwstr>
  </property>
</Properties>
</file>