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8C97" w14:textId="77777777" w:rsidR="00BD7C0C" w:rsidRPr="00BD7C0C" w:rsidRDefault="00BD7C0C" w:rsidP="00BD7C0C">
      <w:pPr>
        <w:rPr>
          <w:rFonts w:ascii="Univers" w:hAnsi="Univers"/>
          <w:b/>
          <w:sz w:val="32"/>
          <w:lang w:val="nl-NL"/>
        </w:rPr>
      </w:pPr>
    </w:p>
    <w:p w14:paraId="60ECDE2B" w14:textId="4CD489CE" w:rsidR="007C0F27" w:rsidRPr="00BD7C0C" w:rsidRDefault="003B2C4C" w:rsidP="00BD7C0C">
      <w:pPr>
        <w:rPr>
          <w:rFonts w:ascii="Univers" w:hAnsi="Univers"/>
          <w:b/>
          <w:sz w:val="32"/>
          <w:lang w:val="nl-NL"/>
        </w:rPr>
      </w:pPr>
      <w:r w:rsidRPr="00BD7C0C">
        <w:rPr>
          <w:rFonts w:ascii="Univers" w:hAnsi="Univers"/>
          <w:b/>
          <w:sz w:val="32"/>
          <w:lang w:val="nl-NL"/>
        </w:rPr>
        <w:t>ONDERSTEUNINGSPLAN WMO – INDIVIDUELE BEGELEIDING</w:t>
      </w:r>
    </w:p>
    <w:p w14:paraId="1B55F060" w14:textId="756F9A55" w:rsidR="005E46F4" w:rsidRPr="00BD7C0C" w:rsidRDefault="003519BD" w:rsidP="00730ACC">
      <w:pPr>
        <w:rPr>
          <w:rFonts w:ascii="Univers" w:hAnsi="Univers"/>
          <w:b/>
          <w:lang w:val="nl-NL"/>
        </w:rPr>
      </w:pPr>
      <w:r w:rsidRPr="00BD7C0C">
        <w:rPr>
          <w:rFonts w:ascii="Univers" w:hAnsi="Univers"/>
          <w:b/>
          <w:lang w:val="nl-NL"/>
        </w:rPr>
        <w:t>Geldig van/tot:</w:t>
      </w:r>
      <w:r w:rsidR="005E46F4" w:rsidRPr="00BD7C0C">
        <w:rPr>
          <w:rFonts w:ascii="Univers" w:hAnsi="Univers"/>
          <w:b/>
          <w:lang w:val="nl-NL"/>
        </w:rPr>
        <w:br/>
        <w:t>Soort indicatie:</w:t>
      </w:r>
    </w:p>
    <w:p w14:paraId="7A13FDA2" w14:textId="42AE3030" w:rsidR="007C0F27" w:rsidRPr="00BD7C0C" w:rsidRDefault="003B2C4C" w:rsidP="00A64036">
      <w:pPr>
        <w:pStyle w:val="Kop1"/>
        <w:numPr>
          <w:ilvl w:val="0"/>
          <w:numId w:val="10"/>
        </w:numPr>
        <w:rPr>
          <w:rStyle w:val="Intensieveverwijzing"/>
          <w:rFonts w:ascii="Univers" w:hAnsi="Univers"/>
          <w:b/>
          <w:bCs/>
          <w:sz w:val="22"/>
          <w:szCs w:val="22"/>
        </w:rPr>
      </w:pPr>
      <w:r w:rsidRPr="00BD7C0C">
        <w:rPr>
          <w:rStyle w:val="Intensieveverwijzing"/>
          <w:rFonts w:ascii="Univers" w:hAnsi="Univers"/>
          <w:b/>
          <w:bCs/>
          <w:color w:val="auto"/>
          <w:sz w:val="22"/>
          <w:szCs w:val="22"/>
        </w:rPr>
        <w:t>Persoonsgegevens</w:t>
      </w:r>
    </w:p>
    <w:p w14:paraId="62C06280" w14:textId="4C593710" w:rsidR="00A64036" w:rsidRPr="00BD7C0C" w:rsidRDefault="00A64036" w:rsidP="00A64036">
      <w:pPr>
        <w:pStyle w:val="Ondertitel"/>
        <w:rPr>
          <w:rFonts w:ascii="Univers" w:hAnsi="Univers"/>
          <w:b/>
          <w:bCs/>
          <w:color w:val="AE1616"/>
          <w:sz w:val="22"/>
          <w:szCs w:val="22"/>
          <w:lang w:val="nl-NL"/>
        </w:rPr>
      </w:pPr>
      <w:r w:rsidRPr="00BD7C0C">
        <w:rPr>
          <w:rFonts w:ascii="Univers" w:hAnsi="Univers"/>
          <w:b/>
          <w:bCs/>
          <w:color w:val="AE1616"/>
          <w:sz w:val="22"/>
          <w:szCs w:val="22"/>
          <w:lang w:val="nl-NL"/>
        </w:rPr>
        <w:t>Client</w:t>
      </w:r>
    </w:p>
    <w:p w14:paraId="6BF6288F" w14:textId="33F84C61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Naam: ______________________________</w:t>
      </w:r>
    </w:p>
    <w:p w14:paraId="5D7EE7C4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Telefoonnummer: _____________________</w:t>
      </w:r>
    </w:p>
    <w:p w14:paraId="688E20BE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E-mailadres: ________________________</w:t>
      </w:r>
    </w:p>
    <w:p w14:paraId="2F8B115C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Adres: ______________________________</w:t>
      </w:r>
    </w:p>
    <w:p w14:paraId="0525C553" w14:textId="3BC75739" w:rsidR="007C0F27" w:rsidRPr="00BD7C0C" w:rsidRDefault="003B2C4C">
      <w:pPr>
        <w:rPr>
          <w:rFonts w:ascii="Univers" w:hAnsi="Univers"/>
          <w:b/>
          <w:bCs/>
          <w:lang w:val="nl-NL"/>
        </w:rPr>
      </w:pPr>
      <w:r w:rsidRPr="00BD7C0C">
        <w:rPr>
          <w:rFonts w:ascii="Univers" w:hAnsi="Univers"/>
          <w:b/>
          <w:bCs/>
          <w:lang w:val="nl-NL"/>
        </w:rPr>
        <w:t xml:space="preserve">Direct contact opnemen met cliënt?  </w:t>
      </w:r>
      <w:sdt>
        <w:sdtPr>
          <w:rPr>
            <w:rFonts w:ascii="Univers" w:hAnsi="Univers"/>
            <w:b/>
            <w:bCs/>
            <w:lang w:val="nl-NL"/>
          </w:rPr>
          <w:id w:val="129555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DE2" w:rsidRPr="00BD7C0C">
            <w:rPr>
              <w:rFonts w:ascii="Segoe UI Symbol" w:eastAsia="MS Gothic" w:hAnsi="Segoe UI Symbol" w:cs="Segoe UI Symbol"/>
              <w:b/>
              <w:bCs/>
              <w:lang w:val="nl-NL"/>
            </w:rPr>
            <w:t>☐</w:t>
          </w:r>
        </w:sdtContent>
      </w:sdt>
      <w:r w:rsidRPr="00BD7C0C">
        <w:rPr>
          <w:rFonts w:ascii="Univers" w:hAnsi="Univers"/>
          <w:b/>
          <w:bCs/>
          <w:lang w:val="nl-NL"/>
        </w:rPr>
        <w:t xml:space="preserve"> Ja  </w:t>
      </w:r>
      <w:sdt>
        <w:sdtPr>
          <w:rPr>
            <w:rFonts w:ascii="Univers" w:hAnsi="Univers"/>
            <w:b/>
            <w:bCs/>
            <w:lang w:val="nl-NL"/>
          </w:rPr>
          <w:id w:val="-1107731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0DE2" w:rsidRPr="00BD7C0C">
            <w:rPr>
              <w:rFonts w:ascii="Segoe UI Symbol" w:eastAsia="MS Gothic" w:hAnsi="Segoe UI Symbol" w:cs="Segoe UI Symbol"/>
              <w:b/>
              <w:bCs/>
              <w:lang w:val="nl-NL"/>
            </w:rPr>
            <w:t>☐</w:t>
          </w:r>
        </w:sdtContent>
      </w:sdt>
      <w:r w:rsidRPr="00BD7C0C">
        <w:rPr>
          <w:rFonts w:ascii="Univers" w:hAnsi="Univers"/>
          <w:b/>
          <w:bCs/>
          <w:lang w:val="nl-NL"/>
        </w:rPr>
        <w:t xml:space="preserve"> Nee</w:t>
      </w:r>
    </w:p>
    <w:p w14:paraId="150FBEE5" w14:textId="52AA6997" w:rsidR="007C0F27" w:rsidRPr="00BD7C0C" w:rsidRDefault="003B2C4C" w:rsidP="00A64036">
      <w:pPr>
        <w:pStyle w:val="Ondertitel"/>
        <w:rPr>
          <w:rFonts w:ascii="Univers" w:hAnsi="Univers"/>
          <w:b/>
          <w:bCs/>
          <w:color w:val="C00000"/>
          <w:sz w:val="22"/>
          <w:szCs w:val="22"/>
          <w:lang w:val="nl-NL"/>
        </w:rPr>
      </w:pPr>
      <w:r w:rsidRPr="00BD7C0C">
        <w:rPr>
          <w:rFonts w:ascii="Univers" w:hAnsi="Univers"/>
          <w:b/>
          <w:bCs/>
          <w:color w:val="C00000"/>
          <w:sz w:val="22"/>
          <w:szCs w:val="22"/>
          <w:lang w:val="nl-NL"/>
        </w:rPr>
        <w:t>Begeleider</w:t>
      </w:r>
    </w:p>
    <w:p w14:paraId="181B2472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Naam: ______________________________</w:t>
      </w:r>
    </w:p>
    <w:p w14:paraId="6451E74E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Telefoonnummer: _____________________</w:t>
      </w:r>
    </w:p>
    <w:p w14:paraId="35237686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E-mailadres: ________________________</w:t>
      </w:r>
    </w:p>
    <w:p w14:paraId="2C86CEB1" w14:textId="27755AE1" w:rsidR="007C0F27" w:rsidRPr="00BD7C0C" w:rsidRDefault="003B2C4C" w:rsidP="00A64036">
      <w:pPr>
        <w:pStyle w:val="Ondertitel"/>
        <w:rPr>
          <w:rFonts w:ascii="Univers" w:hAnsi="Univers"/>
          <w:b/>
          <w:bCs/>
          <w:color w:val="C00000"/>
          <w:sz w:val="22"/>
          <w:szCs w:val="22"/>
          <w:lang w:val="nl-NL"/>
        </w:rPr>
      </w:pPr>
      <w:r w:rsidRPr="00BD7C0C">
        <w:rPr>
          <w:rFonts w:ascii="Univers" w:hAnsi="Univers"/>
          <w:b/>
          <w:bCs/>
          <w:color w:val="C00000"/>
          <w:sz w:val="22"/>
          <w:szCs w:val="22"/>
          <w:lang w:val="nl-NL"/>
        </w:rPr>
        <w:t>Vertegenwoordiger (indien van toepassing)</w:t>
      </w:r>
    </w:p>
    <w:p w14:paraId="4AB4383D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Naam: ______________________________</w:t>
      </w:r>
    </w:p>
    <w:p w14:paraId="7EDE5120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Relatie tot cliënt: _________________</w:t>
      </w:r>
    </w:p>
    <w:p w14:paraId="31DB3814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Telefoonnummer: _____________________</w:t>
      </w:r>
    </w:p>
    <w:p w14:paraId="4203300E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E-mailadres: ________________________</w:t>
      </w:r>
    </w:p>
    <w:p w14:paraId="30A52AEA" w14:textId="77777777" w:rsidR="00730ACC" w:rsidRPr="00BD7C0C" w:rsidRDefault="00730ACC">
      <w:pPr>
        <w:rPr>
          <w:rFonts w:ascii="Univers" w:hAnsi="Univers"/>
          <w:lang w:val="nl-NL"/>
        </w:rPr>
      </w:pPr>
    </w:p>
    <w:p w14:paraId="3B5FBAED" w14:textId="77777777" w:rsidR="004A1124" w:rsidRDefault="004A1124">
      <w:pPr>
        <w:rPr>
          <w:rStyle w:val="Subtieleverwijzing"/>
          <w:rFonts w:ascii="Univers" w:hAnsi="Univers"/>
          <w:color w:val="auto"/>
        </w:rPr>
      </w:pPr>
      <w:r w:rsidRPr="00BD7C0C">
        <w:rPr>
          <w:rStyle w:val="Subtieleverwijzing"/>
          <w:rFonts w:ascii="Univers" w:hAnsi="Univers"/>
          <w:color w:val="auto"/>
        </w:rPr>
        <w:br w:type="page"/>
      </w:r>
    </w:p>
    <w:p w14:paraId="5BF7E668" w14:textId="77777777" w:rsidR="00D84DC5" w:rsidRPr="00BD7C0C" w:rsidRDefault="00D84DC5">
      <w:pPr>
        <w:rPr>
          <w:rStyle w:val="Subtieleverwijzing"/>
          <w:rFonts w:ascii="Univers" w:eastAsiaTheme="majorEastAsia" w:hAnsi="Univers" w:cstheme="majorBidi"/>
          <w:b/>
          <w:bCs/>
          <w:color w:val="auto"/>
        </w:rPr>
      </w:pPr>
    </w:p>
    <w:p w14:paraId="0F576C4B" w14:textId="0CE80049" w:rsidR="007C0F27" w:rsidRPr="00BD7C0C" w:rsidRDefault="005E46F4" w:rsidP="005E46F4">
      <w:pPr>
        <w:pStyle w:val="Kop1"/>
        <w:numPr>
          <w:ilvl w:val="0"/>
          <w:numId w:val="10"/>
        </w:numPr>
        <w:rPr>
          <w:rStyle w:val="Subtieleverwijzing"/>
          <w:rFonts w:ascii="Univers" w:hAnsi="Univers"/>
          <w:color w:val="auto"/>
          <w:sz w:val="22"/>
          <w:szCs w:val="22"/>
        </w:rPr>
      </w:pPr>
      <w:proofErr w:type="spellStart"/>
      <w:r w:rsidRPr="00BD7C0C">
        <w:rPr>
          <w:rStyle w:val="Subtieleverwijzing"/>
          <w:rFonts w:ascii="Univers" w:hAnsi="Univers"/>
          <w:color w:val="auto"/>
          <w:sz w:val="22"/>
          <w:szCs w:val="22"/>
        </w:rPr>
        <w:t>C</w:t>
      </w:r>
      <w:r w:rsidR="003B2C4C" w:rsidRPr="00BD7C0C">
        <w:rPr>
          <w:rStyle w:val="Subtieleverwijzing"/>
          <w:rFonts w:ascii="Univers" w:hAnsi="Univers"/>
          <w:color w:val="auto"/>
          <w:sz w:val="22"/>
          <w:szCs w:val="22"/>
        </w:rPr>
        <w:t>liëntprofiel</w:t>
      </w:r>
      <w:proofErr w:type="spellEnd"/>
    </w:p>
    <w:p w14:paraId="27E23F9B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t>Beschrijf kort wie de cliënt is, de woonsituatie, sterke kanten, beperkingen en de belangrijkste aandachtspunten.</w:t>
      </w:r>
    </w:p>
    <w:p w14:paraId="2DAEE64A" w14:textId="02BD5853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br/>
      </w:r>
    </w:p>
    <w:p w14:paraId="29C57B94" w14:textId="30C7B245" w:rsidR="007C0F27" w:rsidRPr="00BD7C0C" w:rsidRDefault="007C0F27">
      <w:pPr>
        <w:rPr>
          <w:rFonts w:ascii="Univers" w:hAnsi="Univers"/>
          <w:lang w:val="nl-NL"/>
        </w:rPr>
      </w:pPr>
    </w:p>
    <w:p w14:paraId="68649C54" w14:textId="77777777" w:rsidR="005E46F4" w:rsidRPr="00BD7C0C" w:rsidRDefault="005E46F4">
      <w:pPr>
        <w:rPr>
          <w:rFonts w:ascii="Univers" w:hAnsi="Univers"/>
          <w:lang w:val="nl-NL"/>
        </w:rPr>
      </w:pPr>
    </w:p>
    <w:p w14:paraId="5EFCBFE1" w14:textId="77777777" w:rsidR="005E46F4" w:rsidRPr="00BD7C0C" w:rsidRDefault="005E46F4">
      <w:pPr>
        <w:rPr>
          <w:rFonts w:ascii="Univers" w:hAnsi="Univers"/>
          <w:lang w:val="nl-NL"/>
        </w:rPr>
      </w:pPr>
    </w:p>
    <w:p w14:paraId="171374E2" w14:textId="77777777" w:rsidR="005E46F4" w:rsidRPr="00BD7C0C" w:rsidRDefault="005E46F4">
      <w:pPr>
        <w:rPr>
          <w:rFonts w:ascii="Univers" w:hAnsi="Univers"/>
          <w:lang w:val="nl-NL"/>
        </w:rPr>
      </w:pPr>
    </w:p>
    <w:p w14:paraId="6D4F6B7C" w14:textId="77777777" w:rsidR="005E46F4" w:rsidRPr="00BD7C0C" w:rsidRDefault="005E46F4">
      <w:pPr>
        <w:rPr>
          <w:rFonts w:ascii="Univers" w:hAnsi="Univers"/>
          <w:lang w:val="nl-NL"/>
        </w:rPr>
      </w:pPr>
    </w:p>
    <w:p w14:paraId="48592E23" w14:textId="77777777" w:rsidR="00105881" w:rsidRPr="00BD7C0C" w:rsidRDefault="003B2C4C" w:rsidP="00105881">
      <w:pPr>
        <w:pStyle w:val="Lijstalinea"/>
        <w:numPr>
          <w:ilvl w:val="0"/>
          <w:numId w:val="10"/>
        </w:numPr>
        <w:rPr>
          <w:rStyle w:val="Subtieleverwijzing"/>
          <w:rFonts w:ascii="Univers" w:hAnsi="Univers"/>
          <w:color w:val="auto"/>
          <w:spacing w:val="5"/>
          <w:u w:val="none"/>
          <w:lang w:val="nl-NL"/>
        </w:rPr>
      </w:pPr>
      <w:r w:rsidRPr="00BD7C0C">
        <w:rPr>
          <w:rStyle w:val="Subtieleverwijzing"/>
          <w:rFonts w:ascii="Univers" w:eastAsiaTheme="majorEastAsia" w:hAnsi="Univers" w:cstheme="majorBidi"/>
          <w:b/>
          <w:bCs/>
          <w:color w:val="auto"/>
          <w:lang w:val="nl-NL"/>
        </w:rPr>
        <w:t>Leefgebiede</w:t>
      </w:r>
      <w:r w:rsidR="005E46F4" w:rsidRPr="00BD7C0C">
        <w:rPr>
          <w:rStyle w:val="Subtieleverwijzing"/>
          <w:rFonts w:ascii="Univers" w:eastAsiaTheme="majorEastAsia" w:hAnsi="Univers" w:cstheme="majorBidi"/>
          <w:b/>
          <w:bCs/>
          <w:color w:val="auto"/>
          <w:lang w:val="nl-NL"/>
        </w:rPr>
        <w:t>n</w:t>
      </w:r>
    </w:p>
    <w:p w14:paraId="0768993C" w14:textId="36385848" w:rsidR="005E46F4" w:rsidRPr="00BD7C0C" w:rsidRDefault="00105881" w:rsidP="00105881">
      <w:pPr>
        <w:pStyle w:val="Lijstalinea"/>
        <w:ind w:left="0"/>
        <w:rPr>
          <w:rStyle w:val="Intensieveverwijzing"/>
          <w:rFonts w:ascii="Univers" w:hAnsi="Univers"/>
          <w:b w:val="0"/>
          <w:bCs w:val="0"/>
          <w:color w:val="auto"/>
          <w:u w:val="none"/>
          <w:lang w:val="nl-NL"/>
        </w:rPr>
      </w:pPr>
      <w:r w:rsidRPr="00BD7C0C">
        <w:rPr>
          <w:rFonts w:ascii="Univers" w:hAnsi="Univers"/>
          <w:lang w:val="nl-NL"/>
        </w:rPr>
        <w:t xml:space="preserve">Als er </w:t>
      </w:r>
      <w:r w:rsidR="00FC6060" w:rsidRPr="00BD7C0C">
        <w:rPr>
          <w:rFonts w:ascii="Univers" w:hAnsi="Univers"/>
          <w:b/>
          <w:bCs/>
          <w:lang w:val="nl-NL"/>
        </w:rPr>
        <w:t>geen</w:t>
      </w:r>
      <w:r w:rsidRPr="00BD7C0C">
        <w:rPr>
          <w:rFonts w:ascii="Univers" w:hAnsi="Univers"/>
          <w:b/>
          <w:bCs/>
          <w:lang w:val="nl-NL"/>
        </w:rPr>
        <w:t xml:space="preserve"> </w:t>
      </w:r>
      <w:r w:rsidRPr="00BD7C0C">
        <w:rPr>
          <w:rFonts w:ascii="Univers" w:hAnsi="Univers"/>
          <w:lang w:val="nl-NL"/>
        </w:rPr>
        <w:t xml:space="preserve">hulpvragen zijn, klik dan op het zwarte pijltje </w:t>
      </w:r>
      <w:r w:rsidR="00111438" w:rsidRPr="00BD7C0C">
        <w:rPr>
          <w:rFonts w:ascii="Univers" w:hAnsi="Univers"/>
          <w:lang w:val="nl-NL"/>
        </w:rPr>
        <w:t>bij</w:t>
      </w:r>
      <w:r w:rsidRPr="00BD7C0C">
        <w:rPr>
          <w:rFonts w:ascii="Univers" w:hAnsi="Univers"/>
          <w:lang w:val="nl-NL"/>
        </w:rPr>
        <w:t xml:space="preserve"> het leefgebied</w:t>
      </w:r>
      <w:r w:rsidR="00FC6060" w:rsidRPr="00BD7C0C">
        <w:rPr>
          <w:rFonts w:ascii="Univers" w:hAnsi="Univers"/>
          <w:lang w:val="nl-NL"/>
        </w:rPr>
        <w:t xml:space="preserve"> om de informatie in te klappen</w:t>
      </w:r>
      <w:r w:rsidRPr="00BD7C0C">
        <w:rPr>
          <w:rFonts w:ascii="Univers" w:hAnsi="Univers"/>
          <w:lang w:val="nl-NL"/>
        </w:rPr>
        <w:t>.</w:t>
      </w:r>
      <w:r w:rsidR="005E46F4" w:rsidRPr="00BD7C0C">
        <w:rPr>
          <w:rStyle w:val="Subtieleverwijzing"/>
          <w:rFonts w:ascii="Univers" w:eastAsiaTheme="majorEastAsia" w:hAnsi="Univers" w:cstheme="majorBidi"/>
          <w:b/>
          <w:bCs/>
          <w:color w:val="auto"/>
          <w:lang w:val="nl-NL"/>
        </w:rPr>
        <w:br/>
      </w:r>
    </w:p>
    <w:p w14:paraId="58C4766F" w14:textId="6934917F" w:rsidR="00A64036" w:rsidRPr="00BD7C0C" w:rsidRDefault="003B2C4C" w:rsidP="00A64036">
      <w:pPr>
        <w:pStyle w:val="Kop2"/>
        <w:rPr>
          <w:rFonts w:ascii="Univers" w:hAnsi="Univers"/>
          <w:sz w:val="22"/>
          <w:szCs w:val="22"/>
          <w:lang w:val="nl-NL"/>
        </w:rPr>
      </w:pPr>
      <w:r w:rsidRPr="00BD7C0C">
        <w:rPr>
          <w:rStyle w:val="Kop1Char"/>
          <w:rFonts w:ascii="Segoe UI Emoji" w:hAnsi="Segoe UI Emoji" w:cs="Segoe UI Emoji"/>
          <w:b/>
          <w:bCs/>
          <w:color w:val="C00000"/>
          <w:sz w:val="22"/>
          <w:szCs w:val="22"/>
        </w:rPr>
        <w:t>🧠</w:t>
      </w:r>
      <w:r w:rsidRPr="00BD7C0C">
        <w:rPr>
          <w:rStyle w:val="Kop1Char"/>
          <w:rFonts w:ascii="Univers" w:hAnsi="Univers"/>
          <w:b/>
          <w:bCs/>
          <w:color w:val="C00000"/>
          <w:sz w:val="22"/>
          <w:szCs w:val="22"/>
          <w:lang w:val="nl-NL"/>
        </w:rPr>
        <w:t xml:space="preserve"> Geestelijke gezondheid</w:t>
      </w:r>
      <w:r w:rsidR="00A64036" w:rsidRPr="00BD7C0C">
        <w:rPr>
          <w:rFonts w:ascii="Univers" w:hAnsi="Univers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-959101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C9C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310835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7C0F27" w:rsidRPr="007D5855" w14:paraId="43E110A5" w14:textId="77777777" w:rsidTr="00A64036">
        <w:tc>
          <w:tcPr>
            <w:tcW w:w="4354" w:type="dxa"/>
          </w:tcPr>
          <w:p w14:paraId="4B3A7C1E" w14:textId="55A10050" w:rsidR="007C0F27" w:rsidRPr="00BD7C0C" w:rsidRDefault="003B2C4C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1DB856A7" w14:textId="77777777" w:rsidR="007C0F27" w:rsidRPr="00BD7C0C" w:rsidRDefault="007C0F27">
            <w:pPr>
              <w:rPr>
                <w:rFonts w:ascii="Univers" w:hAnsi="Univers"/>
                <w:lang w:val="nl-NL"/>
              </w:rPr>
            </w:pPr>
          </w:p>
        </w:tc>
      </w:tr>
      <w:tr w:rsidR="007C0F27" w:rsidRPr="007D5855" w14:paraId="64686EA0" w14:textId="77777777" w:rsidTr="00A64036">
        <w:tc>
          <w:tcPr>
            <w:tcW w:w="4354" w:type="dxa"/>
          </w:tcPr>
          <w:p w14:paraId="2C486AD3" w14:textId="77777777" w:rsidR="007C0F27" w:rsidRPr="00BD7C0C" w:rsidRDefault="003B2C4C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7136F52B" w14:textId="77777777" w:rsidR="007C0F27" w:rsidRPr="00BD7C0C" w:rsidRDefault="007C0F27">
            <w:pPr>
              <w:rPr>
                <w:rFonts w:ascii="Univers" w:hAnsi="Univers"/>
                <w:lang w:val="nl-NL"/>
              </w:rPr>
            </w:pPr>
          </w:p>
        </w:tc>
      </w:tr>
      <w:tr w:rsidR="007C0F27" w:rsidRPr="007D5855" w14:paraId="236A3042" w14:textId="77777777" w:rsidTr="00A64036">
        <w:tc>
          <w:tcPr>
            <w:tcW w:w="4354" w:type="dxa"/>
          </w:tcPr>
          <w:p w14:paraId="1568E1A5" w14:textId="77777777" w:rsidR="007C0F27" w:rsidRPr="00BD7C0C" w:rsidRDefault="003B2C4C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73A53188" w14:textId="77777777" w:rsidR="007C0F27" w:rsidRPr="00BD7C0C" w:rsidRDefault="007C0F27">
            <w:pPr>
              <w:rPr>
                <w:rFonts w:ascii="Univers" w:hAnsi="Univers"/>
                <w:lang w:val="nl-NL"/>
              </w:rPr>
            </w:pPr>
          </w:p>
        </w:tc>
      </w:tr>
      <w:tr w:rsidR="007C0F27" w:rsidRPr="007D5855" w14:paraId="6D1352FF" w14:textId="77777777" w:rsidTr="00A64036">
        <w:tc>
          <w:tcPr>
            <w:tcW w:w="4354" w:type="dxa"/>
          </w:tcPr>
          <w:p w14:paraId="3BCA2593" w14:textId="77777777" w:rsidR="007C0F27" w:rsidRPr="00BD7C0C" w:rsidRDefault="003B2C4C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55104AD3" w14:textId="77777777" w:rsidR="007C0F27" w:rsidRPr="00BD7C0C" w:rsidRDefault="007C0F27">
            <w:pPr>
              <w:rPr>
                <w:rFonts w:ascii="Univers" w:hAnsi="Univers"/>
                <w:lang w:val="nl-NL"/>
              </w:rPr>
            </w:pPr>
          </w:p>
        </w:tc>
      </w:tr>
    </w:tbl>
    <w:p w14:paraId="26D423ED" w14:textId="77777777" w:rsidR="00D84DC5" w:rsidRDefault="00D84DC5" w:rsidP="009C00B7">
      <w:pPr>
        <w:pStyle w:val="Kop1"/>
        <w:rPr>
          <w:rFonts w:ascii="Segoe UI Emoji" w:hAnsi="Segoe UI Emoji" w:cs="Segoe UI Emoji"/>
          <w:color w:val="C00000"/>
          <w:sz w:val="22"/>
          <w:szCs w:val="22"/>
          <w:lang w:val="nl-NL"/>
        </w:rPr>
      </w:pPr>
    </w:p>
    <w:p w14:paraId="0C73FFC0" w14:textId="68F8AB65" w:rsidR="00A64036" w:rsidRPr="00BD7C0C" w:rsidRDefault="003B2C4C" w:rsidP="009C00B7">
      <w:pPr>
        <w:pStyle w:val="Kop1"/>
        <w:rPr>
          <w:rFonts w:ascii="Univers" w:hAnsi="Univers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  <w:lang w:val="nl-NL"/>
        </w:rPr>
        <w:t>❤</w:t>
      </w:r>
      <w:r w:rsidRPr="00BD7C0C">
        <w:rPr>
          <w:rFonts w:ascii="Segoe UI Emoji" w:hAnsi="Segoe UI Emoji" w:cs="Segoe UI Emoji"/>
          <w:color w:val="C00000"/>
          <w:sz w:val="22"/>
          <w:szCs w:val="22"/>
        </w:rPr>
        <w:t>️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Lichamelijke gezondheid</w:t>
      </w:r>
      <w:r w:rsidR="009C00B7" w:rsidRPr="00BD7C0C">
        <w:rPr>
          <w:rFonts w:ascii="Univers" w:hAnsi="Univers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-297376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-1560163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2574DC2B" w14:textId="77777777" w:rsidTr="00875AE4">
        <w:tc>
          <w:tcPr>
            <w:tcW w:w="4354" w:type="dxa"/>
          </w:tcPr>
          <w:p w14:paraId="5927249E" w14:textId="619720B5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4DB4A042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3574F439" w14:textId="77777777" w:rsidTr="00875AE4">
        <w:tc>
          <w:tcPr>
            <w:tcW w:w="4354" w:type="dxa"/>
          </w:tcPr>
          <w:p w14:paraId="0F2F2F72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203BE961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7E42FE41" w14:textId="77777777" w:rsidTr="00875AE4">
        <w:tc>
          <w:tcPr>
            <w:tcW w:w="4354" w:type="dxa"/>
          </w:tcPr>
          <w:p w14:paraId="62C9FB35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79B70B8C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2303731B" w14:textId="77777777" w:rsidTr="00875AE4">
        <w:tc>
          <w:tcPr>
            <w:tcW w:w="4354" w:type="dxa"/>
          </w:tcPr>
          <w:p w14:paraId="6B210251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6C62BD42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38E472B8" w14:textId="6CDB4030" w:rsidR="00A64036" w:rsidRPr="00BD7C0C" w:rsidRDefault="003B2C4C" w:rsidP="0044392E">
      <w:pPr>
        <w:pStyle w:val="Kop1"/>
        <w:rPr>
          <w:rFonts w:ascii="Univers" w:hAnsi="Univers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  <w:lang w:val="nl-NL"/>
        </w:rPr>
        <w:t>🚶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Mobiliteit</w:t>
      </w:r>
      <w:r w:rsidR="0044392E" w:rsidRPr="00BD7C0C">
        <w:rPr>
          <w:rFonts w:ascii="Univers" w:hAnsi="Univers"/>
          <w:color w:val="C00000"/>
          <w:sz w:val="22"/>
          <w:szCs w:val="22"/>
          <w:lang w:val="nl-NL"/>
        </w:rPr>
        <w:t xml:space="preserve"> </w:t>
      </w:r>
      <w:r w:rsidR="0044392E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r w:rsidR="00A64036" w:rsidRPr="00BD7C0C">
        <w:rPr>
          <w:rFonts w:ascii="Segoe UI Symbol" w:hAnsi="Segoe UI Symbol" w:cs="Segoe UI Symbol"/>
          <w:b w:val="0"/>
          <w:bCs w:val="0"/>
          <w:color w:val="auto"/>
          <w:sz w:val="22"/>
          <w:szCs w:val="22"/>
          <w:lang w:val="nl-NL"/>
        </w:rPr>
        <w:t>☐</w:t>
      </w:r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r w:rsidR="00A64036" w:rsidRPr="00BD7C0C">
        <w:rPr>
          <w:rFonts w:ascii="Segoe UI Symbol" w:hAnsi="Segoe UI Symbol" w:cs="Segoe UI Symbol"/>
          <w:b w:val="0"/>
          <w:bCs w:val="0"/>
          <w:color w:val="auto"/>
          <w:sz w:val="22"/>
          <w:szCs w:val="22"/>
          <w:lang w:val="nl-NL"/>
        </w:rPr>
        <w:t>☐</w:t>
      </w:r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39AFBA64" w14:textId="77777777" w:rsidTr="00875AE4">
        <w:tc>
          <w:tcPr>
            <w:tcW w:w="4354" w:type="dxa"/>
          </w:tcPr>
          <w:p w14:paraId="2F11C41A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>Beschrijf de hulpvraag. Omschrijf het probleem of de ondersteuningsbehoefte, niet de oplossing.</w:t>
            </w:r>
          </w:p>
        </w:tc>
        <w:tc>
          <w:tcPr>
            <w:tcW w:w="5569" w:type="dxa"/>
          </w:tcPr>
          <w:p w14:paraId="579CE951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41696838" w14:textId="77777777" w:rsidTr="00875AE4">
        <w:tc>
          <w:tcPr>
            <w:tcW w:w="4354" w:type="dxa"/>
          </w:tcPr>
          <w:p w14:paraId="258E72BC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64D4590E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4F3ED29F" w14:textId="77777777" w:rsidTr="00875AE4">
        <w:tc>
          <w:tcPr>
            <w:tcW w:w="4354" w:type="dxa"/>
          </w:tcPr>
          <w:p w14:paraId="03D0090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5EF745D5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0B9C20F7" w14:textId="77777777" w:rsidTr="00875AE4">
        <w:tc>
          <w:tcPr>
            <w:tcW w:w="4354" w:type="dxa"/>
          </w:tcPr>
          <w:p w14:paraId="3822FA3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30E63C18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4FB1E62E" w14:textId="77777777" w:rsidR="00BD7C0C" w:rsidRPr="00D84DC5" w:rsidRDefault="00BD7C0C" w:rsidP="001048D7">
      <w:pPr>
        <w:pStyle w:val="Kop1"/>
        <w:rPr>
          <w:rFonts w:ascii="Segoe UI Emoji" w:hAnsi="Segoe UI Emoji" w:cs="Segoe UI Emoji"/>
          <w:color w:val="C00000"/>
          <w:sz w:val="22"/>
          <w:szCs w:val="22"/>
          <w:lang w:val="nl-NL"/>
        </w:rPr>
      </w:pPr>
    </w:p>
    <w:p w14:paraId="631B319F" w14:textId="40DBEA22" w:rsidR="001048D7" w:rsidRPr="00BD7C0C" w:rsidRDefault="003B2C4C" w:rsidP="001048D7">
      <w:pPr>
        <w:pStyle w:val="Kop1"/>
        <w:rPr>
          <w:rFonts w:ascii="Univers" w:hAnsi="Univers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</w:rPr>
        <w:t>🏠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Huisvesting</w:t>
      </w:r>
      <w:r w:rsidR="001048D7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899640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1048D7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1749143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1048D7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1048D7" w:rsidRPr="007D5855" w14:paraId="265ABF5B" w14:textId="77777777" w:rsidTr="00875AE4">
        <w:tc>
          <w:tcPr>
            <w:tcW w:w="4354" w:type="dxa"/>
          </w:tcPr>
          <w:p w14:paraId="254B9BCC" w14:textId="17E37ACF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60A49E53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1048D7" w:rsidRPr="007D5855" w14:paraId="09E75522" w14:textId="77777777" w:rsidTr="00875AE4">
        <w:tc>
          <w:tcPr>
            <w:tcW w:w="4354" w:type="dxa"/>
          </w:tcPr>
          <w:p w14:paraId="026BBA70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79DC0CE3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1048D7" w:rsidRPr="007D5855" w14:paraId="3EB17426" w14:textId="77777777" w:rsidTr="00875AE4">
        <w:tc>
          <w:tcPr>
            <w:tcW w:w="4354" w:type="dxa"/>
          </w:tcPr>
          <w:p w14:paraId="0AB9BCB7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12897746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1048D7" w:rsidRPr="007D5855" w14:paraId="66F40D6F" w14:textId="77777777" w:rsidTr="00875AE4">
        <w:tc>
          <w:tcPr>
            <w:tcW w:w="4354" w:type="dxa"/>
          </w:tcPr>
          <w:p w14:paraId="38C1A6BA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78260E00" w14:textId="77777777" w:rsidR="001048D7" w:rsidRPr="00BD7C0C" w:rsidRDefault="001048D7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670CDA3C" w14:textId="28D7108E" w:rsidR="00A64036" w:rsidRPr="00BD7C0C" w:rsidRDefault="003B2C4C" w:rsidP="00C91EB4">
      <w:pPr>
        <w:pStyle w:val="Kop1"/>
        <w:rPr>
          <w:rFonts w:ascii="Univers" w:hAnsi="Univers"/>
          <w:b w:val="0"/>
          <w:bCs w:val="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</w:rPr>
        <w:t>👥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Sociaal netwerk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-1557472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787012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39E6A48D" w14:textId="77777777" w:rsidTr="00875AE4">
        <w:tc>
          <w:tcPr>
            <w:tcW w:w="4354" w:type="dxa"/>
          </w:tcPr>
          <w:p w14:paraId="731D23EF" w14:textId="3FD63AFD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3FF8767E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799DA144" w14:textId="77777777" w:rsidTr="00875AE4">
        <w:tc>
          <w:tcPr>
            <w:tcW w:w="4354" w:type="dxa"/>
          </w:tcPr>
          <w:p w14:paraId="60439AD3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1C97762F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4C910F00" w14:textId="77777777" w:rsidTr="00875AE4">
        <w:tc>
          <w:tcPr>
            <w:tcW w:w="4354" w:type="dxa"/>
          </w:tcPr>
          <w:p w14:paraId="2F40B6C0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60AF9FC4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1D670344" w14:textId="77777777" w:rsidTr="00875AE4">
        <w:tc>
          <w:tcPr>
            <w:tcW w:w="4354" w:type="dxa"/>
          </w:tcPr>
          <w:p w14:paraId="73F942F2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3C8A36D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1280F48E" w14:textId="77777777" w:rsidR="00BD7C0C" w:rsidRPr="00D84DC5" w:rsidRDefault="00BD7C0C" w:rsidP="00BD7C0C">
      <w:pPr>
        <w:pStyle w:val="Kop1"/>
        <w:rPr>
          <w:rFonts w:ascii="Segoe UI Emoji" w:hAnsi="Segoe UI Emoji" w:cs="Segoe UI Emoji"/>
          <w:color w:val="C00000"/>
          <w:sz w:val="22"/>
          <w:szCs w:val="22"/>
          <w:lang w:val="nl-NL"/>
        </w:rPr>
      </w:pPr>
    </w:p>
    <w:p w14:paraId="6FA684E5" w14:textId="3896F6A5" w:rsidR="00A64036" w:rsidRPr="00BD7C0C" w:rsidRDefault="003B2C4C" w:rsidP="00BD7C0C">
      <w:pPr>
        <w:pStyle w:val="Kop1"/>
        <w:rPr>
          <w:rFonts w:ascii="Univers" w:hAnsi="Univers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</w:rPr>
        <w:t>🏡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Huiselijke relaties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t xml:space="preserve"> 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615260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189483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0DBCE224" w14:textId="77777777" w:rsidTr="00875AE4">
        <w:tc>
          <w:tcPr>
            <w:tcW w:w="4354" w:type="dxa"/>
          </w:tcPr>
          <w:p w14:paraId="62452DF0" w14:textId="2B0B9EC8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13004DFF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0E534089" w14:textId="77777777" w:rsidTr="00875AE4">
        <w:tc>
          <w:tcPr>
            <w:tcW w:w="4354" w:type="dxa"/>
          </w:tcPr>
          <w:p w14:paraId="223C42E4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7CDEE710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44166DF6" w14:textId="77777777" w:rsidTr="00875AE4">
        <w:tc>
          <w:tcPr>
            <w:tcW w:w="4354" w:type="dxa"/>
          </w:tcPr>
          <w:p w14:paraId="2ADF74A7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598AFCF0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0D6E5291" w14:textId="77777777" w:rsidTr="00875AE4">
        <w:tc>
          <w:tcPr>
            <w:tcW w:w="4354" w:type="dxa"/>
          </w:tcPr>
          <w:p w14:paraId="2B8549FD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33743DA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0F2E0CE6" w14:textId="0FA82E19" w:rsidR="00A64036" w:rsidRPr="00BD7C0C" w:rsidRDefault="003B2C4C" w:rsidP="00C91EB4">
      <w:pPr>
        <w:pStyle w:val="Kop1"/>
        <w:rPr>
          <w:rFonts w:ascii="Univers" w:hAnsi="Univers" w:cs="Segoe UI Emoji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</w:rPr>
        <w:t>🕒</w:t>
      </w:r>
      <w:r w:rsidRPr="00BD7C0C">
        <w:rPr>
          <w:rFonts w:ascii="Univers" w:hAnsi="Univers" w:cs="Segoe UI Emoji"/>
          <w:color w:val="C00000"/>
          <w:sz w:val="22"/>
          <w:szCs w:val="22"/>
          <w:lang w:val="nl-NL"/>
        </w:rPr>
        <w:t xml:space="preserve"> Tijdsbesteding</w:t>
      </w:r>
      <w:r w:rsidR="00C91EB4" w:rsidRPr="00BD7C0C">
        <w:rPr>
          <w:rFonts w:ascii="Univers" w:hAnsi="Univers" w:cs="Segoe UI Emoji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Emoji"/>
            <w:b w:val="0"/>
            <w:bCs w:val="0"/>
            <w:color w:val="auto"/>
            <w:sz w:val="22"/>
            <w:szCs w:val="22"/>
            <w:lang w:val="nl-NL"/>
          </w:rPr>
          <w:id w:val="2020281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C91EB4" w:rsidRPr="00BD7C0C">
        <w:rPr>
          <w:rFonts w:ascii="Univers" w:hAnsi="Univers" w:cs="Segoe UI Emoji"/>
          <w:b w:val="0"/>
          <w:bCs w:val="0"/>
          <w:color w:val="auto"/>
          <w:sz w:val="22"/>
          <w:szCs w:val="22"/>
          <w:lang w:val="nl-NL"/>
        </w:rPr>
        <w:t xml:space="preserve"> </w:t>
      </w:r>
      <w:r w:rsidR="00A64036" w:rsidRPr="00BD7C0C">
        <w:rPr>
          <w:rFonts w:ascii="Univers" w:hAnsi="Univers" w:cs="Segoe UI Emoji"/>
          <w:b w:val="0"/>
          <w:bCs w:val="0"/>
          <w:color w:val="auto"/>
          <w:sz w:val="22"/>
          <w:szCs w:val="22"/>
          <w:lang w:val="nl-NL"/>
        </w:rPr>
        <w:t xml:space="preserve">Geen hulpvragen   </w:t>
      </w:r>
      <w:sdt>
        <w:sdtPr>
          <w:rPr>
            <w:rFonts w:ascii="Univers" w:hAnsi="Univers" w:cs="Segoe UI Emoji"/>
            <w:b w:val="0"/>
            <w:bCs w:val="0"/>
            <w:color w:val="auto"/>
            <w:sz w:val="22"/>
            <w:szCs w:val="22"/>
            <w:lang w:val="nl-NL"/>
          </w:rPr>
          <w:id w:val="135762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 w:cs="Segoe UI Emoji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64E792A7" w14:textId="77777777" w:rsidTr="00875AE4">
        <w:tc>
          <w:tcPr>
            <w:tcW w:w="4354" w:type="dxa"/>
          </w:tcPr>
          <w:p w14:paraId="74B18AD9" w14:textId="762C7099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>Beschrijf de hulpvraag.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5A28A8FB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03FB7BD9" w14:textId="77777777" w:rsidTr="00875AE4">
        <w:tc>
          <w:tcPr>
            <w:tcW w:w="4354" w:type="dxa"/>
          </w:tcPr>
          <w:p w14:paraId="22F1F8F8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37E915F0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5AFDF84C" w14:textId="77777777" w:rsidTr="00875AE4">
        <w:tc>
          <w:tcPr>
            <w:tcW w:w="4354" w:type="dxa"/>
          </w:tcPr>
          <w:p w14:paraId="61CAD745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3DB16F0C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29482F2A" w14:textId="77777777" w:rsidTr="00875AE4">
        <w:tc>
          <w:tcPr>
            <w:tcW w:w="4354" w:type="dxa"/>
          </w:tcPr>
          <w:p w14:paraId="5C2B6CC0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08F7E63C" w14:textId="77777777" w:rsidR="00A64036" w:rsidRPr="00BD7C0C" w:rsidRDefault="00A64036" w:rsidP="00C91EB4">
            <w:pPr>
              <w:rPr>
                <w:rFonts w:ascii="Univers" w:hAnsi="Univers"/>
                <w:lang w:val="nl-NL"/>
              </w:rPr>
            </w:pPr>
          </w:p>
        </w:tc>
      </w:tr>
    </w:tbl>
    <w:p w14:paraId="6F260B5F" w14:textId="77777777" w:rsidR="00BD7C0C" w:rsidRPr="00D84DC5" w:rsidRDefault="00BD7C0C" w:rsidP="00C91EB4">
      <w:pPr>
        <w:pStyle w:val="Kop1"/>
        <w:rPr>
          <w:rFonts w:ascii="Segoe UI Emoji" w:hAnsi="Segoe UI Emoji" w:cs="Segoe UI Emoji"/>
          <w:color w:val="C00000"/>
          <w:sz w:val="22"/>
          <w:szCs w:val="22"/>
          <w:lang w:val="nl-NL"/>
        </w:rPr>
      </w:pPr>
    </w:p>
    <w:p w14:paraId="5DA3F159" w14:textId="1175CC29" w:rsidR="00A64036" w:rsidRPr="00BD7C0C" w:rsidRDefault="003B2C4C" w:rsidP="00C91EB4">
      <w:pPr>
        <w:pStyle w:val="Kop1"/>
        <w:rPr>
          <w:rFonts w:ascii="Univers" w:hAnsi="Univers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</w:rPr>
        <w:t>🛒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Activiteiten dagelijks leven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t xml:space="preserve"> 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935942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2128342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3746BF14" w14:textId="77777777" w:rsidTr="00875AE4">
        <w:tc>
          <w:tcPr>
            <w:tcW w:w="4354" w:type="dxa"/>
          </w:tcPr>
          <w:p w14:paraId="756EC928" w14:textId="039238B0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3627FDF7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6E37D82C" w14:textId="77777777" w:rsidTr="00875AE4">
        <w:tc>
          <w:tcPr>
            <w:tcW w:w="4354" w:type="dxa"/>
          </w:tcPr>
          <w:p w14:paraId="301D2DA5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6A6CE270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00D4DD02" w14:textId="77777777" w:rsidTr="00875AE4">
        <w:tc>
          <w:tcPr>
            <w:tcW w:w="4354" w:type="dxa"/>
          </w:tcPr>
          <w:p w14:paraId="6F6D08FE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44FEDF9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316B4D7F" w14:textId="77777777" w:rsidTr="00875AE4">
        <w:tc>
          <w:tcPr>
            <w:tcW w:w="4354" w:type="dxa"/>
          </w:tcPr>
          <w:p w14:paraId="012F42D6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0D23CC8F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2EFE904B" w14:textId="15C00B4F" w:rsidR="00A64036" w:rsidRPr="00BD7C0C" w:rsidRDefault="003B2C4C" w:rsidP="00C91EB4">
      <w:pPr>
        <w:pStyle w:val="Kop1"/>
        <w:rPr>
          <w:rFonts w:ascii="Univers" w:hAnsi="Univers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</w:rPr>
        <w:t>📄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Financiën &amp; administratie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-196410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-210772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586350B5" w14:textId="77777777" w:rsidTr="00875AE4">
        <w:tc>
          <w:tcPr>
            <w:tcW w:w="4354" w:type="dxa"/>
          </w:tcPr>
          <w:p w14:paraId="76F26818" w14:textId="3562132D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4C9056EB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39783BC9" w14:textId="77777777" w:rsidTr="00875AE4">
        <w:tc>
          <w:tcPr>
            <w:tcW w:w="4354" w:type="dxa"/>
          </w:tcPr>
          <w:p w14:paraId="751C19B3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5212E216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4DDAF7CF" w14:textId="77777777" w:rsidTr="00875AE4">
        <w:tc>
          <w:tcPr>
            <w:tcW w:w="4354" w:type="dxa"/>
          </w:tcPr>
          <w:p w14:paraId="549A670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426F9604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6BB6CBB4" w14:textId="77777777" w:rsidTr="00875AE4">
        <w:tc>
          <w:tcPr>
            <w:tcW w:w="4354" w:type="dxa"/>
          </w:tcPr>
          <w:p w14:paraId="6461B0AA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12C35C40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4BF858DC" w14:textId="77777777" w:rsidR="00BD7C0C" w:rsidRDefault="00BD7C0C" w:rsidP="00C91EB4">
      <w:pPr>
        <w:pStyle w:val="Kop1"/>
        <w:rPr>
          <w:rFonts w:ascii="Segoe UI Emoji" w:hAnsi="Segoe UI Emoji" w:cs="Segoe UI Emoji"/>
          <w:color w:val="C00000"/>
          <w:sz w:val="22"/>
          <w:szCs w:val="22"/>
          <w:lang w:val="nl-NL"/>
        </w:rPr>
      </w:pPr>
    </w:p>
    <w:p w14:paraId="4333DBEC" w14:textId="7832B28A" w:rsidR="00A64036" w:rsidRPr="00BD7C0C" w:rsidRDefault="003B2C4C" w:rsidP="00C91EB4">
      <w:pPr>
        <w:pStyle w:val="Kop1"/>
        <w:rPr>
          <w:rFonts w:ascii="Univers" w:hAnsi="Univers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  <w:lang w:val="nl-NL"/>
        </w:rPr>
        <w:t>⚠</w:t>
      </w:r>
      <w:r w:rsidRPr="00BD7C0C">
        <w:rPr>
          <w:rFonts w:ascii="Segoe UI Emoji" w:hAnsi="Segoe UI Emoji" w:cs="Segoe UI Emoji"/>
          <w:color w:val="C00000"/>
          <w:sz w:val="22"/>
          <w:szCs w:val="22"/>
        </w:rPr>
        <w:t>️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Verslaving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br/>
      </w:r>
      <w:sdt>
        <w:sdtPr>
          <w:rPr>
            <w:rFonts w:ascii="Univers" w:hAnsi="Univers" w:cs="Segoe UI Symbol"/>
            <w:b w:val="0"/>
            <w:bCs w:val="0"/>
            <w:color w:val="auto"/>
            <w:sz w:val="22"/>
            <w:szCs w:val="22"/>
            <w:lang w:val="nl-NL"/>
          </w:rPr>
          <w:id w:val="1777753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438099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42845B95" w14:textId="77777777" w:rsidTr="00875AE4">
        <w:tc>
          <w:tcPr>
            <w:tcW w:w="4354" w:type="dxa"/>
          </w:tcPr>
          <w:p w14:paraId="3788BB69" w14:textId="68E8914D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138A7A59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6034CE08" w14:textId="77777777" w:rsidTr="00875AE4">
        <w:tc>
          <w:tcPr>
            <w:tcW w:w="4354" w:type="dxa"/>
          </w:tcPr>
          <w:p w14:paraId="6ABA4642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072637BC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6AA4EEFF" w14:textId="77777777" w:rsidTr="00875AE4">
        <w:tc>
          <w:tcPr>
            <w:tcW w:w="4354" w:type="dxa"/>
          </w:tcPr>
          <w:p w14:paraId="64D10596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41D02EEC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37D3AB53" w14:textId="77777777" w:rsidTr="00875AE4">
        <w:tc>
          <w:tcPr>
            <w:tcW w:w="4354" w:type="dxa"/>
          </w:tcPr>
          <w:p w14:paraId="54718F9E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239F7837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4A2C8B3F" w14:textId="48614C9F" w:rsidR="00A64036" w:rsidRPr="00BD7C0C" w:rsidRDefault="003B2C4C" w:rsidP="00C91EB4">
      <w:pPr>
        <w:pStyle w:val="Kop1"/>
        <w:rPr>
          <w:rFonts w:ascii="Univers" w:hAnsi="Univers"/>
          <w:color w:val="C00000"/>
          <w:sz w:val="22"/>
          <w:szCs w:val="22"/>
          <w:lang w:val="nl-NL"/>
        </w:rPr>
      </w:pPr>
      <w:r w:rsidRPr="00BD7C0C">
        <w:rPr>
          <w:rFonts w:ascii="Segoe UI Emoji" w:hAnsi="Segoe UI Emoji" w:cs="Segoe UI Emoji"/>
          <w:color w:val="C00000"/>
          <w:sz w:val="22"/>
          <w:szCs w:val="22"/>
          <w:lang w:val="nl-NL"/>
        </w:rPr>
        <w:t>⚖</w:t>
      </w:r>
      <w:r w:rsidRPr="00BD7C0C">
        <w:rPr>
          <w:rFonts w:ascii="Segoe UI Emoji" w:hAnsi="Segoe UI Emoji" w:cs="Segoe UI Emoji"/>
          <w:color w:val="C00000"/>
          <w:sz w:val="22"/>
          <w:szCs w:val="22"/>
        </w:rPr>
        <w:t>️</w:t>
      </w:r>
      <w:r w:rsidRPr="00BD7C0C">
        <w:rPr>
          <w:rFonts w:ascii="Univers" w:hAnsi="Univers"/>
          <w:color w:val="C00000"/>
          <w:sz w:val="22"/>
          <w:szCs w:val="22"/>
          <w:lang w:val="nl-NL"/>
        </w:rPr>
        <w:t xml:space="preserve"> Justitie</w:t>
      </w:r>
      <w:r w:rsidR="00C91EB4" w:rsidRPr="00BD7C0C">
        <w:rPr>
          <w:rFonts w:ascii="Univers" w:hAnsi="Univers"/>
          <w:color w:val="C00000"/>
          <w:sz w:val="22"/>
          <w:szCs w:val="22"/>
          <w:lang w:val="nl-NL"/>
        </w:rPr>
        <w:br/>
        <w:t xml:space="preserve">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-1582909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Geen hulpvragen   </w:t>
      </w:r>
      <w:sdt>
        <w:sdtPr>
          <w:rPr>
            <w:rFonts w:ascii="Univers" w:hAnsi="Univers"/>
            <w:b w:val="0"/>
            <w:bCs w:val="0"/>
            <w:color w:val="auto"/>
            <w:sz w:val="22"/>
            <w:szCs w:val="22"/>
            <w:lang w:val="nl-NL"/>
          </w:rPr>
          <w:id w:val="-928962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EB4" w:rsidRPr="00BD7C0C">
            <w:rPr>
              <w:rFonts w:ascii="Segoe UI Symbol" w:eastAsia="MS Gothic" w:hAnsi="Segoe UI Symbol" w:cs="Segoe UI Symbol"/>
              <w:b w:val="0"/>
              <w:bCs w:val="0"/>
              <w:color w:val="auto"/>
              <w:sz w:val="22"/>
              <w:szCs w:val="22"/>
              <w:lang w:val="nl-NL"/>
            </w:rPr>
            <w:t>☐</w:t>
          </w:r>
        </w:sdtContent>
      </w:sdt>
      <w:r w:rsidR="00A64036" w:rsidRPr="00BD7C0C">
        <w:rPr>
          <w:rFonts w:ascii="Univers" w:hAnsi="Univers"/>
          <w:b w:val="0"/>
          <w:bCs w:val="0"/>
          <w:color w:val="auto"/>
          <w:sz w:val="22"/>
          <w:szCs w:val="22"/>
          <w:lang w:val="nl-NL"/>
        </w:rPr>
        <w:t xml:space="preserve"> Wel hulpvragen</w:t>
      </w:r>
    </w:p>
    <w:tbl>
      <w:tblPr>
        <w:tblStyle w:val="Tabelraster"/>
        <w:tblW w:w="9923" w:type="dxa"/>
        <w:tblInd w:w="-34" w:type="dxa"/>
        <w:tblLook w:val="04A0" w:firstRow="1" w:lastRow="0" w:firstColumn="1" w:lastColumn="0" w:noHBand="0" w:noVBand="1"/>
      </w:tblPr>
      <w:tblGrid>
        <w:gridCol w:w="4354"/>
        <w:gridCol w:w="5569"/>
      </w:tblGrid>
      <w:tr w:rsidR="00A64036" w:rsidRPr="007D5855" w14:paraId="09464309" w14:textId="77777777" w:rsidTr="00875AE4">
        <w:tc>
          <w:tcPr>
            <w:tcW w:w="4354" w:type="dxa"/>
          </w:tcPr>
          <w:p w14:paraId="29E6D80A" w14:textId="3CD21BE3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Hulpvraag</w:t>
            </w:r>
            <w:r w:rsidRPr="00BD7C0C">
              <w:rPr>
                <w:rFonts w:ascii="Univers" w:hAnsi="Univers"/>
                <w:lang w:val="nl-NL"/>
              </w:rPr>
              <w:br/>
              <w:t xml:space="preserve">Beschrijf de hulpvraag. </w:t>
            </w:r>
            <w:r w:rsidR="005C597D" w:rsidRPr="00BD7C0C">
              <w:rPr>
                <w:rFonts w:ascii="Univers" w:hAnsi="Univers"/>
                <w:lang w:val="nl-NL"/>
              </w:rPr>
              <w:t>W</w:t>
            </w:r>
            <w:r w:rsidR="005C597D" w:rsidRPr="00BD7C0C">
              <w:rPr>
                <w:rFonts w:ascii="Univers" w:hAnsi="Univers"/>
                <w:lang w:val="nl-NL"/>
              </w:rPr>
              <w:br/>
            </w:r>
            <w:r w:rsidRPr="00BD7C0C">
              <w:rPr>
                <w:rFonts w:ascii="Univers" w:hAnsi="Univers"/>
                <w:lang w:val="nl-NL"/>
              </w:rPr>
              <w:t>Omschrijf het probleem of de ondersteuningsbehoefte, niet de oplossing.</w:t>
            </w:r>
          </w:p>
        </w:tc>
        <w:tc>
          <w:tcPr>
            <w:tcW w:w="5569" w:type="dxa"/>
          </w:tcPr>
          <w:p w14:paraId="17FABD8B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7EE13954" w14:textId="77777777" w:rsidTr="00875AE4">
        <w:tc>
          <w:tcPr>
            <w:tcW w:w="4354" w:type="dxa"/>
          </w:tcPr>
          <w:p w14:paraId="678652F6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Doel</w:t>
            </w:r>
            <w:r w:rsidRPr="00BD7C0C">
              <w:rPr>
                <w:rFonts w:ascii="Univers" w:hAnsi="Univers"/>
                <w:lang w:val="nl-NL"/>
              </w:rPr>
              <w:br/>
              <w:t>Beschrijf een concreet en meetbaar doel dat de cliënt wil bereiken.</w:t>
            </w:r>
          </w:p>
        </w:tc>
        <w:tc>
          <w:tcPr>
            <w:tcW w:w="5569" w:type="dxa"/>
          </w:tcPr>
          <w:p w14:paraId="27298508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575E05C9" w14:textId="77777777" w:rsidTr="00875AE4">
        <w:tc>
          <w:tcPr>
            <w:tcW w:w="4354" w:type="dxa"/>
          </w:tcPr>
          <w:p w14:paraId="216138EA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Acties</w:t>
            </w:r>
            <w:r w:rsidRPr="00BD7C0C">
              <w:rPr>
                <w:rFonts w:ascii="Univers" w:hAnsi="Univers"/>
                <w:lang w:val="nl-NL"/>
              </w:rPr>
              <w:br/>
              <w:t>Welke acties, afspraken of stappen worden ingezet om het doel te behalen?</w:t>
            </w:r>
          </w:p>
        </w:tc>
        <w:tc>
          <w:tcPr>
            <w:tcW w:w="5569" w:type="dxa"/>
          </w:tcPr>
          <w:p w14:paraId="29D123FA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  <w:tr w:rsidR="00A64036" w:rsidRPr="007D5855" w14:paraId="6AD694D4" w14:textId="77777777" w:rsidTr="00875AE4">
        <w:tc>
          <w:tcPr>
            <w:tcW w:w="4354" w:type="dxa"/>
          </w:tcPr>
          <w:p w14:paraId="4D10D34D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  <w:r w:rsidRPr="00BD7C0C">
              <w:rPr>
                <w:rFonts w:ascii="Univers" w:hAnsi="Univers"/>
                <w:b/>
                <w:bCs/>
                <w:lang w:val="nl-NL"/>
              </w:rPr>
              <w:t>Termijn</w:t>
            </w:r>
            <w:r w:rsidRPr="00BD7C0C">
              <w:rPr>
                <w:rFonts w:ascii="Univers" w:hAnsi="Univers"/>
                <w:lang w:val="nl-NL"/>
              </w:rPr>
              <w:br/>
              <w:t>Binnen welke periode wordt verwacht dat het doel geheel of gedeeltelijk wordt bereikt?</w:t>
            </w:r>
          </w:p>
        </w:tc>
        <w:tc>
          <w:tcPr>
            <w:tcW w:w="5569" w:type="dxa"/>
          </w:tcPr>
          <w:p w14:paraId="1986FE4D" w14:textId="77777777" w:rsidR="00A64036" w:rsidRPr="00BD7C0C" w:rsidRDefault="00A64036" w:rsidP="00875AE4">
            <w:pPr>
              <w:rPr>
                <w:rFonts w:ascii="Univers" w:hAnsi="Univers"/>
                <w:lang w:val="nl-NL"/>
              </w:rPr>
            </w:pPr>
          </w:p>
        </w:tc>
      </w:tr>
    </w:tbl>
    <w:p w14:paraId="677BBFD4" w14:textId="77777777" w:rsidR="007C0F27" w:rsidRPr="00BD7C0C" w:rsidRDefault="003B2C4C">
      <w:pPr>
        <w:rPr>
          <w:rFonts w:ascii="Univers" w:hAnsi="Univers"/>
          <w:lang w:val="nl-NL"/>
        </w:rPr>
      </w:pPr>
      <w:r w:rsidRPr="00BD7C0C">
        <w:rPr>
          <w:rFonts w:ascii="Univers" w:hAnsi="Univers"/>
          <w:lang w:val="nl-NL"/>
        </w:rPr>
        <w:br w:type="page"/>
      </w:r>
    </w:p>
    <w:p w14:paraId="600779C2" w14:textId="77777777" w:rsidR="007D5855" w:rsidRPr="007D5855" w:rsidRDefault="007D5855">
      <w:pPr>
        <w:pStyle w:val="Kop1"/>
        <w:rPr>
          <w:rStyle w:val="Intensieveverwijzing"/>
          <w:rFonts w:ascii="Univers" w:hAnsi="Univers"/>
          <w:b/>
          <w:bCs/>
          <w:color w:val="auto"/>
          <w:sz w:val="22"/>
          <w:szCs w:val="22"/>
          <w:lang w:val="nl-NL"/>
        </w:rPr>
      </w:pPr>
    </w:p>
    <w:p w14:paraId="117B1EB5" w14:textId="6A4B2641" w:rsidR="007C0F27" w:rsidRPr="00BD7C0C" w:rsidRDefault="005E46F4">
      <w:pPr>
        <w:pStyle w:val="Kop1"/>
        <w:rPr>
          <w:rStyle w:val="Intensieveverwijzing"/>
          <w:rFonts w:ascii="Univers" w:hAnsi="Univers"/>
          <w:b/>
          <w:bCs/>
          <w:color w:val="auto"/>
          <w:sz w:val="22"/>
          <w:szCs w:val="22"/>
        </w:rPr>
      </w:pPr>
      <w:proofErr w:type="spellStart"/>
      <w:r w:rsidRPr="00BD7C0C">
        <w:rPr>
          <w:rStyle w:val="Intensieveverwijzing"/>
          <w:rFonts w:ascii="Univers" w:hAnsi="Univers"/>
          <w:b/>
          <w:bCs/>
          <w:color w:val="auto"/>
          <w:sz w:val="22"/>
          <w:szCs w:val="22"/>
        </w:rPr>
        <w:t>H</w:t>
      </w:r>
      <w:r w:rsidR="003B2C4C" w:rsidRPr="00BD7C0C">
        <w:rPr>
          <w:rStyle w:val="Intensieveverwijzing"/>
          <w:rFonts w:ascii="Univers" w:hAnsi="Univers"/>
          <w:b/>
          <w:bCs/>
          <w:color w:val="auto"/>
          <w:sz w:val="22"/>
          <w:szCs w:val="22"/>
        </w:rPr>
        <w:t>andtekeningen</w:t>
      </w:r>
      <w:proofErr w:type="spellEnd"/>
    </w:p>
    <w:p w14:paraId="3A2D1E33" w14:textId="77777777" w:rsidR="00A64036" w:rsidRPr="00BD7C0C" w:rsidRDefault="00A64036" w:rsidP="00A64036">
      <w:pPr>
        <w:rPr>
          <w:rFonts w:ascii="Univers" w:hAnsi="Univer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3402"/>
        <w:gridCol w:w="2124"/>
      </w:tblGrid>
      <w:tr w:rsidR="007C0F27" w:rsidRPr="00BD7C0C" w14:paraId="0C43D48F" w14:textId="77777777" w:rsidTr="00693304">
        <w:tc>
          <w:tcPr>
            <w:tcW w:w="3114" w:type="dxa"/>
          </w:tcPr>
          <w:p w14:paraId="3B55AE71" w14:textId="1FBAD6A0" w:rsidR="007C0F27" w:rsidRPr="00BD7C0C" w:rsidRDefault="00693304">
            <w:pPr>
              <w:rPr>
                <w:rFonts w:ascii="Univers" w:hAnsi="Univers"/>
                <w:b/>
                <w:bCs/>
              </w:rPr>
            </w:pPr>
            <w:r w:rsidRPr="00BD7C0C">
              <w:rPr>
                <w:rFonts w:ascii="Univers" w:hAnsi="Univers"/>
                <w:b/>
                <w:bCs/>
              </w:rPr>
              <w:t xml:space="preserve">Naam van de </w:t>
            </w:r>
            <w:proofErr w:type="spellStart"/>
            <w:r w:rsidRPr="00BD7C0C">
              <w:rPr>
                <w:rFonts w:ascii="Univers" w:hAnsi="Univers"/>
                <w:b/>
                <w:bCs/>
              </w:rPr>
              <w:t>ondertekenaar</w:t>
            </w:r>
            <w:proofErr w:type="spellEnd"/>
          </w:p>
        </w:tc>
        <w:tc>
          <w:tcPr>
            <w:tcW w:w="3402" w:type="dxa"/>
          </w:tcPr>
          <w:p w14:paraId="6111F0BA" w14:textId="77777777" w:rsidR="007C0F27" w:rsidRPr="00BD7C0C" w:rsidRDefault="003B2C4C">
            <w:pPr>
              <w:rPr>
                <w:rFonts w:ascii="Univers" w:hAnsi="Univers"/>
                <w:b/>
                <w:bCs/>
              </w:rPr>
            </w:pPr>
            <w:r w:rsidRPr="00BD7C0C">
              <w:rPr>
                <w:rFonts w:ascii="Univers" w:hAnsi="Univers"/>
                <w:b/>
                <w:bCs/>
              </w:rPr>
              <w:t>Handtekening</w:t>
            </w:r>
          </w:p>
        </w:tc>
        <w:tc>
          <w:tcPr>
            <w:tcW w:w="2124" w:type="dxa"/>
          </w:tcPr>
          <w:p w14:paraId="084CFAF2" w14:textId="77777777" w:rsidR="007C0F27" w:rsidRPr="00BD7C0C" w:rsidRDefault="003B2C4C">
            <w:pPr>
              <w:rPr>
                <w:rFonts w:ascii="Univers" w:hAnsi="Univers"/>
                <w:b/>
                <w:bCs/>
              </w:rPr>
            </w:pPr>
            <w:r w:rsidRPr="00BD7C0C">
              <w:rPr>
                <w:rFonts w:ascii="Univers" w:hAnsi="Univers"/>
                <w:b/>
                <w:bCs/>
              </w:rPr>
              <w:t>Datum</w:t>
            </w:r>
          </w:p>
        </w:tc>
      </w:tr>
      <w:tr w:rsidR="007C0F27" w:rsidRPr="00BD7C0C" w14:paraId="03D04F53" w14:textId="77777777" w:rsidTr="00693304">
        <w:tc>
          <w:tcPr>
            <w:tcW w:w="3114" w:type="dxa"/>
          </w:tcPr>
          <w:p w14:paraId="4F738DDF" w14:textId="6B7EF3EC" w:rsidR="007C0F27" w:rsidRPr="00BD7C0C" w:rsidRDefault="003B2C4C">
            <w:pPr>
              <w:rPr>
                <w:rFonts w:ascii="Univers" w:hAnsi="Univers"/>
              </w:rPr>
            </w:pPr>
            <w:proofErr w:type="spellStart"/>
            <w:r w:rsidRPr="00BD7C0C">
              <w:rPr>
                <w:rFonts w:ascii="Univers" w:hAnsi="Univers"/>
              </w:rPr>
              <w:t>Cliënt</w:t>
            </w:r>
            <w:proofErr w:type="spellEnd"/>
            <w:r w:rsidR="00693304" w:rsidRPr="00BD7C0C">
              <w:rPr>
                <w:rFonts w:ascii="Univers" w:hAnsi="Univers"/>
              </w:rPr>
              <w:t>:</w:t>
            </w:r>
          </w:p>
          <w:p w14:paraId="3E6254CC" w14:textId="77777777" w:rsidR="00730ACC" w:rsidRPr="00BD7C0C" w:rsidRDefault="00730ACC">
            <w:pPr>
              <w:rPr>
                <w:rFonts w:ascii="Univers" w:hAnsi="Univers"/>
              </w:rPr>
            </w:pPr>
          </w:p>
          <w:p w14:paraId="1B6663ED" w14:textId="77777777" w:rsidR="00730ACC" w:rsidRPr="00BD7C0C" w:rsidRDefault="00730ACC">
            <w:pPr>
              <w:rPr>
                <w:rFonts w:ascii="Univers" w:hAnsi="Univers"/>
              </w:rPr>
            </w:pPr>
          </w:p>
          <w:p w14:paraId="213E1FBC" w14:textId="77777777" w:rsidR="00730ACC" w:rsidRPr="00BD7C0C" w:rsidRDefault="00730ACC">
            <w:pPr>
              <w:rPr>
                <w:rFonts w:ascii="Univers" w:hAnsi="Univers"/>
              </w:rPr>
            </w:pPr>
          </w:p>
        </w:tc>
        <w:tc>
          <w:tcPr>
            <w:tcW w:w="3402" w:type="dxa"/>
          </w:tcPr>
          <w:p w14:paraId="67542219" w14:textId="77777777" w:rsidR="007C0F27" w:rsidRPr="00BD7C0C" w:rsidRDefault="007C0F27">
            <w:pPr>
              <w:rPr>
                <w:rFonts w:ascii="Univers" w:hAnsi="Univers"/>
              </w:rPr>
            </w:pPr>
          </w:p>
        </w:tc>
        <w:tc>
          <w:tcPr>
            <w:tcW w:w="2124" w:type="dxa"/>
          </w:tcPr>
          <w:p w14:paraId="21ACF8C5" w14:textId="77777777" w:rsidR="007C0F27" w:rsidRPr="00BD7C0C" w:rsidRDefault="007C0F27">
            <w:pPr>
              <w:rPr>
                <w:rFonts w:ascii="Univers" w:hAnsi="Univers"/>
              </w:rPr>
            </w:pPr>
          </w:p>
        </w:tc>
      </w:tr>
      <w:tr w:rsidR="007C0F27" w:rsidRPr="00BD7C0C" w14:paraId="246E8C32" w14:textId="77777777" w:rsidTr="00693304">
        <w:tc>
          <w:tcPr>
            <w:tcW w:w="3114" w:type="dxa"/>
          </w:tcPr>
          <w:p w14:paraId="62810F79" w14:textId="00609DAC" w:rsidR="007C0F27" w:rsidRPr="00BD7C0C" w:rsidRDefault="003B2C4C">
            <w:pPr>
              <w:rPr>
                <w:rFonts w:ascii="Univers" w:hAnsi="Univers"/>
              </w:rPr>
            </w:pPr>
            <w:r w:rsidRPr="00BD7C0C">
              <w:rPr>
                <w:rFonts w:ascii="Univers" w:hAnsi="Univers"/>
              </w:rPr>
              <w:t>Vertegenwoordiger</w:t>
            </w:r>
            <w:r w:rsidR="00730ACC" w:rsidRPr="00BD7C0C">
              <w:rPr>
                <w:rFonts w:ascii="Univers" w:hAnsi="Univers"/>
              </w:rPr>
              <w:t xml:space="preserve"> (indien van toepassing)</w:t>
            </w:r>
            <w:r w:rsidR="00693304" w:rsidRPr="00BD7C0C">
              <w:rPr>
                <w:rFonts w:ascii="Univers" w:hAnsi="Univers"/>
              </w:rPr>
              <w:t>:</w:t>
            </w:r>
          </w:p>
          <w:p w14:paraId="62B3F023" w14:textId="77777777" w:rsidR="00730ACC" w:rsidRPr="00BD7C0C" w:rsidRDefault="00730ACC">
            <w:pPr>
              <w:rPr>
                <w:rFonts w:ascii="Univers" w:hAnsi="Univers"/>
              </w:rPr>
            </w:pPr>
          </w:p>
          <w:p w14:paraId="697FC7A4" w14:textId="5D5BE89B" w:rsidR="00730ACC" w:rsidRPr="00BD7C0C" w:rsidRDefault="00730ACC">
            <w:pPr>
              <w:rPr>
                <w:rFonts w:ascii="Univers" w:hAnsi="Univers"/>
              </w:rPr>
            </w:pPr>
          </w:p>
        </w:tc>
        <w:tc>
          <w:tcPr>
            <w:tcW w:w="3402" w:type="dxa"/>
          </w:tcPr>
          <w:p w14:paraId="661ACA06" w14:textId="77777777" w:rsidR="007C0F27" w:rsidRPr="00BD7C0C" w:rsidRDefault="007C0F27">
            <w:pPr>
              <w:rPr>
                <w:rFonts w:ascii="Univers" w:hAnsi="Univers"/>
              </w:rPr>
            </w:pPr>
          </w:p>
        </w:tc>
        <w:tc>
          <w:tcPr>
            <w:tcW w:w="2124" w:type="dxa"/>
          </w:tcPr>
          <w:p w14:paraId="2CC53427" w14:textId="77777777" w:rsidR="007C0F27" w:rsidRPr="00BD7C0C" w:rsidRDefault="007C0F27">
            <w:pPr>
              <w:rPr>
                <w:rFonts w:ascii="Univers" w:hAnsi="Univers"/>
              </w:rPr>
            </w:pPr>
          </w:p>
        </w:tc>
      </w:tr>
      <w:tr w:rsidR="007C0F27" w:rsidRPr="00BD7C0C" w14:paraId="69E95EFD" w14:textId="77777777" w:rsidTr="00693304">
        <w:tc>
          <w:tcPr>
            <w:tcW w:w="3114" w:type="dxa"/>
          </w:tcPr>
          <w:p w14:paraId="0A06A6E1" w14:textId="158D898F" w:rsidR="007C0F27" w:rsidRPr="00BD7C0C" w:rsidRDefault="003B2C4C">
            <w:pPr>
              <w:rPr>
                <w:rFonts w:ascii="Univers" w:hAnsi="Univers"/>
              </w:rPr>
            </w:pPr>
            <w:proofErr w:type="spellStart"/>
            <w:r w:rsidRPr="00BD7C0C">
              <w:rPr>
                <w:rFonts w:ascii="Univers" w:hAnsi="Univers"/>
              </w:rPr>
              <w:t>Begeleider</w:t>
            </w:r>
            <w:proofErr w:type="spellEnd"/>
            <w:r w:rsidR="00693304" w:rsidRPr="00BD7C0C">
              <w:rPr>
                <w:rFonts w:ascii="Univers" w:hAnsi="Univers"/>
              </w:rPr>
              <w:t>:</w:t>
            </w:r>
          </w:p>
          <w:p w14:paraId="01077FBE" w14:textId="77777777" w:rsidR="00730ACC" w:rsidRPr="00BD7C0C" w:rsidRDefault="00730ACC">
            <w:pPr>
              <w:rPr>
                <w:rFonts w:ascii="Univers" w:hAnsi="Univers"/>
              </w:rPr>
            </w:pPr>
          </w:p>
          <w:p w14:paraId="1F6A7F9D" w14:textId="60ED4DCB" w:rsidR="00730ACC" w:rsidRPr="00BD7C0C" w:rsidRDefault="00730ACC">
            <w:pPr>
              <w:rPr>
                <w:rFonts w:ascii="Univers" w:hAnsi="Univers"/>
              </w:rPr>
            </w:pPr>
          </w:p>
          <w:p w14:paraId="40050D57" w14:textId="77777777" w:rsidR="00730ACC" w:rsidRPr="00BD7C0C" w:rsidRDefault="00730ACC">
            <w:pPr>
              <w:rPr>
                <w:rFonts w:ascii="Univers" w:hAnsi="Univers"/>
              </w:rPr>
            </w:pPr>
          </w:p>
        </w:tc>
        <w:tc>
          <w:tcPr>
            <w:tcW w:w="3402" w:type="dxa"/>
          </w:tcPr>
          <w:p w14:paraId="1CDD9EC5" w14:textId="77777777" w:rsidR="007C0F27" w:rsidRPr="00BD7C0C" w:rsidRDefault="007C0F27">
            <w:pPr>
              <w:rPr>
                <w:rFonts w:ascii="Univers" w:hAnsi="Univers"/>
              </w:rPr>
            </w:pPr>
          </w:p>
        </w:tc>
        <w:tc>
          <w:tcPr>
            <w:tcW w:w="2124" w:type="dxa"/>
          </w:tcPr>
          <w:p w14:paraId="7D20AF13" w14:textId="77777777" w:rsidR="007C0F27" w:rsidRPr="00BD7C0C" w:rsidRDefault="007C0F27">
            <w:pPr>
              <w:rPr>
                <w:rFonts w:ascii="Univers" w:hAnsi="Univers"/>
              </w:rPr>
            </w:pPr>
          </w:p>
        </w:tc>
      </w:tr>
    </w:tbl>
    <w:p w14:paraId="38EE101D" w14:textId="77777777" w:rsidR="003B2C4C" w:rsidRPr="00BD7C0C" w:rsidRDefault="003B2C4C">
      <w:pPr>
        <w:rPr>
          <w:rFonts w:ascii="Univers" w:hAnsi="Univers"/>
        </w:rPr>
      </w:pPr>
    </w:p>
    <w:p w14:paraId="5D9377DA" w14:textId="3C62E8EE" w:rsidR="005E46F4" w:rsidRPr="00BD7C0C" w:rsidRDefault="005E46F4">
      <w:pPr>
        <w:rPr>
          <w:rFonts w:ascii="Univers" w:hAnsi="Univers"/>
        </w:rPr>
      </w:pPr>
    </w:p>
    <w:p w14:paraId="18B05FC6" w14:textId="067AB966" w:rsidR="005E46F4" w:rsidRPr="00BD7C0C" w:rsidRDefault="005E46F4" w:rsidP="005E46F4">
      <w:pPr>
        <w:ind w:left="8640"/>
        <w:rPr>
          <w:rFonts w:ascii="Univers" w:hAnsi="Univers"/>
        </w:rPr>
      </w:pPr>
    </w:p>
    <w:sectPr w:rsidR="005E46F4" w:rsidRPr="00BD7C0C" w:rsidSect="00A64036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0913" w14:textId="77777777" w:rsidR="0076252C" w:rsidRDefault="0076252C" w:rsidP="004A1124">
      <w:pPr>
        <w:spacing w:after="0" w:line="240" w:lineRule="auto"/>
      </w:pPr>
      <w:r>
        <w:separator/>
      </w:r>
    </w:p>
  </w:endnote>
  <w:endnote w:type="continuationSeparator" w:id="0">
    <w:p w14:paraId="6BB7CABC" w14:textId="77777777" w:rsidR="0076252C" w:rsidRDefault="0076252C" w:rsidP="004A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E34C" w14:textId="77777777" w:rsidR="0076252C" w:rsidRDefault="0076252C" w:rsidP="004A1124">
      <w:pPr>
        <w:spacing w:after="0" w:line="240" w:lineRule="auto"/>
      </w:pPr>
      <w:r>
        <w:separator/>
      </w:r>
    </w:p>
  </w:footnote>
  <w:footnote w:type="continuationSeparator" w:id="0">
    <w:p w14:paraId="0532A646" w14:textId="77777777" w:rsidR="0076252C" w:rsidRDefault="0076252C" w:rsidP="004A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7E33" w14:textId="77777777" w:rsidR="00BD7C0C" w:rsidRDefault="00BD7C0C" w:rsidP="00BD7C0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AE8D6C" wp14:editId="1E7417F7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1260000" cy="12600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0009563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754D6089" w14:textId="77777777" w:rsidR="00BD7C0C" w:rsidRDefault="00BD7C0C" w:rsidP="00BD7C0C">
    <w:pPr>
      <w:pStyle w:val="Koptekst"/>
    </w:pPr>
  </w:p>
  <w:p w14:paraId="347D6B32" w14:textId="129081E9" w:rsidR="00BD7C0C" w:rsidRDefault="00BD7C0C" w:rsidP="00BD7C0C">
    <w:pPr>
      <w:pStyle w:val="Koptekst"/>
    </w:pPr>
    <w:r>
      <w:t xml:space="preserve">                                                                                                             </w:t>
    </w:r>
    <w:r w:rsidRPr="002205EA">
      <w:t xml:space="preserve">Versie: 1.0 </w:t>
    </w:r>
  </w:p>
  <w:p w14:paraId="4A8627B8" w14:textId="43084AED" w:rsidR="00BD7C0C" w:rsidRPr="002205EA" w:rsidRDefault="00BD7C0C" w:rsidP="00BD7C0C">
    <w:pPr>
      <w:pStyle w:val="Koptekst"/>
    </w:pPr>
    <w:r>
      <w:tab/>
    </w:r>
    <w:r>
      <w:tab/>
    </w:r>
    <w:r w:rsidRPr="002205EA">
      <w:t xml:space="preserve">Datum: </w:t>
    </w:r>
    <w:r>
      <w:t xml:space="preserve">01 </w:t>
    </w:r>
    <w:proofErr w:type="spellStart"/>
    <w:r>
      <w:t>juni</w:t>
    </w:r>
    <w:proofErr w:type="spellEnd"/>
    <w:r>
      <w:t xml:space="preserve"> 2026</w:t>
    </w:r>
    <w:r w:rsidRPr="002205EA">
      <w:t xml:space="preserve"> </w:t>
    </w:r>
  </w:p>
  <w:p w14:paraId="10A906D0" w14:textId="7F2C4AEE" w:rsidR="004A1124" w:rsidRDefault="004A11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85EBC"/>
    <w:multiLevelType w:val="hybridMultilevel"/>
    <w:tmpl w:val="59CC5FBC"/>
    <w:lvl w:ilvl="0" w:tplc="15FCC46E">
      <w:start w:val="3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cstheme="majorBidi" w:hint="default"/>
        <w:b/>
        <w:sz w:val="28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C20EFA"/>
    <w:multiLevelType w:val="hybridMultilevel"/>
    <w:tmpl w:val="DE645FD0"/>
    <w:lvl w:ilvl="0" w:tplc="39B0757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9141A0"/>
    <w:multiLevelType w:val="hybridMultilevel"/>
    <w:tmpl w:val="D2D864DA"/>
    <w:lvl w:ilvl="0" w:tplc="0688D226">
      <w:start w:val="3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cstheme="majorBidi" w:hint="default"/>
        <w:b/>
        <w:sz w:val="28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2812">
    <w:abstractNumId w:val="8"/>
  </w:num>
  <w:num w:numId="2" w16cid:durableId="322242674">
    <w:abstractNumId w:val="6"/>
  </w:num>
  <w:num w:numId="3" w16cid:durableId="260574066">
    <w:abstractNumId w:val="5"/>
  </w:num>
  <w:num w:numId="4" w16cid:durableId="548028733">
    <w:abstractNumId w:val="4"/>
  </w:num>
  <w:num w:numId="5" w16cid:durableId="1883856593">
    <w:abstractNumId w:val="7"/>
  </w:num>
  <w:num w:numId="6" w16cid:durableId="1040931316">
    <w:abstractNumId w:val="3"/>
  </w:num>
  <w:num w:numId="7" w16cid:durableId="687871666">
    <w:abstractNumId w:val="2"/>
  </w:num>
  <w:num w:numId="8" w16cid:durableId="109981056">
    <w:abstractNumId w:val="1"/>
  </w:num>
  <w:num w:numId="9" w16cid:durableId="1316061168">
    <w:abstractNumId w:val="0"/>
  </w:num>
  <w:num w:numId="10" w16cid:durableId="102000114">
    <w:abstractNumId w:val="10"/>
  </w:num>
  <w:num w:numId="11" w16cid:durableId="1646617312">
    <w:abstractNumId w:val="9"/>
  </w:num>
  <w:num w:numId="12" w16cid:durableId="1115710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585"/>
    <w:rsid w:val="001048D7"/>
    <w:rsid w:val="00105881"/>
    <w:rsid w:val="00111438"/>
    <w:rsid w:val="0015074B"/>
    <w:rsid w:val="001F4171"/>
    <w:rsid w:val="0029639D"/>
    <w:rsid w:val="00326F90"/>
    <w:rsid w:val="003519BD"/>
    <w:rsid w:val="003B2C4C"/>
    <w:rsid w:val="00425BD3"/>
    <w:rsid w:val="0044392E"/>
    <w:rsid w:val="004A1124"/>
    <w:rsid w:val="005C597D"/>
    <w:rsid w:val="005E46F4"/>
    <w:rsid w:val="00693304"/>
    <w:rsid w:val="006A3BA9"/>
    <w:rsid w:val="00730ACC"/>
    <w:rsid w:val="0076252C"/>
    <w:rsid w:val="007876E8"/>
    <w:rsid w:val="007C0F27"/>
    <w:rsid w:val="007D5855"/>
    <w:rsid w:val="009321DF"/>
    <w:rsid w:val="00962FD2"/>
    <w:rsid w:val="009C00B7"/>
    <w:rsid w:val="00A24FD6"/>
    <w:rsid w:val="00A455EA"/>
    <w:rsid w:val="00A55DDB"/>
    <w:rsid w:val="00A64036"/>
    <w:rsid w:val="00A72C9C"/>
    <w:rsid w:val="00AA1D8D"/>
    <w:rsid w:val="00B2531C"/>
    <w:rsid w:val="00B47730"/>
    <w:rsid w:val="00BD7C0C"/>
    <w:rsid w:val="00C91EB4"/>
    <w:rsid w:val="00CB0664"/>
    <w:rsid w:val="00D76BDC"/>
    <w:rsid w:val="00D84DC5"/>
    <w:rsid w:val="00EC58BE"/>
    <w:rsid w:val="00FB563D"/>
    <w:rsid w:val="00FC6060"/>
    <w:rsid w:val="00FC693F"/>
    <w:rsid w:val="00FE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B2B14"/>
  <w14:defaultImageDpi w14:val="330"/>
  <w15:docId w15:val="{14925891-DD4D-BC40-B365-6BFD7148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4036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ec2a5c42c73fbca739fe7ef2075b763e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e5c2c7fca00450c08351511f137862e2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BA5A9-B7B2-436A-820D-DC3E67296E65}"/>
</file>

<file path=customXml/itemProps3.xml><?xml version="1.0" encoding="utf-8"?>
<ds:datastoreItem xmlns:ds="http://schemas.openxmlformats.org/officeDocument/2006/customXml" ds:itemID="{166E264A-45EE-411F-A9F2-DF57F1A5CC9A}"/>
</file>

<file path=customXml/itemProps4.xml><?xml version="1.0" encoding="utf-8"?>
<ds:datastoreItem xmlns:ds="http://schemas.openxmlformats.org/officeDocument/2006/customXml" ds:itemID="{23787BCC-778C-4829-B11C-F22D07878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881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Delwel, D (Daniel)</cp:lastModifiedBy>
  <cp:revision>4</cp:revision>
  <dcterms:created xsi:type="dcterms:W3CDTF">2026-06-29T12:28:00Z</dcterms:created>
  <dcterms:modified xsi:type="dcterms:W3CDTF">2026-06-29T12:31:00Z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</Properties>
</file>