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35ABD" w:rsidR="00CF336B" w:rsidRDefault="00526B32" w14:paraId="163172AF" w14:textId="28E94EEB">
      <w:pPr>
        <w:pStyle w:val="Kop2"/>
        <w:rPr>
          <w:lang w:val="nl-NL"/>
        </w:rPr>
      </w:pPr>
      <w:r w:rsidRPr="23C19CE5" w:rsidR="40CAA3D8">
        <w:rPr>
          <w:lang w:val="nl-NL"/>
        </w:rPr>
        <w:t>1. Schuldhulpverlener</w:t>
      </w:r>
    </w:p>
    <w:p w:rsidRPr="00935ABD" w:rsidR="00CF336B" w:rsidRDefault="00526B32" w14:paraId="02096C42" w14:textId="77777777">
      <w:pPr>
        <w:pStyle w:val="Kop3"/>
        <w:rPr>
          <w:lang w:val="nl-NL"/>
        </w:rPr>
      </w:pPr>
      <w:r w:rsidRPr="00935ABD">
        <w:rPr>
          <w:lang w:val="nl-NL"/>
        </w:rPr>
        <w:t>Doel van de functie</w:t>
      </w:r>
    </w:p>
    <w:p w:rsidRPr="00935ABD" w:rsidR="00CF336B" w:rsidRDefault="00526B32" w14:paraId="3E8ADACC" w14:textId="77777777">
      <w:pPr>
        <w:rPr>
          <w:lang w:val="nl-NL"/>
        </w:rPr>
      </w:pPr>
      <w:r w:rsidRPr="00935ABD">
        <w:rPr>
          <w:lang w:val="nl-NL"/>
        </w:rPr>
        <w:t>Begeleidt inwoners met (dreigende) problematische schulden naar een duurzame financiële oplossing.</w:t>
      </w:r>
    </w:p>
    <w:p w:rsidRPr="00935ABD" w:rsidR="00CF336B" w:rsidRDefault="00526B32" w14:paraId="6FF88E23" w14:textId="77777777">
      <w:pPr>
        <w:pStyle w:val="Kop3"/>
        <w:rPr>
          <w:lang w:val="nl-NL"/>
        </w:rPr>
      </w:pPr>
      <w:r w:rsidRPr="00935ABD">
        <w:rPr>
          <w:lang w:val="nl-NL"/>
        </w:rPr>
        <w:t>Plaats in de organisatie</w:t>
      </w:r>
    </w:p>
    <w:p w:rsidRPr="00935ABD" w:rsidR="00CF336B" w:rsidRDefault="00526B32" w14:paraId="2D71D73E" w14:textId="77777777">
      <w:pPr>
        <w:rPr>
          <w:lang w:val="nl-NL"/>
        </w:rPr>
      </w:pPr>
      <w:r w:rsidRPr="00935ABD">
        <w:rPr>
          <w:lang w:val="nl-NL"/>
        </w:rPr>
        <w:t>Ressorteert onder de teamcoördinator Schuldhulpverlening.</w:t>
      </w:r>
    </w:p>
    <w:p w:rsidR="00CF336B" w:rsidRDefault="00526B32" w14:paraId="035B2930" w14:textId="77777777">
      <w:pPr>
        <w:pStyle w:val="Kop3"/>
      </w:pPr>
      <w:proofErr w:type="spellStart"/>
      <w:r>
        <w:t>Kerntaken</w:t>
      </w:r>
      <w:proofErr w:type="spellEnd"/>
    </w:p>
    <w:p w:rsidRPr="00935ABD" w:rsidR="00CF336B" w:rsidRDefault="00526B32" w14:paraId="5B47CABC" w14:textId="77777777">
      <w:pPr>
        <w:pStyle w:val="Lijstopsomteken"/>
        <w:rPr>
          <w:lang w:val="nl-NL"/>
        </w:rPr>
      </w:pPr>
      <w:r w:rsidRPr="00935ABD">
        <w:rPr>
          <w:lang w:val="nl-NL"/>
        </w:rPr>
        <w:t>Voert intake-, advies- en voortgangsgesprekken.</w:t>
      </w:r>
    </w:p>
    <w:p w:rsidR="00CF336B" w:rsidRDefault="00526B32" w14:paraId="6C398641" w14:textId="77777777">
      <w:pPr>
        <w:pStyle w:val="Lijstopsomteken"/>
      </w:pPr>
      <w:proofErr w:type="spellStart"/>
      <w:r>
        <w:t>Inventariseert</w:t>
      </w:r>
      <w:proofErr w:type="spellEnd"/>
      <w:r>
        <w:t xml:space="preserve"> de </w:t>
      </w:r>
      <w:proofErr w:type="spellStart"/>
      <w:r>
        <w:t>financiële</w:t>
      </w:r>
      <w:proofErr w:type="spellEnd"/>
      <w:r>
        <w:t xml:space="preserve"> </w:t>
      </w:r>
      <w:proofErr w:type="spellStart"/>
      <w:r>
        <w:t>situatie</w:t>
      </w:r>
      <w:proofErr w:type="spellEnd"/>
      <w:r>
        <w:t>.</w:t>
      </w:r>
    </w:p>
    <w:p w:rsidRPr="00935ABD" w:rsidR="00CF336B" w:rsidRDefault="00526B32" w14:paraId="75E06465" w14:textId="77777777">
      <w:pPr>
        <w:pStyle w:val="Lijstopsomteken"/>
        <w:rPr>
          <w:lang w:val="nl-NL"/>
        </w:rPr>
      </w:pPr>
      <w:r w:rsidRPr="00935ABD">
        <w:rPr>
          <w:lang w:val="nl-NL"/>
        </w:rPr>
        <w:t>Stelt een plan van aanpak op.</w:t>
      </w:r>
    </w:p>
    <w:p w:rsidR="00CF336B" w:rsidRDefault="00526B32" w14:paraId="3C786F67" w14:textId="77777777">
      <w:pPr>
        <w:pStyle w:val="Lijstopsomteken"/>
      </w:pPr>
      <w:proofErr w:type="spellStart"/>
      <w:r>
        <w:t>Stabiliseert</w:t>
      </w:r>
      <w:proofErr w:type="spellEnd"/>
      <w:r>
        <w:t xml:space="preserve"> de </w:t>
      </w:r>
      <w:proofErr w:type="spellStart"/>
      <w:r>
        <w:t>financiële</w:t>
      </w:r>
      <w:proofErr w:type="spellEnd"/>
      <w:r>
        <w:t xml:space="preserve"> </w:t>
      </w:r>
      <w:proofErr w:type="spellStart"/>
      <w:r>
        <w:t>situatie</w:t>
      </w:r>
      <w:proofErr w:type="spellEnd"/>
      <w:r>
        <w:t>.</w:t>
      </w:r>
    </w:p>
    <w:p w:rsidR="00CF336B" w:rsidP="00935ABD" w:rsidRDefault="00526B32" w14:paraId="5A8D7A7A" w14:textId="12229977">
      <w:pPr>
        <w:pStyle w:val="Lijstopsomteken"/>
      </w:pPr>
      <w:proofErr w:type="spellStart"/>
      <w:r>
        <w:t>Voert</w:t>
      </w:r>
      <w:proofErr w:type="spellEnd"/>
      <w:r>
        <w:t xml:space="preserve"> </w:t>
      </w:r>
      <w:proofErr w:type="spellStart"/>
      <w:r>
        <w:t>schuldregelingen</w:t>
      </w:r>
      <w:proofErr w:type="spellEnd"/>
      <w:r>
        <w:t xml:space="preserve"> </w:t>
      </w:r>
      <w:proofErr w:type="spellStart"/>
      <w:r>
        <w:t>uit</w:t>
      </w:r>
      <w:proofErr w:type="spellEnd"/>
      <w:r>
        <w:t>.</w:t>
      </w:r>
    </w:p>
    <w:p w:rsidRPr="00935ABD" w:rsidR="00CF336B" w:rsidRDefault="00526B32" w14:paraId="00A08BD7" w14:textId="77777777">
      <w:pPr>
        <w:pStyle w:val="Lijstopsomteken"/>
        <w:rPr>
          <w:lang w:val="nl-NL"/>
        </w:rPr>
      </w:pPr>
      <w:r w:rsidRPr="00935ABD">
        <w:rPr>
          <w:lang w:val="nl-NL"/>
        </w:rPr>
        <w:t xml:space="preserve">Bereidt saneringskredieten en </w:t>
      </w:r>
      <w:proofErr w:type="spellStart"/>
      <w:r w:rsidRPr="00935ABD">
        <w:rPr>
          <w:lang w:val="nl-NL"/>
        </w:rPr>
        <w:t>Wsnp</w:t>
      </w:r>
      <w:proofErr w:type="spellEnd"/>
      <w:r w:rsidRPr="00935ABD">
        <w:rPr>
          <w:lang w:val="nl-NL"/>
        </w:rPr>
        <w:t>-trajecten voor.</w:t>
      </w:r>
    </w:p>
    <w:p w:rsidR="00CF336B" w:rsidRDefault="00526B32" w14:paraId="2A2171B3" w14:textId="77777777">
      <w:pPr>
        <w:pStyle w:val="Lijstopsomteken"/>
      </w:pPr>
      <w:proofErr w:type="spellStart"/>
      <w:r>
        <w:t>Legt</w:t>
      </w:r>
      <w:proofErr w:type="spellEnd"/>
      <w:r>
        <w:t xml:space="preserve"> dossiers </w:t>
      </w:r>
      <w:proofErr w:type="spellStart"/>
      <w:r>
        <w:t>volledig</w:t>
      </w:r>
      <w:proofErr w:type="spellEnd"/>
      <w:r>
        <w:t xml:space="preserve"> vast.</w:t>
      </w:r>
    </w:p>
    <w:p w:rsidR="00CF336B" w:rsidRDefault="00526B32" w14:paraId="6013BB84" w14:textId="77777777">
      <w:pPr>
        <w:pStyle w:val="Lijstopsomteken"/>
      </w:pPr>
      <w:r>
        <w:t>Werkt samen met ketenpartners.</w:t>
      </w:r>
    </w:p>
    <w:p w:rsidR="00CF336B" w:rsidRDefault="00526B32" w14:paraId="700D93F9" w14:textId="77777777">
      <w:pPr>
        <w:pStyle w:val="Lijstopsomteken"/>
      </w:pPr>
      <w:r>
        <w:t>Bewaakt wettelijke termijnen.</w:t>
      </w:r>
    </w:p>
    <w:p w:rsidR="00CF336B" w:rsidRDefault="00526B32" w14:paraId="53F2B7E2" w14:textId="77777777">
      <w:pPr>
        <w:pStyle w:val="Kop3"/>
      </w:pPr>
      <w:r>
        <w:t>Verantwoordelijkheden</w:t>
      </w:r>
    </w:p>
    <w:p w:rsidR="00CF336B" w:rsidRDefault="00526B32" w14:paraId="21853FD5" w14:textId="77777777">
      <w:pPr>
        <w:pStyle w:val="Lijstopsomteken"/>
      </w:pPr>
      <w:r>
        <w:t>Kwaliteit van dossiers.</w:t>
      </w:r>
    </w:p>
    <w:p w:rsidR="00CF336B" w:rsidRDefault="00526B32" w14:paraId="0FEE82FB" w14:textId="77777777">
      <w:pPr>
        <w:pStyle w:val="Lijstopsomteken"/>
      </w:pPr>
      <w:r>
        <w:t>Rechtmatige uitvoering.</w:t>
      </w:r>
    </w:p>
    <w:p w:rsidR="00CF336B" w:rsidRDefault="00526B32" w14:paraId="4C239E4A" w14:textId="77777777">
      <w:pPr>
        <w:pStyle w:val="Lijstopsomteken"/>
      </w:pPr>
      <w:r>
        <w:t>Tijdige dienstverlening.</w:t>
      </w:r>
    </w:p>
    <w:p w:rsidR="00CF336B" w:rsidRDefault="00526B32" w14:paraId="0D7C6530" w14:textId="77777777">
      <w:pPr>
        <w:pStyle w:val="Kop3"/>
      </w:pPr>
      <w:r>
        <w:t>Bevoegdheden</w:t>
      </w:r>
    </w:p>
    <w:p w:rsidR="00CF336B" w:rsidRDefault="00526B32" w14:paraId="78428FEA" w14:textId="77777777">
      <w:pPr>
        <w:pStyle w:val="Lijstopsomteken"/>
      </w:pPr>
      <w:r>
        <w:t>Voeren van cliëntgesprekken.</w:t>
      </w:r>
    </w:p>
    <w:p w:rsidR="00CF336B" w:rsidRDefault="00526B32" w14:paraId="2C980E07" w14:textId="77777777">
      <w:pPr>
        <w:pStyle w:val="Lijstopsomteken"/>
      </w:pPr>
      <w:r>
        <w:t>Opstellen van regelingsvoorstellen.</w:t>
      </w:r>
    </w:p>
    <w:p w:rsidR="00CF336B" w:rsidRDefault="00526B32" w14:paraId="605EEC7F" w14:textId="77777777">
      <w:pPr>
        <w:pStyle w:val="Lijstopsomteken"/>
      </w:pPr>
      <w:r>
        <w:t>Escaleren van complexe casuïstiek.</w:t>
      </w:r>
    </w:p>
    <w:p w:rsidR="00CF336B" w:rsidRDefault="00526B32" w14:paraId="34A3A8B1" w14:textId="77777777">
      <w:pPr>
        <w:pStyle w:val="Kop3"/>
      </w:pPr>
      <w:r>
        <w:t>Opleiding</w:t>
      </w:r>
    </w:p>
    <w:p w:rsidRPr="00935ABD" w:rsidR="00CF336B" w:rsidRDefault="00526B32" w14:paraId="058B5F01" w14:textId="77777777">
      <w:pPr>
        <w:rPr>
          <w:lang w:val="nl-NL"/>
        </w:rPr>
      </w:pPr>
      <w:r w:rsidRPr="00935ABD">
        <w:rPr>
          <w:lang w:val="nl-NL"/>
        </w:rPr>
        <w:t xml:space="preserve">Hbo werk- en denkniveau, bij voorkeur SJD, </w:t>
      </w:r>
      <w:proofErr w:type="spellStart"/>
      <w:r w:rsidRPr="00935ABD">
        <w:rPr>
          <w:lang w:val="nl-NL"/>
        </w:rPr>
        <w:t>Social</w:t>
      </w:r>
      <w:proofErr w:type="spellEnd"/>
      <w:r w:rsidRPr="00935ABD">
        <w:rPr>
          <w:lang w:val="nl-NL"/>
        </w:rPr>
        <w:t xml:space="preserve"> </w:t>
      </w:r>
      <w:proofErr w:type="spellStart"/>
      <w:r w:rsidRPr="00935ABD">
        <w:rPr>
          <w:lang w:val="nl-NL"/>
        </w:rPr>
        <w:t>Work</w:t>
      </w:r>
      <w:proofErr w:type="spellEnd"/>
      <w:r w:rsidRPr="00935ABD">
        <w:rPr>
          <w:lang w:val="nl-NL"/>
        </w:rPr>
        <w:t>, HBO-Rechten of vergelijkbaar.</w:t>
      </w:r>
    </w:p>
    <w:p w:rsidRPr="00935ABD" w:rsidR="00CF336B" w:rsidRDefault="00526B32" w14:paraId="4EC84E87" w14:textId="77777777">
      <w:pPr>
        <w:pStyle w:val="Kop3"/>
        <w:rPr>
          <w:lang w:val="nl-NL"/>
        </w:rPr>
      </w:pPr>
      <w:r w:rsidRPr="00935ABD">
        <w:rPr>
          <w:lang w:val="nl-NL"/>
        </w:rPr>
        <w:t>Werkervaring</w:t>
      </w:r>
    </w:p>
    <w:p w:rsidRPr="00935ABD" w:rsidR="00CF336B" w:rsidRDefault="00526B32" w14:paraId="75796E7A" w14:textId="77777777">
      <w:pPr>
        <w:rPr>
          <w:lang w:val="nl-NL"/>
        </w:rPr>
      </w:pPr>
      <w:r w:rsidRPr="00935ABD">
        <w:rPr>
          <w:lang w:val="nl-NL"/>
        </w:rPr>
        <w:t>Minimaal 2 jaar ervaring binnen gemeentelijke schuldhulpverlening.</w:t>
      </w:r>
    </w:p>
    <w:p w:rsidRPr="00935ABD" w:rsidR="00CF336B" w:rsidRDefault="00526B32" w14:paraId="4E902B91" w14:textId="77777777">
      <w:pPr>
        <w:pStyle w:val="Kop3"/>
        <w:rPr>
          <w:lang w:val="nl-NL"/>
        </w:rPr>
      </w:pPr>
      <w:r w:rsidRPr="00935ABD">
        <w:rPr>
          <w:lang w:val="nl-NL"/>
        </w:rPr>
        <w:t>Kennis</w:t>
      </w:r>
    </w:p>
    <w:p w:rsidRPr="00935ABD" w:rsidR="00CF336B" w:rsidRDefault="00526B32" w14:paraId="0BE42D39" w14:textId="77777777">
      <w:pPr>
        <w:rPr>
          <w:lang w:val="nl-NL"/>
        </w:rPr>
      </w:pPr>
      <w:r w:rsidRPr="00935ABD">
        <w:rPr>
          <w:lang w:val="nl-NL"/>
        </w:rPr>
        <w:t xml:space="preserve">Kennis van </w:t>
      </w:r>
      <w:proofErr w:type="spellStart"/>
      <w:r w:rsidRPr="00935ABD">
        <w:rPr>
          <w:lang w:val="nl-NL"/>
        </w:rPr>
        <w:t>Wgs</w:t>
      </w:r>
      <w:proofErr w:type="spellEnd"/>
      <w:r w:rsidRPr="00935ABD">
        <w:rPr>
          <w:lang w:val="nl-NL"/>
        </w:rPr>
        <w:t xml:space="preserve">, </w:t>
      </w:r>
      <w:proofErr w:type="spellStart"/>
      <w:r w:rsidRPr="00935ABD">
        <w:rPr>
          <w:lang w:val="nl-NL"/>
        </w:rPr>
        <w:t>Awb</w:t>
      </w:r>
      <w:proofErr w:type="spellEnd"/>
      <w:r w:rsidRPr="00935ABD">
        <w:rPr>
          <w:lang w:val="nl-NL"/>
        </w:rPr>
        <w:t xml:space="preserve">, </w:t>
      </w:r>
      <w:proofErr w:type="spellStart"/>
      <w:r w:rsidRPr="00935ABD">
        <w:rPr>
          <w:lang w:val="nl-NL"/>
        </w:rPr>
        <w:t>Wsnp</w:t>
      </w:r>
      <w:proofErr w:type="spellEnd"/>
      <w:r w:rsidRPr="00935ABD">
        <w:rPr>
          <w:lang w:val="nl-NL"/>
        </w:rPr>
        <w:t>, beslagvrije voet en NVVK-richtlijnen.</w:t>
      </w:r>
    </w:p>
    <w:p w:rsidR="00CF336B" w:rsidRDefault="00935ABD" w14:paraId="4BA7AB7D" w14:textId="1ADC2EFD">
      <w:pPr>
        <w:pStyle w:val="Kop3"/>
      </w:pPr>
      <w:proofErr w:type="spellStart"/>
      <w:r>
        <w:t>C</w:t>
      </w:r>
      <w:r w:rsidR="00526B32">
        <w:t>ompetenties</w:t>
      </w:r>
      <w:proofErr w:type="spellEnd"/>
    </w:p>
    <w:p w:rsidR="00CF336B" w:rsidRDefault="00526B32" w14:paraId="7A6AB4B2" w14:textId="77777777">
      <w:pPr>
        <w:pStyle w:val="Lijstopsomteken"/>
      </w:pPr>
      <w:r>
        <w:t>Klantgerichtheid</w:t>
      </w:r>
    </w:p>
    <w:p w:rsidR="00CF336B" w:rsidRDefault="00526B32" w14:paraId="6AA30C25" w14:textId="77777777">
      <w:pPr>
        <w:pStyle w:val="Lijstopsomteken"/>
      </w:pPr>
      <w:r>
        <w:t>Analyseren</w:t>
      </w:r>
    </w:p>
    <w:p w:rsidR="00CF336B" w:rsidRDefault="00526B32" w14:paraId="0C15CE79" w14:textId="77777777">
      <w:pPr>
        <w:pStyle w:val="Lijstopsomteken"/>
      </w:pPr>
      <w:r>
        <w:t>Oordeelsvorming</w:t>
      </w:r>
    </w:p>
    <w:p w:rsidR="00CF336B" w:rsidRDefault="00526B32" w14:paraId="3B9EA211" w14:textId="77777777">
      <w:pPr>
        <w:pStyle w:val="Lijstopsomteken"/>
      </w:pPr>
      <w:r>
        <w:t>Samenwerken</w:t>
      </w:r>
    </w:p>
    <w:p w:rsidR="00CF336B" w:rsidRDefault="00526B32" w14:paraId="4FBC4329" w14:textId="77777777">
      <w:pPr>
        <w:pStyle w:val="Lijstopsomteken"/>
      </w:pPr>
      <w:r>
        <w:lastRenderedPageBreak/>
        <w:t>Resultaatgerichtheid</w:t>
      </w:r>
    </w:p>
    <w:p w:rsidR="00CF336B" w:rsidRDefault="00526B32" w14:paraId="046965B2" w14:textId="77777777">
      <w:pPr>
        <w:pStyle w:val="Lijstopsomteken"/>
      </w:pPr>
      <w:r>
        <w:t>Integriteit</w:t>
      </w:r>
    </w:p>
    <w:p w:rsidR="00CF336B" w:rsidRDefault="00526B32" w14:paraId="5A6F236C" w14:textId="713E147E">
      <w:pPr>
        <w:pStyle w:val="Kop2"/>
      </w:pPr>
      <w:r w:rsidR="40CAA3D8">
        <w:rPr/>
        <w:t xml:space="preserve">2. </w:t>
      </w:r>
      <w:r w:rsidR="40CAA3D8">
        <w:rPr/>
        <w:t>Budgetbeheerder</w:t>
      </w:r>
    </w:p>
    <w:p w:rsidR="00CF336B" w:rsidRDefault="00526B32" w14:paraId="74AEC431" w14:textId="77777777">
      <w:pPr>
        <w:pStyle w:val="Kop3"/>
      </w:pPr>
      <w:r>
        <w:t>Doel van de functie</w:t>
      </w:r>
    </w:p>
    <w:p w:rsidRPr="00935ABD" w:rsidR="00CF336B" w:rsidRDefault="00526B32" w14:paraId="6FA98375" w14:textId="77777777">
      <w:pPr>
        <w:rPr>
          <w:lang w:val="nl-NL"/>
        </w:rPr>
      </w:pPr>
      <w:r w:rsidRPr="00935ABD">
        <w:rPr>
          <w:lang w:val="nl-NL"/>
        </w:rPr>
        <w:t>Voert budgetbeheer uit en zorgt voor een stabiele financiële situatie van cliënten.</w:t>
      </w:r>
    </w:p>
    <w:p w:rsidRPr="00935ABD" w:rsidR="00CF336B" w:rsidRDefault="00526B32" w14:paraId="552522DA" w14:textId="77777777">
      <w:pPr>
        <w:pStyle w:val="Kop3"/>
        <w:rPr>
          <w:lang w:val="nl-NL"/>
        </w:rPr>
      </w:pPr>
      <w:r w:rsidRPr="00935ABD">
        <w:rPr>
          <w:lang w:val="nl-NL"/>
        </w:rPr>
        <w:t>Plaats in de organisatie</w:t>
      </w:r>
    </w:p>
    <w:p w:rsidRPr="00935ABD" w:rsidR="00CF336B" w:rsidRDefault="00526B32" w14:paraId="0CB6EF13" w14:textId="77777777">
      <w:pPr>
        <w:rPr>
          <w:lang w:val="nl-NL"/>
        </w:rPr>
      </w:pPr>
      <w:r w:rsidRPr="00935ABD">
        <w:rPr>
          <w:lang w:val="nl-NL"/>
        </w:rPr>
        <w:t>Ressorteert onder de teamcoördinator Schuldhulpverlening.</w:t>
      </w:r>
    </w:p>
    <w:p w:rsidR="00CF336B" w:rsidRDefault="00526B32" w14:paraId="60FE5244" w14:textId="77777777">
      <w:pPr>
        <w:pStyle w:val="Kop3"/>
      </w:pPr>
      <w:proofErr w:type="spellStart"/>
      <w:r>
        <w:t>Kerntaken</w:t>
      </w:r>
      <w:proofErr w:type="spellEnd"/>
    </w:p>
    <w:p w:rsidR="00CF336B" w:rsidRDefault="00526B32" w14:paraId="17A6D48C" w14:textId="77777777">
      <w:pPr>
        <w:pStyle w:val="Lijstopsomteken"/>
      </w:pPr>
      <w:r>
        <w:t>Stelt budgetplannen op.</w:t>
      </w:r>
    </w:p>
    <w:p w:rsidR="00CF336B" w:rsidRDefault="00526B32" w14:paraId="7634AA2A" w14:textId="77777777">
      <w:pPr>
        <w:pStyle w:val="Lijstopsomteken"/>
      </w:pPr>
      <w:r>
        <w:t>Voert betalingsverkeer uit.</w:t>
      </w:r>
    </w:p>
    <w:p w:rsidR="00CF336B" w:rsidRDefault="00526B32" w14:paraId="5D710D02" w14:textId="77777777">
      <w:pPr>
        <w:pStyle w:val="Lijstopsomteken"/>
      </w:pPr>
      <w:r>
        <w:t>Betaalt vaste lasten.</w:t>
      </w:r>
    </w:p>
    <w:p w:rsidR="00CF336B" w:rsidRDefault="00526B32" w14:paraId="550CFA64" w14:textId="77777777">
      <w:pPr>
        <w:pStyle w:val="Lijstopsomteken"/>
      </w:pPr>
      <w:r>
        <w:t>Beheert leefgeld.</w:t>
      </w:r>
    </w:p>
    <w:p w:rsidRPr="00935ABD" w:rsidR="00CF336B" w:rsidRDefault="00526B32" w14:paraId="6DEEA10C" w14:textId="77777777">
      <w:pPr>
        <w:pStyle w:val="Lijstopsomteken"/>
        <w:rPr>
          <w:lang w:val="nl-NL"/>
        </w:rPr>
      </w:pPr>
      <w:r w:rsidRPr="00935ABD">
        <w:rPr>
          <w:lang w:val="nl-NL"/>
        </w:rPr>
        <w:t>Onderhoudt contact met cliënten en schuldeisers.</w:t>
      </w:r>
    </w:p>
    <w:p w:rsidR="00CF336B" w:rsidRDefault="00526B32" w14:paraId="76A53793" w14:textId="77777777">
      <w:pPr>
        <w:pStyle w:val="Lijstopsomteken"/>
      </w:pPr>
      <w:proofErr w:type="spellStart"/>
      <w:r>
        <w:t>Signaleert</w:t>
      </w:r>
      <w:proofErr w:type="spellEnd"/>
      <w:r>
        <w:t xml:space="preserve"> </w:t>
      </w:r>
      <w:proofErr w:type="spellStart"/>
      <w:r>
        <w:t>financiële</w:t>
      </w:r>
      <w:proofErr w:type="spellEnd"/>
      <w:r>
        <w:t xml:space="preserve"> </w:t>
      </w:r>
      <w:proofErr w:type="spellStart"/>
      <w:r>
        <w:t>risico's</w:t>
      </w:r>
      <w:proofErr w:type="spellEnd"/>
      <w:r>
        <w:t>.</w:t>
      </w:r>
    </w:p>
    <w:p w:rsidR="00CF336B" w:rsidRDefault="00526B32" w14:paraId="3B520A19" w14:textId="77777777">
      <w:pPr>
        <w:pStyle w:val="Lijstopsomteken"/>
      </w:pPr>
      <w:r>
        <w:t>Actualiseert budgetplannen.</w:t>
      </w:r>
    </w:p>
    <w:p w:rsidR="00CF336B" w:rsidRDefault="00526B32" w14:paraId="555A391F" w14:textId="77777777">
      <w:pPr>
        <w:pStyle w:val="Lijstopsomteken"/>
      </w:pPr>
      <w:r>
        <w:t>Legt werkzaamheden vast.</w:t>
      </w:r>
    </w:p>
    <w:p w:rsidR="00CF336B" w:rsidRDefault="00526B32" w14:paraId="014E4484" w14:textId="77777777">
      <w:pPr>
        <w:pStyle w:val="Kop3"/>
      </w:pPr>
      <w:r>
        <w:t>Verantwoordelijkheden</w:t>
      </w:r>
    </w:p>
    <w:p w:rsidR="00CF336B" w:rsidRDefault="00526B32" w14:paraId="32A71ECC" w14:textId="77777777">
      <w:pPr>
        <w:pStyle w:val="Lijstopsomteken"/>
      </w:pPr>
      <w:r>
        <w:t>Juist betalingsverkeer.</w:t>
      </w:r>
    </w:p>
    <w:p w:rsidR="00CF336B" w:rsidRDefault="00526B32" w14:paraId="50553D58" w14:textId="77777777">
      <w:pPr>
        <w:pStyle w:val="Lijstopsomteken"/>
      </w:pPr>
      <w:r>
        <w:t>Actuele budgetadministratie.</w:t>
      </w:r>
    </w:p>
    <w:p w:rsidR="00CF336B" w:rsidRDefault="00526B32" w14:paraId="711F3803" w14:textId="77777777">
      <w:pPr>
        <w:pStyle w:val="Lijstopsomteken"/>
      </w:pPr>
      <w:r>
        <w:t>Naleving afspraken.</w:t>
      </w:r>
    </w:p>
    <w:p w:rsidR="00CF336B" w:rsidRDefault="00526B32" w14:paraId="55B4C7EB" w14:textId="77777777">
      <w:pPr>
        <w:pStyle w:val="Kop3"/>
      </w:pPr>
      <w:r>
        <w:t>Bevoegdheden</w:t>
      </w:r>
    </w:p>
    <w:p w:rsidR="00CF336B" w:rsidRDefault="00526B32" w14:paraId="136673E4" w14:textId="77777777">
      <w:pPr>
        <w:pStyle w:val="Lijstopsomteken"/>
      </w:pPr>
      <w:r>
        <w:t>Uitvoeren betalingen.</w:t>
      </w:r>
    </w:p>
    <w:p w:rsidR="00CF336B" w:rsidRDefault="00526B32" w14:paraId="5C78AC6C" w14:textId="77777777">
      <w:pPr>
        <w:pStyle w:val="Lijstopsomteken"/>
      </w:pPr>
      <w:r>
        <w:t>Aanpassen budgetplannen binnen kaders.</w:t>
      </w:r>
    </w:p>
    <w:p w:rsidR="00CF336B" w:rsidRDefault="00526B32" w14:paraId="1C7B86B9" w14:textId="77777777">
      <w:pPr>
        <w:pStyle w:val="Kop3"/>
      </w:pPr>
      <w:r>
        <w:t>Opleiding</w:t>
      </w:r>
    </w:p>
    <w:p w:rsidRPr="00935ABD" w:rsidR="00CF336B" w:rsidRDefault="00526B32" w14:paraId="49EC38BB" w14:textId="77777777">
      <w:pPr>
        <w:rPr>
          <w:lang w:val="nl-NL"/>
        </w:rPr>
      </w:pPr>
      <w:r w:rsidRPr="00935ABD">
        <w:rPr>
          <w:lang w:val="nl-NL"/>
        </w:rPr>
        <w:t xml:space="preserve">Mbo-4 of hbo, financieel of </w:t>
      </w:r>
      <w:proofErr w:type="spellStart"/>
      <w:r w:rsidRPr="00935ABD">
        <w:rPr>
          <w:lang w:val="nl-NL"/>
        </w:rPr>
        <w:t>sociaal-juridisch</w:t>
      </w:r>
      <w:proofErr w:type="spellEnd"/>
      <w:r w:rsidRPr="00935ABD">
        <w:rPr>
          <w:lang w:val="nl-NL"/>
        </w:rPr>
        <w:t>.</w:t>
      </w:r>
    </w:p>
    <w:p w:rsidRPr="00935ABD" w:rsidR="00CF336B" w:rsidRDefault="00526B32" w14:paraId="06492964" w14:textId="77777777">
      <w:pPr>
        <w:pStyle w:val="Kop3"/>
        <w:rPr>
          <w:lang w:val="nl-NL"/>
        </w:rPr>
      </w:pPr>
      <w:r w:rsidRPr="00935ABD">
        <w:rPr>
          <w:lang w:val="nl-NL"/>
        </w:rPr>
        <w:t>Werkervaring</w:t>
      </w:r>
    </w:p>
    <w:p w:rsidRPr="00935ABD" w:rsidR="00CF336B" w:rsidRDefault="00526B32" w14:paraId="3FC5916F" w14:textId="77777777">
      <w:pPr>
        <w:rPr>
          <w:lang w:val="nl-NL"/>
        </w:rPr>
      </w:pPr>
      <w:r w:rsidRPr="00935ABD">
        <w:rPr>
          <w:lang w:val="nl-NL"/>
        </w:rPr>
        <w:t>Minimaal 2 jaar relevante ervaring.</w:t>
      </w:r>
    </w:p>
    <w:p w:rsidRPr="00935ABD" w:rsidR="00CF336B" w:rsidRDefault="00526B32" w14:paraId="19691A55" w14:textId="77777777">
      <w:pPr>
        <w:pStyle w:val="Kop3"/>
        <w:rPr>
          <w:lang w:val="nl-NL"/>
        </w:rPr>
      </w:pPr>
      <w:r w:rsidRPr="00935ABD">
        <w:rPr>
          <w:lang w:val="nl-NL"/>
        </w:rPr>
        <w:t>Kennis</w:t>
      </w:r>
    </w:p>
    <w:p w:rsidRPr="00935ABD" w:rsidR="00CF336B" w:rsidRDefault="00526B32" w14:paraId="7023DB89" w14:textId="77777777">
      <w:pPr>
        <w:rPr>
          <w:lang w:val="nl-NL"/>
        </w:rPr>
      </w:pPr>
      <w:r w:rsidRPr="00935ABD">
        <w:rPr>
          <w:lang w:val="nl-NL"/>
        </w:rPr>
        <w:t>Kennis van budgetbeheer, betalingsverkeer en schuldhulpverlening.</w:t>
      </w:r>
    </w:p>
    <w:p w:rsidR="00CF336B" w:rsidRDefault="00935ABD" w14:paraId="2AA9FA80" w14:textId="26493866">
      <w:pPr>
        <w:pStyle w:val="Kop3"/>
      </w:pPr>
      <w:proofErr w:type="spellStart"/>
      <w:r>
        <w:t>C</w:t>
      </w:r>
      <w:r w:rsidR="00526B32">
        <w:t>ompetenties</w:t>
      </w:r>
      <w:proofErr w:type="spellEnd"/>
    </w:p>
    <w:p w:rsidR="00CF336B" w:rsidRDefault="00526B32" w14:paraId="55FBD159" w14:textId="77777777">
      <w:pPr>
        <w:pStyle w:val="Lijstopsomteken"/>
      </w:pPr>
      <w:r>
        <w:t>Nauwkeurigheid</w:t>
      </w:r>
    </w:p>
    <w:p w:rsidR="00CF336B" w:rsidRDefault="00526B32" w14:paraId="389B1CCC" w14:textId="77777777">
      <w:pPr>
        <w:pStyle w:val="Lijstopsomteken"/>
      </w:pPr>
      <w:r>
        <w:t>Integriteit</w:t>
      </w:r>
    </w:p>
    <w:p w:rsidR="00CF336B" w:rsidRDefault="00526B32" w14:paraId="31AC934E" w14:textId="77777777">
      <w:pPr>
        <w:pStyle w:val="Lijstopsomteken"/>
      </w:pPr>
      <w:r>
        <w:t>Klantgerichtheid</w:t>
      </w:r>
    </w:p>
    <w:p w:rsidR="00CF336B" w:rsidRDefault="00526B32" w14:paraId="449BDEF8" w14:textId="77777777">
      <w:pPr>
        <w:pStyle w:val="Lijstopsomteken"/>
      </w:pPr>
      <w:r>
        <w:t>Plannen en organiseren</w:t>
      </w:r>
    </w:p>
    <w:p w:rsidR="00CF336B" w:rsidRDefault="00526B32" w14:paraId="2AC59C73" w14:textId="77777777">
      <w:pPr>
        <w:pStyle w:val="Lijstopsomteken"/>
      </w:pPr>
      <w:r>
        <w:t>Stressbestendigheid</w:t>
      </w:r>
    </w:p>
    <w:p w:rsidR="00CF336B" w:rsidRDefault="00526B32" w14:paraId="7A0F9EC6" w14:textId="37F7F28D">
      <w:pPr>
        <w:pStyle w:val="Kop2"/>
      </w:pPr>
      <w:r w:rsidR="40CAA3D8">
        <w:rPr/>
        <w:t xml:space="preserve">3. </w:t>
      </w:r>
      <w:r w:rsidR="40CAA3D8">
        <w:rPr/>
        <w:t>Kwaliteitsmedewerker</w:t>
      </w:r>
      <w:r w:rsidR="40CAA3D8">
        <w:rPr/>
        <w:t xml:space="preserve"> </w:t>
      </w:r>
      <w:r w:rsidR="40CAA3D8">
        <w:rPr/>
        <w:t>Schuldhulpverlening</w:t>
      </w:r>
    </w:p>
    <w:p w:rsidR="00CF336B" w:rsidRDefault="00526B32" w14:paraId="444AF835" w14:textId="77777777">
      <w:pPr>
        <w:pStyle w:val="Kop3"/>
      </w:pPr>
      <w:r>
        <w:t>Doel van de functie</w:t>
      </w:r>
    </w:p>
    <w:p w:rsidRPr="00935ABD" w:rsidR="00CF336B" w:rsidRDefault="00526B32" w14:paraId="0B20E0D9" w14:textId="77777777">
      <w:pPr>
        <w:rPr>
          <w:lang w:val="nl-NL"/>
        </w:rPr>
      </w:pPr>
      <w:r w:rsidRPr="00935ABD">
        <w:rPr>
          <w:lang w:val="nl-NL"/>
        </w:rPr>
        <w:t>Borgt en ontwikkelt de kwaliteit van de dienstverlening.</w:t>
      </w:r>
    </w:p>
    <w:p w:rsidRPr="00935ABD" w:rsidR="00CF336B" w:rsidRDefault="00526B32" w14:paraId="075EA546" w14:textId="77777777">
      <w:pPr>
        <w:pStyle w:val="Kop3"/>
        <w:rPr>
          <w:lang w:val="nl-NL"/>
        </w:rPr>
      </w:pPr>
      <w:r w:rsidRPr="00935ABD">
        <w:rPr>
          <w:lang w:val="nl-NL"/>
        </w:rPr>
        <w:t>Plaats in de organisatie</w:t>
      </w:r>
    </w:p>
    <w:p w:rsidRPr="00935ABD" w:rsidR="00CF336B" w:rsidRDefault="00526B32" w14:paraId="54F729FF" w14:textId="77777777">
      <w:pPr>
        <w:rPr>
          <w:lang w:val="nl-NL"/>
        </w:rPr>
      </w:pPr>
      <w:r w:rsidRPr="00935ABD">
        <w:rPr>
          <w:lang w:val="nl-NL"/>
        </w:rPr>
        <w:t xml:space="preserve">Werkt </w:t>
      </w:r>
      <w:proofErr w:type="spellStart"/>
      <w:r w:rsidRPr="00935ABD">
        <w:rPr>
          <w:lang w:val="nl-NL"/>
        </w:rPr>
        <w:t>teamoverstijgend</w:t>
      </w:r>
      <w:proofErr w:type="spellEnd"/>
      <w:r w:rsidRPr="00935ABD">
        <w:rPr>
          <w:lang w:val="nl-NL"/>
        </w:rPr>
        <w:t xml:space="preserve"> en adviseert manager en teamcoördinatoren.</w:t>
      </w:r>
    </w:p>
    <w:p w:rsidR="00CF336B" w:rsidRDefault="00526B32" w14:paraId="291304FD" w14:textId="77777777">
      <w:pPr>
        <w:pStyle w:val="Kop3"/>
      </w:pPr>
      <w:proofErr w:type="spellStart"/>
      <w:r>
        <w:t>Kerntaken</w:t>
      </w:r>
      <w:proofErr w:type="spellEnd"/>
    </w:p>
    <w:p w:rsidR="00CF336B" w:rsidRDefault="00526B32" w14:paraId="59B32038" w14:textId="77777777">
      <w:pPr>
        <w:pStyle w:val="Lijstopsomteken"/>
      </w:pPr>
      <w:r>
        <w:t>Voert dossieraudits uit.</w:t>
      </w:r>
    </w:p>
    <w:p w:rsidR="00CF336B" w:rsidRDefault="00526B32" w14:paraId="47E7FB08" w14:textId="77777777">
      <w:pPr>
        <w:pStyle w:val="Lijstopsomteken"/>
      </w:pPr>
      <w:r>
        <w:t>Ontwikkelt werkprocessen.</w:t>
      </w:r>
    </w:p>
    <w:p w:rsidR="00CF336B" w:rsidRDefault="00526B32" w14:paraId="299630F5" w14:textId="77777777">
      <w:pPr>
        <w:pStyle w:val="Lijstopsomteken"/>
      </w:pPr>
      <w:r>
        <w:t>Actualiseert werkinstructies.</w:t>
      </w:r>
    </w:p>
    <w:p w:rsidR="00CF336B" w:rsidRDefault="00526B32" w14:paraId="01E0F2B0" w14:textId="77777777">
      <w:pPr>
        <w:pStyle w:val="Lijstopsomteken"/>
      </w:pPr>
      <w:r>
        <w:t>Adviseert over complexe casuïstiek.</w:t>
      </w:r>
    </w:p>
    <w:p w:rsidR="00CF336B" w:rsidRDefault="00526B32" w14:paraId="2DCAE896" w14:textId="77777777">
      <w:pPr>
        <w:pStyle w:val="Lijstopsomteken"/>
      </w:pPr>
      <w:r>
        <w:t>Coacht medewerkers.</w:t>
      </w:r>
    </w:p>
    <w:p w:rsidR="00CF336B" w:rsidRDefault="00526B32" w14:paraId="5C498122" w14:textId="77777777">
      <w:pPr>
        <w:pStyle w:val="Lijstopsomteken"/>
      </w:pPr>
      <w:r>
        <w:t>Implementeert gewijzigde wetgeving.</w:t>
      </w:r>
    </w:p>
    <w:p w:rsidR="00CF336B" w:rsidRDefault="00526B32" w14:paraId="0AEBE081" w14:textId="77777777">
      <w:pPr>
        <w:pStyle w:val="Lijstopsomteken"/>
      </w:pPr>
      <w:proofErr w:type="spellStart"/>
      <w:r>
        <w:t>Maakt</w:t>
      </w:r>
      <w:proofErr w:type="spellEnd"/>
      <w:r>
        <w:t xml:space="preserve"> </w:t>
      </w:r>
      <w:proofErr w:type="spellStart"/>
      <w:r>
        <w:t>kwaliteitsrapportages</w:t>
      </w:r>
      <w:proofErr w:type="spellEnd"/>
      <w:r>
        <w:t>.</w:t>
      </w:r>
    </w:p>
    <w:p w:rsidR="00935ABD" w:rsidRDefault="00935ABD" w14:paraId="45D90D8C" w14:textId="5CE1AAFA">
      <w:pPr>
        <w:pStyle w:val="Lijstopsomteken"/>
      </w:pPr>
      <w:proofErr w:type="spellStart"/>
      <w:r w:rsidRPr="00935ABD">
        <w:t>Analyse</w:t>
      </w:r>
      <w:r>
        <w:t>ert</w:t>
      </w:r>
      <w:proofErr w:type="spellEnd"/>
      <w:r w:rsidRPr="00935ABD">
        <w:t xml:space="preserve"> </w:t>
      </w:r>
      <w:proofErr w:type="spellStart"/>
      <w:r w:rsidRPr="00935ABD">
        <w:t>managementinformatie</w:t>
      </w:r>
      <w:proofErr w:type="spellEnd"/>
      <w:r w:rsidR="00991245">
        <w:t>.</w:t>
      </w:r>
    </w:p>
    <w:p w:rsidR="00CF336B" w:rsidP="00935ABD" w:rsidRDefault="00CF336B" w14:paraId="16105E9A" w14:textId="3682CED2">
      <w:pPr>
        <w:pStyle w:val="Lijstopsomteken"/>
        <w:numPr>
          <w:ilvl w:val="0"/>
          <w:numId w:val="0"/>
        </w:numPr>
      </w:pPr>
    </w:p>
    <w:p w:rsidR="00CF336B" w:rsidRDefault="00526B32" w14:paraId="0D09F418" w14:textId="77777777">
      <w:pPr>
        <w:pStyle w:val="Kop3"/>
      </w:pPr>
      <w:r>
        <w:t>Verantwoordelijkheden</w:t>
      </w:r>
    </w:p>
    <w:p w:rsidR="00CF336B" w:rsidRDefault="00526B32" w14:paraId="51E5EE65" w14:textId="77777777">
      <w:pPr>
        <w:pStyle w:val="Lijstopsomteken"/>
      </w:pPr>
      <w:r>
        <w:t>Kwaliteitsborging.</w:t>
      </w:r>
    </w:p>
    <w:p w:rsidR="00CF336B" w:rsidRDefault="00526B32" w14:paraId="7CF782F0" w14:textId="77777777">
      <w:pPr>
        <w:pStyle w:val="Lijstopsomteken"/>
      </w:pPr>
      <w:r>
        <w:t>Uniforme werkwijze.</w:t>
      </w:r>
    </w:p>
    <w:p w:rsidR="00CF336B" w:rsidRDefault="00526B32" w14:paraId="3E6720C2" w14:textId="77777777">
      <w:pPr>
        <w:pStyle w:val="Lijstopsomteken"/>
      </w:pPr>
      <w:r>
        <w:t>Continue verbetering.</w:t>
      </w:r>
    </w:p>
    <w:p w:rsidR="00CF336B" w:rsidRDefault="00526B32" w14:paraId="156077CA" w14:textId="77777777">
      <w:pPr>
        <w:pStyle w:val="Kop3"/>
      </w:pPr>
      <w:r>
        <w:t>Bevoegdheden</w:t>
      </w:r>
    </w:p>
    <w:p w:rsidR="00CF336B" w:rsidRDefault="00526B32" w14:paraId="30E03489" w14:textId="77777777">
      <w:pPr>
        <w:pStyle w:val="Lijstopsomteken"/>
      </w:pPr>
      <w:r>
        <w:t>Uitvoeren kwaliteitscontroles.</w:t>
      </w:r>
    </w:p>
    <w:p w:rsidR="00CF336B" w:rsidRDefault="00526B32" w14:paraId="244C2F6F" w14:textId="77777777">
      <w:pPr>
        <w:pStyle w:val="Lijstopsomteken"/>
      </w:pPr>
      <w:r>
        <w:t>Initiëren verbetermaatregelen.</w:t>
      </w:r>
    </w:p>
    <w:p w:rsidR="00CF336B" w:rsidRDefault="00526B32" w14:paraId="19C469A0" w14:textId="77777777">
      <w:pPr>
        <w:pStyle w:val="Kop3"/>
      </w:pPr>
      <w:r>
        <w:t>Opleiding</w:t>
      </w:r>
    </w:p>
    <w:p w:rsidRPr="00935ABD" w:rsidR="00CF336B" w:rsidRDefault="00526B32" w14:paraId="1F14F0B9" w14:textId="77777777">
      <w:pPr>
        <w:rPr>
          <w:lang w:val="nl-NL"/>
        </w:rPr>
      </w:pPr>
      <w:r w:rsidRPr="00935ABD">
        <w:rPr>
          <w:lang w:val="nl-NL"/>
        </w:rPr>
        <w:t>Hbo, bij voorkeur SJD, HBO-Rechten of Bestuurskunde.</w:t>
      </w:r>
    </w:p>
    <w:p w:rsidRPr="00935ABD" w:rsidR="00CF336B" w:rsidRDefault="00526B32" w14:paraId="0163BBA2" w14:textId="77777777">
      <w:pPr>
        <w:pStyle w:val="Kop3"/>
        <w:rPr>
          <w:lang w:val="nl-NL"/>
        </w:rPr>
      </w:pPr>
      <w:r w:rsidRPr="00935ABD">
        <w:rPr>
          <w:lang w:val="nl-NL"/>
        </w:rPr>
        <w:t>Werkervaring</w:t>
      </w:r>
    </w:p>
    <w:p w:rsidRPr="00935ABD" w:rsidR="00CF336B" w:rsidRDefault="00526B32" w14:paraId="6A21E1D5" w14:textId="77777777">
      <w:pPr>
        <w:rPr>
          <w:lang w:val="nl-NL"/>
        </w:rPr>
      </w:pPr>
      <w:r w:rsidRPr="00935ABD">
        <w:rPr>
          <w:lang w:val="nl-NL"/>
        </w:rPr>
        <w:t>Minimaal 3 jaar ervaring binnen schuldhulpverlening.</w:t>
      </w:r>
    </w:p>
    <w:p w:rsidRPr="00935ABD" w:rsidR="00CF336B" w:rsidRDefault="00526B32" w14:paraId="30E19A1F" w14:textId="77777777">
      <w:pPr>
        <w:pStyle w:val="Kop3"/>
        <w:rPr>
          <w:lang w:val="nl-NL"/>
        </w:rPr>
      </w:pPr>
      <w:r w:rsidRPr="00935ABD">
        <w:rPr>
          <w:lang w:val="nl-NL"/>
        </w:rPr>
        <w:t>Kennis</w:t>
      </w:r>
    </w:p>
    <w:p w:rsidRPr="00935ABD" w:rsidR="00CF336B" w:rsidRDefault="00526B32" w14:paraId="59E27239" w14:textId="77777777">
      <w:pPr>
        <w:rPr>
          <w:lang w:val="nl-NL"/>
        </w:rPr>
      </w:pPr>
      <w:r w:rsidRPr="00935ABD">
        <w:rPr>
          <w:lang w:val="nl-NL"/>
        </w:rPr>
        <w:t xml:space="preserve">Kennis van </w:t>
      </w:r>
      <w:proofErr w:type="spellStart"/>
      <w:r w:rsidRPr="00935ABD">
        <w:rPr>
          <w:lang w:val="nl-NL"/>
        </w:rPr>
        <w:t>Wgs</w:t>
      </w:r>
      <w:proofErr w:type="spellEnd"/>
      <w:r w:rsidRPr="00935ABD">
        <w:rPr>
          <w:lang w:val="nl-NL"/>
        </w:rPr>
        <w:t xml:space="preserve">, </w:t>
      </w:r>
      <w:proofErr w:type="spellStart"/>
      <w:r w:rsidRPr="00935ABD">
        <w:rPr>
          <w:lang w:val="nl-NL"/>
        </w:rPr>
        <w:t>Awb</w:t>
      </w:r>
      <w:proofErr w:type="spellEnd"/>
      <w:r w:rsidRPr="00935ABD">
        <w:rPr>
          <w:lang w:val="nl-NL"/>
        </w:rPr>
        <w:t>, AVG, NVVK en kwaliteitszorg.</w:t>
      </w:r>
    </w:p>
    <w:p w:rsidR="00CF336B" w:rsidRDefault="00935ABD" w14:paraId="5F44E22D" w14:textId="6F555F6C">
      <w:pPr>
        <w:pStyle w:val="Kop3"/>
      </w:pPr>
      <w:proofErr w:type="spellStart"/>
      <w:r>
        <w:t>C</w:t>
      </w:r>
      <w:r w:rsidR="00526B32">
        <w:t>ompetenties</w:t>
      </w:r>
      <w:proofErr w:type="spellEnd"/>
    </w:p>
    <w:p w:rsidR="00CF336B" w:rsidRDefault="00526B32" w14:paraId="70A5C0A5" w14:textId="77777777">
      <w:pPr>
        <w:pStyle w:val="Lijstopsomteken"/>
      </w:pPr>
      <w:r>
        <w:t>Analyseren</w:t>
      </w:r>
    </w:p>
    <w:p w:rsidR="00CF336B" w:rsidRDefault="00526B32" w14:paraId="21DC7427" w14:textId="77777777">
      <w:pPr>
        <w:pStyle w:val="Lijstopsomteken"/>
      </w:pPr>
      <w:r>
        <w:t>Adviseren</w:t>
      </w:r>
    </w:p>
    <w:p w:rsidR="00CF336B" w:rsidRDefault="00526B32" w14:paraId="2160B989" w14:textId="77777777">
      <w:pPr>
        <w:pStyle w:val="Lijstopsomteken"/>
      </w:pPr>
      <w:r>
        <w:t>Kwaliteitsgerichtheid</w:t>
      </w:r>
    </w:p>
    <w:p w:rsidR="00CF336B" w:rsidRDefault="00526B32" w14:paraId="16BA8D8C" w14:textId="77777777">
      <w:pPr>
        <w:pStyle w:val="Lijstopsomteken"/>
      </w:pPr>
      <w:r>
        <w:t>Initiatief</w:t>
      </w:r>
    </w:p>
    <w:p w:rsidR="00CF336B" w:rsidRDefault="00526B32" w14:paraId="0DD4DFFF" w14:textId="77777777">
      <w:pPr>
        <w:pStyle w:val="Lijstopsomteken"/>
      </w:pPr>
      <w:r>
        <w:t>Organisatiesensitiviteit</w:t>
      </w:r>
    </w:p>
    <w:p w:rsidR="00CF336B" w:rsidRDefault="00526B32" w14:paraId="3AA1EC97" w14:textId="77777777">
      <w:pPr>
        <w:pStyle w:val="Lijstopsomteken"/>
      </w:pPr>
      <w:r>
        <w:t>Overtuigingskracht</w:t>
      </w:r>
    </w:p>
    <w:p w:rsidR="00CF336B" w:rsidRDefault="00526B32" w14:paraId="70FE241C" w14:textId="65838E34">
      <w:pPr>
        <w:pStyle w:val="Kop2"/>
      </w:pPr>
      <w:r w:rsidR="40CAA3D8">
        <w:rPr/>
        <w:t xml:space="preserve">4. </w:t>
      </w:r>
      <w:r w:rsidR="40CAA3D8">
        <w:rPr/>
        <w:t>Teamcoördinator</w:t>
      </w:r>
      <w:r w:rsidR="40CAA3D8">
        <w:rPr/>
        <w:t xml:space="preserve"> </w:t>
      </w:r>
      <w:r w:rsidR="40CAA3D8">
        <w:rPr/>
        <w:t>Schuldhulpverlening</w:t>
      </w:r>
    </w:p>
    <w:p w:rsidR="00CF336B" w:rsidRDefault="00526B32" w14:paraId="60BC3C68" w14:textId="77777777">
      <w:pPr>
        <w:pStyle w:val="Kop3"/>
      </w:pPr>
      <w:r>
        <w:t>Doel van de functie</w:t>
      </w:r>
    </w:p>
    <w:p w:rsidRPr="00935ABD" w:rsidR="00CF336B" w:rsidRDefault="00526B32" w14:paraId="306653E6" w14:textId="77777777">
      <w:pPr>
        <w:rPr>
          <w:lang w:val="nl-NL"/>
        </w:rPr>
      </w:pPr>
      <w:r w:rsidRPr="00935ABD">
        <w:rPr>
          <w:lang w:val="nl-NL"/>
        </w:rPr>
        <w:t>Geeft operationeel leiding aan het team en stuurt op kwaliteit, capaciteit en resultaten.</w:t>
      </w:r>
    </w:p>
    <w:p w:rsidRPr="00935ABD" w:rsidR="00CF336B" w:rsidRDefault="00526B32" w14:paraId="60AD6A88" w14:textId="77777777">
      <w:pPr>
        <w:pStyle w:val="Kop3"/>
        <w:rPr>
          <w:lang w:val="nl-NL"/>
        </w:rPr>
      </w:pPr>
      <w:r w:rsidRPr="00935ABD">
        <w:rPr>
          <w:lang w:val="nl-NL"/>
        </w:rPr>
        <w:t>Plaats in de organisatie</w:t>
      </w:r>
    </w:p>
    <w:p w:rsidRPr="00935ABD" w:rsidR="00CF336B" w:rsidRDefault="00526B32" w14:paraId="77DCC449" w14:textId="77777777">
      <w:pPr>
        <w:rPr>
          <w:lang w:val="nl-NL"/>
        </w:rPr>
      </w:pPr>
      <w:r w:rsidRPr="00935ABD">
        <w:rPr>
          <w:lang w:val="nl-NL"/>
        </w:rPr>
        <w:t>Rapporteert aan de manager.</w:t>
      </w:r>
    </w:p>
    <w:p w:rsidR="00CF336B" w:rsidRDefault="00526B32" w14:paraId="6B631F66" w14:textId="77777777">
      <w:pPr>
        <w:pStyle w:val="Kop3"/>
      </w:pPr>
      <w:proofErr w:type="spellStart"/>
      <w:r>
        <w:t>Kerntaken</w:t>
      </w:r>
      <w:proofErr w:type="spellEnd"/>
    </w:p>
    <w:p w:rsidR="00CF336B" w:rsidRDefault="00526B32" w14:paraId="54B8880F" w14:textId="77777777">
      <w:pPr>
        <w:pStyle w:val="Lijstopsomteken"/>
      </w:pPr>
      <w:r>
        <w:t>Verdeelt werkzaamheden.</w:t>
      </w:r>
    </w:p>
    <w:p w:rsidR="00CF336B" w:rsidRDefault="00526B32" w14:paraId="464898F7" w14:textId="77777777">
      <w:pPr>
        <w:pStyle w:val="Lijstopsomteken"/>
      </w:pPr>
      <w:r>
        <w:t>Bewaakt planning en termijnen.</w:t>
      </w:r>
    </w:p>
    <w:p w:rsidR="00CF336B" w:rsidRDefault="00526B32" w14:paraId="6A211CAF" w14:textId="77777777">
      <w:pPr>
        <w:pStyle w:val="Lijstopsomteken"/>
      </w:pPr>
      <w:r>
        <w:t>Voert werkoverleggen.</w:t>
      </w:r>
    </w:p>
    <w:p w:rsidR="00CF336B" w:rsidRDefault="00526B32" w14:paraId="1356676E" w14:textId="77777777">
      <w:pPr>
        <w:pStyle w:val="Lijstopsomteken"/>
      </w:pPr>
      <w:r>
        <w:t>Coacht medewerkers.</w:t>
      </w:r>
    </w:p>
    <w:p w:rsidR="00CF336B" w:rsidRDefault="00526B32" w14:paraId="1A547AB8" w14:textId="77777777">
      <w:pPr>
        <w:pStyle w:val="Lijstopsomteken"/>
      </w:pPr>
      <w:proofErr w:type="spellStart"/>
      <w:r>
        <w:t>Monitort</w:t>
      </w:r>
      <w:proofErr w:type="spellEnd"/>
      <w:r>
        <w:t xml:space="preserve"> KPI's.</w:t>
      </w:r>
    </w:p>
    <w:p w:rsidR="00CF336B" w:rsidRDefault="00526B32" w14:paraId="35F49506" w14:textId="77777777">
      <w:pPr>
        <w:pStyle w:val="Lijstopsomteken"/>
      </w:pPr>
      <w:r>
        <w:t>Signaleert capaciteitsknelpunten.</w:t>
      </w:r>
    </w:p>
    <w:p w:rsidR="00CF336B" w:rsidRDefault="00526B32" w14:paraId="0305D928" w14:textId="77777777">
      <w:pPr>
        <w:pStyle w:val="Lijstopsomteken"/>
      </w:pPr>
      <w:r>
        <w:t>Voert verbeteringen door.</w:t>
      </w:r>
    </w:p>
    <w:p w:rsidR="00CF336B" w:rsidRDefault="00526B32" w14:paraId="12687C12" w14:textId="77777777">
      <w:pPr>
        <w:pStyle w:val="Kop3"/>
      </w:pPr>
      <w:r>
        <w:t>Verantwoordelijkheden</w:t>
      </w:r>
    </w:p>
    <w:p w:rsidR="00CF336B" w:rsidRDefault="00526B32" w14:paraId="4D6C7C48" w14:textId="77777777">
      <w:pPr>
        <w:pStyle w:val="Lijstopsomteken"/>
      </w:pPr>
      <w:r>
        <w:t>Continuïteit dienstverlening.</w:t>
      </w:r>
    </w:p>
    <w:p w:rsidR="00CF336B" w:rsidRDefault="00526B32" w14:paraId="55E8BA69" w14:textId="77777777">
      <w:pPr>
        <w:pStyle w:val="Lijstopsomteken"/>
      </w:pPr>
      <w:r>
        <w:t>Kwaliteit en resultaten.</w:t>
      </w:r>
    </w:p>
    <w:p w:rsidR="00CF336B" w:rsidRDefault="00526B32" w14:paraId="5C442955" w14:textId="77777777">
      <w:pPr>
        <w:pStyle w:val="Lijstopsomteken"/>
      </w:pPr>
      <w:r>
        <w:t>Operationele aansturing.</w:t>
      </w:r>
    </w:p>
    <w:p w:rsidR="00CF336B" w:rsidRDefault="00526B32" w14:paraId="3DF27DE4" w14:textId="77777777">
      <w:pPr>
        <w:pStyle w:val="Kop3"/>
      </w:pPr>
      <w:r>
        <w:t>Bevoegdheden</w:t>
      </w:r>
    </w:p>
    <w:p w:rsidR="00CF336B" w:rsidRDefault="00526B32" w14:paraId="1AD46FC5" w14:textId="77777777">
      <w:pPr>
        <w:pStyle w:val="Lijstopsomteken"/>
      </w:pPr>
      <w:r>
        <w:t>Prioriteren werkzaamheden.</w:t>
      </w:r>
    </w:p>
    <w:p w:rsidR="00CF336B" w:rsidRDefault="00526B32" w14:paraId="62D0872C" w14:textId="77777777">
      <w:pPr>
        <w:pStyle w:val="Lijstopsomteken"/>
      </w:pPr>
      <w:r>
        <w:t>Verdelen caseload.</w:t>
      </w:r>
    </w:p>
    <w:p w:rsidR="00CF336B" w:rsidRDefault="00526B32" w14:paraId="74DE7C12" w14:textId="77777777">
      <w:pPr>
        <w:pStyle w:val="Lijstopsomteken"/>
      </w:pPr>
      <w:r>
        <w:t>Operationele besluiten binnen mandaat.</w:t>
      </w:r>
    </w:p>
    <w:p w:rsidR="00CF336B" w:rsidRDefault="00526B32" w14:paraId="164ABD9F" w14:textId="77777777">
      <w:pPr>
        <w:pStyle w:val="Kop3"/>
      </w:pPr>
      <w:r>
        <w:t>Opleiding</w:t>
      </w:r>
    </w:p>
    <w:p w:rsidR="00CF336B" w:rsidRDefault="00526B32" w14:paraId="4C5932A2" w14:textId="77777777">
      <w:r>
        <w:t>Hbo werk- en denkniveau.</w:t>
      </w:r>
    </w:p>
    <w:p w:rsidR="00CF336B" w:rsidRDefault="00526B32" w14:paraId="14F861B2" w14:textId="77777777">
      <w:pPr>
        <w:pStyle w:val="Kop3"/>
      </w:pPr>
      <w:r>
        <w:t>Werkervaring</w:t>
      </w:r>
    </w:p>
    <w:p w:rsidRPr="00935ABD" w:rsidR="00CF336B" w:rsidRDefault="00526B32" w14:paraId="17C8B246" w14:textId="77777777">
      <w:pPr>
        <w:rPr>
          <w:lang w:val="nl-NL"/>
        </w:rPr>
      </w:pPr>
      <w:r w:rsidRPr="00935ABD">
        <w:rPr>
          <w:lang w:val="nl-NL"/>
        </w:rPr>
        <w:t>Minimaal 5 jaar ervaring in schuldhulpverlening en 2 jaar coördinerende ervaring.</w:t>
      </w:r>
    </w:p>
    <w:p w:rsidRPr="00935ABD" w:rsidR="00CF336B" w:rsidRDefault="00526B32" w14:paraId="096BDB49" w14:textId="77777777">
      <w:pPr>
        <w:pStyle w:val="Kop3"/>
        <w:rPr>
          <w:lang w:val="nl-NL"/>
        </w:rPr>
      </w:pPr>
      <w:r w:rsidRPr="00935ABD">
        <w:rPr>
          <w:lang w:val="nl-NL"/>
        </w:rPr>
        <w:t>Kennis</w:t>
      </w:r>
    </w:p>
    <w:p w:rsidRPr="00935ABD" w:rsidR="00CF336B" w:rsidRDefault="00526B32" w14:paraId="09C8274F" w14:textId="38B66419">
      <w:pPr>
        <w:rPr>
          <w:lang w:val="nl-NL"/>
        </w:rPr>
      </w:pPr>
      <w:r w:rsidRPr="00935ABD">
        <w:rPr>
          <w:lang w:val="nl-NL"/>
        </w:rPr>
        <w:t>Kennis van gemeentelijke schuldhulpverlening, HR21</w:t>
      </w:r>
      <w:r w:rsidRPr="00935ABD">
        <w:rPr>
          <w:lang w:val="nl-NL"/>
        </w:rPr>
        <w:t xml:space="preserve"> en kwaliteitsmanagement.</w:t>
      </w:r>
    </w:p>
    <w:p w:rsidR="00CF336B" w:rsidRDefault="00935ABD" w14:paraId="5E98C67B" w14:textId="501BB7EF">
      <w:pPr>
        <w:pStyle w:val="Kop3"/>
      </w:pPr>
      <w:proofErr w:type="spellStart"/>
      <w:r>
        <w:t>C</w:t>
      </w:r>
      <w:r w:rsidR="00526B32">
        <w:t>ompetenties</w:t>
      </w:r>
      <w:proofErr w:type="spellEnd"/>
    </w:p>
    <w:p w:rsidR="00CF336B" w:rsidRDefault="00526B32" w14:paraId="26035326" w14:textId="77777777">
      <w:pPr>
        <w:pStyle w:val="Lijstopsomteken"/>
      </w:pPr>
      <w:r>
        <w:t>Coachen</w:t>
      </w:r>
    </w:p>
    <w:p w:rsidR="00CF336B" w:rsidRDefault="00526B32" w14:paraId="689992F2" w14:textId="77777777">
      <w:pPr>
        <w:pStyle w:val="Lijstopsomteken"/>
      </w:pPr>
      <w:r>
        <w:t>Aansturen</w:t>
      </w:r>
    </w:p>
    <w:p w:rsidR="00CF336B" w:rsidRDefault="00526B32" w14:paraId="66A74C51" w14:textId="77777777">
      <w:pPr>
        <w:pStyle w:val="Lijstopsomteken"/>
      </w:pPr>
      <w:r>
        <w:t>Besluitvaardigheid</w:t>
      </w:r>
    </w:p>
    <w:p w:rsidR="00CF336B" w:rsidRDefault="00526B32" w14:paraId="3B27A9AD" w14:textId="77777777">
      <w:pPr>
        <w:pStyle w:val="Lijstopsomteken"/>
      </w:pPr>
      <w:r>
        <w:t>Resultaatgerichtheid</w:t>
      </w:r>
    </w:p>
    <w:p w:rsidR="00CF336B" w:rsidRDefault="00526B32" w14:paraId="7BA51B0D" w14:textId="77777777">
      <w:pPr>
        <w:pStyle w:val="Lijstopsomteken"/>
      </w:pPr>
      <w:r>
        <w:t>Organisatiesensitiviteit</w:t>
      </w:r>
    </w:p>
    <w:p w:rsidR="00CF336B" w:rsidRDefault="00526B32" w14:paraId="080BAD53" w14:textId="77777777">
      <w:pPr>
        <w:pStyle w:val="Lijstopsomteken"/>
      </w:pPr>
      <w:proofErr w:type="spellStart"/>
      <w:r>
        <w:t>Plannen</w:t>
      </w:r>
      <w:proofErr w:type="spellEnd"/>
      <w:r>
        <w:t xml:space="preserve"> </w:t>
      </w:r>
      <w:proofErr w:type="spellStart"/>
      <w:r>
        <w:t>en</w:t>
      </w:r>
      <w:proofErr w:type="spellEnd"/>
      <w:r>
        <w:t xml:space="preserve"> </w:t>
      </w:r>
      <w:proofErr w:type="spellStart"/>
      <w:r>
        <w:t>organiseren</w:t>
      </w:r>
      <w:proofErr w:type="spellEnd"/>
    </w:p>
    <w:p w:rsidR="00935ABD" w:rsidP="00935ABD" w:rsidRDefault="00935ABD" w14:paraId="1E9052CC" w14:textId="77777777">
      <w:pPr>
        <w:pStyle w:val="Lijstopsomteken"/>
        <w:numPr>
          <w:ilvl w:val="0"/>
          <w:numId w:val="0"/>
        </w:numPr>
        <w:ind w:left="360"/>
      </w:pPr>
    </w:p>
    <w:p w:rsidR="00991245" w:rsidP="00935ABD" w:rsidRDefault="00991245" w14:paraId="1C04AA9D" w14:textId="77777777">
      <w:pPr>
        <w:pStyle w:val="Lijstopsomteken"/>
        <w:numPr>
          <w:ilvl w:val="0"/>
          <w:numId w:val="0"/>
        </w:numPr>
        <w:ind w:left="360"/>
      </w:pPr>
    </w:p>
    <w:p w:rsidR="00935ABD" w:rsidP="23C19CE5" w:rsidRDefault="00935ABD" w14:textId="0E71E364" w14:paraId="2EC03E42">
      <w:pPr>
        <w:pStyle w:val="Lijstopsomteken"/>
        <w:rPr>
          <w:rFonts w:ascii="Calibri" w:hAnsi="Calibri" w:cs="Calibri"/>
          <w:b w:val="1"/>
          <w:bCs w:val="1"/>
          <w:color w:val="4F80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91245" w:rsidR="6EC48492">
        <w:rPr>
          <w:rFonts w:ascii="Calibri" w:hAnsi="Calibri" w:cs="Calibri"/>
          <w:b w:val="1"/>
          <w:bCs w:val="1"/>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Consulent</w:t>
      </w:r>
      <w:r w:rsidRPr="00991245" w:rsidR="6EC48492">
        <w:rPr>
          <w:rFonts w:ascii="Calibri" w:hAnsi="Calibri" w:cs="Calibri"/>
          <w:b w:val="1"/>
          <w:bCs w:val="1"/>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91245" w:rsidR="6EC48492">
        <w:rPr>
          <w:rFonts w:ascii="Calibri" w:hAnsi="Calibri" w:cs="Calibri"/>
          <w:b w:val="1"/>
          <w:bCs w:val="1"/>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Vroegsignalering</w:t>
      </w:r>
    </w:p>
    <w:p w:rsidRPr="00935ABD" w:rsidR="00935ABD" w:rsidP="00991245" w:rsidRDefault="00935ABD" w14:paraId="3FE1D75A" w14:textId="77777777">
      <w:pPr>
        <w:pStyle w:val="Lijstopsomteken"/>
        <w:numPr>
          <w:ilvl w:val="0"/>
          <w:numId w:val="0"/>
        </w:numPr>
        <w:ind w:left="360"/>
        <w:rPr>
          <w:b/>
          <w:bCs/>
          <w:color w:val="4F81BD" w:themeColor="accent1"/>
        </w:rPr>
      </w:pPr>
      <w:r w:rsidRPr="00935ABD">
        <w:rPr>
          <w:b/>
          <w:bCs/>
          <w:color w:val="4F81BD" w:themeColor="accent1"/>
        </w:rPr>
        <w:t xml:space="preserve">Doel van de </w:t>
      </w:r>
      <w:proofErr w:type="spellStart"/>
      <w:r w:rsidRPr="00935ABD">
        <w:rPr>
          <w:b/>
          <w:bCs/>
          <w:color w:val="4F81BD" w:themeColor="accent1"/>
        </w:rPr>
        <w:t>functie</w:t>
      </w:r>
      <w:proofErr w:type="spellEnd"/>
    </w:p>
    <w:p w:rsidR="00935ABD" w:rsidP="00935ABD" w:rsidRDefault="00935ABD" w14:paraId="560F811E" w14:textId="77777777">
      <w:pPr>
        <w:pStyle w:val="Lijstopsomteken"/>
        <w:rPr>
          <w:lang w:val="nl-NL"/>
        </w:rPr>
      </w:pPr>
      <w:r w:rsidRPr="00935ABD">
        <w:rPr>
          <w:lang w:val="nl-NL"/>
        </w:rPr>
        <w:t>Het vroegtijdig bereiken en ondersteunen van inwoners met betalingsachterstanden, met als doel financiële problemen en problematische schulden zoveel mogelijk te voorkomen en inwoners waar nodig toe te leiden naar passende ondersteuning.</w:t>
      </w:r>
    </w:p>
    <w:p w:rsidRPr="00935ABD" w:rsidR="00991245" w:rsidP="00991245" w:rsidRDefault="00991245" w14:paraId="34425C7B" w14:textId="77777777">
      <w:pPr>
        <w:pStyle w:val="Lijstopsomteken"/>
        <w:numPr>
          <w:ilvl w:val="0"/>
          <w:numId w:val="0"/>
        </w:numPr>
        <w:ind w:left="360"/>
        <w:rPr>
          <w:lang w:val="nl-NL"/>
        </w:rPr>
      </w:pPr>
    </w:p>
    <w:p w:rsidRPr="00935ABD" w:rsidR="00935ABD" w:rsidP="00991245" w:rsidRDefault="00935ABD" w14:paraId="2BD94B8B" w14:textId="77777777">
      <w:pPr>
        <w:pStyle w:val="Lijstopsomteken"/>
        <w:numPr>
          <w:ilvl w:val="0"/>
          <w:numId w:val="0"/>
        </w:numPr>
        <w:ind w:left="360"/>
        <w:rPr>
          <w:b/>
          <w:bCs/>
          <w:color w:val="4F81BD" w:themeColor="accent1"/>
        </w:rPr>
      </w:pPr>
      <w:proofErr w:type="spellStart"/>
      <w:r w:rsidRPr="00935ABD">
        <w:rPr>
          <w:b/>
          <w:bCs/>
          <w:color w:val="4F81BD" w:themeColor="accent1"/>
        </w:rPr>
        <w:t>Plaats</w:t>
      </w:r>
      <w:proofErr w:type="spellEnd"/>
      <w:r w:rsidRPr="00935ABD">
        <w:rPr>
          <w:b/>
          <w:bCs/>
          <w:color w:val="4F81BD" w:themeColor="accent1"/>
        </w:rPr>
        <w:t xml:space="preserve"> in de </w:t>
      </w:r>
      <w:proofErr w:type="spellStart"/>
      <w:r w:rsidRPr="00935ABD">
        <w:rPr>
          <w:b/>
          <w:bCs/>
          <w:color w:val="4F81BD" w:themeColor="accent1"/>
        </w:rPr>
        <w:t>organisatie</w:t>
      </w:r>
      <w:proofErr w:type="spellEnd"/>
    </w:p>
    <w:p w:rsidRPr="00935ABD" w:rsidR="00935ABD" w:rsidP="00935ABD" w:rsidRDefault="00935ABD" w14:paraId="4A33DFB3" w14:textId="77777777">
      <w:pPr>
        <w:pStyle w:val="Lijstopsomteken"/>
        <w:rPr>
          <w:lang w:val="nl-NL"/>
        </w:rPr>
      </w:pPr>
      <w:r w:rsidRPr="00935ABD">
        <w:rPr>
          <w:lang w:val="nl-NL"/>
        </w:rPr>
        <w:t xml:space="preserve">De consulent </w:t>
      </w:r>
      <w:proofErr w:type="spellStart"/>
      <w:r w:rsidRPr="00935ABD">
        <w:rPr>
          <w:lang w:val="nl-NL"/>
        </w:rPr>
        <w:t>vroegsignalering</w:t>
      </w:r>
      <w:proofErr w:type="spellEnd"/>
      <w:r w:rsidRPr="00935ABD">
        <w:rPr>
          <w:lang w:val="nl-NL"/>
        </w:rPr>
        <w:t xml:space="preserve"> maakt onderdeel uit van de gemeentelijke schuldhulpverlening en werkt nauw samen met schuldhulpverleners, administratieve ondersteuning, andere onderdelen van het sociaal domein en externe ketenpartners.</w:t>
      </w:r>
    </w:p>
    <w:p w:rsidR="00991245" w:rsidP="00991245" w:rsidRDefault="00991245" w14:paraId="44F7C18F" w14:textId="77777777">
      <w:pPr>
        <w:pStyle w:val="Lijstopsomteken"/>
        <w:numPr>
          <w:ilvl w:val="0"/>
          <w:numId w:val="0"/>
        </w:numPr>
        <w:ind w:left="360"/>
        <w:rPr>
          <w:b/>
          <w:bCs/>
          <w:color w:val="4F81BD" w:themeColor="accent1"/>
        </w:rPr>
      </w:pPr>
    </w:p>
    <w:p w:rsidRPr="00935ABD" w:rsidR="00935ABD" w:rsidP="00991245" w:rsidRDefault="00935ABD" w14:paraId="4319A574" w14:textId="70E2B99D">
      <w:pPr>
        <w:pStyle w:val="Lijstopsomteken"/>
        <w:numPr>
          <w:ilvl w:val="0"/>
          <w:numId w:val="0"/>
        </w:numPr>
        <w:ind w:left="360"/>
        <w:rPr>
          <w:b/>
          <w:bCs/>
          <w:color w:val="4F81BD" w:themeColor="accent1"/>
        </w:rPr>
      </w:pPr>
      <w:proofErr w:type="spellStart"/>
      <w:r w:rsidRPr="00935ABD">
        <w:rPr>
          <w:b/>
          <w:bCs/>
          <w:color w:val="4F81BD" w:themeColor="accent1"/>
        </w:rPr>
        <w:t>Kerntaken</w:t>
      </w:r>
      <w:proofErr w:type="spellEnd"/>
    </w:p>
    <w:p w:rsidRPr="00935ABD" w:rsidR="00935ABD" w:rsidP="00935ABD" w:rsidRDefault="00935ABD" w14:paraId="49ED1B4C" w14:textId="1A607FC0">
      <w:pPr>
        <w:pStyle w:val="Lijstopsomteken"/>
        <w:rPr>
          <w:lang w:val="nl-NL"/>
        </w:rPr>
      </w:pPr>
      <w:r w:rsidRPr="00935ABD">
        <w:rPr>
          <w:lang w:val="nl-NL"/>
        </w:rPr>
        <w:t xml:space="preserve">Beoordeelt en verwerkt signalen van betalingsachterstanden die de gemeente ontvangt in het kader van </w:t>
      </w:r>
      <w:proofErr w:type="spellStart"/>
      <w:r w:rsidRPr="00935ABD">
        <w:rPr>
          <w:lang w:val="nl-NL"/>
        </w:rPr>
        <w:t>vroegsignalering</w:t>
      </w:r>
      <w:proofErr w:type="spellEnd"/>
      <w:r w:rsidRPr="00935ABD">
        <w:rPr>
          <w:lang w:val="nl-NL"/>
        </w:rPr>
        <w:t>.</w:t>
      </w:r>
    </w:p>
    <w:p w:rsidRPr="00935ABD" w:rsidR="00935ABD" w:rsidP="00935ABD" w:rsidRDefault="00935ABD" w14:paraId="283D0961" w14:textId="50013687">
      <w:pPr>
        <w:pStyle w:val="Lijstopsomteken"/>
        <w:rPr>
          <w:lang w:val="nl-NL"/>
        </w:rPr>
      </w:pPr>
      <w:r w:rsidRPr="00935ABD">
        <w:rPr>
          <w:lang w:val="nl-NL"/>
        </w:rPr>
        <w:t>Analyseert en prioriteert signalen en bepaalt welke vorm van benadering passend is.</w:t>
      </w:r>
    </w:p>
    <w:p w:rsidRPr="00935ABD" w:rsidR="00935ABD" w:rsidP="00935ABD" w:rsidRDefault="00935ABD" w14:paraId="489D8EC0" w14:textId="5D1C4F5F">
      <w:pPr>
        <w:pStyle w:val="Lijstopsomteken"/>
        <w:rPr>
          <w:lang w:val="nl-NL"/>
        </w:rPr>
      </w:pPr>
      <w:r w:rsidRPr="00935ABD">
        <w:rPr>
          <w:lang w:val="nl-NL"/>
        </w:rPr>
        <w:t xml:space="preserve">Benadert inwoners actief en </w:t>
      </w:r>
      <w:proofErr w:type="spellStart"/>
      <w:r w:rsidRPr="00935ABD">
        <w:rPr>
          <w:lang w:val="nl-NL"/>
        </w:rPr>
        <w:t>outreachend</w:t>
      </w:r>
      <w:proofErr w:type="spellEnd"/>
      <w:r w:rsidRPr="00935ABD">
        <w:rPr>
          <w:lang w:val="nl-NL"/>
        </w:rPr>
        <w:t xml:space="preserve"> via telefoon, schriftelijk, digitaal en waar passend door middel van huisbezoeken.</w:t>
      </w:r>
    </w:p>
    <w:p w:rsidRPr="00935ABD" w:rsidR="00935ABD" w:rsidP="00935ABD" w:rsidRDefault="00935ABD" w14:paraId="5F7A44A6" w14:textId="6B57F826">
      <w:pPr>
        <w:pStyle w:val="Lijstopsomteken"/>
        <w:rPr>
          <w:lang w:val="nl-NL"/>
        </w:rPr>
      </w:pPr>
      <w:r w:rsidRPr="00935ABD">
        <w:rPr>
          <w:lang w:val="nl-NL"/>
        </w:rPr>
        <w:t>Voert gesprekken met inwoners over hun financiële situatie en achterliggende problematiek.</w:t>
      </w:r>
    </w:p>
    <w:p w:rsidRPr="00935ABD" w:rsidR="00935ABD" w:rsidP="00935ABD" w:rsidRDefault="00935ABD" w14:paraId="70A87988" w14:textId="7936E2DA">
      <w:pPr>
        <w:pStyle w:val="Lijstopsomteken"/>
        <w:rPr>
          <w:lang w:val="nl-NL"/>
        </w:rPr>
      </w:pPr>
      <w:r w:rsidRPr="00935ABD">
        <w:rPr>
          <w:lang w:val="nl-NL"/>
        </w:rPr>
        <w:t>Inventariseert inkomsten, uitgaven, betalingsachterstanden en eventuele andere hulpvragen.</w:t>
      </w:r>
    </w:p>
    <w:p w:rsidRPr="00935ABD" w:rsidR="00935ABD" w:rsidP="00935ABD" w:rsidRDefault="00935ABD" w14:paraId="0A4B3F76" w14:textId="1131C9F1">
      <w:pPr>
        <w:pStyle w:val="Lijstopsomteken"/>
        <w:rPr>
          <w:lang w:val="nl-NL"/>
        </w:rPr>
      </w:pPr>
      <w:r w:rsidRPr="00935ABD">
        <w:rPr>
          <w:lang w:val="nl-NL"/>
        </w:rPr>
        <w:t>Motiveert inwoners om ondersteuning te accepteren wanneer financiële problemen worden gesignaleerd.</w:t>
      </w:r>
    </w:p>
    <w:p w:rsidRPr="00935ABD" w:rsidR="00935ABD" w:rsidP="00935ABD" w:rsidRDefault="00935ABD" w14:paraId="03CE3876" w14:textId="71CD4D6A">
      <w:pPr>
        <w:pStyle w:val="Lijstopsomteken"/>
        <w:rPr>
          <w:lang w:val="nl-NL"/>
        </w:rPr>
      </w:pPr>
      <w:r w:rsidRPr="00935ABD">
        <w:rPr>
          <w:lang w:val="nl-NL"/>
        </w:rPr>
        <w:t>Biedt waar mogelijk direct praktische ondersteuning en advies om verdere financiële problemen te voorkomen.</w:t>
      </w:r>
    </w:p>
    <w:p w:rsidRPr="00935ABD" w:rsidR="00935ABD" w:rsidP="00935ABD" w:rsidRDefault="00935ABD" w14:paraId="1958A8E3" w14:textId="191236C6">
      <w:pPr>
        <w:pStyle w:val="Lijstopsomteken"/>
        <w:rPr>
          <w:lang w:val="nl-NL"/>
        </w:rPr>
      </w:pPr>
      <w:r w:rsidRPr="00935ABD">
        <w:rPr>
          <w:lang w:val="nl-NL"/>
        </w:rPr>
        <w:t>Maakt samen met de inwoner afspraken over passende vervolgstappen.</w:t>
      </w:r>
    </w:p>
    <w:p w:rsidRPr="00935ABD" w:rsidR="00935ABD" w:rsidP="00935ABD" w:rsidRDefault="00935ABD" w14:paraId="7953D1C5" w14:textId="2DDF5ACD">
      <w:pPr>
        <w:pStyle w:val="Lijstopsomteken"/>
        <w:rPr>
          <w:lang w:val="nl-NL"/>
        </w:rPr>
      </w:pPr>
      <w:r w:rsidRPr="00935ABD">
        <w:rPr>
          <w:lang w:val="nl-NL"/>
        </w:rPr>
        <w:t>Verwijst of draagt inwoners warm over naar schuldhulpverlening, budgetbeheer of andere passende dienstverlening.</w:t>
      </w:r>
    </w:p>
    <w:p w:rsidRPr="00935ABD" w:rsidR="00935ABD" w:rsidP="00935ABD" w:rsidRDefault="00935ABD" w14:paraId="1FA37372" w14:textId="7F071E26">
      <w:pPr>
        <w:pStyle w:val="Lijstopsomteken"/>
        <w:rPr>
          <w:lang w:val="nl-NL"/>
        </w:rPr>
      </w:pPr>
      <w:r w:rsidRPr="00935ABD">
        <w:rPr>
          <w:lang w:val="nl-NL"/>
        </w:rPr>
        <w:t xml:space="preserve">Signaleert problematiek op andere leefgebieden en legt waar nodig verbinding met </w:t>
      </w:r>
      <w:proofErr w:type="spellStart"/>
      <w:r w:rsidRPr="00935ABD">
        <w:rPr>
          <w:lang w:val="nl-NL"/>
        </w:rPr>
        <w:t>Wmo</w:t>
      </w:r>
      <w:proofErr w:type="spellEnd"/>
      <w:r w:rsidRPr="00935ABD">
        <w:rPr>
          <w:lang w:val="nl-NL"/>
        </w:rPr>
        <w:t>, Werk &amp; Inkomen, jeugd, welzijn of andere partners.</w:t>
      </w:r>
    </w:p>
    <w:p w:rsidRPr="00935ABD" w:rsidR="00935ABD" w:rsidP="00935ABD" w:rsidRDefault="00935ABD" w14:paraId="5C90A013" w14:textId="15A765FF">
      <w:pPr>
        <w:pStyle w:val="Lijstopsomteken"/>
        <w:rPr>
          <w:lang w:val="nl-NL"/>
        </w:rPr>
      </w:pPr>
      <w:r w:rsidRPr="00935ABD">
        <w:rPr>
          <w:lang w:val="nl-NL"/>
        </w:rPr>
        <w:t>Onderhoudt contacten met vaste-lastenpartners en andere betrokken organisaties.</w:t>
      </w:r>
    </w:p>
    <w:p w:rsidRPr="00935ABD" w:rsidR="00935ABD" w:rsidP="00935ABD" w:rsidRDefault="00935ABD" w14:paraId="3359D391" w14:textId="7CA49532">
      <w:pPr>
        <w:pStyle w:val="Lijstopsomteken"/>
        <w:rPr>
          <w:lang w:val="nl-NL"/>
        </w:rPr>
      </w:pPr>
      <w:r w:rsidRPr="00935ABD">
        <w:rPr>
          <w:lang w:val="nl-NL"/>
        </w:rPr>
        <w:t>Registreert contacten, resultaten en vervolgacties zorgvuldig in de daarvoor bestemde systemen.</w:t>
      </w:r>
    </w:p>
    <w:p w:rsidRPr="00935ABD" w:rsidR="00935ABD" w:rsidP="00935ABD" w:rsidRDefault="00935ABD" w14:paraId="18163347" w14:textId="0483A175">
      <w:pPr>
        <w:pStyle w:val="Lijstopsomteken"/>
        <w:rPr>
          <w:lang w:val="nl-NL"/>
        </w:rPr>
      </w:pPr>
      <w:r w:rsidRPr="00935ABD">
        <w:rPr>
          <w:lang w:val="nl-NL"/>
        </w:rPr>
        <w:t>Bewaakt gemaakte afspraken en zet waar nodig vervolgacties uit.</w:t>
      </w:r>
    </w:p>
    <w:p w:rsidRPr="00935ABD" w:rsidR="00935ABD" w:rsidP="00935ABD" w:rsidRDefault="00935ABD" w14:paraId="26B9D6DA" w14:textId="48ECF4F4">
      <w:pPr>
        <w:pStyle w:val="Lijstopsomteken"/>
        <w:rPr>
          <w:lang w:val="nl-NL"/>
        </w:rPr>
      </w:pPr>
      <w:r w:rsidRPr="00935ABD">
        <w:rPr>
          <w:lang w:val="nl-NL"/>
        </w:rPr>
        <w:t xml:space="preserve">Draagt bij aan casuïstiekbesprekingen en de verdere ontwikkeling van </w:t>
      </w:r>
      <w:proofErr w:type="spellStart"/>
      <w:r w:rsidRPr="00935ABD">
        <w:rPr>
          <w:lang w:val="nl-NL"/>
        </w:rPr>
        <w:t>vroegsignalering</w:t>
      </w:r>
      <w:proofErr w:type="spellEnd"/>
      <w:r w:rsidRPr="00935ABD">
        <w:rPr>
          <w:lang w:val="nl-NL"/>
        </w:rPr>
        <w:t>.</w:t>
      </w:r>
    </w:p>
    <w:p w:rsidRPr="00935ABD" w:rsidR="00935ABD" w:rsidP="00935ABD" w:rsidRDefault="00935ABD" w14:paraId="42743B8B" w14:textId="0E40CA68">
      <w:pPr>
        <w:pStyle w:val="Lijstopsomteken"/>
        <w:rPr>
          <w:lang w:val="nl-NL"/>
        </w:rPr>
      </w:pPr>
      <w:r w:rsidRPr="00935ABD">
        <w:rPr>
          <w:lang w:val="nl-NL"/>
        </w:rPr>
        <w:t>Signaleert trends en knelpunten in de uitvoering en bespreekt deze met de teamcoördinator en/of kwaliteitsmedewerker.</w:t>
      </w:r>
    </w:p>
    <w:p w:rsidRPr="00991245" w:rsidR="00991245" w:rsidP="00991245" w:rsidRDefault="00991245" w14:paraId="56ABA2D8" w14:textId="77777777">
      <w:pPr>
        <w:pStyle w:val="Lijstopsomteken"/>
        <w:numPr>
          <w:ilvl w:val="0"/>
          <w:numId w:val="0"/>
        </w:numPr>
        <w:ind w:left="360"/>
        <w:rPr>
          <w:b/>
          <w:bCs/>
          <w:color w:val="4F81BD" w:themeColor="accent1"/>
          <w:lang w:val="nl-NL"/>
        </w:rPr>
      </w:pPr>
    </w:p>
    <w:p w:rsidRPr="00991245" w:rsidR="00991245" w:rsidP="00991245" w:rsidRDefault="00991245" w14:paraId="52CD8264" w14:textId="77777777">
      <w:pPr>
        <w:pStyle w:val="Lijstopsomteken"/>
        <w:numPr>
          <w:ilvl w:val="0"/>
          <w:numId w:val="0"/>
        </w:numPr>
        <w:ind w:left="360"/>
        <w:rPr>
          <w:b/>
          <w:bCs/>
          <w:color w:val="4F81BD" w:themeColor="accent1"/>
          <w:lang w:val="nl-NL"/>
        </w:rPr>
      </w:pPr>
    </w:p>
    <w:p w:rsidRPr="00935ABD" w:rsidR="00935ABD" w:rsidP="00991245" w:rsidRDefault="00935ABD" w14:paraId="001D0EE1" w14:textId="1193165C">
      <w:pPr>
        <w:pStyle w:val="Lijstopsomteken"/>
        <w:numPr>
          <w:ilvl w:val="0"/>
          <w:numId w:val="0"/>
        </w:numPr>
        <w:ind w:left="360"/>
        <w:rPr>
          <w:b/>
          <w:bCs/>
          <w:color w:val="4F81BD" w:themeColor="accent1"/>
        </w:rPr>
      </w:pPr>
      <w:proofErr w:type="spellStart"/>
      <w:r w:rsidRPr="00935ABD">
        <w:rPr>
          <w:b/>
          <w:bCs/>
          <w:color w:val="4F81BD" w:themeColor="accent1"/>
        </w:rPr>
        <w:t>Verantwoordelijkheden</w:t>
      </w:r>
      <w:proofErr w:type="spellEnd"/>
    </w:p>
    <w:p w:rsidRPr="00935ABD" w:rsidR="00935ABD" w:rsidP="00935ABD" w:rsidRDefault="00935ABD" w14:paraId="75D076DF" w14:textId="61200C92">
      <w:pPr>
        <w:pStyle w:val="Lijstopsomteken"/>
        <w:rPr>
          <w:lang w:val="nl-NL"/>
        </w:rPr>
      </w:pPr>
      <w:r w:rsidRPr="00935ABD">
        <w:rPr>
          <w:lang w:val="nl-NL"/>
        </w:rPr>
        <w:t xml:space="preserve">Een tijdige en zorgvuldige opvolging van </w:t>
      </w:r>
      <w:proofErr w:type="spellStart"/>
      <w:r w:rsidRPr="00935ABD">
        <w:rPr>
          <w:lang w:val="nl-NL"/>
        </w:rPr>
        <w:t>vroegsignalen</w:t>
      </w:r>
      <w:proofErr w:type="spellEnd"/>
      <w:r w:rsidRPr="00935ABD">
        <w:rPr>
          <w:lang w:val="nl-NL"/>
        </w:rPr>
        <w:t>.</w:t>
      </w:r>
    </w:p>
    <w:p w:rsidRPr="00935ABD" w:rsidR="00935ABD" w:rsidP="00991245" w:rsidRDefault="00935ABD" w14:paraId="596D3E80" w14:textId="3FED08EC">
      <w:pPr>
        <w:pStyle w:val="Lijstopsomteken"/>
        <w:numPr>
          <w:ilvl w:val="0"/>
          <w:numId w:val="0"/>
        </w:numPr>
        <w:rPr>
          <w:lang w:val="nl-NL"/>
        </w:rPr>
      </w:pPr>
      <w:r w:rsidRPr="00935ABD">
        <w:rPr>
          <w:lang w:val="nl-NL"/>
        </w:rPr>
        <w:lastRenderedPageBreak/>
        <w:t>•</w:t>
      </w:r>
      <w:r w:rsidR="00991245">
        <w:rPr>
          <w:lang w:val="nl-NL"/>
        </w:rPr>
        <w:t xml:space="preserve">     </w:t>
      </w:r>
      <w:r w:rsidRPr="00935ABD">
        <w:rPr>
          <w:lang w:val="nl-NL"/>
        </w:rPr>
        <w:t>Een passende en respectvolle benadering van inwoners.</w:t>
      </w:r>
    </w:p>
    <w:p w:rsidRPr="00935ABD" w:rsidR="00935ABD" w:rsidP="00935ABD" w:rsidRDefault="00935ABD" w14:paraId="4F039588" w14:textId="2C0D9C1F">
      <w:pPr>
        <w:pStyle w:val="Lijstopsomteken"/>
        <w:rPr>
          <w:lang w:val="nl-NL"/>
        </w:rPr>
      </w:pPr>
      <w:r w:rsidRPr="00935ABD">
        <w:rPr>
          <w:lang w:val="nl-NL"/>
        </w:rPr>
        <w:t>Correcte en volledige registratie van contacten en resultaten.</w:t>
      </w:r>
    </w:p>
    <w:p w:rsidRPr="00935ABD" w:rsidR="00935ABD" w:rsidP="00935ABD" w:rsidRDefault="00935ABD" w14:paraId="578C64DC" w14:textId="4C2D3811">
      <w:pPr>
        <w:pStyle w:val="Lijstopsomteken"/>
        <w:rPr>
          <w:lang w:val="nl-NL"/>
        </w:rPr>
      </w:pPr>
      <w:r w:rsidRPr="00935ABD">
        <w:rPr>
          <w:lang w:val="nl-NL"/>
        </w:rPr>
        <w:t>Een goede overdracht wanneer verdere ondersteuning noodzakelijk is.</w:t>
      </w:r>
    </w:p>
    <w:p w:rsidR="00991245" w:rsidP="00991245" w:rsidRDefault="00991245" w14:paraId="30AB67C2" w14:textId="77777777">
      <w:pPr>
        <w:pStyle w:val="Lijstopsomteken"/>
        <w:numPr>
          <w:ilvl w:val="0"/>
          <w:numId w:val="0"/>
        </w:numPr>
        <w:ind w:left="360"/>
        <w:rPr>
          <w:b/>
          <w:bCs/>
          <w:color w:val="4F81BD" w:themeColor="accent1"/>
          <w:lang w:val="nl-NL"/>
        </w:rPr>
      </w:pPr>
    </w:p>
    <w:p w:rsidRPr="00935ABD" w:rsidR="00935ABD" w:rsidP="00991245" w:rsidRDefault="00935ABD" w14:paraId="40063FB0" w14:textId="7DCCB0E6">
      <w:pPr>
        <w:pStyle w:val="Lijstopsomteken"/>
        <w:numPr>
          <w:ilvl w:val="0"/>
          <w:numId w:val="0"/>
        </w:numPr>
        <w:ind w:left="360"/>
        <w:rPr>
          <w:b/>
          <w:bCs/>
          <w:color w:val="4F81BD" w:themeColor="accent1"/>
        </w:rPr>
      </w:pPr>
      <w:proofErr w:type="spellStart"/>
      <w:r w:rsidRPr="00935ABD">
        <w:rPr>
          <w:b/>
          <w:bCs/>
          <w:color w:val="4F81BD" w:themeColor="accent1"/>
        </w:rPr>
        <w:t>Bevoegdheden</w:t>
      </w:r>
      <w:proofErr w:type="spellEnd"/>
    </w:p>
    <w:p w:rsidRPr="00935ABD" w:rsidR="00935ABD" w:rsidP="00935ABD" w:rsidRDefault="00935ABD" w14:paraId="4AC60EC4" w14:textId="4BC41E10">
      <w:pPr>
        <w:pStyle w:val="Lijstopsomteken"/>
        <w:rPr>
          <w:lang w:val="nl-NL"/>
        </w:rPr>
      </w:pPr>
      <w:r w:rsidRPr="00935ABD">
        <w:rPr>
          <w:lang w:val="nl-NL"/>
        </w:rPr>
        <w:t>Zelfstandig contact opnemen met inwoners.</w:t>
      </w:r>
    </w:p>
    <w:p w:rsidRPr="00935ABD" w:rsidR="00935ABD" w:rsidP="00935ABD" w:rsidRDefault="00935ABD" w14:paraId="2B314826" w14:textId="5F8F6248">
      <w:pPr>
        <w:pStyle w:val="Lijstopsomteken"/>
        <w:rPr>
          <w:lang w:val="nl-NL"/>
        </w:rPr>
      </w:pPr>
      <w:r w:rsidRPr="00935ABD">
        <w:rPr>
          <w:lang w:val="nl-NL"/>
        </w:rPr>
        <w:t>Zelfstandig gesprekken voeren en huisbezoeken uitvoeren binnen de geldende kaders.</w:t>
      </w:r>
    </w:p>
    <w:p w:rsidRPr="00935ABD" w:rsidR="00935ABD" w:rsidP="00935ABD" w:rsidRDefault="00935ABD" w14:paraId="1CA9B692" w14:textId="790E0D18">
      <w:pPr>
        <w:pStyle w:val="Lijstopsomteken"/>
        <w:rPr>
          <w:lang w:val="nl-NL"/>
        </w:rPr>
      </w:pPr>
      <w:r w:rsidRPr="00935ABD">
        <w:rPr>
          <w:lang w:val="nl-NL"/>
        </w:rPr>
        <w:t>Passende vervolgacties bepalen binnen de eigen bevoegdheid.</w:t>
      </w:r>
    </w:p>
    <w:p w:rsidRPr="00935ABD" w:rsidR="00935ABD" w:rsidP="00935ABD" w:rsidRDefault="00935ABD" w14:paraId="35CDAD92" w14:textId="04E4626F">
      <w:pPr>
        <w:pStyle w:val="Lijstopsomteken"/>
        <w:rPr>
          <w:lang w:val="nl-NL"/>
        </w:rPr>
      </w:pPr>
      <w:r w:rsidRPr="00935ABD">
        <w:rPr>
          <w:lang w:val="nl-NL"/>
        </w:rPr>
        <w:t>Inwoners verwijzen en warm overdragen naar andere vormen van ondersteuning.</w:t>
      </w:r>
    </w:p>
    <w:p w:rsidRPr="00935ABD" w:rsidR="00935ABD" w:rsidP="00935ABD" w:rsidRDefault="00935ABD" w14:paraId="2E888C29" w14:textId="61C035C5">
      <w:pPr>
        <w:pStyle w:val="Lijstopsomteken"/>
        <w:rPr>
          <w:lang w:val="nl-NL"/>
        </w:rPr>
      </w:pPr>
      <w:r w:rsidRPr="00935ABD">
        <w:rPr>
          <w:lang w:val="nl-NL"/>
        </w:rPr>
        <w:t>Afstemmen met interne en externe ketenpartners.</w:t>
      </w:r>
    </w:p>
    <w:p w:rsidR="00991245" w:rsidP="00991245" w:rsidRDefault="00991245" w14:paraId="7A9EEE29" w14:textId="77777777">
      <w:pPr>
        <w:pStyle w:val="Lijstopsomteken"/>
        <w:numPr>
          <w:ilvl w:val="0"/>
          <w:numId w:val="0"/>
        </w:numPr>
        <w:ind w:left="360"/>
        <w:rPr>
          <w:b/>
          <w:bCs/>
          <w:color w:val="4F81BD" w:themeColor="accent1"/>
        </w:rPr>
      </w:pPr>
    </w:p>
    <w:p w:rsidRPr="00935ABD" w:rsidR="00935ABD" w:rsidP="00991245" w:rsidRDefault="00935ABD" w14:paraId="4775DDBB" w14:textId="25DBC19A">
      <w:pPr>
        <w:pStyle w:val="Lijstopsomteken"/>
        <w:numPr>
          <w:ilvl w:val="0"/>
          <w:numId w:val="0"/>
        </w:numPr>
        <w:ind w:left="360"/>
        <w:rPr>
          <w:b/>
          <w:bCs/>
          <w:color w:val="4F81BD" w:themeColor="accent1"/>
        </w:rPr>
      </w:pPr>
      <w:proofErr w:type="spellStart"/>
      <w:r w:rsidRPr="00935ABD">
        <w:rPr>
          <w:b/>
          <w:bCs/>
          <w:color w:val="4F81BD" w:themeColor="accent1"/>
        </w:rPr>
        <w:t>Opleiding</w:t>
      </w:r>
      <w:proofErr w:type="spellEnd"/>
    </w:p>
    <w:p w:rsidRPr="00935ABD" w:rsidR="00935ABD" w:rsidP="00935ABD" w:rsidRDefault="00935ABD" w14:paraId="0FC82ACD" w14:textId="2CA4B609">
      <w:pPr>
        <w:pStyle w:val="Lijstopsomteken"/>
        <w:rPr>
          <w:lang w:val="nl-NL"/>
        </w:rPr>
      </w:pPr>
      <w:r w:rsidRPr="00935ABD">
        <w:rPr>
          <w:lang w:val="nl-NL"/>
        </w:rPr>
        <w:t>HB</w:t>
      </w:r>
      <w:r>
        <w:rPr>
          <w:lang w:val="nl-NL"/>
        </w:rPr>
        <w:t>O</w:t>
      </w:r>
      <w:r w:rsidRPr="00935ABD">
        <w:rPr>
          <w:lang w:val="nl-NL"/>
        </w:rPr>
        <w:t xml:space="preserve"> werk- en denkn</w:t>
      </w:r>
      <w:r>
        <w:rPr>
          <w:lang w:val="nl-NL"/>
        </w:rPr>
        <w:t>i</w:t>
      </w:r>
      <w:r w:rsidRPr="00935ABD">
        <w:rPr>
          <w:lang w:val="nl-NL"/>
        </w:rPr>
        <w:t xml:space="preserve">veau, bij voorkeur een opleiding binnen het sociaal-maatschappelijke of </w:t>
      </w:r>
      <w:proofErr w:type="spellStart"/>
      <w:r w:rsidRPr="00935ABD">
        <w:rPr>
          <w:lang w:val="nl-NL"/>
        </w:rPr>
        <w:t>sociaal-juridische</w:t>
      </w:r>
      <w:proofErr w:type="spellEnd"/>
      <w:r w:rsidRPr="00935ABD">
        <w:rPr>
          <w:lang w:val="nl-NL"/>
        </w:rPr>
        <w:t xml:space="preserve"> domein.</w:t>
      </w:r>
    </w:p>
    <w:p w:rsidR="00991245" w:rsidP="00991245" w:rsidRDefault="00991245" w14:paraId="738F6774" w14:textId="77777777">
      <w:pPr>
        <w:pStyle w:val="Lijstopsomteken"/>
        <w:numPr>
          <w:ilvl w:val="0"/>
          <w:numId w:val="0"/>
        </w:numPr>
        <w:ind w:left="360"/>
        <w:rPr>
          <w:b/>
          <w:bCs/>
          <w:color w:val="4F81BD" w:themeColor="accent1"/>
        </w:rPr>
      </w:pPr>
    </w:p>
    <w:p w:rsidRPr="00935ABD" w:rsidR="00935ABD" w:rsidP="00991245" w:rsidRDefault="00935ABD" w14:paraId="0D1EA21D" w14:textId="3E238418">
      <w:pPr>
        <w:pStyle w:val="Lijstopsomteken"/>
        <w:numPr>
          <w:ilvl w:val="0"/>
          <w:numId w:val="0"/>
        </w:numPr>
        <w:ind w:left="360"/>
        <w:rPr>
          <w:b/>
          <w:bCs/>
          <w:color w:val="4F81BD" w:themeColor="accent1"/>
        </w:rPr>
      </w:pPr>
      <w:proofErr w:type="spellStart"/>
      <w:r w:rsidRPr="00935ABD">
        <w:rPr>
          <w:b/>
          <w:bCs/>
          <w:color w:val="4F81BD" w:themeColor="accent1"/>
        </w:rPr>
        <w:t>Werkervaring</w:t>
      </w:r>
      <w:proofErr w:type="spellEnd"/>
    </w:p>
    <w:p w:rsidRPr="00935ABD" w:rsidR="00935ABD" w:rsidP="00935ABD" w:rsidRDefault="00935ABD" w14:paraId="6B3DE961" w14:textId="6B219CFD">
      <w:pPr>
        <w:pStyle w:val="Lijstopsomteken"/>
        <w:rPr>
          <w:lang w:val="nl-NL"/>
        </w:rPr>
      </w:pPr>
      <w:r w:rsidRPr="00935ABD">
        <w:rPr>
          <w:lang w:val="nl-NL"/>
        </w:rPr>
        <w:t xml:space="preserve">Aantoonbare ervaring met </w:t>
      </w:r>
      <w:proofErr w:type="spellStart"/>
      <w:r w:rsidRPr="00935ABD">
        <w:rPr>
          <w:lang w:val="nl-NL"/>
        </w:rPr>
        <w:t>vroegsignalering</w:t>
      </w:r>
      <w:proofErr w:type="spellEnd"/>
      <w:r w:rsidRPr="00935ABD">
        <w:rPr>
          <w:lang w:val="nl-NL"/>
        </w:rPr>
        <w:t>, schuldhulpverlening of vergelijkbare dienstverlening binnen het sociaal domein.</w:t>
      </w:r>
    </w:p>
    <w:p w:rsidRPr="00935ABD" w:rsidR="00935ABD" w:rsidP="00935ABD" w:rsidRDefault="00935ABD" w14:paraId="412F2CF1" w14:textId="58217ECD">
      <w:pPr>
        <w:pStyle w:val="Lijstopsomteken"/>
        <w:rPr>
          <w:lang w:val="nl-NL"/>
        </w:rPr>
      </w:pPr>
      <w:r w:rsidRPr="00935ABD">
        <w:rPr>
          <w:lang w:val="nl-NL"/>
        </w:rPr>
        <w:t xml:space="preserve">Ervaring met </w:t>
      </w:r>
      <w:proofErr w:type="spellStart"/>
      <w:r w:rsidRPr="00935ABD">
        <w:rPr>
          <w:lang w:val="nl-NL"/>
        </w:rPr>
        <w:t>outreachend</w:t>
      </w:r>
      <w:proofErr w:type="spellEnd"/>
      <w:r w:rsidRPr="00935ABD">
        <w:rPr>
          <w:lang w:val="nl-NL"/>
        </w:rPr>
        <w:t xml:space="preserve"> werken en het voeren van gesprekken met inwoners.</w:t>
      </w:r>
    </w:p>
    <w:p w:rsidRPr="00935ABD" w:rsidR="00935ABD" w:rsidP="00935ABD" w:rsidRDefault="00935ABD" w14:paraId="49DBF962" w14:textId="7369D122">
      <w:pPr>
        <w:pStyle w:val="Lijstopsomteken"/>
        <w:rPr>
          <w:lang w:val="nl-NL"/>
        </w:rPr>
      </w:pPr>
      <w:r w:rsidRPr="00935ABD">
        <w:rPr>
          <w:lang w:val="nl-NL"/>
        </w:rPr>
        <w:t>Ervaring binnen een gemeentelijke organisatie is een pré.</w:t>
      </w:r>
    </w:p>
    <w:p w:rsidRPr="00935ABD" w:rsidR="00935ABD" w:rsidP="00935ABD" w:rsidRDefault="00935ABD" w14:paraId="16FB0AA8" w14:textId="4BBE14E2">
      <w:pPr>
        <w:pStyle w:val="Lijstopsomteken"/>
        <w:rPr>
          <w:lang w:val="nl-NL"/>
        </w:rPr>
      </w:pPr>
      <w:r w:rsidRPr="00935ABD">
        <w:rPr>
          <w:lang w:val="nl-NL"/>
        </w:rPr>
        <w:t>Ervaring met huisbezoeken is een pré.</w:t>
      </w:r>
    </w:p>
    <w:p w:rsidR="0051270F" w:rsidP="0051270F" w:rsidRDefault="0051270F" w14:paraId="23A2BABC" w14:textId="77777777">
      <w:pPr>
        <w:pStyle w:val="Lijstopsomteken"/>
        <w:numPr>
          <w:ilvl w:val="0"/>
          <w:numId w:val="0"/>
        </w:numPr>
        <w:ind w:left="360"/>
        <w:rPr>
          <w:b/>
          <w:bCs/>
          <w:color w:val="4F81BD" w:themeColor="accent1"/>
          <w:lang w:val="nl-NL"/>
        </w:rPr>
      </w:pPr>
    </w:p>
    <w:p w:rsidRPr="00935ABD" w:rsidR="00935ABD" w:rsidP="0051270F" w:rsidRDefault="00935ABD" w14:paraId="37D491A5" w14:textId="5633FDF6">
      <w:pPr>
        <w:pStyle w:val="Lijstopsomteken"/>
        <w:numPr>
          <w:ilvl w:val="0"/>
          <w:numId w:val="0"/>
        </w:numPr>
        <w:ind w:left="360"/>
        <w:rPr>
          <w:b/>
          <w:bCs/>
          <w:color w:val="4F81BD" w:themeColor="accent1"/>
        </w:rPr>
      </w:pPr>
      <w:r w:rsidRPr="00935ABD">
        <w:rPr>
          <w:b/>
          <w:bCs/>
          <w:color w:val="4F81BD" w:themeColor="accent1"/>
        </w:rPr>
        <w:t>Kennis</w:t>
      </w:r>
    </w:p>
    <w:p w:rsidRPr="0051270F" w:rsidR="00935ABD" w:rsidP="0051270F" w:rsidRDefault="00935ABD" w14:paraId="7C968CDB" w14:textId="296A9F6C">
      <w:pPr>
        <w:pStyle w:val="Lijstopsomteken"/>
        <w:rPr>
          <w:lang w:val="nl-NL"/>
        </w:rPr>
      </w:pPr>
      <w:r w:rsidRPr="00935ABD">
        <w:rPr>
          <w:lang w:val="nl-NL"/>
        </w:rPr>
        <w:t xml:space="preserve">Kennis van de Wet gemeentelijke schuldhulpverlening en </w:t>
      </w:r>
      <w:proofErr w:type="spellStart"/>
      <w:r w:rsidRPr="00935ABD">
        <w:rPr>
          <w:lang w:val="nl-NL"/>
        </w:rPr>
        <w:t>vroegsignalering</w:t>
      </w:r>
      <w:proofErr w:type="spellEnd"/>
      <w:r w:rsidRPr="00935ABD">
        <w:rPr>
          <w:lang w:val="nl-NL"/>
        </w:rPr>
        <w:t>.</w:t>
      </w:r>
    </w:p>
    <w:p w:rsidRPr="00935ABD" w:rsidR="00935ABD" w:rsidP="00935ABD" w:rsidRDefault="00935ABD" w14:paraId="36A6A12D" w14:textId="4FA747E1">
      <w:pPr>
        <w:pStyle w:val="Lijstopsomteken"/>
        <w:rPr>
          <w:lang w:val="nl-NL"/>
        </w:rPr>
      </w:pPr>
      <w:r w:rsidRPr="00935ABD">
        <w:rPr>
          <w:lang w:val="nl-NL"/>
        </w:rPr>
        <w:t>Kennis van de sociale kaart en voorzieningen binnen het sociaal domein.</w:t>
      </w:r>
    </w:p>
    <w:p w:rsidRPr="00935ABD" w:rsidR="00935ABD" w:rsidP="00935ABD" w:rsidRDefault="00935ABD" w14:paraId="3181F951" w14:textId="1CF575A7">
      <w:pPr>
        <w:pStyle w:val="Lijstopsomteken"/>
        <w:rPr>
          <w:lang w:val="nl-NL"/>
        </w:rPr>
      </w:pPr>
      <w:r w:rsidRPr="00935ABD">
        <w:rPr>
          <w:lang w:val="nl-NL"/>
        </w:rPr>
        <w:t>Kennis van privacyregels en zorgvuldige omgang met persoonsgegevens.</w:t>
      </w:r>
    </w:p>
    <w:p w:rsidR="0051270F" w:rsidP="0051270F" w:rsidRDefault="0051270F" w14:paraId="5106C5E8" w14:textId="77777777">
      <w:pPr>
        <w:pStyle w:val="Lijstopsomteken"/>
        <w:numPr>
          <w:ilvl w:val="0"/>
          <w:numId w:val="0"/>
        </w:numPr>
        <w:ind w:left="360"/>
        <w:rPr>
          <w:b/>
          <w:bCs/>
          <w:color w:val="4F81BD" w:themeColor="accent1"/>
        </w:rPr>
      </w:pPr>
    </w:p>
    <w:p w:rsidRPr="00935ABD" w:rsidR="00935ABD" w:rsidP="0051270F" w:rsidRDefault="00935ABD" w14:paraId="62465437" w14:textId="0FAF3EBE">
      <w:pPr>
        <w:pStyle w:val="Lijstopsomteken"/>
        <w:numPr>
          <w:ilvl w:val="0"/>
          <w:numId w:val="0"/>
        </w:numPr>
        <w:ind w:left="360"/>
        <w:rPr>
          <w:b/>
          <w:bCs/>
          <w:color w:val="4F81BD" w:themeColor="accent1"/>
        </w:rPr>
      </w:pPr>
      <w:proofErr w:type="spellStart"/>
      <w:r w:rsidRPr="00935ABD">
        <w:rPr>
          <w:b/>
          <w:bCs/>
          <w:color w:val="4F81BD" w:themeColor="accent1"/>
        </w:rPr>
        <w:t>Competenties</w:t>
      </w:r>
      <w:proofErr w:type="spellEnd"/>
    </w:p>
    <w:p w:rsidR="00935ABD" w:rsidP="00935ABD" w:rsidRDefault="00935ABD" w14:paraId="3F19C03C" w14:textId="249C550F">
      <w:pPr>
        <w:pStyle w:val="Lijstopsomteken"/>
      </w:pPr>
      <w:proofErr w:type="spellStart"/>
      <w:r>
        <w:t>Klantgerichtheid</w:t>
      </w:r>
      <w:proofErr w:type="spellEnd"/>
    </w:p>
    <w:p w:rsidR="00935ABD" w:rsidP="00935ABD" w:rsidRDefault="00935ABD" w14:paraId="59F09A1B" w14:textId="3D576DC5">
      <w:pPr>
        <w:pStyle w:val="Lijstopsomteken"/>
      </w:pPr>
      <w:proofErr w:type="spellStart"/>
      <w:r>
        <w:t>Communicatieve</w:t>
      </w:r>
      <w:proofErr w:type="spellEnd"/>
      <w:r>
        <w:t xml:space="preserve"> </w:t>
      </w:r>
      <w:proofErr w:type="spellStart"/>
      <w:r>
        <w:t>vaardigheid</w:t>
      </w:r>
      <w:proofErr w:type="spellEnd"/>
    </w:p>
    <w:p w:rsidR="00935ABD" w:rsidP="00935ABD" w:rsidRDefault="00935ABD" w14:paraId="7E54F59E" w14:textId="4900DEC0">
      <w:pPr>
        <w:pStyle w:val="Lijstopsomteken"/>
      </w:pPr>
      <w:proofErr w:type="spellStart"/>
      <w:r>
        <w:t>Inlevingsvermogen</w:t>
      </w:r>
      <w:proofErr w:type="spellEnd"/>
    </w:p>
    <w:p w:rsidR="00935ABD" w:rsidP="00935ABD" w:rsidRDefault="00935ABD" w14:paraId="1C5F9940" w14:textId="3E598490">
      <w:pPr>
        <w:pStyle w:val="Lijstopsomteken"/>
      </w:pPr>
      <w:proofErr w:type="spellStart"/>
      <w:r>
        <w:t>Overtuigingskracht</w:t>
      </w:r>
      <w:proofErr w:type="spellEnd"/>
    </w:p>
    <w:p w:rsidR="00935ABD" w:rsidP="00935ABD" w:rsidRDefault="00935ABD" w14:paraId="1A86E0A1" w14:textId="4BFD2E8C">
      <w:pPr>
        <w:pStyle w:val="Lijstopsomteken"/>
      </w:pPr>
      <w:proofErr w:type="spellStart"/>
      <w:r>
        <w:t>Initiatief</w:t>
      </w:r>
      <w:proofErr w:type="spellEnd"/>
    </w:p>
    <w:p w:rsidR="00935ABD" w:rsidP="00935ABD" w:rsidRDefault="00935ABD" w14:paraId="436432B1" w14:textId="18C50DEE">
      <w:pPr>
        <w:pStyle w:val="Lijstopsomteken"/>
      </w:pPr>
      <w:proofErr w:type="spellStart"/>
      <w:r>
        <w:t>Samenwerken</w:t>
      </w:r>
      <w:proofErr w:type="spellEnd"/>
    </w:p>
    <w:p w:rsidR="00935ABD" w:rsidP="00935ABD" w:rsidRDefault="00935ABD" w14:paraId="75F97E99" w14:textId="61781468">
      <w:pPr>
        <w:pStyle w:val="Lijstopsomteken"/>
      </w:pPr>
      <w:proofErr w:type="spellStart"/>
      <w:r>
        <w:t>Resultaatgerichtheid</w:t>
      </w:r>
      <w:proofErr w:type="spellEnd"/>
    </w:p>
    <w:p w:rsidR="00935ABD" w:rsidP="00935ABD" w:rsidRDefault="00935ABD" w14:paraId="7F7AACAA" w14:textId="4926939A">
      <w:pPr>
        <w:pStyle w:val="Lijstopsomteken"/>
      </w:pPr>
      <w:proofErr w:type="spellStart"/>
      <w:r>
        <w:t>Oordeelsvorming</w:t>
      </w:r>
      <w:proofErr w:type="spellEnd"/>
    </w:p>
    <w:p w:rsidR="00935ABD" w:rsidP="00935ABD" w:rsidRDefault="00935ABD" w14:paraId="203EE3FB" w14:textId="654D1CA3">
      <w:pPr>
        <w:pStyle w:val="Lijstopsomteken"/>
      </w:pPr>
      <w:proofErr w:type="spellStart"/>
      <w:r>
        <w:t>Integriteit</w:t>
      </w:r>
      <w:proofErr w:type="spellEnd"/>
    </w:p>
    <w:p w:rsidR="00935ABD" w:rsidP="00935ABD" w:rsidRDefault="00935ABD" w14:paraId="23CDB2CF" w14:textId="5B66313D">
      <w:pPr>
        <w:pStyle w:val="Lijstopsomteken"/>
        <w:numPr>
          <w:ilvl w:val="0"/>
          <w:numId w:val="0"/>
        </w:numPr>
        <w:ind w:left="360"/>
      </w:pPr>
      <w:proofErr w:type="spellStart"/>
      <w:r>
        <w:t>Stressbestendigheid</w:t>
      </w:r>
      <w:proofErr w:type="spellEnd"/>
    </w:p>
    <w:sectPr w:rsidR="00935ABD"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hint="default" w:ascii="Symbol" w:hAnsi="Symbol"/>
      </w:rPr>
    </w:lvl>
  </w:abstractNum>
  <w:abstractNum w:abstractNumId="9" w15:restartNumberingAfterBreak="0">
    <w:nsid w:val="5EC14CF8"/>
    <w:multiLevelType w:val="hybridMultilevel"/>
    <w:tmpl w:val="4D38C6B0"/>
    <w:lvl w:ilvl="0" w:tplc="0413000F">
      <w:start w:val="5"/>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67854718">
    <w:abstractNumId w:val="8"/>
  </w:num>
  <w:num w:numId="2" w16cid:durableId="1525751186">
    <w:abstractNumId w:val="6"/>
  </w:num>
  <w:num w:numId="3" w16cid:durableId="1681351375">
    <w:abstractNumId w:val="5"/>
  </w:num>
  <w:num w:numId="4" w16cid:durableId="1037777364">
    <w:abstractNumId w:val="4"/>
  </w:num>
  <w:num w:numId="5" w16cid:durableId="1114520184">
    <w:abstractNumId w:val="7"/>
  </w:num>
  <w:num w:numId="6" w16cid:durableId="226572954">
    <w:abstractNumId w:val="3"/>
  </w:num>
  <w:num w:numId="7" w16cid:durableId="1616136811">
    <w:abstractNumId w:val="2"/>
  </w:num>
  <w:num w:numId="8" w16cid:durableId="1681732151">
    <w:abstractNumId w:val="1"/>
  </w:num>
  <w:num w:numId="9" w16cid:durableId="661735550">
    <w:abstractNumId w:val="0"/>
  </w:num>
  <w:num w:numId="10" w16cid:durableId="21305823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1270F"/>
    <w:rsid w:val="00526B32"/>
    <w:rsid w:val="005B17FE"/>
    <w:rsid w:val="00935ABD"/>
    <w:rsid w:val="00991245"/>
    <w:rsid w:val="00AA1D8D"/>
    <w:rsid w:val="00B47730"/>
    <w:rsid w:val="00CB0664"/>
    <w:rsid w:val="00CF336B"/>
    <w:rsid w:val="00FC693F"/>
    <w:rsid w:val="03FE0C98"/>
    <w:rsid w:val="0B444FAA"/>
    <w:rsid w:val="1F26B5E5"/>
    <w:rsid w:val="1F568405"/>
    <w:rsid w:val="1FBB743A"/>
    <w:rsid w:val="23C19CE5"/>
    <w:rsid w:val="26FECBBF"/>
    <w:rsid w:val="2A4C74EE"/>
    <w:rsid w:val="2ABBEAFC"/>
    <w:rsid w:val="2F9F73F4"/>
    <w:rsid w:val="31CCE537"/>
    <w:rsid w:val="3395BBB0"/>
    <w:rsid w:val="40CAA3D8"/>
    <w:rsid w:val="489F0A45"/>
    <w:rsid w:val="4CBC5699"/>
    <w:rsid w:val="65132CE0"/>
    <w:rsid w:val="6EC484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4CA1B7"/>
  <w14:defaultImageDpi w14:val="300"/>
  <w15:docId w15:val="{71FF27FD-E476-4D2B-8A64-A1D2D8CDC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styleId="KoptekstChar" w:customStyle="1">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styleId="VoettekstChar" w:customStyle="1">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styleId="Kop1Char" w:customStyle="1">
    <w:name w:val="Kop 1 Char"/>
    <w:basedOn w:val="Standaardalinea-lettertype"/>
    <w:link w:val="Kop1"/>
    <w:uiPriority w:val="9"/>
    <w:rsid w:val="00FC693F"/>
    <w:rPr>
      <w:rFonts w:asciiTheme="majorHAnsi" w:hAnsiTheme="majorHAnsi" w:eastAsiaTheme="majorEastAsia" w:cstheme="majorBidi"/>
      <w:b/>
      <w:bCs/>
      <w:color w:val="365F91" w:themeColor="accent1" w:themeShade="BF"/>
      <w:sz w:val="28"/>
      <w:szCs w:val="28"/>
    </w:rPr>
  </w:style>
  <w:style w:type="character" w:styleId="Kop2Char" w:customStyle="1">
    <w:name w:val="Kop 2 Char"/>
    <w:basedOn w:val="Standaardalinea-lettertype"/>
    <w:link w:val="Kop2"/>
    <w:uiPriority w:val="9"/>
    <w:rsid w:val="00FC693F"/>
    <w:rPr>
      <w:rFonts w:asciiTheme="majorHAnsi" w:hAnsiTheme="majorHAnsi" w:eastAsiaTheme="majorEastAsia" w:cstheme="majorBidi"/>
      <w:b/>
      <w:bCs/>
      <w:color w:val="4F81BD" w:themeColor="accent1"/>
      <w:sz w:val="26"/>
      <w:szCs w:val="26"/>
    </w:rPr>
  </w:style>
  <w:style w:type="character" w:styleId="Kop3Char" w:customStyle="1">
    <w:name w:val="Kop 3 Char"/>
    <w:basedOn w:val="Standaardalinea-lettertype"/>
    <w:link w:val="Kop3"/>
    <w:uiPriority w:val="9"/>
    <w:rsid w:val="00FC693F"/>
    <w:rPr>
      <w:rFonts w:asciiTheme="majorHAnsi" w:hAnsiTheme="majorHAnsi" w:eastAsiaTheme="majorEastAsia" w:cstheme="majorBidi"/>
      <w:b/>
      <w:bCs/>
      <w:color w:val="4F81BD" w:themeColor="accent1"/>
    </w:rPr>
  </w:style>
  <w:style w:type="paragraph" w:styleId="Titel">
    <w:name w:val="Title"/>
    <w:basedOn w:val="Standaard"/>
    <w:next w:val="Standaard"/>
    <w:link w:val="Titel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elChar" w:customStyle="1">
    <w:name w:val="Titel Char"/>
    <w:basedOn w:val="Standaardalinea-lettertype"/>
    <w:link w:val="Titel"/>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OndertitelChar" w:customStyle="1">
    <w:name w:val="Ondertitel Char"/>
    <w:basedOn w:val="Standaardalinea-lettertype"/>
    <w:link w:val="Ondertitel"/>
    <w:uiPriority w:val="11"/>
    <w:rsid w:val="00FC693F"/>
    <w:rPr>
      <w:rFonts w:asciiTheme="majorHAnsi" w:hAnsiTheme="majorHAnsi" w:eastAsiaTheme="majorEastAsia"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styleId="PlattetekstChar" w:customStyle="1">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styleId="Plattetekst2Char" w:customStyle="1">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styleId="Plattetekst3Char" w:customStyle="1">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kstChar" w:customStyle="1">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styleId="CitaatChar" w:customStyle="1">
    <w:name w:val="Citaat Char"/>
    <w:basedOn w:val="Standaardalinea-lettertype"/>
    <w:link w:val="Citaat"/>
    <w:uiPriority w:val="29"/>
    <w:rsid w:val="00FC693F"/>
    <w:rPr>
      <w:i/>
      <w:iCs/>
      <w:color w:val="000000" w:themeColor="text1"/>
    </w:rPr>
  </w:style>
  <w:style w:type="character" w:styleId="Kop4Char" w:customStyle="1">
    <w:name w:val="Kop 4 Char"/>
    <w:basedOn w:val="Standaardalinea-lettertype"/>
    <w:link w:val="Kop4"/>
    <w:uiPriority w:val="9"/>
    <w:semiHidden/>
    <w:rsid w:val="00FC693F"/>
    <w:rPr>
      <w:rFonts w:asciiTheme="majorHAnsi" w:hAnsiTheme="majorHAnsi" w:eastAsiaTheme="majorEastAsia" w:cstheme="majorBidi"/>
      <w:b/>
      <w:bCs/>
      <w:i/>
      <w:iCs/>
      <w:color w:val="4F81BD" w:themeColor="accent1"/>
    </w:rPr>
  </w:style>
  <w:style w:type="character" w:styleId="Kop5Char" w:customStyle="1">
    <w:name w:val="Kop 5 Char"/>
    <w:basedOn w:val="Standaardalinea-lettertype"/>
    <w:link w:val="Kop5"/>
    <w:uiPriority w:val="9"/>
    <w:semiHidden/>
    <w:rsid w:val="00FC693F"/>
    <w:rPr>
      <w:rFonts w:asciiTheme="majorHAnsi" w:hAnsiTheme="majorHAnsi" w:eastAsiaTheme="majorEastAsia" w:cstheme="majorBidi"/>
      <w:color w:val="243F60" w:themeColor="accent1" w:themeShade="7F"/>
    </w:rPr>
  </w:style>
  <w:style w:type="character" w:styleId="Kop6Char" w:customStyle="1">
    <w:name w:val="Kop 6 Char"/>
    <w:basedOn w:val="Standaardalinea-lettertype"/>
    <w:link w:val="Kop6"/>
    <w:uiPriority w:val="9"/>
    <w:semiHidden/>
    <w:rsid w:val="00FC693F"/>
    <w:rPr>
      <w:rFonts w:asciiTheme="majorHAnsi" w:hAnsiTheme="majorHAnsi" w:eastAsiaTheme="majorEastAsia" w:cstheme="majorBidi"/>
      <w:i/>
      <w:iCs/>
      <w:color w:val="243F60" w:themeColor="accent1" w:themeShade="7F"/>
    </w:rPr>
  </w:style>
  <w:style w:type="character" w:styleId="Kop7Char" w:customStyle="1">
    <w:name w:val="Kop 7 Char"/>
    <w:basedOn w:val="Standaardalinea-lettertype"/>
    <w:link w:val="Kop7"/>
    <w:uiPriority w:val="9"/>
    <w:semiHidden/>
    <w:rsid w:val="00FC693F"/>
    <w:rPr>
      <w:rFonts w:asciiTheme="majorHAnsi" w:hAnsiTheme="majorHAnsi" w:eastAsiaTheme="majorEastAsia" w:cstheme="majorBidi"/>
      <w:i/>
      <w:iCs/>
      <w:color w:val="404040" w:themeColor="text1" w:themeTint="BF"/>
    </w:rPr>
  </w:style>
  <w:style w:type="character" w:styleId="Kop8Char" w:customStyle="1">
    <w:name w:val="Kop 8 Char"/>
    <w:basedOn w:val="Standaardalinea-lettertype"/>
    <w:link w:val="Kop8"/>
    <w:uiPriority w:val="9"/>
    <w:semiHidden/>
    <w:rsid w:val="00FC693F"/>
    <w:rPr>
      <w:rFonts w:asciiTheme="majorHAnsi" w:hAnsiTheme="majorHAnsi" w:eastAsiaTheme="majorEastAsia" w:cstheme="majorBidi"/>
      <w:color w:val="4F81BD" w:themeColor="accent1"/>
      <w:sz w:val="20"/>
      <w:szCs w:val="20"/>
    </w:rPr>
  </w:style>
  <w:style w:type="character" w:styleId="Kop9Char" w:customStyle="1">
    <w:name w:val="Kop 9 Char"/>
    <w:basedOn w:val="Standaardalinea-lettertype"/>
    <w:link w:val="Kop9"/>
    <w:uiPriority w:val="9"/>
    <w:semiHidden/>
    <w:rsid w:val="00FC693F"/>
    <w:rPr>
      <w:rFonts w:asciiTheme="majorHAnsi" w:hAnsiTheme="majorHAnsi" w:eastAsiaTheme="majorEastAsia"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DuidelijkcitaatChar" w:customStyle="1">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customXml" Target="../customXml/item4.xml" Id="rId10" /><Relationship Type="http://schemas.openxmlformats.org/officeDocument/2006/relationships/settings" Target="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3" ma:contentTypeDescription="Een nieuw document maken." ma:contentTypeScope="" ma:versionID="4ee8b2a7d14973ab975a53adf71bd38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bfe0e3304a4b28d8385b377a8b458d6a"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177FBB32-AEDD-4985-8BF4-F7B7F7F1B6DE}"/>
</file>

<file path=customXml/itemProps3.xml><?xml version="1.0" encoding="utf-8"?>
<ds:datastoreItem xmlns:ds="http://schemas.openxmlformats.org/officeDocument/2006/customXml" ds:itemID="{43D98054-D680-4A9B-8F47-6590FDDA0287}"/>
</file>

<file path=customXml/itemProps4.xml><?xml version="1.0" encoding="utf-8"?>
<ds:datastoreItem xmlns:ds="http://schemas.openxmlformats.org/officeDocument/2006/customXml" ds:itemID="{7D9F727C-1449-4D44-A71D-4923FB71FBF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Capellen, Scott van der</lastModifiedBy>
  <revision>6</revision>
  <dcterms:created xsi:type="dcterms:W3CDTF">2026-08-12T08:31:00.0000000Z</dcterms:created>
  <dcterms:modified xsi:type="dcterms:W3CDTF">2026-08-25T15:45:08.0491969Z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MediaServiceImageTags">
    <vt:lpwstr/>
  </property>
</Properties>
</file>