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4D208" w14:textId="3CCF0593" w:rsidR="00AA3A07" w:rsidRDefault="00000000">
      <w:pPr>
        <w:spacing w:after="200"/>
      </w:pPr>
      <w:r>
        <w:rPr>
          <w:color w:val="FF0066"/>
          <w:sz w:val="40"/>
        </w:rPr>
        <w:t xml:space="preserve">Bijlage </w:t>
      </w:r>
      <w:r w:rsidR="00285B8E">
        <w:rPr>
          <w:color w:val="FF0066"/>
          <w:sz w:val="40"/>
        </w:rPr>
        <w:t xml:space="preserve">9 </w:t>
      </w:r>
      <w:r>
        <w:rPr>
          <w:color w:val="FF0066"/>
          <w:sz w:val="40"/>
        </w:rPr>
        <w:t>– Holdingverklaring</w:t>
      </w:r>
    </w:p>
    <w:p w14:paraId="43AA69ED" w14:textId="77777777" w:rsidR="00AA3A07" w:rsidRPr="00285B8E" w:rsidRDefault="00000000">
      <w:pPr>
        <w:rPr>
          <w:lang w:val="nl-NL"/>
        </w:rPr>
      </w:pPr>
      <w:r w:rsidRPr="00285B8E">
        <w:rPr>
          <w:b/>
          <w:lang w:val="nl-NL"/>
        </w:rPr>
        <w:t>Betreft: Openbare aanbestedingsprocedure ‘Kleinschalige Woonvoorzieningen (KWV) regio IJsselland’</w:t>
      </w:r>
    </w:p>
    <w:tbl>
      <w:tblPr>
        <w:tblW w:w="0" w:type="auto"/>
        <w:tblLayout w:type="fixed"/>
        <w:tblLook w:val="04A0" w:firstRow="1" w:lastRow="0" w:firstColumn="1" w:lastColumn="0" w:noHBand="0" w:noVBand="1"/>
      </w:tblPr>
      <w:tblGrid>
        <w:gridCol w:w="567"/>
        <w:gridCol w:w="8787"/>
      </w:tblGrid>
      <w:tr w:rsidR="00AA3A07" w:rsidRPr="00285B8E" w14:paraId="72888FD8" w14:textId="77777777">
        <w:tc>
          <w:tcPr>
            <w:tcW w:w="9354" w:type="dxa"/>
            <w:gridSpan w:val="2"/>
            <w:tcBorders>
              <w:top w:val="single" w:sz="4" w:space="0" w:color="000000"/>
              <w:left w:val="single" w:sz="4" w:space="0" w:color="000000"/>
              <w:bottom w:val="single" w:sz="4" w:space="0" w:color="000000"/>
              <w:right w:val="single" w:sz="4" w:space="0" w:color="000000"/>
            </w:tcBorders>
            <w:shd w:val="clear" w:color="auto" w:fill="B8CCE4"/>
          </w:tcPr>
          <w:p w14:paraId="7BAE8DF3" w14:textId="77777777" w:rsidR="00AA3A07" w:rsidRPr="00285B8E" w:rsidRDefault="00000000">
            <w:pPr>
              <w:rPr>
                <w:lang w:val="nl-NL"/>
              </w:rPr>
            </w:pPr>
            <w:r w:rsidRPr="00285B8E">
              <w:rPr>
                <w:lang w:val="nl-NL"/>
              </w:rPr>
              <w:t>Indien sprake is van een holding:</w:t>
            </w:r>
          </w:p>
        </w:tc>
      </w:tr>
      <w:tr w:rsidR="00AA3A07" w:rsidRPr="00285B8E" w14:paraId="6320B9B6" w14:textId="77777777">
        <w:tc>
          <w:tcPr>
            <w:tcW w:w="567" w:type="dxa"/>
            <w:tcBorders>
              <w:top w:val="single" w:sz="4" w:space="0" w:color="000000"/>
              <w:left w:val="single" w:sz="4" w:space="0" w:color="000000"/>
              <w:bottom w:val="single" w:sz="4" w:space="0" w:color="000000"/>
              <w:right w:val="single" w:sz="4" w:space="0" w:color="000000"/>
            </w:tcBorders>
          </w:tcPr>
          <w:p w14:paraId="7C03594F" w14:textId="77777777" w:rsidR="00AA3A07" w:rsidRDefault="00000000">
            <w:r>
              <w:rPr>
                <w:sz w:val="24"/>
              </w:rPr>
              <w:t>☐</w:t>
            </w:r>
          </w:p>
        </w:tc>
        <w:tc>
          <w:tcPr>
            <w:tcW w:w="8787" w:type="dxa"/>
            <w:tcBorders>
              <w:top w:val="single" w:sz="4" w:space="0" w:color="000000"/>
              <w:left w:val="single" w:sz="4" w:space="0" w:color="000000"/>
              <w:bottom w:val="single" w:sz="4" w:space="0" w:color="000000"/>
              <w:right w:val="single" w:sz="4" w:space="0" w:color="000000"/>
            </w:tcBorders>
          </w:tcPr>
          <w:p w14:paraId="2786380B" w14:textId="77777777" w:rsidR="00AA3A07" w:rsidRPr="00285B8E" w:rsidRDefault="00000000">
            <w:pPr>
              <w:rPr>
                <w:lang w:val="nl-NL"/>
              </w:rPr>
            </w:pPr>
            <w:r w:rsidRPr="00285B8E">
              <w:rPr>
                <w:lang w:val="nl-NL"/>
              </w:rPr>
              <w:t>Inschrijver verklaart dat de Inschrijving onafhankelijk van andere bedrijven uit de holding is opgesteld en daarbij geen inzicht heeft gegeven in zijn aanbieding noch inhoudelijk weet heeft van de aanbieding van deze andere bedrijven.</w:t>
            </w:r>
          </w:p>
        </w:tc>
      </w:tr>
    </w:tbl>
    <w:p w14:paraId="79817266" w14:textId="77777777" w:rsidR="00AA3A07" w:rsidRPr="00285B8E" w:rsidRDefault="00AA3A07">
      <w:pPr>
        <w:spacing w:after="40"/>
        <w:rPr>
          <w:lang w:val="nl-NL"/>
        </w:rPr>
      </w:pPr>
    </w:p>
    <w:tbl>
      <w:tblPr>
        <w:tblW w:w="0" w:type="auto"/>
        <w:tblLayout w:type="fixed"/>
        <w:tblLook w:val="04A0" w:firstRow="1" w:lastRow="0" w:firstColumn="1" w:lastColumn="0" w:noHBand="0" w:noVBand="1"/>
      </w:tblPr>
      <w:tblGrid>
        <w:gridCol w:w="567"/>
        <w:gridCol w:w="8787"/>
      </w:tblGrid>
      <w:tr w:rsidR="00AA3A07" w:rsidRPr="00285B8E" w14:paraId="2DFCB158" w14:textId="77777777">
        <w:tc>
          <w:tcPr>
            <w:tcW w:w="9354" w:type="dxa"/>
            <w:gridSpan w:val="2"/>
            <w:tcBorders>
              <w:top w:val="single" w:sz="4" w:space="0" w:color="000000"/>
              <w:left w:val="single" w:sz="4" w:space="0" w:color="000000"/>
              <w:bottom w:val="single" w:sz="4" w:space="0" w:color="000000"/>
              <w:right w:val="single" w:sz="4" w:space="0" w:color="000000"/>
            </w:tcBorders>
            <w:shd w:val="clear" w:color="auto" w:fill="B8CCE4"/>
          </w:tcPr>
          <w:p w14:paraId="760EB9D9" w14:textId="77777777" w:rsidR="00AA3A07" w:rsidRPr="00285B8E" w:rsidRDefault="00000000">
            <w:pPr>
              <w:rPr>
                <w:lang w:val="nl-NL"/>
              </w:rPr>
            </w:pPr>
            <w:r w:rsidRPr="00285B8E">
              <w:rPr>
                <w:lang w:val="nl-NL"/>
              </w:rPr>
              <w:t>Indien de Inschrijver gebruik maakt van de middelen van de Holding:</w:t>
            </w:r>
          </w:p>
        </w:tc>
      </w:tr>
      <w:tr w:rsidR="00AA3A07" w:rsidRPr="00285B8E" w14:paraId="5E90F825" w14:textId="77777777">
        <w:tc>
          <w:tcPr>
            <w:tcW w:w="567" w:type="dxa"/>
            <w:tcBorders>
              <w:top w:val="single" w:sz="4" w:space="0" w:color="000000"/>
              <w:left w:val="single" w:sz="4" w:space="0" w:color="000000"/>
              <w:bottom w:val="single" w:sz="4" w:space="0" w:color="000000"/>
              <w:right w:val="single" w:sz="4" w:space="0" w:color="000000"/>
            </w:tcBorders>
          </w:tcPr>
          <w:p w14:paraId="522C4C04" w14:textId="77777777" w:rsidR="00AA3A07" w:rsidRDefault="00000000">
            <w:r>
              <w:rPr>
                <w:sz w:val="24"/>
              </w:rPr>
              <w:t>☐</w:t>
            </w:r>
          </w:p>
        </w:tc>
        <w:tc>
          <w:tcPr>
            <w:tcW w:w="8787" w:type="dxa"/>
            <w:tcBorders>
              <w:top w:val="single" w:sz="4" w:space="0" w:color="000000"/>
              <w:left w:val="single" w:sz="4" w:space="0" w:color="000000"/>
              <w:bottom w:val="single" w:sz="4" w:space="0" w:color="000000"/>
              <w:right w:val="single" w:sz="4" w:space="0" w:color="000000"/>
            </w:tcBorders>
          </w:tcPr>
          <w:p w14:paraId="086D277F" w14:textId="77777777" w:rsidR="00AA3A07" w:rsidRPr="00285B8E" w:rsidRDefault="00000000">
            <w:pPr>
              <w:rPr>
                <w:lang w:val="nl-NL"/>
              </w:rPr>
            </w:pPr>
            <w:r w:rsidRPr="00285B8E">
              <w:rPr>
                <w:lang w:val="nl-NL"/>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Inschrijver bij gunning van de opdracht, volledig en onvoorwaardelijk garant stelt voor de uit de rechtshandelingen van Inschrijver voortvloeiende schulden in het kader van deze opdracht.</w:t>
            </w:r>
          </w:p>
        </w:tc>
      </w:tr>
    </w:tbl>
    <w:p w14:paraId="7A8C8871" w14:textId="77777777" w:rsidR="00AA3A07" w:rsidRPr="00285B8E" w:rsidRDefault="00AA3A07">
      <w:pPr>
        <w:spacing w:after="200"/>
        <w:rPr>
          <w:lang w:val="nl-NL"/>
        </w:rPr>
      </w:pPr>
    </w:p>
    <w:p w14:paraId="7C5B518E" w14:textId="77777777" w:rsidR="00AA3A07" w:rsidRDefault="00000000">
      <w:r>
        <w:rPr>
          <w:u w:val="single"/>
        </w:rPr>
        <w:t>Namens de holding</w:t>
      </w:r>
    </w:p>
    <w:p w14:paraId="5654B430" w14:textId="77777777" w:rsidR="00AA3A07" w:rsidRDefault="00AA3A07">
      <w:pPr>
        <w:spacing w:after="40"/>
      </w:pPr>
    </w:p>
    <w:tbl>
      <w:tblPr>
        <w:tblW w:w="0" w:type="auto"/>
        <w:tblLayout w:type="fixed"/>
        <w:tblLook w:val="04A0" w:firstRow="1" w:lastRow="0" w:firstColumn="1" w:lastColumn="0" w:noHBand="0" w:noVBand="1"/>
      </w:tblPr>
      <w:tblGrid>
        <w:gridCol w:w="4535"/>
        <w:gridCol w:w="4819"/>
      </w:tblGrid>
      <w:tr w:rsidR="00AA3A07" w14:paraId="01747BD1" w14:textId="77777777">
        <w:tc>
          <w:tcPr>
            <w:tcW w:w="4535" w:type="dxa"/>
          </w:tcPr>
          <w:p w14:paraId="0A917C2B" w14:textId="77777777" w:rsidR="00AA3A07" w:rsidRDefault="00000000">
            <w:r>
              <w:t>Naam</w:t>
            </w:r>
          </w:p>
        </w:tc>
        <w:tc>
          <w:tcPr>
            <w:tcW w:w="4819" w:type="dxa"/>
          </w:tcPr>
          <w:p w14:paraId="0A553239" w14:textId="77777777" w:rsidR="00AA3A07" w:rsidRDefault="00000000">
            <w:r>
              <w:t>Datum</w:t>
            </w:r>
          </w:p>
        </w:tc>
      </w:tr>
    </w:tbl>
    <w:p w14:paraId="6CBEC2DC" w14:textId="77777777" w:rsidR="00AA3A07" w:rsidRDefault="00AA3A07">
      <w:pPr>
        <w:spacing w:after="40"/>
      </w:pPr>
    </w:p>
    <w:p w14:paraId="6D466C21" w14:textId="77777777" w:rsidR="00AA3A07" w:rsidRDefault="00000000">
      <w:pPr>
        <w:spacing w:after="40"/>
      </w:pPr>
      <w:r>
        <w:t>……………………</w:t>
      </w:r>
    </w:p>
    <w:tbl>
      <w:tblPr>
        <w:tblW w:w="0" w:type="auto"/>
        <w:tblLayout w:type="fixed"/>
        <w:tblLook w:val="04A0" w:firstRow="1" w:lastRow="0" w:firstColumn="1" w:lastColumn="0" w:noHBand="0" w:noVBand="1"/>
      </w:tblPr>
      <w:tblGrid>
        <w:gridCol w:w="4535"/>
        <w:gridCol w:w="4819"/>
      </w:tblGrid>
      <w:tr w:rsidR="00AA3A07" w14:paraId="4EE262ED" w14:textId="77777777">
        <w:tc>
          <w:tcPr>
            <w:tcW w:w="4535" w:type="dxa"/>
          </w:tcPr>
          <w:p w14:paraId="41AF1D42" w14:textId="77777777" w:rsidR="00AA3A07" w:rsidRDefault="00000000">
            <w:r>
              <w:t>Naam tekenbevoegde</w:t>
            </w:r>
          </w:p>
        </w:tc>
        <w:tc>
          <w:tcPr>
            <w:tcW w:w="4819" w:type="dxa"/>
          </w:tcPr>
          <w:p w14:paraId="76023CC6" w14:textId="77777777" w:rsidR="00AA3A07" w:rsidRDefault="00000000">
            <w:r>
              <w:t>Functie</w:t>
            </w:r>
          </w:p>
        </w:tc>
      </w:tr>
    </w:tbl>
    <w:p w14:paraId="5DFA069F" w14:textId="77777777" w:rsidR="00AA3A07" w:rsidRDefault="00000000">
      <w:pPr>
        <w:spacing w:after="200"/>
      </w:pPr>
      <w:r>
        <w:t>……………………</w:t>
      </w:r>
    </w:p>
    <w:p w14:paraId="5BDCEA83" w14:textId="77777777" w:rsidR="00AA3A07" w:rsidRDefault="00000000">
      <w:pPr>
        <w:spacing w:after="400"/>
      </w:pPr>
      <w:r>
        <w:t>Handtekening</w:t>
      </w:r>
    </w:p>
    <w:p w14:paraId="451D7AE2" w14:textId="77777777" w:rsidR="00AA3A07" w:rsidRDefault="00AA3A07">
      <w:pPr>
        <w:pBdr>
          <w:bottom w:val="single" w:sz="6" w:space="1" w:color="000000"/>
        </w:pBdr>
      </w:pPr>
    </w:p>
    <w:p w14:paraId="16FFFB08" w14:textId="77777777" w:rsidR="00AA3A07" w:rsidRDefault="00AA3A07">
      <w:pPr>
        <w:spacing w:after="200"/>
      </w:pPr>
    </w:p>
    <w:p w14:paraId="754E2DF5" w14:textId="77777777" w:rsidR="00AA3A07" w:rsidRDefault="00000000">
      <w:r>
        <w:rPr>
          <w:u w:val="single"/>
        </w:rPr>
        <w:t>Namens de inschrijver</w:t>
      </w:r>
    </w:p>
    <w:p w14:paraId="5345F7DB" w14:textId="77777777" w:rsidR="00AA3A07" w:rsidRDefault="00AA3A07">
      <w:pPr>
        <w:spacing w:after="40"/>
      </w:pPr>
    </w:p>
    <w:tbl>
      <w:tblPr>
        <w:tblW w:w="0" w:type="auto"/>
        <w:tblLayout w:type="fixed"/>
        <w:tblLook w:val="04A0" w:firstRow="1" w:lastRow="0" w:firstColumn="1" w:lastColumn="0" w:noHBand="0" w:noVBand="1"/>
      </w:tblPr>
      <w:tblGrid>
        <w:gridCol w:w="4535"/>
        <w:gridCol w:w="4819"/>
      </w:tblGrid>
      <w:tr w:rsidR="00AA3A07" w14:paraId="378EF685" w14:textId="77777777">
        <w:tc>
          <w:tcPr>
            <w:tcW w:w="4535" w:type="dxa"/>
          </w:tcPr>
          <w:p w14:paraId="3E425D1B" w14:textId="77777777" w:rsidR="00AA3A07" w:rsidRDefault="00000000">
            <w:r>
              <w:t>Naam</w:t>
            </w:r>
          </w:p>
        </w:tc>
        <w:tc>
          <w:tcPr>
            <w:tcW w:w="4819" w:type="dxa"/>
          </w:tcPr>
          <w:p w14:paraId="12FAB8C4" w14:textId="77777777" w:rsidR="00AA3A07" w:rsidRDefault="00000000">
            <w:r>
              <w:t>Datum</w:t>
            </w:r>
          </w:p>
        </w:tc>
      </w:tr>
    </w:tbl>
    <w:p w14:paraId="02941274" w14:textId="77777777" w:rsidR="00AA3A07" w:rsidRDefault="00AA3A07">
      <w:pPr>
        <w:spacing w:after="40"/>
      </w:pPr>
    </w:p>
    <w:p w14:paraId="0594A038" w14:textId="77777777" w:rsidR="00AA3A07" w:rsidRDefault="00000000">
      <w:pPr>
        <w:spacing w:after="40"/>
      </w:pPr>
      <w:r>
        <w:t>……………………</w:t>
      </w:r>
    </w:p>
    <w:tbl>
      <w:tblPr>
        <w:tblW w:w="0" w:type="auto"/>
        <w:tblLayout w:type="fixed"/>
        <w:tblLook w:val="04A0" w:firstRow="1" w:lastRow="0" w:firstColumn="1" w:lastColumn="0" w:noHBand="0" w:noVBand="1"/>
      </w:tblPr>
      <w:tblGrid>
        <w:gridCol w:w="4535"/>
        <w:gridCol w:w="4819"/>
      </w:tblGrid>
      <w:tr w:rsidR="00AA3A07" w14:paraId="23D667A2" w14:textId="77777777">
        <w:tc>
          <w:tcPr>
            <w:tcW w:w="4535" w:type="dxa"/>
          </w:tcPr>
          <w:p w14:paraId="31D3410A" w14:textId="77777777" w:rsidR="00AA3A07" w:rsidRDefault="00000000">
            <w:r>
              <w:t>Naam tekenbevoegde</w:t>
            </w:r>
          </w:p>
        </w:tc>
        <w:tc>
          <w:tcPr>
            <w:tcW w:w="4819" w:type="dxa"/>
          </w:tcPr>
          <w:p w14:paraId="1072EC0D" w14:textId="77777777" w:rsidR="00AA3A07" w:rsidRDefault="00000000">
            <w:r>
              <w:t>Functie</w:t>
            </w:r>
          </w:p>
        </w:tc>
      </w:tr>
    </w:tbl>
    <w:p w14:paraId="735276D2" w14:textId="77777777" w:rsidR="00AA3A07" w:rsidRDefault="00000000">
      <w:pPr>
        <w:spacing w:after="200"/>
      </w:pPr>
      <w:r>
        <w:t>……………………</w:t>
      </w:r>
    </w:p>
    <w:p w14:paraId="3DA54AFE" w14:textId="77777777" w:rsidR="00AA3A07" w:rsidRDefault="00000000">
      <w:pPr>
        <w:spacing w:after="400"/>
      </w:pPr>
      <w:r>
        <w:t>Handtekening</w:t>
      </w:r>
    </w:p>
    <w:sectPr w:rsidR="00AA3A07" w:rsidSect="00034616">
      <w:headerReference w:type="default" r:id="rId11"/>
      <w:footerReference w:type="default" r:id="rId12"/>
      <w:pgSz w:w="11906" w:h="16838"/>
      <w:pgMar w:top="1134" w:right="1134"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AE929" w14:textId="77777777" w:rsidR="00EF34E1" w:rsidRDefault="00EF34E1">
      <w:pPr>
        <w:spacing w:after="0" w:line="240" w:lineRule="auto"/>
      </w:pPr>
      <w:r>
        <w:separator/>
      </w:r>
    </w:p>
  </w:endnote>
  <w:endnote w:type="continuationSeparator" w:id="0">
    <w:p w14:paraId="0B2FE938" w14:textId="77777777" w:rsidR="00EF34E1" w:rsidRDefault="00EF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1A18" w14:textId="77777777" w:rsidR="00AA3A07" w:rsidRPr="00285B8E" w:rsidRDefault="00000000">
    <w:pPr>
      <w:pStyle w:val="Voettekst"/>
      <w:pBdr>
        <w:top w:val="double" w:sz="18" w:space="4" w:color="6F2F9F"/>
      </w:pBdr>
      <w:tabs>
        <w:tab w:val="clear" w:pos="9360"/>
        <w:tab w:val="right" w:pos="9355"/>
      </w:tabs>
      <w:spacing w:before="80"/>
      <w:rPr>
        <w:lang w:val="nl-NL"/>
      </w:rPr>
    </w:pPr>
    <w:r w:rsidRPr="00285B8E">
      <w:rPr>
        <w:sz w:val="18"/>
        <w:lang w:val="nl-NL"/>
      </w:rPr>
      <w:t>Holdingverklaring Kleinschalige Woonvoorzieningen (KWV) d.d. [dd-mm-jjjj]</w:t>
    </w:r>
    <w:r w:rsidRPr="00285B8E">
      <w:rPr>
        <w:lang w:val="nl-NL"/>
      </w:rPr>
      <w:tab/>
      <w:t xml:space="preserve">Pagina | </w:t>
    </w:r>
    <w:r>
      <w:rPr>
        <w:sz w:val="18"/>
      </w:rPr>
      <w:fldChar w:fldCharType="begin"/>
    </w:r>
    <w:r w:rsidRPr="00285B8E">
      <w:rPr>
        <w:sz w:val="18"/>
        <w:lang w:val="nl-NL"/>
      </w:rPr>
      <w:instrText xml:space="preserve"> PAGE 1</w:instrText>
    </w:r>
    <w:r w:rsidR="0034513D">
      <w:rPr>
        <w:sz w:val="18"/>
      </w:rPr>
      <w:fldChar w:fldCharType="separate"/>
    </w:r>
    <w:r w:rsidR="0034513D" w:rsidRPr="00285B8E">
      <w:rPr>
        <w:noProof/>
        <w:sz w:val="18"/>
        <w:lang w:val="nl-NL"/>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FB5B" w14:textId="77777777" w:rsidR="00EF34E1" w:rsidRDefault="00EF34E1">
      <w:pPr>
        <w:spacing w:after="0" w:line="240" w:lineRule="auto"/>
      </w:pPr>
      <w:r>
        <w:separator/>
      </w:r>
    </w:p>
  </w:footnote>
  <w:footnote w:type="continuationSeparator" w:id="0">
    <w:p w14:paraId="17BA5281" w14:textId="77777777" w:rsidR="00EF34E1" w:rsidRDefault="00EF3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664F" w14:textId="77777777" w:rsidR="00AA3A07" w:rsidRDefault="00000000">
    <w:pPr>
      <w:pStyle w:val="Koptekst"/>
      <w:jc w:val="right"/>
    </w:pPr>
    <w:r>
      <w:rPr>
        <w:noProof/>
      </w:rPr>
      <w:drawing>
        <wp:inline distT="0" distB="0" distL="0" distR="0" wp14:anchorId="5553BE15" wp14:editId="08B00925">
          <wp:extent cx="1655999" cy="581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j_logo.png"/>
                  <pic:cNvPicPr/>
                </pic:nvPicPr>
                <pic:blipFill>
                  <a:blip r:embed="rId1"/>
                  <a:stretch>
                    <a:fillRect/>
                  </a:stretch>
                </pic:blipFill>
                <pic:spPr>
                  <a:xfrm>
                    <a:off x="0" y="0"/>
                    <a:ext cx="1655999" cy="581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031152156">
    <w:abstractNumId w:val="8"/>
  </w:num>
  <w:num w:numId="2" w16cid:durableId="1686398425">
    <w:abstractNumId w:val="6"/>
  </w:num>
  <w:num w:numId="3" w16cid:durableId="921719131">
    <w:abstractNumId w:val="5"/>
  </w:num>
  <w:num w:numId="4" w16cid:durableId="1073234673">
    <w:abstractNumId w:val="4"/>
  </w:num>
  <w:num w:numId="5" w16cid:durableId="246351639">
    <w:abstractNumId w:val="7"/>
  </w:num>
  <w:num w:numId="6" w16cid:durableId="1854221744">
    <w:abstractNumId w:val="3"/>
  </w:num>
  <w:num w:numId="7" w16cid:durableId="1738745358">
    <w:abstractNumId w:val="2"/>
  </w:num>
  <w:num w:numId="8" w16cid:durableId="1172601162">
    <w:abstractNumId w:val="1"/>
  </w:num>
  <w:num w:numId="9" w16cid:durableId="122398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5B8E"/>
    <w:rsid w:val="0029639D"/>
    <w:rsid w:val="002E00FD"/>
    <w:rsid w:val="00326F90"/>
    <w:rsid w:val="0034513D"/>
    <w:rsid w:val="00AA1D8D"/>
    <w:rsid w:val="00AA3A07"/>
    <w:rsid w:val="00B47730"/>
    <w:rsid w:val="00CB0664"/>
    <w:rsid w:val="00EF34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14B4BD"/>
  <w14:defaultImageDpi w14:val="300"/>
  <w15:docId w15:val="{1D23936E-DA6B-43A7-8F32-B349C1AF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60" w:line="259" w:lineRule="auto"/>
    </w:pPr>
    <w:rPr>
      <w:rFonts w:ascii="Arial" w:hAnsi="Arial" w:cs="Arial"/>
      <w:color w:val="000000"/>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spacing w:after="80"/>
      <w:ind w:left="680" w:hanging="340"/>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39E7BA0-023D-46EF-A0ED-247CBE2B9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f4809-a167-4d57-8406-7512ad2fe051"/>
    <ds:schemaRef ds:uri="70c40110-8597-4bdd-8177-65c2b055a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F3714B-2FB2-40A8-B553-C0B89AF7994B}">
  <ds:schemaRefs>
    <ds:schemaRef ds:uri="http://schemas.microsoft.com/sharepoint/v3/contenttype/forms"/>
  </ds:schemaRefs>
</ds:datastoreItem>
</file>

<file path=customXml/itemProps4.xml><?xml version="1.0" encoding="utf-8"?>
<ds:datastoreItem xmlns:ds="http://schemas.openxmlformats.org/officeDocument/2006/customXml" ds:itemID="{C7372A44-7B88-4ED6-A95C-3D6E6E9AE416}">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Matthijs Boonstra</cp:lastModifiedBy>
  <cp:revision>3</cp:revision>
  <dcterms:created xsi:type="dcterms:W3CDTF">2026-08-24T18:46:00Z</dcterms:created>
  <dcterms:modified xsi:type="dcterms:W3CDTF">2026-08-24T18:46:00Z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MediaServiceImageTags">
    <vt:lpwstr/>
  </property>
</Properties>
</file>