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81C5A" w14:textId="77777777" w:rsidR="006C574C" w:rsidRPr="0076185D" w:rsidRDefault="006C574C">
      <w:pPr>
        <w:rPr>
          <w:lang w:val="nl-NL"/>
        </w:rPr>
      </w:pPr>
    </w:p>
    <w:p w14:paraId="7B746FE0" w14:textId="77777777" w:rsidR="006C574C" w:rsidRPr="0076185D" w:rsidRDefault="006C574C">
      <w:pPr>
        <w:rPr>
          <w:lang w:val="nl-NL"/>
        </w:rPr>
      </w:pPr>
    </w:p>
    <w:p w14:paraId="3CF4D3A5" w14:textId="77777777" w:rsidR="006C574C" w:rsidRPr="0076185D" w:rsidRDefault="009B5C87">
      <w:pPr>
        <w:spacing w:after="80"/>
        <w:rPr>
          <w:lang w:val="nl-NL"/>
        </w:rPr>
      </w:pPr>
      <w:r w:rsidRPr="0076185D">
        <w:rPr>
          <w:b/>
          <w:sz w:val="40"/>
          <w:lang w:val="nl-NL"/>
        </w:rPr>
        <w:t>Raamovereenkomst Kleinschalige Woonvoorzieningen (KWV)</w:t>
      </w:r>
    </w:p>
    <w:p w14:paraId="176830BE" w14:textId="77777777" w:rsidR="006C574C" w:rsidRPr="0076185D" w:rsidRDefault="009B5C87">
      <w:pPr>
        <w:rPr>
          <w:lang w:val="nl-NL"/>
        </w:rPr>
      </w:pPr>
      <w:r w:rsidRPr="0076185D">
        <w:rPr>
          <w:sz w:val="28"/>
          <w:lang w:val="nl-NL"/>
        </w:rPr>
        <w:t>Regio IJsselland</w:t>
      </w:r>
    </w:p>
    <w:p w14:paraId="1322ADA9" w14:textId="77777777" w:rsidR="006C574C" w:rsidRPr="0076185D" w:rsidRDefault="006C574C">
      <w:pPr>
        <w:rPr>
          <w:lang w:val="nl-NL"/>
        </w:rPr>
      </w:pPr>
    </w:p>
    <w:p w14:paraId="346CEE8F" w14:textId="77777777" w:rsidR="006C574C" w:rsidRPr="0076185D" w:rsidRDefault="006C574C">
      <w:pPr>
        <w:rPr>
          <w:lang w:val="nl-NL"/>
        </w:rPr>
      </w:pPr>
    </w:p>
    <w:tbl>
      <w:tblPr>
        <w:tblStyle w:val="TableNormal"/>
        <w:tblpPr w:leftFromText="141" w:rightFromText="141" w:vertAnchor="text" w:horzAnchor="margin" w:tblpY="7802"/>
        <w:tblW w:w="0" w:type="auto"/>
        <w:tblLook w:val="04A0" w:firstRow="1" w:lastRow="0" w:firstColumn="1" w:lastColumn="0" w:noHBand="0" w:noVBand="1"/>
      </w:tblPr>
      <w:tblGrid>
        <w:gridCol w:w="1701"/>
        <w:gridCol w:w="4535"/>
      </w:tblGrid>
      <w:tr w:rsidR="0076185D" w:rsidRPr="0076185D" w14:paraId="3D2A7ADC" w14:textId="77777777" w:rsidTr="0076185D">
        <w:tc>
          <w:tcPr>
            <w:tcW w:w="1701" w:type="dxa"/>
          </w:tcPr>
          <w:p w14:paraId="2118DC99" w14:textId="77777777" w:rsidR="0076185D" w:rsidRPr="0076185D" w:rsidRDefault="0076185D" w:rsidP="0076185D">
            <w:pPr>
              <w:rPr>
                <w:lang w:val="nl-NL"/>
              </w:rPr>
            </w:pPr>
            <w:r w:rsidRPr="0076185D">
              <w:rPr>
                <w:b/>
                <w:lang w:val="nl-NL"/>
              </w:rPr>
              <w:t>Datum:</w:t>
            </w:r>
          </w:p>
        </w:tc>
        <w:tc>
          <w:tcPr>
            <w:tcW w:w="4535" w:type="dxa"/>
          </w:tcPr>
          <w:p w14:paraId="51D395E6" w14:textId="533EC5D0" w:rsidR="0076185D" w:rsidRPr="0076185D" w:rsidRDefault="001E2A4A" w:rsidP="0076185D">
            <w:pPr>
              <w:rPr>
                <w:lang w:val="nl-NL"/>
              </w:rPr>
            </w:pPr>
            <w:r>
              <w:rPr>
                <w:lang w:val="nl-NL"/>
              </w:rPr>
              <w:t>27 augustus 2026</w:t>
            </w:r>
          </w:p>
        </w:tc>
      </w:tr>
      <w:tr w:rsidR="0076185D" w:rsidRPr="0076185D" w14:paraId="2B4EC67D" w14:textId="77777777" w:rsidTr="0076185D">
        <w:tc>
          <w:tcPr>
            <w:tcW w:w="1701" w:type="dxa"/>
          </w:tcPr>
          <w:p w14:paraId="21B82FC0" w14:textId="77777777" w:rsidR="0076185D" w:rsidRPr="0076185D" w:rsidRDefault="0076185D" w:rsidP="0076185D">
            <w:pPr>
              <w:rPr>
                <w:lang w:val="nl-NL"/>
              </w:rPr>
            </w:pPr>
            <w:r w:rsidRPr="0076185D">
              <w:rPr>
                <w:b/>
                <w:lang w:val="nl-NL"/>
              </w:rPr>
              <w:t>Versie:</w:t>
            </w:r>
          </w:p>
        </w:tc>
        <w:tc>
          <w:tcPr>
            <w:tcW w:w="4535" w:type="dxa"/>
          </w:tcPr>
          <w:p w14:paraId="320CACD2" w14:textId="69958660" w:rsidR="0076185D" w:rsidRPr="0076185D" w:rsidRDefault="0076185D" w:rsidP="0076185D">
            <w:pPr>
              <w:rPr>
                <w:lang w:val="nl-NL"/>
              </w:rPr>
            </w:pPr>
            <w:r w:rsidRPr="0076185D">
              <w:rPr>
                <w:lang w:val="nl-NL"/>
              </w:rPr>
              <w:t xml:space="preserve">1.0 </w:t>
            </w:r>
          </w:p>
        </w:tc>
      </w:tr>
      <w:tr w:rsidR="0076185D" w:rsidRPr="0076185D" w14:paraId="608C1590" w14:textId="77777777" w:rsidTr="0076185D">
        <w:tc>
          <w:tcPr>
            <w:tcW w:w="1701" w:type="dxa"/>
          </w:tcPr>
          <w:p w14:paraId="082166DB" w14:textId="77777777" w:rsidR="0076185D" w:rsidRPr="0076185D" w:rsidRDefault="0076185D" w:rsidP="0076185D">
            <w:pPr>
              <w:rPr>
                <w:lang w:val="nl-NL"/>
              </w:rPr>
            </w:pPr>
            <w:r w:rsidRPr="0076185D">
              <w:rPr>
                <w:b/>
                <w:lang w:val="nl-NL"/>
              </w:rPr>
              <w:t>Status:</w:t>
            </w:r>
          </w:p>
        </w:tc>
        <w:tc>
          <w:tcPr>
            <w:tcW w:w="4535" w:type="dxa"/>
          </w:tcPr>
          <w:p w14:paraId="047390F1" w14:textId="24C48845" w:rsidR="0076185D" w:rsidRPr="0076185D" w:rsidRDefault="001E2A4A" w:rsidP="0076185D">
            <w:pPr>
              <w:rPr>
                <w:lang w:val="nl-NL"/>
              </w:rPr>
            </w:pPr>
            <w:r>
              <w:rPr>
                <w:lang w:val="nl-NL"/>
              </w:rPr>
              <w:t>Definitief</w:t>
            </w:r>
          </w:p>
        </w:tc>
      </w:tr>
    </w:tbl>
    <w:p w14:paraId="0E83EF82" w14:textId="77777777" w:rsidR="006C574C" w:rsidRPr="0076185D" w:rsidRDefault="009B5C87">
      <w:pPr>
        <w:rPr>
          <w:lang w:val="nl-NL"/>
        </w:rPr>
      </w:pPr>
      <w:r w:rsidRPr="0076185D">
        <w:rPr>
          <w:lang w:val="nl-NL"/>
        </w:rPr>
        <w:br w:type="page"/>
      </w:r>
    </w:p>
    <w:p w14:paraId="76880DC3" w14:textId="48A74339" w:rsidR="006C574C" w:rsidRPr="0076185D" w:rsidRDefault="009B5C87">
      <w:pPr>
        <w:rPr>
          <w:lang w:val="nl-NL"/>
        </w:rPr>
      </w:pPr>
      <w:r w:rsidRPr="0076185D">
        <w:rPr>
          <w:lang w:val="nl-NL"/>
        </w:rPr>
        <w:lastRenderedPageBreak/>
        <w:t>Regionaal Serviceteam Jeugd IJsselland (RSJ IJsselland)</w:t>
      </w:r>
      <w:r w:rsidR="0076185D" w:rsidRPr="0076185D">
        <w:rPr>
          <w:lang w:val="nl-NL"/>
        </w:rPr>
        <w:t>, als onderdeel van GGD IJsselland</w:t>
      </w:r>
      <w:r w:rsidRPr="0076185D">
        <w:rPr>
          <w:lang w:val="nl-NL"/>
        </w:rPr>
        <w:t xml:space="preserve">, gevestigd </w:t>
      </w:r>
      <w:r w:rsidR="0076185D" w:rsidRPr="0076185D">
        <w:rPr>
          <w:lang w:val="nl-NL"/>
        </w:rPr>
        <w:t>Zeven Alleetjes 1</w:t>
      </w:r>
      <w:r w:rsidRPr="0076185D">
        <w:rPr>
          <w:lang w:val="nl-NL"/>
        </w:rPr>
        <w:t xml:space="preserve"> te Zwolle, rechtsgeldig vertegenwoordigd door </w:t>
      </w:r>
      <w:r w:rsidR="009E7D97">
        <w:rPr>
          <w:lang w:val="nl-NL"/>
        </w:rPr>
        <w:t>A. Schulting</w:t>
      </w:r>
      <w:r w:rsidRPr="0076185D">
        <w:rPr>
          <w:lang w:val="nl-NL"/>
        </w:rPr>
        <w:t xml:space="preserve">, </w:t>
      </w:r>
      <w:r w:rsidR="009E7D97">
        <w:rPr>
          <w:lang w:val="nl-NL"/>
        </w:rPr>
        <w:t>Directeur</w:t>
      </w:r>
      <w:r w:rsidRPr="0076185D">
        <w:rPr>
          <w:lang w:val="nl-NL"/>
        </w:rPr>
        <w:t>,</w:t>
      </w:r>
    </w:p>
    <w:p w14:paraId="5C84F33D" w14:textId="77777777" w:rsidR="006C574C" w:rsidRPr="0076185D" w:rsidRDefault="009B5C87">
      <w:pPr>
        <w:rPr>
          <w:lang w:val="nl-NL"/>
        </w:rPr>
      </w:pPr>
      <w:r w:rsidRPr="0076185D">
        <w:rPr>
          <w:lang w:val="nl-NL"/>
        </w:rPr>
        <w:t xml:space="preserve">hierna te noemen </w:t>
      </w:r>
      <w:r w:rsidRPr="0076185D">
        <w:rPr>
          <w:b/>
          <w:lang w:val="nl-NL"/>
        </w:rPr>
        <w:t>Opdrachtgever;</w:t>
      </w:r>
    </w:p>
    <w:p w14:paraId="73745FAC" w14:textId="77777777" w:rsidR="006C574C" w:rsidRPr="0076185D" w:rsidRDefault="009B5C87">
      <w:pPr>
        <w:rPr>
          <w:lang w:val="nl-NL"/>
        </w:rPr>
      </w:pPr>
      <w:r w:rsidRPr="0076185D">
        <w:rPr>
          <w:lang w:val="nl-NL"/>
        </w:rPr>
        <w:t>en</w:t>
      </w:r>
    </w:p>
    <w:p w14:paraId="528734A2" w14:textId="77777777" w:rsidR="006C574C" w:rsidRPr="0076185D" w:rsidRDefault="009B5C87">
      <w:pPr>
        <w:rPr>
          <w:lang w:val="nl-NL"/>
        </w:rPr>
      </w:pPr>
      <w:r w:rsidRPr="0076185D">
        <w:rPr>
          <w:lang w:val="nl-NL"/>
        </w:rPr>
        <w:t>[VENDOR:NAME], inschrijvingsnummer KvK [VENDOR:COCNUMBER], statutair gevestigd aan [VENDOR:MAINADDRESS], [VENDOR:MAINADDRESSNUM], [VENDOR:MAINZIPCODE], te [VENDOR:MAINTOWN], te dezen rechtsgeldig vertegenwoordigd door [VENDOR:SIGNER1], directeur/bestuurder,</w:t>
      </w:r>
    </w:p>
    <w:p w14:paraId="27FAFB1A" w14:textId="77777777" w:rsidR="006C574C" w:rsidRPr="0076185D" w:rsidRDefault="009B5C87">
      <w:pPr>
        <w:rPr>
          <w:lang w:val="nl-NL"/>
        </w:rPr>
      </w:pPr>
      <w:r w:rsidRPr="0076185D">
        <w:rPr>
          <w:lang w:val="nl-NL"/>
        </w:rPr>
        <w:t xml:space="preserve">hierna te noemen: </w:t>
      </w:r>
      <w:r w:rsidRPr="0076185D">
        <w:rPr>
          <w:b/>
          <w:lang w:val="nl-NL"/>
        </w:rPr>
        <w:t>Opdrachtnemer.</w:t>
      </w:r>
    </w:p>
    <w:p w14:paraId="627FDC86" w14:textId="77777777" w:rsidR="006C574C" w:rsidRPr="0076185D" w:rsidRDefault="009B5C87">
      <w:pPr>
        <w:rPr>
          <w:lang w:val="nl-NL"/>
        </w:rPr>
      </w:pPr>
      <w:r w:rsidRPr="0076185D">
        <w:rPr>
          <w:lang w:val="nl-NL"/>
        </w:rPr>
        <w:t>Verder afzonderlijk en gezamenlijk tevens aan te duiden als ‘Partij’, respectievelijk ‘Partijen’.</w:t>
      </w:r>
    </w:p>
    <w:p w14:paraId="5E3BF6D7" w14:textId="77777777" w:rsidR="006C574C" w:rsidRPr="0076185D" w:rsidRDefault="009B5C87">
      <w:pPr>
        <w:rPr>
          <w:lang w:val="nl-NL"/>
        </w:rPr>
      </w:pPr>
      <w:r w:rsidRPr="0076185D">
        <w:rPr>
          <w:b/>
          <w:lang w:val="nl-NL"/>
        </w:rPr>
        <w:t>In aanmerking nemende dat:</w:t>
      </w:r>
    </w:p>
    <w:p w14:paraId="3D79811B" w14:textId="77777777" w:rsidR="006C574C" w:rsidRPr="0076185D" w:rsidRDefault="009B5C87" w:rsidP="00DD46D7">
      <w:pPr>
        <w:pStyle w:val="Lijstopsomteken"/>
        <w:rPr>
          <w:lang w:val="nl-NL"/>
        </w:rPr>
      </w:pPr>
      <w:r w:rsidRPr="0076185D">
        <w:rPr>
          <w:lang w:val="nl-NL"/>
        </w:rPr>
        <w:t>In dit inkooptraject sprake is van een aanbestedingsprocedure in de vorm van een Europese openbare procedure voor Sociale en andere specifieke diensten (SAS-procedure).</w:t>
      </w:r>
    </w:p>
    <w:p w14:paraId="795AAAF8" w14:textId="77777777" w:rsidR="006C574C" w:rsidRPr="0076185D" w:rsidRDefault="009B5C87" w:rsidP="00DD46D7">
      <w:pPr>
        <w:pStyle w:val="Lijstopsomteken"/>
        <w:rPr>
          <w:lang w:val="nl-NL"/>
        </w:rPr>
      </w:pPr>
      <w:r w:rsidRPr="0076185D">
        <w:rPr>
          <w:lang w:val="nl-NL"/>
        </w:rPr>
        <w:t>De aanbestedingsprocedure gericht is op het contracteren van een beperkt aantal aanbieders van Kleinschalige Woonvoorzieningen (KWV), die gezamenlijk met Opdrachtgever en gemeenten een strategisch partnership vormen (het KWV-partnership); er is geen sprake van een indeling in percelen.</w:t>
      </w:r>
    </w:p>
    <w:p w14:paraId="265DD4D8" w14:textId="77777777" w:rsidR="006C574C" w:rsidRPr="0076185D" w:rsidRDefault="009B5C87" w:rsidP="00DD46D7">
      <w:pPr>
        <w:pStyle w:val="Lijstopsomteken"/>
        <w:rPr>
          <w:lang w:val="nl-NL"/>
        </w:rPr>
      </w:pPr>
      <w:r w:rsidRPr="0076185D">
        <w:rPr>
          <w:lang w:val="nl-NL"/>
        </w:rPr>
        <w:t>De inschrijffase is gestart na publicatie van het definitieve inkoopdocument op TenderNed.</w:t>
      </w:r>
    </w:p>
    <w:p w14:paraId="78BB39E8" w14:textId="77777777" w:rsidR="006C574C" w:rsidRPr="0076185D" w:rsidRDefault="009B5C87" w:rsidP="00DD46D7">
      <w:pPr>
        <w:pStyle w:val="Lijstopsomteken"/>
        <w:rPr>
          <w:lang w:val="nl-NL"/>
        </w:rPr>
      </w:pPr>
      <w:r w:rsidRPr="0076185D">
        <w:rPr>
          <w:lang w:val="nl-NL"/>
        </w:rPr>
        <w:t>Er maximaal zes (6) aanbieders zijn gecontracteerd waarmee dit strategisch partnership wordt aangegaan.</w:t>
      </w:r>
    </w:p>
    <w:p w14:paraId="41A97882" w14:textId="77777777" w:rsidR="006C574C" w:rsidRPr="0076185D" w:rsidRDefault="009B5C87" w:rsidP="00DD46D7">
      <w:pPr>
        <w:pStyle w:val="Lijstopsomteken"/>
        <w:rPr>
          <w:lang w:val="nl-NL"/>
        </w:rPr>
      </w:pPr>
      <w:r w:rsidRPr="0076185D">
        <w:rPr>
          <w:lang w:val="nl-NL"/>
        </w:rPr>
        <w:t>Opdrachtnemer door Inschrijving heeft ingestemd met de eisen zoals verwoord in het Inkoopdocument, inclusief de antwoorden in de nota’s van inlichtingen.</w:t>
      </w:r>
    </w:p>
    <w:p w14:paraId="1D80FD8D" w14:textId="77777777" w:rsidR="006C574C" w:rsidRPr="0076185D" w:rsidRDefault="009B5C87" w:rsidP="00DD46D7">
      <w:pPr>
        <w:pStyle w:val="Lijstopsomteken"/>
        <w:rPr>
          <w:lang w:val="nl-NL"/>
        </w:rPr>
      </w:pPr>
      <w:r w:rsidRPr="0076185D">
        <w:rPr>
          <w:lang w:val="nl-NL"/>
        </w:rPr>
        <w:t>De inschrijving van Opdrachtnemer voldoet aan de gestelde eisen in het Inkoopdocument en op grond daarvan heeft Opdrachtgever de onderhavige Raamovereenkomst Kleinschalige Woonvoorzieningen aan Opdrachtnemer gegund.</w:t>
      </w:r>
    </w:p>
    <w:p w14:paraId="788BDA65" w14:textId="77777777" w:rsidR="006C574C" w:rsidRPr="0076185D" w:rsidRDefault="009B5C87" w:rsidP="00DD46D7">
      <w:pPr>
        <w:pStyle w:val="Lijstopsomteken"/>
        <w:rPr>
          <w:lang w:val="nl-NL"/>
        </w:rPr>
      </w:pPr>
      <w:r w:rsidRPr="0076185D">
        <w:rPr>
          <w:lang w:val="nl-NL"/>
        </w:rPr>
        <w:t>Partijen de afspraken in dat kader schriftelijk wensen vast te leggen.</w:t>
      </w:r>
    </w:p>
    <w:p w14:paraId="61235151" w14:textId="77777777" w:rsidR="00A84A3E" w:rsidRDefault="00A84A3E">
      <w:pPr>
        <w:spacing w:after="280"/>
        <w:rPr>
          <w:b/>
          <w:lang w:val="nl-NL"/>
        </w:rPr>
      </w:pPr>
    </w:p>
    <w:p w14:paraId="28463C2B" w14:textId="44FAB5F5" w:rsidR="006C574C" w:rsidRPr="0076185D" w:rsidRDefault="009B5C87">
      <w:pPr>
        <w:spacing w:after="280"/>
        <w:rPr>
          <w:lang w:val="nl-NL"/>
        </w:rPr>
      </w:pPr>
      <w:r w:rsidRPr="0076185D">
        <w:rPr>
          <w:b/>
          <w:lang w:val="nl-NL"/>
        </w:rPr>
        <w:t>Verklaren het volgende te zijn overeengekomen:</w:t>
      </w:r>
    </w:p>
    <w:p w14:paraId="297F119E" w14:textId="77777777" w:rsidR="006C574C" w:rsidRPr="0076185D" w:rsidRDefault="009B5C87">
      <w:pPr>
        <w:keepNext/>
        <w:spacing w:before="280" w:after="120"/>
        <w:rPr>
          <w:lang w:val="nl-NL"/>
        </w:rPr>
      </w:pPr>
      <w:r w:rsidRPr="0076185D">
        <w:rPr>
          <w:b/>
          <w:sz w:val="22"/>
          <w:lang w:val="nl-NL"/>
        </w:rPr>
        <w:t>1. Definities</w:t>
      </w:r>
    </w:p>
    <w:p w14:paraId="0AD3A5A1" w14:textId="77777777" w:rsidR="006C574C" w:rsidRPr="0076185D" w:rsidRDefault="009B5C87">
      <w:pPr>
        <w:rPr>
          <w:lang w:val="nl-NL"/>
        </w:rPr>
      </w:pPr>
      <w:r w:rsidRPr="0076185D">
        <w:rPr>
          <w:lang w:val="nl-NL"/>
        </w:rPr>
        <w:t>Voor deze Overeenkomst zijn de begrippen zoals benoemd in het Inkoopdocument ‘Kleinschalige Woonvoorzieningen (KWV)’ van RSJ IJsselland van toepassing. Daarnaast gelden in deze Overeenkomst in het bijzonder de volgende begrippen:</w:t>
      </w:r>
    </w:p>
    <w:p w14:paraId="7485D30C" w14:textId="77777777" w:rsidR="006C574C" w:rsidRPr="00BB3880" w:rsidRDefault="009B5C87" w:rsidP="00DD46D7">
      <w:pPr>
        <w:pStyle w:val="Lijstopsomteken"/>
        <w:numPr>
          <w:ilvl w:val="0"/>
          <w:numId w:val="4"/>
        </w:numPr>
        <w:rPr>
          <w:lang w:val="nl-NL"/>
        </w:rPr>
      </w:pPr>
      <w:r w:rsidRPr="00BB3880">
        <w:rPr>
          <w:lang w:val="nl-NL"/>
        </w:rPr>
        <w:t>KWV: Kleinschalige Woonvoorziening, een kleinschalige, gezinsgerichte woonvorm voor jeugdigen met complexe problematiek zoals gedefinieerd in het Inkoopdocument;</w:t>
      </w:r>
    </w:p>
    <w:p w14:paraId="4CFE7117" w14:textId="77777777" w:rsidR="006C574C" w:rsidRPr="0076185D" w:rsidRDefault="009B5C87" w:rsidP="00DD46D7">
      <w:pPr>
        <w:pStyle w:val="Lijstopsomteken"/>
        <w:rPr>
          <w:lang w:val="nl-NL"/>
        </w:rPr>
      </w:pPr>
      <w:r w:rsidRPr="0076185D">
        <w:rPr>
          <w:lang w:val="nl-NL"/>
        </w:rPr>
        <w:t>KWV-partnership: de samenwerking tussen de gecontracteerde KWV-aanbieders, RSJ IJsselland en gemeenten, zoals beschreven in artikel 8 van deze Overeenkomst;</w:t>
      </w:r>
    </w:p>
    <w:p w14:paraId="58455167" w14:textId="77777777" w:rsidR="006C574C" w:rsidRPr="0076185D" w:rsidRDefault="009B5C87" w:rsidP="00DD46D7">
      <w:pPr>
        <w:pStyle w:val="Lijstopsomteken"/>
        <w:rPr>
          <w:lang w:val="nl-NL"/>
        </w:rPr>
      </w:pPr>
      <w:r w:rsidRPr="0076185D">
        <w:rPr>
          <w:lang w:val="nl-NL"/>
        </w:rPr>
        <w:t>Inkoopdocument: het inkoopdocument Kleinschalige Woonvoorzieningen (KWV) van RSJ IJsselland, inclusief de bijlagen, op grond waarvan deze Overeenkomst tot stand is gekomen;</w:t>
      </w:r>
    </w:p>
    <w:p w14:paraId="7650B248" w14:textId="77777777" w:rsidR="006C574C" w:rsidRPr="0076185D" w:rsidRDefault="009B5C87" w:rsidP="00DD46D7">
      <w:pPr>
        <w:pStyle w:val="Lijstopsomteken"/>
        <w:rPr>
          <w:lang w:val="nl-NL"/>
        </w:rPr>
      </w:pPr>
      <w:r w:rsidRPr="0076185D">
        <w:rPr>
          <w:lang w:val="nl-NL"/>
        </w:rPr>
        <w:t>Jeugdige: de jeugdige zoals bedoeld in de Jeugdwet, ten behoeve van wie een KWV-voorziening wordt ingezet;</w:t>
      </w:r>
    </w:p>
    <w:p w14:paraId="10D47A82" w14:textId="6649BCB3" w:rsidR="006C574C" w:rsidRPr="0076185D" w:rsidRDefault="009B5C87" w:rsidP="00DD46D7">
      <w:pPr>
        <w:pStyle w:val="Lijstopsomteken"/>
        <w:rPr>
          <w:lang w:val="nl-NL"/>
        </w:rPr>
      </w:pPr>
      <w:r w:rsidRPr="0076185D">
        <w:rPr>
          <w:lang w:val="nl-NL"/>
        </w:rPr>
        <w:t xml:space="preserve">Gemeente: iedere </w:t>
      </w:r>
      <w:r w:rsidR="00A84A3E">
        <w:rPr>
          <w:lang w:val="nl-NL"/>
        </w:rPr>
        <w:t xml:space="preserve">deelnemende </w:t>
      </w:r>
      <w:r w:rsidRPr="0076185D">
        <w:rPr>
          <w:lang w:val="nl-NL"/>
        </w:rPr>
        <w:t xml:space="preserve">gemeente binnen </w:t>
      </w:r>
      <w:r w:rsidR="00A84A3E">
        <w:rPr>
          <w:lang w:val="nl-NL"/>
        </w:rPr>
        <w:t xml:space="preserve">de </w:t>
      </w:r>
      <w:r w:rsidRPr="0076185D">
        <w:rPr>
          <w:lang w:val="nl-NL"/>
        </w:rPr>
        <w:t xml:space="preserve">regio IJsselland </w:t>
      </w:r>
      <w:r w:rsidR="00A84A3E">
        <w:rPr>
          <w:lang w:val="nl-NL"/>
        </w:rPr>
        <w:t>als beschreven in het Inkoopdocument.</w:t>
      </w:r>
    </w:p>
    <w:p w14:paraId="426C7490" w14:textId="77777777" w:rsidR="006C574C" w:rsidRPr="0076185D" w:rsidRDefault="009B5C87">
      <w:pPr>
        <w:keepNext/>
        <w:spacing w:before="280" w:after="120"/>
        <w:rPr>
          <w:lang w:val="nl-NL"/>
        </w:rPr>
      </w:pPr>
      <w:r w:rsidRPr="0076185D">
        <w:rPr>
          <w:b/>
          <w:sz w:val="22"/>
          <w:lang w:val="nl-NL"/>
        </w:rPr>
        <w:t>2. Reikwijdte van de Overeenkomst</w:t>
      </w:r>
    </w:p>
    <w:p w14:paraId="55C0A003" w14:textId="72A62524" w:rsidR="006C574C" w:rsidRPr="00BB3880" w:rsidRDefault="009B5C87" w:rsidP="00DD46D7">
      <w:pPr>
        <w:pStyle w:val="Lijstalinea"/>
        <w:numPr>
          <w:ilvl w:val="0"/>
          <w:numId w:val="10"/>
        </w:numPr>
        <w:tabs>
          <w:tab w:val="left" w:pos="907"/>
        </w:tabs>
        <w:spacing w:after="120"/>
        <w:rPr>
          <w:lang w:val="nl-NL"/>
        </w:rPr>
      </w:pPr>
      <w:r w:rsidRPr="00BB3880">
        <w:rPr>
          <w:lang w:val="nl-NL"/>
        </w:rPr>
        <w:t>Met deze Overeenkomst wordt Opdrachtnemer het recht gegund op het verkrijgen van Opdrachten voor het leveren van KWV aan Jeugdigen, conform de bepalingen in deze Overeenkomst en het Inkoopdocument.</w:t>
      </w:r>
    </w:p>
    <w:p w14:paraId="59C77BEA" w14:textId="5B5FA1B4" w:rsidR="006C574C" w:rsidRPr="00BB3880" w:rsidRDefault="009B5C87" w:rsidP="00DD46D7">
      <w:pPr>
        <w:pStyle w:val="Lijstalinea"/>
        <w:numPr>
          <w:ilvl w:val="0"/>
          <w:numId w:val="10"/>
        </w:numPr>
        <w:tabs>
          <w:tab w:val="left" w:pos="907"/>
        </w:tabs>
        <w:spacing w:after="120"/>
        <w:rPr>
          <w:lang w:val="nl-NL"/>
        </w:rPr>
      </w:pPr>
      <w:r w:rsidRPr="00BB3880">
        <w:rPr>
          <w:lang w:val="nl-NL"/>
        </w:rPr>
        <w:lastRenderedPageBreak/>
        <w:t>Met deze Overeenkomst neemt Opdrachtnemer tevens deel aan het KWV-partnership, zoals beschreven in artikel 8.</w:t>
      </w:r>
    </w:p>
    <w:p w14:paraId="54E99E44" w14:textId="7A83948A" w:rsidR="006C574C" w:rsidRPr="00BB3880" w:rsidRDefault="009B5C87" w:rsidP="00DD46D7">
      <w:pPr>
        <w:pStyle w:val="Lijstalinea"/>
        <w:numPr>
          <w:ilvl w:val="0"/>
          <w:numId w:val="10"/>
        </w:numPr>
        <w:tabs>
          <w:tab w:val="left" w:pos="907"/>
        </w:tabs>
        <w:spacing w:after="120"/>
        <w:rPr>
          <w:lang w:val="nl-NL"/>
        </w:rPr>
      </w:pPr>
      <w:r w:rsidRPr="00BB3880">
        <w:rPr>
          <w:lang w:val="nl-NL"/>
        </w:rPr>
        <w:t>Opdrachtgever heeft op basis van deze Overeenkomst geen afnameverplichting en geeft aan Opdrachtnemer geen garanties over de mate waarin Opdrachten aan Opdrachtnemer worden verstrekt.</w:t>
      </w:r>
    </w:p>
    <w:p w14:paraId="216983E0" w14:textId="112042F5" w:rsidR="006C574C" w:rsidRPr="00BB3880" w:rsidRDefault="009B5C87" w:rsidP="00DD46D7">
      <w:pPr>
        <w:pStyle w:val="Lijstalinea"/>
        <w:numPr>
          <w:ilvl w:val="0"/>
          <w:numId w:val="10"/>
        </w:numPr>
        <w:tabs>
          <w:tab w:val="left" w:pos="907"/>
        </w:tabs>
        <w:spacing w:after="120"/>
        <w:rPr>
          <w:lang w:val="nl-NL"/>
        </w:rPr>
      </w:pPr>
      <w:r w:rsidRPr="00BB3880">
        <w:rPr>
          <w:lang w:val="nl-NL"/>
        </w:rPr>
        <w:t>Matching van een Jeugdige aan een KWV-plek vindt plaats conform het matching</w:t>
      </w:r>
      <w:r w:rsidR="00371DB3">
        <w:rPr>
          <w:lang w:val="nl-NL"/>
        </w:rPr>
        <w:t>s</w:t>
      </w:r>
      <w:r w:rsidRPr="00BB3880">
        <w:rPr>
          <w:lang w:val="nl-NL"/>
        </w:rPr>
        <w:t xml:space="preserve">proces (Proces C) zoals beschreven in artikel 8 en nader uitgewerkt in Bijlage </w:t>
      </w:r>
      <w:r w:rsidR="00624243">
        <w:rPr>
          <w:lang w:val="nl-NL"/>
        </w:rPr>
        <w:t>4</w:t>
      </w:r>
      <w:r w:rsidRPr="00BB3880">
        <w:rPr>
          <w:lang w:val="nl-NL"/>
        </w:rPr>
        <w:t xml:space="preserve"> –</w:t>
      </w:r>
      <w:r w:rsidR="00624243">
        <w:rPr>
          <w:lang w:val="nl-NL"/>
        </w:rPr>
        <w:t xml:space="preserve"> </w:t>
      </w:r>
      <w:r w:rsidRPr="00BB3880">
        <w:rPr>
          <w:lang w:val="nl-NL"/>
        </w:rPr>
        <w:t>KWV-partnership. Opdrachtnemer heeft geen acceptatieplicht en kan na toetsing besluiten geen KWV te bieden aan de Jeugdige om de redenen die in het Inkoopdocument zijn beschreven.</w:t>
      </w:r>
    </w:p>
    <w:p w14:paraId="67F4F4CD" w14:textId="147CBB2D" w:rsidR="006C574C" w:rsidRPr="00BB3880" w:rsidRDefault="009B5C87" w:rsidP="00DD46D7">
      <w:pPr>
        <w:pStyle w:val="Lijstalinea"/>
        <w:numPr>
          <w:ilvl w:val="0"/>
          <w:numId w:val="10"/>
        </w:numPr>
        <w:tabs>
          <w:tab w:val="left" w:pos="907"/>
        </w:tabs>
        <w:spacing w:after="120"/>
        <w:rPr>
          <w:lang w:val="nl-NL"/>
        </w:rPr>
      </w:pPr>
      <w:r w:rsidRPr="00BB3880">
        <w:rPr>
          <w:lang w:val="nl-NL"/>
        </w:rPr>
        <w:t>Tekortkomingen in de uitvoering van de Opdrachten tot levering van KWV zoals die tussen Opdrachtnemer en Gemeenten tot stand zijn gekomen, worden gekwalificeerd als een tekortkoming in de nakoming van deze Overeenkomst.</w:t>
      </w:r>
    </w:p>
    <w:p w14:paraId="3B6040CD" w14:textId="2B728C08" w:rsidR="006C574C" w:rsidRPr="00BB3880" w:rsidRDefault="009B5C87" w:rsidP="00DD46D7">
      <w:pPr>
        <w:pStyle w:val="Lijstalinea"/>
        <w:numPr>
          <w:ilvl w:val="0"/>
          <w:numId w:val="10"/>
        </w:numPr>
        <w:tabs>
          <w:tab w:val="left" w:pos="907"/>
        </w:tabs>
        <w:spacing w:after="120"/>
        <w:rPr>
          <w:lang w:val="nl-NL"/>
        </w:rPr>
      </w:pPr>
      <w:r w:rsidRPr="00BB3880">
        <w:rPr>
          <w:lang w:val="nl-NL"/>
        </w:rPr>
        <w:t>De opdrachtverlening ter uitvoering van deze Overeenkomst wordt gedaan via de lokale toegangen van de Gemeenten die deel uitmaken van de gemeenschappelijke regeling Regionaal Serviceteam Jeugd IJsselland</w:t>
      </w:r>
      <w:r w:rsidR="00B423D1">
        <w:rPr>
          <w:lang w:val="nl-NL"/>
        </w:rPr>
        <w:t>, als organisatieonderdeel van GGD IJsselland</w:t>
      </w:r>
      <w:r w:rsidRPr="00BB3880">
        <w:rPr>
          <w:lang w:val="nl-NL"/>
        </w:rPr>
        <w:t>.</w:t>
      </w:r>
    </w:p>
    <w:p w14:paraId="76A2DAA0" w14:textId="77777777" w:rsidR="006C574C" w:rsidRPr="0076185D" w:rsidRDefault="009B5C87">
      <w:pPr>
        <w:keepNext/>
        <w:spacing w:before="280" w:after="120"/>
        <w:rPr>
          <w:lang w:val="nl-NL"/>
        </w:rPr>
      </w:pPr>
      <w:r w:rsidRPr="0076185D">
        <w:rPr>
          <w:b/>
          <w:sz w:val="22"/>
          <w:lang w:val="nl-NL"/>
        </w:rPr>
        <w:t>3. Documenten en algemene inkoopvoorwaarden</w:t>
      </w:r>
    </w:p>
    <w:p w14:paraId="60AA2A61" w14:textId="4CDB5F75" w:rsidR="006C574C" w:rsidRPr="00B37280" w:rsidRDefault="009B5C87" w:rsidP="00DD46D7">
      <w:pPr>
        <w:pStyle w:val="Lijstalinea"/>
        <w:numPr>
          <w:ilvl w:val="0"/>
          <w:numId w:val="29"/>
        </w:numPr>
        <w:rPr>
          <w:lang w:val="nl-NL"/>
        </w:rPr>
      </w:pPr>
      <w:r w:rsidRPr="00B37280">
        <w:rPr>
          <w:lang w:val="nl-NL"/>
        </w:rPr>
        <w:t>De navolgende documenten maken deel uit van de Overeenkomst. Voor zover deze documenten met elkaar in tegenspraak zijn, prevaleert het eerstgenoemde document boven het later genoemde document:</w:t>
      </w:r>
    </w:p>
    <w:p w14:paraId="7B28A79F" w14:textId="55D51E11" w:rsidR="006C574C" w:rsidRPr="00B37280" w:rsidRDefault="009B5C87" w:rsidP="00DD46D7">
      <w:pPr>
        <w:pStyle w:val="Lijstalinea"/>
        <w:numPr>
          <w:ilvl w:val="1"/>
          <w:numId w:val="32"/>
        </w:numPr>
        <w:tabs>
          <w:tab w:val="left" w:pos="907"/>
        </w:tabs>
        <w:spacing w:after="120"/>
        <w:rPr>
          <w:lang w:val="nl-NL"/>
        </w:rPr>
      </w:pPr>
      <w:r w:rsidRPr="00B37280">
        <w:rPr>
          <w:lang w:val="nl-NL"/>
        </w:rPr>
        <w:t xml:space="preserve">De </w:t>
      </w:r>
      <w:r w:rsidR="00A705F7">
        <w:rPr>
          <w:lang w:val="nl-NL"/>
        </w:rPr>
        <w:t>N</w:t>
      </w:r>
      <w:r w:rsidRPr="00B37280">
        <w:rPr>
          <w:lang w:val="nl-NL"/>
        </w:rPr>
        <w:t xml:space="preserve">ota’s van </w:t>
      </w:r>
      <w:r w:rsidR="00A705F7">
        <w:rPr>
          <w:lang w:val="nl-NL"/>
        </w:rPr>
        <w:t>I</w:t>
      </w:r>
      <w:r w:rsidRPr="00B37280">
        <w:rPr>
          <w:lang w:val="nl-NL"/>
        </w:rPr>
        <w:t>nlichtingen.</w:t>
      </w:r>
    </w:p>
    <w:p w14:paraId="61B37D8A" w14:textId="00D4C2B5" w:rsidR="006C574C" w:rsidRPr="00B37280" w:rsidRDefault="009B5C87" w:rsidP="00DD46D7">
      <w:pPr>
        <w:pStyle w:val="Lijstalinea"/>
        <w:numPr>
          <w:ilvl w:val="1"/>
          <w:numId w:val="32"/>
        </w:numPr>
        <w:tabs>
          <w:tab w:val="left" w:pos="907"/>
        </w:tabs>
        <w:spacing w:after="120"/>
        <w:rPr>
          <w:lang w:val="nl-NL"/>
        </w:rPr>
      </w:pPr>
      <w:r w:rsidRPr="00B37280">
        <w:rPr>
          <w:lang w:val="nl-NL"/>
        </w:rPr>
        <w:t xml:space="preserve">De Overeenkomst (inclusief bijlagen), aangepast naar aanleiding van de </w:t>
      </w:r>
      <w:r w:rsidR="00A705F7">
        <w:rPr>
          <w:lang w:val="nl-NL"/>
        </w:rPr>
        <w:t>N</w:t>
      </w:r>
      <w:r w:rsidRPr="00B37280">
        <w:rPr>
          <w:lang w:val="nl-NL"/>
        </w:rPr>
        <w:t xml:space="preserve">ota’s van </w:t>
      </w:r>
      <w:r w:rsidR="00A705F7">
        <w:rPr>
          <w:lang w:val="nl-NL"/>
        </w:rPr>
        <w:t>I</w:t>
      </w:r>
      <w:r w:rsidRPr="00B37280">
        <w:rPr>
          <w:lang w:val="nl-NL"/>
        </w:rPr>
        <w:t>nlichtingen.</w:t>
      </w:r>
    </w:p>
    <w:p w14:paraId="3DE3FDDC" w14:textId="59A368B8" w:rsidR="006C574C" w:rsidRPr="00B37280" w:rsidRDefault="009B5C87" w:rsidP="00DD46D7">
      <w:pPr>
        <w:pStyle w:val="Lijstalinea"/>
        <w:numPr>
          <w:ilvl w:val="1"/>
          <w:numId w:val="32"/>
        </w:numPr>
        <w:tabs>
          <w:tab w:val="left" w:pos="907"/>
        </w:tabs>
        <w:spacing w:after="120"/>
        <w:rPr>
          <w:lang w:val="nl-NL"/>
        </w:rPr>
      </w:pPr>
      <w:r w:rsidRPr="00B37280">
        <w:rPr>
          <w:lang w:val="nl-NL"/>
        </w:rPr>
        <w:t>Het Inkoopdocument (inclusief bijlagen).</w:t>
      </w:r>
    </w:p>
    <w:p w14:paraId="6E8EBBE2" w14:textId="34E53EAD" w:rsidR="006C574C" w:rsidRPr="00B37280" w:rsidRDefault="009B5C87" w:rsidP="00DD46D7">
      <w:pPr>
        <w:pStyle w:val="Lijstalinea"/>
        <w:numPr>
          <w:ilvl w:val="1"/>
          <w:numId w:val="32"/>
        </w:numPr>
        <w:tabs>
          <w:tab w:val="left" w:pos="907"/>
        </w:tabs>
        <w:spacing w:after="120"/>
        <w:rPr>
          <w:lang w:val="nl-NL"/>
        </w:rPr>
      </w:pPr>
      <w:r w:rsidRPr="00B37280">
        <w:rPr>
          <w:lang w:val="nl-NL"/>
        </w:rPr>
        <w:t>De Algemene Inkoopvoorwaarden voor leveringen en diensten 2022 (AIV Shared Service Centrum ONS).</w:t>
      </w:r>
    </w:p>
    <w:p w14:paraId="74CABA92" w14:textId="0B97F7CE" w:rsidR="006C574C" w:rsidRPr="00B37280" w:rsidRDefault="009B5C87" w:rsidP="00DD46D7">
      <w:pPr>
        <w:pStyle w:val="Lijstalinea"/>
        <w:numPr>
          <w:ilvl w:val="1"/>
          <w:numId w:val="32"/>
        </w:numPr>
        <w:tabs>
          <w:tab w:val="left" w:pos="907"/>
        </w:tabs>
        <w:spacing w:after="120"/>
        <w:rPr>
          <w:lang w:val="nl-NL"/>
        </w:rPr>
      </w:pPr>
      <w:r w:rsidRPr="00B37280">
        <w:rPr>
          <w:lang w:val="nl-NL"/>
        </w:rPr>
        <w:t>De inschrijving van Opdrachtnemer.</w:t>
      </w:r>
    </w:p>
    <w:p w14:paraId="20645B6B" w14:textId="4B27C934" w:rsidR="006C574C" w:rsidRPr="009E4DBC" w:rsidRDefault="009B5C87" w:rsidP="00DD46D7">
      <w:pPr>
        <w:pStyle w:val="Lijstalinea"/>
        <w:numPr>
          <w:ilvl w:val="0"/>
          <w:numId w:val="29"/>
        </w:numPr>
        <w:tabs>
          <w:tab w:val="left" w:pos="907"/>
        </w:tabs>
        <w:spacing w:after="120"/>
        <w:rPr>
          <w:lang w:val="nl-NL"/>
        </w:rPr>
      </w:pPr>
      <w:r w:rsidRPr="009E4DBC">
        <w:rPr>
          <w:lang w:val="nl-NL"/>
        </w:rPr>
        <w:t>Toepasselijkheid van de algemene voorwaarden van Opdrachtnemer wordt hierbij uitdrukkelijk uitgesloten.</w:t>
      </w:r>
    </w:p>
    <w:p w14:paraId="4513CC65" w14:textId="056A8737" w:rsidR="006C574C" w:rsidRPr="009E4DBC" w:rsidRDefault="009B5C87" w:rsidP="00DD46D7">
      <w:pPr>
        <w:pStyle w:val="Lijstalinea"/>
        <w:numPr>
          <w:ilvl w:val="0"/>
          <w:numId w:val="29"/>
        </w:numPr>
        <w:tabs>
          <w:tab w:val="left" w:pos="907"/>
        </w:tabs>
        <w:spacing w:after="120"/>
        <w:rPr>
          <w:lang w:val="nl-NL"/>
        </w:rPr>
      </w:pPr>
      <w:r w:rsidRPr="009E4DBC">
        <w:rPr>
          <w:lang w:val="nl-NL"/>
        </w:rPr>
        <w:t>Handreikingen, richtlijnen en overige adviezen van externe verbonden organisaties zijn, tenzij expliciet vermeld, niet van toepassing op de Overeenkomst en bijbehorende documenten. Indien deze in een later stadium door Opdrachtgever van toepassing worden verklaard, wordt dit schriftelijk bevestigd.</w:t>
      </w:r>
    </w:p>
    <w:p w14:paraId="23952532" w14:textId="77777777" w:rsidR="006C574C" w:rsidRPr="0076185D" w:rsidRDefault="009B5C87">
      <w:pPr>
        <w:keepNext/>
        <w:spacing w:before="280" w:after="120"/>
        <w:rPr>
          <w:lang w:val="nl-NL"/>
        </w:rPr>
      </w:pPr>
      <w:r w:rsidRPr="0076185D">
        <w:rPr>
          <w:b/>
          <w:sz w:val="22"/>
          <w:lang w:val="nl-NL"/>
        </w:rPr>
        <w:t>4. Duur Overeenkomst</w:t>
      </w:r>
    </w:p>
    <w:p w14:paraId="2BC0B539" w14:textId="6F726321" w:rsidR="006C574C" w:rsidRPr="009E4DBC" w:rsidRDefault="009B5C87" w:rsidP="00DD46D7">
      <w:pPr>
        <w:pStyle w:val="Lijstalinea"/>
        <w:numPr>
          <w:ilvl w:val="3"/>
          <w:numId w:val="32"/>
        </w:numPr>
        <w:tabs>
          <w:tab w:val="left" w:pos="907"/>
        </w:tabs>
        <w:spacing w:after="120"/>
        <w:rPr>
          <w:lang w:val="nl-NL"/>
        </w:rPr>
      </w:pPr>
      <w:r w:rsidRPr="009E4DBC">
        <w:rPr>
          <w:lang w:val="nl-NL"/>
        </w:rPr>
        <w:t xml:space="preserve">Deze Overeenkomst treedt in werking op 1 januari 2027 voor de duur van </w:t>
      </w:r>
      <w:r w:rsidR="369EB265" w:rsidRPr="108787A9">
        <w:rPr>
          <w:lang w:val="nl-NL"/>
        </w:rPr>
        <w:t xml:space="preserve">vier </w:t>
      </w:r>
      <w:r w:rsidRPr="108787A9">
        <w:rPr>
          <w:lang w:val="nl-NL"/>
        </w:rPr>
        <w:t>(</w:t>
      </w:r>
      <w:r w:rsidR="717BF36C" w:rsidRPr="108787A9">
        <w:rPr>
          <w:lang w:val="nl-NL"/>
        </w:rPr>
        <w:t>4</w:t>
      </w:r>
      <w:r w:rsidRPr="009E4DBC">
        <w:rPr>
          <w:lang w:val="nl-NL"/>
        </w:rPr>
        <w:t xml:space="preserve">) jaar en eindigt van rechtswege op 31 december </w:t>
      </w:r>
      <w:r w:rsidRPr="108787A9">
        <w:rPr>
          <w:lang w:val="nl-NL"/>
        </w:rPr>
        <w:t>20</w:t>
      </w:r>
      <w:r w:rsidR="25121FC4" w:rsidRPr="108787A9">
        <w:rPr>
          <w:lang w:val="nl-NL"/>
        </w:rPr>
        <w:t>30</w:t>
      </w:r>
      <w:r w:rsidRPr="009E4DBC">
        <w:rPr>
          <w:lang w:val="nl-NL"/>
        </w:rPr>
        <w:t>, zonder dat een nadere opzegging is vereist.</w:t>
      </w:r>
    </w:p>
    <w:p w14:paraId="1AF51F2E" w14:textId="193F2281" w:rsidR="006C574C" w:rsidRPr="009E4DBC" w:rsidRDefault="009B5C87" w:rsidP="00DD46D7">
      <w:pPr>
        <w:pStyle w:val="Lijstalinea"/>
        <w:numPr>
          <w:ilvl w:val="3"/>
          <w:numId w:val="32"/>
        </w:numPr>
        <w:tabs>
          <w:tab w:val="left" w:pos="907"/>
        </w:tabs>
        <w:spacing w:after="120"/>
        <w:rPr>
          <w:lang w:val="nl-NL"/>
        </w:rPr>
      </w:pPr>
      <w:r w:rsidRPr="009E4DBC">
        <w:rPr>
          <w:lang w:val="nl-NL"/>
        </w:rPr>
        <w:t xml:space="preserve">Opdrachtgever heeft het eenzijdige recht deze Overeenkomst eenmaal te verlengen voor een aansluitende periode van </w:t>
      </w:r>
      <w:r w:rsidR="3A209F6F" w:rsidRPr="526A85A2">
        <w:rPr>
          <w:lang w:val="nl-NL"/>
        </w:rPr>
        <w:t xml:space="preserve">vier </w:t>
      </w:r>
      <w:r w:rsidRPr="526A85A2">
        <w:rPr>
          <w:lang w:val="nl-NL"/>
        </w:rPr>
        <w:t>(</w:t>
      </w:r>
      <w:r w:rsidR="4E5606CA" w:rsidRPr="526A85A2">
        <w:rPr>
          <w:lang w:val="nl-NL"/>
        </w:rPr>
        <w:t>4</w:t>
      </w:r>
      <w:r w:rsidRPr="009E4DBC">
        <w:rPr>
          <w:lang w:val="nl-NL"/>
        </w:rPr>
        <w:t>) jaar. Uiterlijk 6 maanden voor het aflopen van deze Overeenkomst stelt Opdrachtgever Opdrachtnemer schriftelijk op de hoogte van het besluit van Opdrachtgever om de Overeenkomst al dan niet te verlengen. Indien Opdrachtgever van deze verlengingsoptie gebruikmaakt, loopt de Overeenkomst door tot en met 31 december 203</w:t>
      </w:r>
      <w:r w:rsidR="00006190">
        <w:rPr>
          <w:lang w:val="nl-NL"/>
        </w:rPr>
        <w:t>4</w:t>
      </w:r>
      <w:r w:rsidRPr="009E4DBC">
        <w:rPr>
          <w:lang w:val="nl-NL"/>
        </w:rPr>
        <w:t>. De maximale looptijd van deze Overeenkomst bedraagt derhalve vier (4) jaar.</w:t>
      </w:r>
    </w:p>
    <w:p w14:paraId="48B9E886" w14:textId="21BD3FCC" w:rsidR="006C574C" w:rsidRPr="009E4DBC" w:rsidRDefault="009B5C87" w:rsidP="00DD46D7">
      <w:pPr>
        <w:pStyle w:val="Lijstalinea"/>
        <w:numPr>
          <w:ilvl w:val="3"/>
          <w:numId w:val="32"/>
        </w:numPr>
        <w:tabs>
          <w:tab w:val="left" w:pos="907"/>
        </w:tabs>
        <w:spacing w:after="120"/>
        <w:rPr>
          <w:lang w:val="nl-NL"/>
        </w:rPr>
      </w:pPr>
      <w:r w:rsidRPr="009E4DBC">
        <w:rPr>
          <w:lang w:val="nl-NL"/>
        </w:rPr>
        <w:t>De duur, einddatum en verlengingssystematiek van deze Overeenkomst lopen gelijk met die van de Raamovereenkomst Specialistische Jeugdhulp Regio IJsselland, zodat KWV bij een volgende aanbesteding voor Specialistische Jeugdhulp opnieuw integraal in die aanbesteding kan worden betrokken.</w:t>
      </w:r>
    </w:p>
    <w:p w14:paraId="1F1A3B17" w14:textId="6395C0AC" w:rsidR="006C574C" w:rsidRPr="009E4DBC" w:rsidRDefault="009B5C87" w:rsidP="00DD46D7">
      <w:pPr>
        <w:pStyle w:val="Lijstalinea"/>
        <w:numPr>
          <w:ilvl w:val="3"/>
          <w:numId w:val="32"/>
        </w:numPr>
        <w:tabs>
          <w:tab w:val="left" w:pos="907"/>
        </w:tabs>
        <w:spacing w:after="0"/>
        <w:rPr>
          <w:lang w:val="nl-NL"/>
        </w:rPr>
      </w:pPr>
      <w:r w:rsidRPr="009E4DBC">
        <w:rPr>
          <w:lang w:val="nl-NL"/>
        </w:rPr>
        <w:t>De navolgende gronden kunnen voor Opdrachtgever aanleiding zijn om de Overeenkomst niet te verlengen:</w:t>
      </w:r>
    </w:p>
    <w:p w14:paraId="4C59B619" w14:textId="77BD443B" w:rsidR="006C574C" w:rsidRPr="009E4DBC" w:rsidRDefault="009B5C87" w:rsidP="00DD46D7">
      <w:pPr>
        <w:pStyle w:val="Lijstalinea"/>
        <w:numPr>
          <w:ilvl w:val="1"/>
          <w:numId w:val="9"/>
        </w:numPr>
        <w:tabs>
          <w:tab w:val="left" w:pos="907"/>
        </w:tabs>
        <w:spacing w:after="0"/>
        <w:rPr>
          <w:lang w:val="nl-NL"/>
        </w:rPr>
      </w:pPr>
      <w:r w:rsidRPr="009E4DBC">
        <w:rPr>
          <w:lang w:val="nl-NL"/>
        </w:rPr>
        <w:t>voortdurende en herhaalde tekortkomingen in de nakoming van de Overeenkomst en/of de uitvoering van Opdrachten;</w:t>
      </w:r>
    </w:p>
    <w:p w14:paraId="28ABC7A2" w14:textId="020DC362" w:rsidR="006C574C" w:rsidRPr="009E4DBC" w:rsidRDefault="009B5C87" w:rsidP="00DD46D7">
      <w:pPr>
        <w:pStyle w:val="Lijstalinea"/>
        <w:numPr>
          <w:ilvl w:val="1"/>
          <w:numId w:val="9"/>
        </w:numPr>
        <w:tabs>
          <w:tab w:val="left" w:pos="907"/>
        </w:tabs>
        <w:spacing w:after="0"/>
        <w:rPr>
          <w:lang w:val="nl-NL"/>
        </w:rPr>
      </w:pPr>
      <w:r w:rsidRPr="009E4DBC">
        <w:rPr>
          <w:lang w:val="nl-NL"/>
        </w:rPr>
        <w:t>het niet meer voldoen aan de geschiktheidseisen en voorwaarden zoals gesteld in het Inkoopdocument;</w:t>
      </w:r>
    </w:p>
    <w:p w14:paraId="61165091" w14:textId="064A1FC8" w:rsidR="006C574C" w:rsidRPr="009E4DBC" w:rsidRDefault="009B5C87" w:rsidP="00DD46D7">
      <w:pPr>
        <w:pStyle w:val="Lijstalinea"/>
        <w:numPr>
          <w:ilvl w:val="1"/>
          <w:numId w:val="9"/>
        </w:numPr>
        <w:tabs>
          <w:tab w:val="left" w:pos="907"/>
        </w:tabs>
        <w:spacing w:after="0"/>
        <w:rPr>
          <w:lang w:val="nl-NL"/>
        </w:rPr>
      </w:pPr>
      <w:r w:rsidRPr="009E4DBC">
        <w:rPr>
          <w:lang w:val="nl-NL"/>
        </w:rPr>
        <w:t>het onvoldoende uitvoering geven aan de bij inschrijving ingediende plannen van aanpak;</w:t>
      </w:r>
    </w:p>
    <w:p w14:paraId="71DF2E3D" w14:textId="7CA52D28" w:rsidR="007C47CB" w:rsidRPr="000C5CFE" w:rsidRDefault="009B5C87" w:rsidP="00DD46D7">
      <w:pPr>
        <w:pStyle w:val="Lijstalinea"/>
        <w:numPr>
          <w:ilvl w:val="1"/>
          <w:numId w:val="9"/>
        </w:numPr>
        <w:tabs>
          <w:tab w:val="left" w:pos="907"/>
        </w:tabs>
        <w:spacing w:after="120"/>
        <w:rPr>
          <w:lang w:val="nl-NL"/>
        </w:rPr>
      </w:pPr>
      <w:r w:rsidRPr="009E4DBC">
        <w:rPr>
          <w:lang w:val="nl-NL"/>
        </w:rPr>
        <w:lastRenderedPageBreak/>
        <w:t>het structureel niet of onvoldoende bijdragen aan het KWV-partnership zoals bedoeld in artikel 8.</w:t>
      </w:r>
    </w:p>
    <w:p w14:paraId="0C16CF23" w14:textId="77777777" w:rsidR="007C47CB" w:rsidRDefault="009B5C87" w:rsidP="00DD46D7">
      <w:pPr>
        <w:pStyle w:val="Lijstalinea"/>
        <w:numPr>
          <w:ilvl w:val="3"/>
          <w:numId w:val="32"/>
        </w:numPr>
        <w:tabs>
          <w:tab w:val="left" w:pos="907"/>
        </w:tabs>
        <w:spacing w:after="120"/>
        <w:ind w:left="907" w:hanging="397"/>
        <w:rPr>
          <w:lang w:val="nl-NL"/>
        </w:rPr>
      </w:pPr>
      <w:r w:rsidRPr="007C47CB">
        <w:rPr>
          <w:lang w:val="nl-NL"/>
        </w:rPr>
        <w:t>Opdrachtnemer bericht Opdrachtgever binnen twee maanden na het in lid 2 genoemde besluit van verlenging, dat hij wel of niet instemt met verlenging van deze Overeenkomst.</w:t>
      </w:r>
    </w:p>
    <w:p w14:paraId="724287FC" w14:textId="77777777" w:rsidR="007C47CB" w:rsidRDefault="009B5C87" w:rsidP="00DD46D7">
      <w:pPr>
        <w:pStyle w:val="Lijstalinea"/>
        <w:numPr>
          <w:ilvl w:val="3"/>
          <w:numId w:val="32"/>
        </w:numPr>
        <w:tabs>
          <w:tab w:val="left" w:pos="907"/>
        </w:tabs>
        <w:spacing w:after="120"/>
        <w:ind w:left="907" w:hanging="397"/>
        <w:rPr>
          <w:lang w:val="nl-NL"/>
        </w:rPr>
      </w:pPr>
      <w:r w:rsidRPr="007C47CB">
        <w:rPr>
          <w:lang w:val="nl-NL"/>
        </w:rPr>
        <w:t>Indien Opdrachtnemer niet instemt met de voorgestelde verlenging of binnen de genoemde termijn van twee maanden niet reageert op het bericht van verlenging, eindigt deze Overeenkomst bij het verstrijken van de alsdan geldende looptijd.</w:t>
      </w:r>
    </w:p>
    <w:p w14:paraId="6B2311D4" w14:textId="77777777" w:rsidR="007C47CB" w:rsidRDefault="009B5C87" w:rsidP="00DD46D7">
      <w:pPr>
        <w:pStyle w:val="Lijstalinea"/>
        <w:numPr>
          <w:ilvl w:val="3"/>
          <w:numId w:val="32"/>
        </w:numPr>
        <w:tabs>
          <w:tab w:val="left" w:pos="907"/>
        </w:tabs>
        <w:spacing w:after="120"/>
        <w:ind w:left="907" w:hanging="397"/>
        <w:rPr>
          <w:lang w:val="nl-NL"/>
        </w:rPr>
      </w:pPr>
      <w:r w:rsidRPr="007C47CB">
        <w:rPr>
          <w:lang w:val="nl-NL"/>
        </w:rPr>
        <w:t>Na beëindiging van deze Overeenkomst blijven de bepalingen van de Overeenkomst van kracht, voor zover dit voor de afwikkeling van de dienstverlening in het kader van deze Overeenkomst, waaronder de nog lopende Opdrachten, noodzakelijk is.</w:t>
      </w:r>
    </w:p>
    <w:p w14:paraId="09597DB2" w14:textId="77777777" w:rsidR="007C47CB" w:rsidRDefault="009B5C87" w:rsidP="00DD46D7">
      <w:pPr>
        <w:pStyle w:val="Lijstalinea"/>
        <w:numPr>
          <w:ilvl w:val="3"/>
          <w:numId w:val="32"/>
        </w:numPr>
        <w:tabs>
          <w:tab w:val="left" w:pos="907"/>
        </w:tabs>
        <w:spacing w:after="120"/>
        <w:ind w:left="907" w:hanging="397"/>
        <w:rPr>
          <w:lang w:val="nl-NL"/>
        </w:rPr>
      </w:pPr>
      <w:r w:rsidRPr="007C47CB">
        <w:rPr>
          <w:lang w:val="nl-NL"/>
        </w:rPr>
        <w:t>Bij beëindiging van deze Overeenkomst zal Opdrachtnemer, op verzoek van Opdrachtgever en de Gemeente, de KWV aan de Jeugdigen die op dat moment in zorg zijn onder deze Overeenkomst, voortzetten. De voortzetting bedraagt maximaal twaalf (12) maanden.</w:t>
      </w:r>
    </w:p>
    <w:p w14:paraId="2EAD788D" w14:textId="4FFF1F1D" w:rsidR="006C574C" w:rsidRPr="007C47CB" w:rsidRDefault="009B5C87" w:rsidP="00DD46D7">
      <w:pPr>
        <w:pStyle w:val="Lijstalinea"/>
        <w:numPr>
          <w:ilvl w:val="3"/>
          <w:numId w:val="32"/>
        </w:numPr>
        <w:tabs>
          <w:tab w:val="left" w:pos="907"/>
        </w:tabs>
        <w:spacing w:after="120"/>
        <w:ind w:left="907" w:hanging="397"/>
        <w:rPr>
          <w:lang w:val="nl-NL"/>
        </w:rPr>
      </w:pPr>
      <w:r w:rsidRPr="007C47CB">
        <w:rPr>
          <w:lang w:val="nl-NL"/>
        </w:rPr>
        <w:t>Bij beëindiging op initiatief van Opdrachtnemer, zal Opdrachtnemer de beëindiging minimaal 3 maanden van tevoren melden bij Opdrachtgever.</w:t>
      </w:r>
    </w:p>
    <w:p w14:paraId="4FF67BFC" w14:textId="77777777" w:rsidR="006C574C" w:rsidRPr="0076185D" w:rsidRDefault="009B5C87">
      <w:pPr>
        <w:keepNext/>
        <w:spacing w:before="280" w:after="120"/>
        <w:rPr>
          <w:lang w:val="nl-NL"/>
        </w:rPr>
      </w:pPr>
      <w:r w:rsidRPr="0076185D">
        <w:rPr>
          <w:b/>
          <w:sz w:val="22"/>
          <w:lang w:val="nl-NL"/>
        </w:rPr>
        <w:t>5. Wijziging Overeenkomst</w:t>
      </w:r>
    </w:p>
    <w:p w14:paraId="40026228" w14:textId="77777777" w:rsidR="00762219" w:rsidRDefault="009B5C87" w:rsidP="00DD46D7">
      <w:pPr>
        <w:pStyle w:val="Lijstalinea"/>
        <w:numPr>
          <w:ilvl w:val="0"/>
          <w:numId w:val="25"/>
        </w:numPr>
        <w:tabs>
          <w:tab w:val="left" w:pos="907"/>
        </w:tabs>
        <w:spacing w:after="120"/>
        <w:rPr>
          <w:lang w:val="nl-NL"/>
        </w:rPr>
      </w:pPr>
      <w:r w:rsidRPr="00762219">
        <w:rPr>
          <w:lang w:val="nl-NL"/>
        </w:rPr>
        <w:t>Partijen kunnen elkaar een voorstel doen tot wijziging van deze Overeenkomst (inclusief bijlagen). Een wijzigingsvoorstel wordt schriftelijk gedaan en behelst in ieder geval een heldere en gedetailleerde beschrijving van de voorgestelde wijziging en de gevolgen daarvan voor de Jeugdige, Opdrachtnemer en Opdrachtgever.</w:t>
      </w:r>
    </w:p>
    <w:p w14:paraId="7909609E" w14:textId="77777777" w:rsidR="00762219" w:rsidRDefault="009B5C87" w:rsidP="00DD46D7">
      <w:pPr>
        <w:pStyle w:val="Lijstalinea"/>
        <w:numPr>
          <w:ilvl w:val="0"/>
          <w:numId w:val="25"/>
        </w:numPr>
        <w:tabs>
          <w:tab w:val="left" w:pos="907"/>
        </w:tabs>
        <w:spacing w:after="120"/>
        <w:rPr>
          <w:lang w:val="nl-NL"/>
        </w:rPr>
      </w:pPr>
      <w:r w:rsidRPr="00762219">
        <w:rPr>
          <w:lang w:val="nl-NL"/>
        </w:rPr>
        <w:t>Wijzigingsvoorstellen dienen uiterlijk voor 1 maart van het jaar dat de Overeenkomst afloopt te worden voorgelegd en besproken.</w:t>
      </w:r>
    </w:p>
    <w:p w14:paraId="4996C9F3" w14:textId="77777777" w:rsidR="00D20827" w:rsidRDefault="009B5C87" w:rsidP="00DD46D7">
      <w:pPr>
        <w:pStyle w:val="Lijstalinea"/>
        <w:numPr>
          <w:ilvl w:val="0"/>
          <w:numId w:val="25"/>
        </w:numPr>
        <w:tabs>
          <w:tab w:val="left" w:pos="907"/>
        </w:tabs>
        <w:spacing w:after="120"/>
        <w:rPr>
          <w:lang w:val="nl-NL"/>
        </w:rPr>
      </w:pPr>
      <w:r w:rsidRPr="00762219">
        <w:rPr>
          <w:lang w:val="nl-NL"/>
        </w:rPr>
        <w:t>Opdrachtgever besluit welke wijzigingsvoorstellen worden overgenomen in de Overeenkomst. Afhankelijk van de impact van de wijzigingen worden deze opgenomen in een addendum of verwerkt in een nieuwe versie van het Inkoopdocument en/of deze Overeenkomst.</w:t>
      </w:r>
    </w:p>
    <w:p w14:paraId="0E4AB11D" w14:textId="21AECA62" w:rsidR="006C574C" w:rsidRPr="00D20827" w:rsidRDefault="009B5C87" w:rsidP="00DD46D7">
      <w:pPr>
        <w:pStyle w:val="Lijstalinea"/>
        <w:numPr>
          <w:ilvl w:val="0"/>
          <w:numId w:val="25"/>
        </w:numPr>
        <w:tabs>
          <w:tab w:val="left" w:pos="907"/>
        </w:tabs>
        <w:spacing w:after="120"/>
        <w:rPr>
          <w:lang w:val="nl-NL"/>
        </w:rPr>
      </w:pPr>
      <w:r w:rsidRPr="00D20827">
        <w:rPr>
          <w:lang w:val="nl-NL"/>
        </w:rPr>
        <w:t>In aanvulling op het bovenstaande is het doorvoeren van wijzigingen op basis van een herzieningsclausule op grond van artikel 2.163c lid 1 van de Aanbestedingswet toegestaan, mits deze op duidelijke, nauwkeurige en ondubbelzinnige wijze is geformuleerd en de algemene aard van de Overeenkomst niet verandert. Op grond hiervan behoudt Opdrachtgever zich in ieder geval het recht voor:</w:t>
      </w:r>
    </w:p>
    <w:p w14:paraId="62795BA2" w14:textId="16843366" w:rsidR="006C574C" w:rsidRPr="0076185D" w:rsidRDefault="009B5C87" w:rsidP="00DD46D7">
      <w:pPr>
        <w:pStyle w:val="Lijstopsomteken"/>
        <w:tabs>
          <w:tab w:val="clear" w:pos="360"/>
          <w:tab w:val="num" w:pos="1080"/>
        </w:tabs>
        <w:ind w:left="1400"/>
        <w:rPr>
          <w:lang w:val="nl-NL"/>
        </w:rPr>
      </w:pPr>
      <w:r w:rsidRPr="0076185D">
        <w:rPr>
          <w:lang w:val="nl-NL"/>
        </w:rPr>
        <w:t>de Overeenkomst te wijzigen indien landelijk dan wel bovenregionaal andere overeenkomsten en/of voorwaarden worden vastgesteld ten aanzien van de vergoeding en het verlenen van KWV;</w:t>
      </w:r>
    </w:p>
    <w:p w14:paraId="64BD353C" w14:textId="6C925C1F" w:rsidR="006C574C" w:rsidRPr="0076185D" w:rsidRDefault="009B5C87" w:rsidP="00DD46D7">
      <w:pPr>
        <w:pStyle w:val="Lijstopsomteken"/>
        <w:tabs>
          <w:tab w:val="clear" w:pos="360"/>
          <w:tab w:val="num" w:pos="1080"/>
        </w:tabs>
        <w:ind w:left="1400"/>
        <w:rPr>
          <w:lang w:val="nl-NL"/>
        </w:rPr>
      </w:pPr>
      <w:r w:rsidRPr="0076185D">
        <w:rPr>
          <w:lang w:val="nl-NL"/>
        </w:rPr>
        <w:t>de Overeenkomst uit te breiden met diensten die verband houden met regionale ontwikkelingen op het gebied van KWV;</w:t>
      </w:r>
    </w:p>
    <w:p w14:paraId="49B02167" w14:textId="775193EE" w:rsidR="006C574C" w:rsidRPr="0076185D" w:rsidRDefault="009B5C87" w:rsidP="00DD46D7">
      <w:pPr>
        <w:pStyle w:val="Lijstopsomteken"/>
        <w:tabs>
          <w:tab w:val="clear" w:pos="360"/>
          <w:tab w:val="num" w:pos="1080"/>
        </w:tabs>
        <w:ind w:left="1400"/>
        <w:rPr>
          <w:lang w:val="nl-NL"/>
        </w:rPr>
      </w:pPr>
      <w:r w:rsidRPr="0076185D">
        <w:rPr>
          <w:lang w:val="nl-NL"/>
        </w:rPr>
        <w:t>de indexatiemethodiek als bedoeld in artikel 1</w:t>
      </w:r>
      <w:r w:rsidR="007408CA">
        <w:rPr>
          <w:lang w:val="nl-NL"/>
        </w:rPr>
        <w:t>1</w:t>
      </w:r>
      <w:r w:rsidRPr="0076185D">
        <w:rPr>
          <w:lang w:val="nl-NL"/>
        </w:rPr>
        <w:t xml:space="preserve"> aan te passen wanneer de landelijke contractstandaarden van het Ketenbureau i-Sociaal Domein wijzigen.</w:t>
      </w:r>
    </w:p>
    <w:p w14:paraId="04FE47C2" w14:textId="75494D08" w:rsidR="006C574C" w:rsidRPr="00D20827" w:rsidRDefault="009B5C87" w:rsidP="00DD46D7">
      <w:pPr>
        <w:pStyle w:val="Lijstalinea"/>
        <w:numPr>
          <w:ilvl w:val="0"/>
          <w:numId w:val="25"/>
        </w:numPr>
        <w:tabs>
          <w:tab w:val="left" w:pos="907"/>
        </w:tabs>
        <w:spacing w:after="120"/>
        <w:rPr>
          <w:lang w:val="nl-NL"/>
        </w:rPr>
      </w:pPr>
      <w:r w:rsidRPr="00D20827">
        <w:rPr>
          <w:lang w:val="nl-NL"/>
        </w:rPr>
        <w:t>Opdrachtnemer heeft de mogelijkheid om tot 1 september bezwaar te maken tegen de wijzigingen. Opdrachtnemer treedt bij bezwaar in overleg met Opdrachtgever.</w:t>
      </w:r>
    </w:p>
    <w:p w14:paraId="2A13A110" w14:textId="3237F365" w:rsidR="006C574C" w:rsidRPr="00D20827" w:rsidRDefault="009B5C87" w:rsidP="00DD46D7">
      <w:pPr>
        <w:pStyle w:val="Lijstalinea"/>
        <w:numPr>
          <w:ilvl w:val="0"/>
          <w:numId w:val="25"/>
        </w:numPr>
        <w:tabs>
          <w:tab w:val="left" w:pos="907"/>
        </w:tabs>
        <w:spacing w:after="120"/>
        <w:rPr>
          <w:lang w:val="nl-NL"/>
        </w:rPr>
      </w:pPr>
      <w:r w:rsidRPr="00D20827">
        <w:rPr>
          <w:lang w:val="nl-NL"/>
        </w:rPr>
        <w:t>Opdrachtnemer kan besluiten de Overeenkomst te ontbinden wanneer zij het niet eens is met de wijzigingen op de Overeenkomst.</w:t>
      </w:r>
    </w:p>
    <w:p w14:paraId="4E16B682" w14:textId="365260B6" w:rsidR="006C574C" w:rsidRPr="00D20827" w:rsidRDefault="009B5C87" w:rsidP="00DD46D7">
      <w:pPr>
        <w:pStyle w:val="Lijstalinea"/>
        <w:numPr>
          <w:ilvl w:val="0"/>
          <w:numId w:val="25"/>
        </w:numPr>
        <w:tabs>
          <w:tab w:val="left" w:pos="907"/>
        </w:tabs>
        <w:spacing w:after="120"/>
        <w:rPr>
          <w:lang w:val="nl-NL"/>
        </w:rPr>
      </w:pPr>
      <w:r w:rsidRPr="00D20827">
        <w:rPr>
          <w:lang w:val="nl-NL"/>
        </w:rPr>
        <w:t>Een wijziging van deze Overeenkomst laat de inhoud en gelding van de Overeenkomst voor het overige onverlet.</w:t>
      </w:r>
    </w:p>
    <w:p w14:paraId="58646EF2" w14:textId="45ABA988" w:rsidR="006C574C" w:rsidRPr="00D20827" w:rsidRDefault="009B5C87" w:rsidP="00DD46D7">
      <w:pPr>
        <w:pStyle w:val="Lijstalinea"/>
        <w:numPr>
          <w:ilvl w:val="0"/>
          <w:numId w:val="25"/>
        </w:numPr>
        <w:tabs>
          <w:tab w:val="left" w:pos="907"/>
        </w:tabs>
        <w:spacing w:after="120"/>
        <w:rPr>
          <w:lang w:val="nl-NL"/>
        </w:rPr>
      </w:pPr>
      <w:r w:rsidRPr="00D20827">
        <w:rPr>
          <w:lang w:val="nl-NL"/>
        </w:rPr>
        <w:t>Opdrachtgever kan de regionale werkafspraken die op grond van het Inkoopdocument worden uitgewerkt (verwijzen, toewijzen, administreren en beheersen) gedurende de looptijd van de Overeenkomst aanpassen. Deze werkafspraken maken na vaststelling onderdeel uit van deze Overeenkomst.</w:t>
      </w:r>
    </w:p>
    <w:p w14:paraId="20010BF6" w14:textId="77777777" w:rsidR="006C574C" w:rsidRPr="0076185D" w:rsidRDefault="009B5C87">
      <w:pPr>
        <w:keepNext/>
        <w:spacing w:before="280" w:after="120"/>
        <w:rPr>
          <w:lang w:val="nl-NL"/>
        </w:rPr>
      </w:pPr>
      <w:r w:rsidRPr="0076185D">
        <w:rPr>
          <w:b/>
          <w:sz w:val="22"/>
          <w:lang w:val="nl-NL"/>
        </w:rPr>
        <w:t>6. Verplichtingen Opdrachtnemer</w:t>
      </w:r>
    </w:p>
    <w:p w14:paraId="6334B23C" w14:textId="7C801E6C" w:rsidR="006C574C" w:rsidRPr="002F3060" w:rsidRDefault="009B5C87" w:rsidP="00DD46D7">
      <w:pPr>
        <w:pStyle w:val="Lijstalinea"/>
        <w:numPr>
          <w:ilvl w:val="0"/>
          <w:numId w:val="2"/>
        </w:numPr>
        <w:tabs>
          <w:tab w:val="left" w:pos="907"/>
        </w:tabs>
        <w:spacing w:after="120"/>
        <w:rPr>
          <w:lang w:val="nl-NL"/>
        </w:rPr>
      </w:pPr>
      <w:r w:rsidRPr="002F3060">
        <w:rPr>
          <w:lang w:val="nl-NL"/>
        </w:rPr>
        <w:t>Opdrachtnemer voldoet bij de uitvoering van de Overeenkomst aan alle voorwaarden in de documenten zoals genoemd in artikel 3 lid 1. De inhoud van de in de vorige zin bedoelde documenten wordt geacht onderdeel uit te maken van een Opdracht.</w:t>
      </w:r>
    </w:p>
    <w:p w14:paraId="77A687C7" w14:textId="0D1DDA6B" w:rsidR="006C574C" w:rsidRPr="002F3060" w:rsidRDefault="009B5C87" w:rsidP="00DD46D7">
      <w:pPr>
        <w:pStyle w:val="Lijstalinea"/>
        <w:numPr>
          <w:ilvl w:val="0"/>
          <w:numId w:val="2"/>
        </w:numPr>
        <w:tabs>
          <w:tab w:val="left" w:pos="907"/>
        </w:tabs>
        <w:spacing w:after="120"/>
        <w:rPr>
          <w:lang w:val="nl-NL"/>
        </w:rPr>
      </w:pPr>
      <w:r w:rsidRPr="002F3060">
        <w:rPr>
          <w:lang w:val="nl-NL"/>
        </w:rPr>
        <w:lastRenderedPageBreak/>
        <w:t>Opdrachtnemer neemt bij het leveren van KWV de zorg van een goed hulpverlener in acht en handelt daarbij in overeenstemming met de op haar rustende verantwoordelijkheid, voortvloeiende uit de voor hem of haar geldende professionele standaard.</w:t>
      </w:r>
    </w:p>
    <w:p w14:paraId="4AB3D148" w14:textId="05603228" w:rsidR="006C574C" w:rsidRPr="002F3060" w:rsidRDefault="009B5C87" w:rsidP="00DD46D7">
      <w:pPr>
        <w:pStyle w:val="Lijstalinea"/>
        <w:numPr>
          <w:ilvl w:val="0"/>
          <w:numId w:val="2"/>
        </w:numPr>
        <w:tabs>
          <w:tab w:val="left" w:pos="907"/>
        </w:tabs>
        <w:spacing w:after="120"/>
        <w:rPr>
          <w:lang w:val="nl-NL"/>
        </w:rPr>
      </w:pPr>
      <w:r w:rsidRPr="002F3060">
        <w:rPr>
          <w:lang w:val="nl-NL"/>
        </w:rPr>
        <w:t>Opdrachtnemer staat ervoor in dat zij bij het uitvoeren van de werkzaamheden zich te allen tijde zal houden aan de wettelijke verplichtingen die op haar van toepassing (zullen) zijn.</w:t>
      </w:r>
    </w:p>
    <w:p w14:paraId="6F7097E3" w14:textId="1D9EC3B7" w:rsidR="006C574C" w:rsidRPr="002F3060" w:rsidRDefault="009B5C87" w:rsidP="00DD46D7">
      <w:pPr>
        <w:pStyle w:val="Lijstalinea"/>
        <w:numPr>
          <w:ilvl w:val="0"/>
          <w:numId w:val="2"/>
        </w:numPr>
        <w:tabs>
          <w:tab w:val="left" w:pos="907"/>
        </w:tabs>
        <w:spacing w:after="120"/>
        <w:rPr>
          <w:lang w:val="nl-NL"/>
        </w:rPr>
      </w:pPr>
      <w:r w:rsidRPr="002F3060">
        <w:rPr>
          <w:lang w:val="nl-NL"/>
        </w:rPr>
        <w:t>Opdrachtnemer gaat bij de uitvoering van de werkzaamheden af op de door de Gemeente aan haar verstrekte informatie bij de opdrachtverlening.</w:t>
      </w:r>
    </w:p>
    <w:p w14:paraId="4D7FCC69" w14:textId="5C12C1F5" w:rsidR="006C574C" w:rsidRPr="002F3060" w:rsidRDefault="009B5C87" w:rsidP="00DD46D7">
      <w:pPr>
        <w:pStyle w:val="Lijstalinea"/>
        <w:numPr>
          <w:ilvl w:val="0"/>
          <w:numId w:val="2"/>
        </w:numPr>
        <w:tabs>
          <w:tab w:val="left" w:pos="907"/>
        </w:tabs>
        <w:spacing w:after="120"/>
        <w:rPr>
          <w:lang w:val="nl-NL"/>
        </w:rPr>
      </w:pPr>
      <w:r w:rsidRPr="002F3060">
        <w:rPr>
          <w:lang w:val="nl-NL"/>
        </w:rPr>
        <w:t>Opdrachtnemer wijst een contactpersoon aan die alle voorkomende aangelegenheden met Opdrachtgever respectievelijk de Gemeente kan afstemmen.</w:t>
      </w:r>
    </w:p>
    <w:p w14:paraId="3AD1B62E" w14:textId="755B65D2" w:rsidR="006C574C" w:rsidRPr="002F3060" w:rsidRDefault="009B5C87" w:rsidP="00DD46D7">
      <w:pPr>
        <w:pStyle w:val="Lijstalinea"/>
        <w:numPr>
          <w:ilvl w:val="0"/>
          <w:numId w:val="2"/>
        </w:numPr>
        <w:tabs>
          <w:tab w:val="left" w:pos="907"/>
        </w:tabs>
        <w:spacing w:after="120"/>
        <w:rPr>
          <w:lang w:val="nl-NL"/>
        </w:rPr>
      </w:pPr>
      <w:r w:rsidRPr="002F3060">
        <w:rPr>
          <w:lang w:val="nl-NL"/>
        </w:rPr>
        <w:t>Opdrachtnemer draagt zorg voor voldoende, gekwalificeerd en continu beschikbaar personeel, passend bij de aard en omvang van de KWV-voorziening(en) waarvoor zij is gecontracteerd.</w:t>
      </w:r>
    </w:p>
    <w:p w14:paraId="1A46DAFB" w14:textId="77777777" w:rsidR="006C574C" w:rsidRPr="0076185D" w:rsidRDefault="009B5C87">
      <w:pPr>
        <w:keepNext/>
        <w:spacing w:before="280" w:after="120"/>
        <w:rPr>
          <w:lang w:val="nl-NL"/>
        </w:rPr>
      </w:pPr>
      <w:r w:rsidRPr="0076185D">
        <w:rPr>
          <w:b/>
          <w:sz w:val="22"/>
          <w:lang w:val="nl-NL"/>
        </w:rPr>
        <w:t>7. Inzet van derden</w:t>
      </w:r>
    </w:p>
    <w:p w14:paraId="2B4B819D" w14:textId="4483B8D2" w:rsidR="006C574C" w:rsidRPr="002F3060" w:rsidRDefault="009B5C87" w:rsidP="00DD46D7">
      <w:pPr>
        <w:pStyle w:val="Lijstalinea"/>
        <w:numPr>
          <w:ilvl w:val="0"/>
          <w:numId w:val="6"/>
        </w:numPr>
        <w:tabs>
          <w:tab w:val="left" w:pos="907"/>
        </w:tabs>
        <w:spacing w:after="120"/>
        <w:rPr>
          <w:lang w:val="nl-NL"/>
        </w:rPr>
      </w:pPr>
      <w:r w:rsidRPr="002F3060">
        <w:rPr>
          <w:lang w:val="nl-NL"/>
        </w:rPr>
        <w:t>Het structureel inzetten van derden als vorm om deel te nemen aan het strategisch partnership is niet toegestaan. Opdrachtnemer schrijft zelfstandig in en draagt zelfstandig verantwoordelijkheid voor de uitvoering van de Opdracht en deelname aan het KWV-partnership.</w:t>
      </w:r>
    </w:p>
    <w:p w14:paraId="0AB820E1" w14:textId="3F53210F" w:rsidR="006C574C" w:rsidRPr="002F3060" w:rsidRDefault="009B5C87" w:rsidP="00DD46D7">
      <w:pPr>
        <w:pStyle w:val="Lijstalinea"/>
        <w:numPr>
          <w:ilvl w:val="0"/>
          <w:numId w:val="6"/>
        </w:numPr>
        <w:tabs>
          <w:tab w:val="left" w:pos="907"/>
        </w:tabs>
        <w:spacing w:after="120"/>
        <w:rPr>
          <w:lang w:val="nl-NL"/>
        </w:rPr>
      </w:pPr>
      <w:r w:rsidRPr="002F3060">
        <w:rPr>
          <w:lang w:val="nl-NL"/>
        </w:rPr>
        <w:t>In afwijking van lid 1 is het inschrijven met beroep op derden uitsluitend toegestaan voor de uitvoering van KWV-voorzieningen of ondersteunende onderdelen daarvan, en uitsluitend na voorafgaande schriftelijke toestemming van Opdrachtgever.</w:t>
      </w:r>
    </w:p>
    <w:p w14:paraId="54D21E18" w14:textId="69EB4F9D" w:rsidR="006C574C" w:rsidRPr="002F3060" w:rsidRDefault="009B5C87" w:rsidP="00DD46D7">
      <w:pPr>
        <w:pStyle w:val="Lijstalinea"/>
        <w:numPr>
          <w:ilvl w:val="0"/>
          <w:numId w:val="6"/>
        </w:numPr>
        <w:tabs>
          <w:tab w:val="left" w:pos="907"/>
        </w:tabs>
        <w:spacing w:after="120"/>
        <w:rPr>
          <w:lang w:val="nl-NL"/>
        </w:rPr>
      </w:pPr>
      <w:r w:rsidRPr="002F3060">
        <w:rPr>
          <w:lang w:val="nl-NL"/>
        </w:rPr>
        <w:t>Opdrachtnemer is en blijft, ook bij inzet van een derde, volledig verantwoordelijk en aansprakelijk voor de uitvoering van de Opdracht, waaronder de kwaliteit van de KWV, de continuïteit van ondersteuning en de deelname aan governance- en samenwerkingsstructuren binnen het partnership.</w:t>
      </w:r>
    </w:p>
    <w:p w14:paraId="1BD96E11" w14:textId="67F9F27F" w:rsidR="006C574C" w:rsidRPr="002F3060" w:rsidRDefault="009B5C87" w:rsidP="00DD46D7">
      <w:pPr>
        <w:pStyle w:val="Lijstalinea"/>
        <w:numPr>
          <w:ilvl w:val="0"/>
          <w:numId w:val="6"/>
        </w:numPr>
        <w:tabs>
          <w:tab w:val="left" w:pos="907"/>
        </w:tabs>
        <w:spacing w:after="120"/>
        <w:rPr>
          <w:lang w:val="nl-NL"/>
        </w:rPr>
      </w:pPr>
      <w:r w:rsidRPr="002F3060">
        <w:rPr>
          <w:lang w:val="nl-NL"/>
        </w:rPr>
        <w:t>Opdrachtnemer garandeert dat de ondersteuning door de derde voldoet aan de (kwaliteits)eisen gesteld in deze Overeenkomst en het Inkoopdocument.</w:t>
      </w:r>
    </w:p>
    <w:p w14:paraId="7F603280" w14:textId="7D256E51" w:rsidR="006C574C" w:rsidRPr="002F3060" w:rsidRDefault="009B5C87" w:rsidP="00DD46D7">
      <w:pPr>
        <w:pStyle w:val="Lijstalinea"/>
        <w:numPr>
          <w:ilvl w:val="0"/>
          <w:numId w:val="6"/>
        </w:numPr>
        <w:tabs>
          <w:tab w:val="left" w:pos="907"/>
        </w:tabs>
        <w:spacing w:after="120"/>
        <w:rPr>
          <w:lang w:val="nl-NL"/>
        </w:rPr>
      </w:pPr>
      <w:r w:rsidRPr="002F3060">
        <w:rPr>
          <w:lang w:val="nl-NL"/>
        </w:rPr>
        <w:t>Opdrachtgever behoudt zich het recht voor toestemming voor inzet van een derde te weigeren indien dit naar het oordeel van Opdrachtgever niet verenigbaar is met de continuïteit, uitvoerbaarheid, governance, duurzame borging, aanspreekbaarheid, stabiliteit van het partnership of kwaliteit van de voorziening.</w:t>
      </w:r>
    </w:p>
    <w:p w14:paraId="287E5EC6" w14:textId="60B3FF53" w:rsidR="006C574C" w:rsidRPr="002F3060" w:rsidRDefault="009B5C87" w:rsidP="00DD46D7">
      <w:pPr>
        <w:pStyle w:val="Lijstalinea"/>
        <w:numPr>
          <w:ilvl w:val="0"/>
          <w:numId w:val="6"/>
        </w:numPr>
        <w:tabs>
          <w:tab w:val="left" w:pos="907"/>
        </w:tabs>
        <w:spacing w:after="120"/>
        <w:rPr>
          <w:lang w:val="nl-NL"/>
        </w:rPr>
      </w:pPr>
      <w:r w:rsidRPr="002F3060">
        <w:rPr>
          <w:lang w:val="nl-NL"/>
        </w:rPr>
        <w:t>Opdrachtnemer blijft bij inzet van een derde ook verantwoordelijk voor de administratieve afhandeling van de verleende KWV onder deze Overeenkomst, waaronder declaraties en het indienen van verantwoordingen.</w:t>
      </w:r>
    </w:p>
    <w:p w14:paraId="13069897" w14:textId="77777777" w:rsidR="006C574C" w:rsidRPr="0076185D" w:rsidRDefault="009B5C87">
      <w:pPr>
        <w:keepNext/>
        <w:spacing w:before="280" w:after="120"/>
        <w:rPr>
          <w:lang w:val="nl-NL"/>
        </w:rPr>
      </w:pPr>
      <w:r w:rsidRPr="0076185D">
        <w:rPr>
          <w:b/>
          <w:sz w:val="22"/>
          <w:lang w:val="nl-NL"/>
        </w:rPr>
        <w:t>8. Het KWV-partnership</w:t>
      </w:r>
    </w:p>
    <w:p w14:paraId="7F189758" w14:textId="3D23DC91" w:rsidR="006C574C" w:rsidRPr="00255BBC" w:rsidRDefault="009B5C87" w:rsidP="00DD46D7">
      <w:pPr>
        <w:pStyle w:val="Lijstalinea"/>
        <w:numPr>
          <w:ilvl w:val="0"/>
          <w:numId w:val="24"/>
        </w:numPr>
        <w:tabs>
          <w:tab w:val="left" w:pos="907"/>
        </w:tabs>
        <w:spacing w:after="120"/>
        <w:rPr>
          <w:lang w:val="nl-NL"/>
        </w:rPr>
      </w:pPr>
      <w:r w:rsidRPr="00255BBC">
        <w:rPr>
          <w:lang w:val="nl-NL"/>
        </w:rPr>
        <w:t>Naast het zelfstandig leveren van KWV als voorziening neemt Opdrachtnemer deel aan het KWV-partnership. Het partnership wordt ingezet voor regionale opgaven die niet door één aanbieder afzonderlijk kunnen worden opgelost.</w:t>
      </w:r>
    </w:p>
    <w:p w14:paraId="6D72F78A" w14:textId="1BE2914C" w:rsidR="006C574C" w:rsidRPr="00255BBC" w:rsidRDefault="009B5C87" w:rsidP="00DD46D7">
      <w:pPr>
        <w:pStyle w:val="Lijstalinea"/>
        <w:numPr>
          <w:ilvl w:val="0"/>
          <w:numId w:val="24"/>
        </w:numPr>
        <w:tabs>
          <w:tab w:val="left" w:pos="907"/>
        </w:tabs>
        <w:spacing w:after="120"/>
        <w:rPr>
          <w:lang w:val="nl-NL"/>
        </w:rPr>
      </w:pPr>
      <w:r w:rsidRPr="00255BBC">
        <w:rPr>
          <w:lang w:val="nl-NL"/>
        </w:rPr>
        <w:t>Het KWV-partnership heeft als doel gezamenlijk te zorgen voor een regionaal dekkend, passend en toekomstbestendig KWV-landschap. Het partnership bestaat uit de gecontracteerde KWV-aanbieders, Opdrachtgever en een vaste afvaardiging van Gemeenten. Afhankelijk van het onderwerp sluiten de betreffende Gemeente, wettelijke verwijzer, gecertificeerde instelling of andere relevante partijen aan.</w:t>
      </w:r>
    </w:p>
    <w:p w14:paraId="6E8F4A9D" w14:textId="348E603B" w:rsidR="006C574C" w:rsidRPr="00255BBC" w:rsidRDefault="009B5C87" w:rsidP="00DD46D7">
      <w:pPr>
        <w:pStyle w:val="Lijstalinea"/>
        <w:numPr>
          <w:ilvl w:val="0"/>
          <w:numId w:val="24"/>
        </w:numPr>
        <w:tabs>
          <w:tab w:val="left" w:pos="907"/>
        </w:tabs>
        <w:spacing w:after="120"/>
        <w:rPr>
          <w:lang w:val="nl-NL"/>
        </w:rPr>
      </w:pPr>
      <w:r w:rsidRPr="00255BBC">
        <w:rPr>
          <w:lang w:val="nl-NL"/>
        </w:rPr>
        <w:t xml:space="preserve">Binnen het partnership gelden vier samenhangende processen, die zijn uitgewerkt in Bijlage </w:t>
      </w:r>
      <w:r w:rsidR="00624243">
        <w:rPr>
          <w:lang w:val="nl-NL"/>
        </w:rPr>
        <w:t>4</w:t>
      </w:r>
      <w:r w:rsidRPr="00255BBC">
        <w:rPr>
          <w:lang w:val="nl-NL"/>
        </w:rPr>
        <w:t xml:space="preserve"> – Processen KWV-partnership:</w:t>
      </w:r>
    </w:p>
    <w:p w14:paraId="0A2E4F04" w14:textId="77777777" w:rsidR="006C574C" w:rsidRPr="0076185D" w:rsidRDefault="009B5C87" w:rsidP="00DD46D7">
      <w:pPr>
        <w:pStyle w:val="Lijstopsomteken"/>
        <w:tabs>
          <w:tab w:val="clear" w:pos="360"/>
          <w:tab w:val="num" w:pos="1267"/>
        </w:tabs>
        <w:ind w:left="1587"/>
        <w:rPr>
          <w:lang w:val="nl-NL"/>
        </w:rPr>
      </w:pPr>
      <w:r w:rsidRPr="0076185D">
        <w:rPr>
          <w:lang w:val="nl-NL"/>
        </w:rPr>
        <w:t>Proces A – Standaard sturing KWV: periodiek gezamenlijk overleg over het regionale spreidings- en capaciteitsbeeld, plaatsingsdruk en knelpunten;</w:t>
      </w:r>
    </w:p>
    <w:p w14:paraId="2D9A082C" w14:textId="2A864080" w:rsidR="006C574C" w:rsidRPr="0076185D" w:rsidRDefault="009B5C87" w:rsidP="00DD46D7">
      <w:pPr>
        <w:pStyle w:val="Lijstopsomteken"/>
        <w:tabs>
          <w:tab w:val="clear" w:pos="360"/>
          <w:tab w:val="num" w:pos="1267"/>
        </w:tabs>
        <w:ind w:left="1587"/>
        <w:rPr>
          <w:lang w:val="nl-NL"/>
        </w:rPr>
      </w:pPr>
      <w:r w:rsidRPr="0076185D">
        <w:rPr>
          <w:lang w:val="nl-NL"/>
        </w:rPr>
        <w:t xml:space="preserve">Proces B – Ontwikkelopgave KWV: de wijze waarop nieuwe KWV-capaciteit wordt ontwikkeld vanuit het regionale spreidingsplan, inclusief de minicompetitie conform Bijlage </w:t>
      </w:r>
      <w:r w:rsidR="00624243">
        <w:rPr>
          <w:lang w:val="nl-NL"/>
        </w:rPr>
        <w:t>3</w:t>
      </w:r>
      <w:r w:rsidRPr="0076185D">
        <w:rPr>
          <w:lang w:val="nl-NL"/>
        </w:rPr>
        <w:t xml:space="preserve"> – Gunningsprocedure ontwikkelaanbod KWV indien meerdere aanbieders passend invulling kunnen geven aan een ontwikkelopgave;</w:t>
      </w:r>
    </w:p>
    <w:p w14:paraId="093850E9" w14:textId="77777777" w:rsidR="006C574C" w:rsidRPr="0076185D" w:rsidRDefault="009B5C87" w:rsidP="00DD46D7">
      <w:pPr>
        <w:pStyle w:val="Lijstopsomteken"/>
        <w:tabs>
          <w:tab w:val="clear" w:pos="360"/>
          <w:tab w:val="num" w:pos="1267"/>
        </w:tabs>
        <w:ind w:left="1587"/>
        <w:rPr>
          <w:lang w:val="nl-NL"/>
        </w:rPr>
      </w:pPr>
      <w:r w:rsidRPr="0076185D">
        <w:rPr>
          <w:lang w:val="nl-NL"/>
        </w:rPr>
        <w:t>Proces C – Matching KWV: het proces waarmee een Jeugdige wordt gematcht aan een passende KWV-plek, primair lokaal en waar nodig regionaal opgeschaald binnen het partnership;</w:t>
      </w:r>
    </w:p>
    <w:p w14:paraId="5084B4B7" w14:textId="77777777" w:rsidR="006C574C" w:rsidRPr="0076185D" w:rsidRDefault="009B5C87" w:rsidP="00DD46D7">
      <w:pPr>
        <w:pStyle w:val="Lijstopsomteken"/>
        <w:tabs>
          <w:tab w:val="clear" w:pos="360"/>
          <w:tab w:val="num" w:pos="1267"/>
        </w:tabs>
        <w:ind w:left="1587"/>
        <w:rPr>
          <w:lang w:val="nl-NL"/>
        </w:rPr>
      </w:pPr>
      <w:r w:rsidRPr="0076185D">
        <w:rPr>
          <w:lang w:val="nl-NL"/>
        </w:rPr>
        <w:lastRenderedPageBreak/>
        <w:t>Proces D – Borging onvoorwaardelijk wonen KWV: het proces waarmee wordt voorkomen dat een Jeugdige onvrijwillig wordt doorverhuisd wanneer het wonen onder druk staat.</w:t>
      </w:r>
    </w:p>
    <w:p w14:paraId="14D30D9E" w14:textId="77777777" w:rsidR="00E76EAC" w:rsidRDefault="009B5C87" w:rsidP="00DD46D7">
      <w:pPr>
        <w:pStyle w:val="Lijstalinea"/>
        <w:numPr>
          <w:ilvl w:val="0"/>
          <w:numId w:val="24"/>
        </w:numPr>
        <w:tabs>
          <w:tab w:val="left" w:pos="907"/>
        </w:tabs>
        <w:spacing w:after="120"/>
        <w:rPr>
          <w:lang w:val="nl-NL"/>
        </w:rPr>
      </w:pPr>
      <w:r w:rsidRPr="00B15A8A">
        <w:rPr>
          <w:lang w:val="nl-NL"/>
        </w:rPr>
        <w:t>Opdrachtgever faciliteert het partnership en bewaakt de regionale en contractuele kaders. Gemeenten blijven verantwoordelijk voor besluiten die binnen hun wettelijke bevoegdheid vallen. Opdrachtnemer blijft verantwoordelijk voor kwaliteit, veiligheid en uitvoering binnen de eigen voorziening en draagt daarnaast bij aan de gezamenlijke regionale opgaven.</w:t>
      </w:r>
    </w:p>
    <w:p w14:paraId="6EE38C97" w14:textId="3BD5D181" w:rsidR="006C574C" w:rsidRPr="00E76EAC" w:rsidRDefault="009B5C87" w:rsidP="00DD46D7">
      <w:pPr>
        <w:pStyle w:val="Lijstalinea"/>
        <w:numPr>
          <w:ilvl w:val="0"/>
          <w:numId w:val="24"/>
        </w:numPr>
        <w:tabs>
          <w:tab w:val="left" w:pos="907"/>
        </w:tabs>
        <w:spacing w:after="120"/>
        <w:rPr>
          <w:lang w:val="nl-NL"/>
        </w:rPr>
      </w:pPr>
      <w:r w:rsidRPr="00E76EAC">
        <w:rPr>
          <w:lang w:val="nl-NL"/>
        </w:rPr>
        <w:t>Na gunning werken Partijen de operationele werkwijze, overlegstructuur, monitoring en procesafspraken binnen het partnership verder uit. Deze doorontwikkeling blijft binnen de kaders van het Inkoopdocument en deze Overeenkomst en leidt niet tot een wezenlijke wijziging van de Opdracht.</w:t>
      </w:r>
    </w:p>
    <w:p w14:paraId="2A956C0D" w14:textId="77777777" w:rsidR="006C574C" w:rsidRPr="0076185D" w:rsidRDefault="009B5C87">
      <w:pPr>
        <w:keepNext/>
        <w:spacing w:before="280" w:after="120"/>
        <w:rPr>
          <w:lang w:val="nl-NL"/>
        </w:rPr>
      </w:pPr>
      <w:r w:rsidRPr="0076185D">
        <w:rPr>
          <w:b/>
          <w:sz w:val="22"/>
          <w:lang w:val="nl-NL"/>
        </w:rPr>
        <w:t>9. Instroom van nieuwe Opdrachtnemers</w:t>
      </w:r>
    </w:p>
    <w:p w14:paraId="415EF77A" w14:textId="58C87028" w:rsidR="006C574C" w:rsidRPr="006034B7" w:rsidRDefault="009B5C87" w:rsidP="00DD46D7">
      <w:pPr>
        <w:pStyle w:val="Lijstalinea"/>
        <w:numPr>
          <w:ilvl w:val="0"/>
          <w:numId w:val="28"/>
        </w:numPr>
        <w:tabs>
          <w:tab w:val="left" w:pos="907"/>
        </w:tabs>
        <w:spacing w:after="120"/>
        <w:rPr>
          <w:lang w:val="nl-NL"/>
        </w:rPr>
      </w:pPr>
      <w:r w:rsidRPr="006034B7">
        <w:rPr>
          <w:lang w:val="nl-NL"/>
        </w:rPr>
        <w:t>Opdrachtgever contracteert in beginsel gedurende de looptijd van deze Overeenkomst geen nieuwe opdrachtnemers, tenzij sprake is van een kwantitatief of kwalitatief capaciteitstekort</w:t>
      </w:r>
      <w:r w:rsidR="002E3ECA">
        <w:rPr>
          <w:lang w:val="nl-NL"/>
        </w:rPr>
        <w:t xml:space="preserve"> in het partnership</w:t>
      </w:r>
      <w:r w:rsidRPr="006034B7">
        <w:rPr>
          <w:lang w:val="nl-NL"/>
        </w:rPr>
        <w:t>, of van behoefte aan opdrachtnemers met een wezenlijk en duidelijk te onderscheiden innovatief aanbod.</w:t>
      </w:r>
    </w:p>
    <w:p w14:paraId="7348EB78" w14:textId="7357AB09" w:rsidR="006C574C" w:rsidRPr="006034B7" w:rsidRDefault="009B5C87" w:rsidP="00DD46D7">
      <w:pPr>
        <w:pStyle w:val="Lijstalinea"/>
        <w:numPr>
          <w:ilvl w:val="0"/>
          <w:numId w:val="28"/>
        </w:numPr>
        <w:tabs>
          <w:tab w:val="left" w:pos="907"/>
        </w:tabs>
        <w:spacing w:after="120"/>
        <w:rPr>
          <w:lang w:val="nl-NL"/>
        </w:rPr>
      </w:pPr>
      <w:r w:rsidRPr="006034B7">
        <w:rPr>
          <w:lang w:val="nl-NL"/>
        </w:rPr>
        <w:t>Indien sprake is van een situatie als bedoeld in lid 1, worden potentiële nieuwe opdrachtnemers uitgenodigd om in te schrijven via een verkorte procedure, tegen dezelfde voorwaarden als de Opdrachtnemers die in het kader van de onderhavige aanbestedingsprocedure zijn gecontracteerd. Opdrachtgever kan hierbij aanvullende eisen en voorwaarden stellen.</w:t>
      </w:r>
    </w:p>
    <w:p w14:paraId="4F7E46DD" w14:textId="0802D502" w:rsidR="006C574C" w:rsidRPr="006034B7" w:rsidRDefault="009B5C87" w:rsidP="00DD46D7">
      <w:pPr>
        <w:pStyle w:val="Lijstalinea"/>
        <w:numPr>
          <w:ilvl w:val="0"/>
          <w:numId w:val="28"/>
        </w:numPr>
        <w:tabs>
          <w:tab w:val="left" w:pos="907"/>
        </w:tabs>
        <w:spacing w:after="120"/>
        <w:rPr>
          <w:lang w:val="nl-NL"/>
        </w:rPr>
      </w:pPr>
      <w:r w:rsidRPr="006034B7">
        <w:rPr>
          <w:lang w:val="nl-NL"/>
        </w:rPr>
        <w:t>Deze instroom laat de rechten en verplichtingen van Opdrachtnemer op grond van deze Overeenkomst onverlet.</w:t>
      </w:r>
    </w:p>
    <w:p w14:paraId="39C256FE" w14:textId="74859B7A" w:rsidR="006C574C" w:rsidRPr="0076185D" w:rsidRDefault="009B5C87">
      <w:pPr>
        <w:keepNext/>
        <w:spacing w:before="280" w:after="120"/>
        <w:rPr>
          <w:lang w:val="nl-NL"/>
        </w:rPr>
      </w:pPr>
      <w:r w:rsidRPr="0076185D">
        <w:rPr>
          <w:b/>
          <w:sz w:val="22"/>
          <w:lang w:val="nl-NL"/>
        </w:rPr>
        <w:t>1</w:t>
      </w:r>
      <w:r w:rsidR="001E0DD0">
        <w:rPr>
          <w:b/>
          <w:sz w:val="22"/>
          <w:lang w:val="nl-NL"/>
        </w:rPr>
        <w:t>0</w:t>
      </w:r>
      <w:r w:rsidRPr="0076185D">
        <w:rPr>
          <w:b/>
          <w:sz w:val="22"/>
          <w:lang w:val="nl-NL"/>
        </w:rPr>
        <w:t>. Transformatie en beleidsontwikkeling</w:t>
      </w:r>
    </w:p>
    <w:p w14:paraId="6F901F0B" w14:textId="7F1203EA" w:rsidR="006C574C" w:rsidRPr="006034B7" w:rsidRDefault="009B5C87" w:rsidP="00DD46D7">
      <w:pPr>
        <w:pStyle w:val="Lijstalinea"/>
        <w:numPr>
          <w:ilvl w:val="0"/>
          <w:numId w:val="13"/>
        </w:numPr>
        <w:tabs>
          <w:tab w:val="left" w:pos="907"/>
        </w:tabs>
        <w:spacing w:after="120"/>
        <w:rPr>
          <w:lang w:val="nl-NL"/>
        </w:rPr>
      </w:pPr>
      <w:r w:rsidRPr="006034B7">
        <w:rPr>
          <w:lang w:val="nl-NL"/>
        </w:rPr>
        <w:t>Partijen kunnen elkaar uitnodigen in gesprek te gaan over de verdere (beleids-)ontwikkeling op het terrein van de Jeugdwet en het regionale KWV-landschap.</w:t>
      </w:r>
    </w:p>
    <w:p w14:paraId="0703E1DC" w14:textId="031555FA" w:rsidR="006C574C" w:rsidRPr="006034B7" w:rsidRDefault="009B5C87" w:rsidP="00DD46D7">
      <w:pPr>
        <w:pStyle w:val="Lijstalinea"/>
        <w:numPr>
          <w:ilvl w:val="0"/>
          <w:numId w:val="13"/>
        </w:numPr>
        <w:tabs>
          <w:tab w:val="left" w:pos="907"/>
        </w:tabs>
        <w:spacing w:after="120"/>
        <w:rPr>
          <w:lang w:val="nl-NL"/>
        </w:rPr>
      </w:pPr>
      <w:r w:rsidRPr="006034B7">
        <w:rPr>
          <w:lang w:val="nl-NL"/>
        </w:rPr>
        <w:t>Het overleg kan leiden tot aanvullende werkafspraken in het kader van deze Overeenkomst, voor zover niet in strijd met het aanbestedingsrecht.</w:t>
      </w:r>
    </w:p>
    <w:p w14:paraId="3AFC67F3" w14:textId="35C20FF2" w:rsidR="006C574C" w:rsidRPr="006034B7" w:rsidRDefault="009B5C87" w:rsidP="00DD46D7">
      <w:pPr>
        <w:pStyle w:val="Lijstalinea"/>
        <w:numPr>
          <w:ilvl w:val="0"/>
          <w:numId w:val="13"/>
        </w:numPr>
        <w:tabs>
          <w:tab w:val="left" w:pos="907"/>
        </w:tabs>
        <w:spacing w:after="120"/>
        <w:rPr>
          <w:lang w:val="nl-NL"/>
        </w:rPr>
      </w:pPr>
      <w:r w:rsidRPr="006034B7">
        <w:rPr>
          <w:lang w:val="nl-NL"/>
        </w:rPr>
        <w:t>Opdrachtnemer draagt bij aan de regionale transformatiedoelen van KWV, waaronder het voorkomen van JeugdzorgPlus-plaatsingen, het verminderen van doorplaatsingen, het verkorten van verblijfsduur waar mogelijk en het afbouwen van zwaardere vormen van verblijf.</w:t>
      </w:r>
    </w:p>
    <w:p w14:paraId="002CA382" w14:textId="5CA6C254" w:rsidR="006C574C" w:rsidRPr="0076185D" w:rsidRDefault="009B5C87">
      <w:pPr>
        <w:keepNext/>
        <w:spacing w:before="280" w:after="120"/>
        <w:rPr>
          <w:lang w:val="nl-NL"/>
        </w:rPr>
      </w:pPr>
      <w:r w:rsidRPr="0076185D">
        <w:rPr>
          <w:b/>
          <w:sz w:val="22"/>
          <w:lang w:val="nl-NL"/>
        </w:rPr>
        <w:t>1</w:t>
      </w:r>
      <w:r w:rsidR="001E0DD0">
        <w:rPr>
          <w:b/>
          <w:sz w:val="22"/>
          <w:lang w:val="nl-NL"/>
        </w:rPr>
        <w:t>1</w:t>
      </w:r>
      <w:r w:rsidRPr="0076185D">
        <w:rPr>
          <w:b/>
          <w:sz w:val="22"/>
          <w:lang w:val="nl-NL"/>
        </w:rPr>
        <w:t>. Tarieven, Indexatie, Declaratie en Betaling</w:t>
      </w:r>
    </w:p>
    <w:p w14:paraId="545EAB96" w14:textId="1A830A83" w:rsidR="006034B7" w:rsidRPr="006034B7" w:rsidRDefault="009B5C87" w:rsidP="00DD46D7">
      <w:pPr>
        <w:pStyle w:val="Lijstalinea"/>
        <w:numPr>
          <w:ilvl w:val="0"/>
          <w:numId w:val="18"/>
        </w:numPr>
        <w:tabs>
          <w:tab w:val="left" w:pos="907"/>
        </w:tabs>
        <w:spacing w:after="120"/>
        <w:rPr>
          <w:lang w:val="nl-NL"/>
        </w:rPr>
      </w:pPr>
      <w:r w:rsidRPr="006034B7">
        <w:rPr>
          <w:lang w:val="nl-NL"/>
        </w:rPr>
        <w:t>Van toepassing zijn de tarieven zoals opgenomen in het Inkoopdocument, prijspeil 202</w:t>
      </w:r>
      <w:r w:rsidR="001E2A4A">
        <w:rPr>
          <w:lang w:val="nl-NL"/>
        </w:rPr>
        <w:t>5</w:t>
      </w:r>
      <w:r w:rsidRPr="006034B7">
        <w:rPr>
          <w:lang w:val="nl-NL"/>
        </w:rPr>
        <w:t>. Tarieven worden uitgedrukt in euro’s en zijn exclusief omzetbelasting (btw), voor zover van toepassing.</w:t>
      </w:r>
    </w:p>
    <w:tbl>
      <w:tblPr>
        <w:tblStyle w:val="TableNormal"/>
        <w:tblW w:w="8930" w:type="dxa"/>
        <w:tblInd w:w="250" w:type="dxa"/>
        <w:tblLayout w:type="fixed"/>
        <w:tblLook w:val="04A0" w:firstRow="1" w:lastRow="0" w:firstColumn="1" w:lastColumn="0" w:noHBand="0" w:noVBand="1"/>
      </w:tblPr>
      <w:tblGrid>
        <w:gridCol w:w="3152"/>
        <w:gridCol w:w="2518"/>
        <w:gridCol w:w="3260"/>
      </w:tblGrid>
      <w:tr w:rsidR="006C574C" w:rsidRPr="0076185D" w14:paraId="5A9FE43B" w14:textId="77777777" w:rsidTr="001E2A4A">
        <w:tc>
          <w:tcPr>
            <w:tcW w:w="3152" w:type="dxa"/>
            <w:tcBorders>
              <w:top w:val="single" w:sz="4" w:space="0" w:color="000000"/>
              <w:left w:val="single" w:sz="4" w:space="0" w:color="000000"/>
              <w:bottom w:val="single" w:sz="4" w:space="0" w:color="000000"/>
              <w:right w:val="single" w:sz="4" w:space="0" w:color="000000"/>
            </w:tcBorders>
          </w:tcPr>
          <w:p w14:paraId="6EF31460" w14:textId="77777777" w:rsidR="006C574C" w:rsidRPr="0076185D" w:rsidRDefault="009B5C87">
            <w:pPr>
              <w:spacing w:before="40" w:after="80"/>
              <w:rPr>
                <w:lang w:val="nl-NL"/>
              </w:rPr>
            </w:pPr>
            <w:r w:rsidRPr="0076185D">
              <w:rPr>
                <w:b/>
                <w:lang w:val="nl-NL"/>
              </w:rPr>
              <w:t>Groepsgrootte</w:t>
            </w:r>
          </w:p>
        </w:tc>
        <w:tc>
          <w:tcPr>
            <w:tcW w:w="2518" w:type="dxa"/>
            <w:tcBorders>
              <w:top w:val="single" w:sz="4" w:space="0" w:color="000000"/>
              <w:left w:val="single" w:sz="4" w:space="0" w:color="000000"/>
              <w:bottom w:val="single" w:sz="4" w:space="0" w:color="000000"/>
              <w:right w:val="single" w:sz="4" w:space="0" w:color="000000"/>
            </w:tcBorders>
          </w:tcPr>
          <w:p w14:paraId="7E619624" w14:textId="77777777" w:rsidR="006C574C" w:rsidRPr="0076185D" w:rsidRDefault="009B5C87">
            <w:pPr>
              <w:spacing w:before="40" w:after="80"/>
              <w:rPr>
                <w:lang w:val="nl-NL"/>
              </w:rPr>
            </w:pPr>
            <w:r w:rsidRPr="0076185D">
              <w:rPr>
                <w:b/>
                <w:lang w:val="nl-NL"/>
              </w:rPr>
              <w:t>Prestatiebekostiging</w:t>
            </w:r>
          </w:p>
        </w:tc>
        <w:tc>
          <w:tcPr>
            <w:tcW w:w="3260" w:type="dxa"/>
            <w:tcBorders>
              <w:top w:val="single" w:sz="4" w:space="0" w:color="000000"/>
              <w:left w:val="single" w:sz="4" w:space="0" w:color="000000"/>
              <w:bottom w:val="single" w:sz="4" w:space="0" w:color="000000"/>
              <w:right w:val="single" w:sz="4" w:space="0" w:color="000000"/>
            </w:tcBorders>
          </w:tcPr>
          <w:p w14:paraId="00C9D93F" w14:textId="77777777" w:rsidR="006C574C" w:rsidRPr="0076185D" w:rsidRDefault="009B5C87">
            <w:pPr>
              <w:spacing w:before="40" w:after="80"/>
              <w:rPr>
                <w:lang w:val="nl-NL"/>
              </w:rPr>
            </w:pPr>
            <w:r w:rsidRPr="0076185D">
              <w:rPr>
                <w:b/>
                <w:lang w:val="nl-NL"/>
              </w:rPr>
              <w:t>Beschikbaarheidsfinanciering</w:t>
            </w:r>
          </w:p>
        </w:tc>
      </w:tr>
      <w:tr w:rsidR="006C574C" w:rsidRPr="0076185D" w14:paraId="274B59EA" w14:textId="77777777" w:rsidTr="001E2A4A">
        <w:tc>
          <w:tcPr>
            <w:tcW w:w="3152" w:type="dxa"/>
            <w:tcBorders>
              <w:top w:val="single" w:sz="4" w:space="0" w:color="000000"/>
              <w:left w:val="single" w:sz="4" w:space="0" w:color="000000"/>
              <w:bottom w:val="single" w:sz="4" w:space="0" w:color="000000"/>
              <w:right w:val="single" w:sz="4" w:space="0" w:color="000000"/>
            </w:tcBorders>
          </w:tcPr>
          <w:p w14:paraId="43039AEE" w14:textId="77777777" w:rsidR="006C574C" w:rsidRPr="0076185D" w:rsidRDefault="009B5C87">
            <w:pPr>
              <w:spacing w:before="40" w:after="80"/>
              <w:rPr>
                <w:lang w:val="nl-NL"/>
              </w:rPr>
            </w:pPr>
            <w:r w:rsidRPr="0076185D">
              <w:rPr>
                <w:lang w:val="nl-NL"/>
              </w:rPr>
              <w:t>KWV groepsgrootte 4</w:t>
            </w:r>
          </w:p>
        </w:tc>
        <w:tc>
          <w:tcPr>
            <w:tcW w:w="2518" w:type="dxa"/>
            <w:tcBorders>
              <w:top w:val="single" w:sz="4" w:space="0" w:color="000000"/>
              <w:left w:val="single" w:sz="4" w:space="0" w:color="000000"/>
              <w:bottom w:val="single" w:sz="4" w:space="0" w:color="000000"/>
              <w:right w:val="single" w:sz="4" w:space="0" w:color="000000"/>
            </w:tcBorders>
          </w:tcPr>
          <w:p w14:paraId="7C5B6630" w14:textId="77777777" w:rsidR="006C574C" w:rsidRPr="0076185D" w:rsidRDefault="009B5C87">
            <w:pPr>
              <w:spacing w:before="40" w:after="80"/>
              <w:rPr>
                <w:lang w:val="nl-NL"/>
              </w:rPr>
            </w:pPr>
            <w:r w:rsidRPr="0076185D">
              <w:rPr>
                <w:lang w:val="nl-NL"/>
              </w:rPr>
              <w:t>€ 759,96 per etmaal</w:t>
            </w:r>
          </w:p>
        </w:tc>
        <w:tc>
          <w:tcPr>
            <w:tcW w:w="3260" w:type="dxa"/>
            <w:tcBorders>
              <w:top w:val="single" w:sz="4" w:space="0" w:color="000000"/>
              <w:left w:val="single" w:sz="4" w:space="0" w:color="000000"/>
              <w:bottom w:val="single" w:sz="4" w:space="0" w:color="000000"/>
              <w:right w:val="single" w:sz="4" w:space="0" w:color="000000"/>
            </w:tcBorders>
          </w:tcPr>
          <w:p w14:paraId="596C3573" w14:textId="77777777" w:rsidR="006C574C" w:rsidRPr="0076185D" w:rsidRDefault="009B5C87">
            <w:pPr>
              <w:spacing w:before="40" w:after="80"/>
              <w:rPr>
                <w:lang w:val="nl-NL"/>
              </w:rPr>
            </w:pPr>
            <w:r w:rsidRPr="0076185D">
              <w:rPr>
                <w:lang w:val="nl-NL"/>
              </w:rPr>
              <w:t>€ 683,96 per plek per etmaal</w:t>
            </w:r>
          </w:p>
        </w:tc>
      </w:tr>
      <w:tr w:rsidR="006C574C" w:rsidRPr="0076185D" w14:paraId="1B149BEE" w14:textId="77777777" w:rsidTr="001E2A4A">
        <w:tc>
          <w:tcPr>
            <w:tcW w:w="3152" w:type="dxa"/>
            <w:tcBorders>
              <w:top w:val="single" w:sz="4" w:space="0" w:color="000000"/>
              <w:left w:val="single" w:sz="4" w:space="0" w:color="000000"/>
              <w:bottom w:val="single" w:sz="4" w:space="0" w:color="000000"/>
              <w:right w:val="single" w:sz="4" w:space="0" w:color="000000"/>
            </w:tcBorders>
          </w:tcPr>
          <w:p w14:paraId="10C53762" w14:textId="77777777" w:rsidR="006C574C" w:rsidRPr="0076185D" w:rsidRDefault="009B5C87">
            <w:pPr>
              <w:spacing w:before="40" w:after="80"/>
              <w:rPr>
                <w:lang w:val="nl-NL"/>
              </w:rPr>
            </w:pPr>
            <w:r w:rsidRPr="0076185D">
              <w:rPr>
                <w:lang w:val="nl-NL"/>
              </w:rPr>
              <w:t>KWV groepsgrootte 5</w:t>
            </w:r>
          </w:p>
        </w:tc>
        <w:tc>
          <w:tcPr>
            <w:tcW w:w="2518" w:type="dxa"/>
            <w:tcBorders>
              <w:top w:val="single" w:sz="4" w:space="0" w:color="000000"/>
              <w:left w:val="single" w:sz="4" w:space="0" w:color="000000"/>
              <w:bottom w:val="single" w:sz="4" w:space="0" w:color="000000"/>
              <w:right w:val="single" w:sz="4" w:space="0" w:color="000000"/>
            </w:tcBorders>
          </w:tcPr>
          <w:p w14:paraId="78EA681D" w14:textId="77777777" w:rsidR="006C574C" w:rsidRPr="0076185D" w:rsidRDefault="009B5C87">
            <w:pPr>
              <w:spacing w:before="40" w:after="80"/>
              <w:rPr>
                <w:lang w:val="nl-NL"/>
              </w:rPr>
            </w:pPr>
            <w:r w:rsidRPr="0076185D">
              <w:rPr>
                <w:lang w:val="nl-NL"/>
              </w:rPr>
              <w:t>€ 642,50 per etmaal</w:t>
            </w:r>
          </w:p>
        </w:tc>
        <w:tc>
          <w:tcPr>
            <w:tcW w:w="3260" w:type="dxa"/>
            <w:tcBorders>
              <w:top w:val="single" w:sz="4" w:space="0" w:color="000000"/>
              <w:left w:val="single" w:sz="4" w:space="0" w:color="000000"/>
              <w:bottom w:val="single" w:sz="4" w:space="0" w:color="000000"/>
              <w:right w:val="single" w:sz="4" w:space="0" w:color="000000"/>
            </w:tcBorders>
          </w:tcPr>
          <w:p w14:paraId="53A9259B" w14:textId="77777777" w:rsidR="006C574C" w:rsidRPr="0076185D" w:rsidRDefault="009B5C87">
            <w:pPr>
              <w:spacing w:before="40" w:after="80"/>
              <w:rPr>
                <w:lang w:val="nl-NL"/>
              </w:rPr>
            </w:pPr>
            <w:r w:rsidRPr="0076185D">
              <w:rPr>
                <w:lang w:val="nl-NL"/>
              </w:rPr>
              <w:t>€ 578,25 per plek per etmaal</w:t>
            </w:r>
          </w:p>
        </w:tc>
      </w:tr>
      <w:tr w:rsidR="006C574C" w:rsidRPr="0076185D" w14:paraId="2467185D" w14:textId="77777777" w:rsidTr="001E2A4A">
        <w:tc>
          <w:tcPr>
            <w:tcW w:w="3152" w:type="dxa"/>
            <w:tcBorders>
              <w:top w:val="single" w:sz="4" w:space="0" w:color="000000"/>
              <w:left w:val="single" w:sz="4" w:space="0" w:color="000000"/>
              <w:bottom w:val="single" w:sz="4" w:space="0" w:color="000000"/>
              <w:right w:val="single" w:sz="4" w:space="0" w:color="000000"/>
            </w:tcBorders>
          </w:tcPr>
          <w:p w14:paraId="00AEAD2A" w14:textId="77777777" w:rsidR="006C574C" w:rsidRPr="0076185D" w:rsidRDefault="009B5C87">
            <w:pPr>
              <w:spacing w:before="40" w:after="80"/>
              <w:rPr>
                <w:lang w:val="nl-NL"/>
              </w:rPr>
            </w:pPr>
            <w:r w:rsidRPr="0076185D">
              <w:rPr>
                <w:lang w:val="nl-NL"/>
              </w:rPr>
              <w:t>KWV groepsgrootte 6</w:t>
            </w:r>
          </w:p>
        </w:tc>
        <w:tc>
          <w:tcPr>
            <w:tcW w:w="2518" w:type="dxa"/>
            <w:tcBorders>
              <w:top w:val="single" w:sz="4" w:space="0" w:color="000000"/>
              <w:left w:val="single" w:sz="4" w:space="0" w:color="000000"/>
              <w:bottom w:val="single" w:sz="4" w:space="0" w:color="000000"/>
              <w:right w:val="single" w:sz="4" w:space="0" w:color="000000"/>
            </w:tcBorders>
          </w:tcPr>
          <w:p w14:paraId="4835E479" w14:textId="77777777" w:rsidR="006C574C" w:rsidRPr="0076185D" w:rsidRDefault="009B5C87">
            <w:pPr>
              <w:spacing w:before="40" w:after="80"/>
              <w:rPr>
                <w:lang w:val="nl-NL"/>
              </w:rPr>
            </w:pPr>
            <w:r w:rsidRPr="0076185D">
              <w:rPr>
                <w:lang w:val="nl-NL"/>
              </w:rPr>
              <w:t>€ 564,20 per etmaal</w:t>
            </w:r>
          </w:p>
        </w:tc>
        <w:tc>
          <w:tcPr>
            <w:tcW w:w="3260" w:type="dxa"/>
            <w:tcBorders>
              <w:top w:val="single" w:sz="4" w:space="0" w:color="000000"/>
              <w:left w:val="single" w:sz="4" w:space="0" w:color="000000"/>
              <w:bottom w:val="single" w:sz="4" w:space="0" w:color="000000"/>
              <w:right w:val="single" w:sz="4" w:space="0" w:color="000000"/>
            </w:tcBorders>
          </w:tcPr>
          <w:p w14:paraId="568AC2FC" w14:textId="77777777" w:rsidR="006C574C" w:rsidRPr="0076185D" w:rsidRDefault="009B5C87">
            <w:pPr>
              <w:spacing w:before="40" w:after="80"/>
              <w:rPr>
                <w:lang w:val="nl-NL"/>
              </w:rPr>
            </w:pPr>
            <w:r w:rsidRPr="0076185D">
              <w:rPr>
                <w:lang w:val="nl-NL"/>
              </w:rPr>
              <w:t>€ 507,78 per plek per etmaal</w:t>
            </w:r>
          </w:p>
        </w:tc>
      </w:tr>
      <w:tr w:rsidR="006C574C" w:rsidRPr="0076185D" w14:paraId="0EF22B53" w14:textId="77777777" w:rsidTr="001E2A4A">
        <w:tc>
          <w:tcPr>
            <w:tcW w:w="3152" w:type="dxa"/>
            <w:tcBorders>
              <w:top w:val="single" w:sz="4" w:space="0" w:color="000000"/>
              <w:left w:val="single" w:sz="4" w:space="0" w:color="000000"/>
              <w:bottom w:val="single" w:sz="4" w:space="0" w:color="000000"/>
              <w:right w:val="single" w:sz="4" w:space="0" w:color="000000"/>
            </w:tcBorders>
          </w:tcPr>
          <w:p w14:paraId="221E60F5" w14:textId="77777777" w:rsidR="006C574C" w:rsidRPr="0076185D" w:rsidRDefault="009B5C87">
            <w:pPr>
              <w:spacing w:before="40" w:after="80"/>
              <w:rPr>
                <w:lang w:val="nl-NL"/>
              </w:rPr>
            </w:pPr>
            <w:r w:rsidRPr="0076185D">
              <w:rPr>
                <w:lang w:val="nl-NL"/>
              </w:rPr>
              <w:t>KWV terrein groepsgrootte 4</w:t>
            </w:r>
          </w:p>
        </w:tc>
        <w:tc>
          <w:tcPr>
            <w:tcW w:w="2518" w:type="dxa"/>
            <w:tcBorders>
              <w:top w:val="single" w:sz="4" w:space="0" w:color="000000"/>
              <w:left w:val="single" w:sz="4" w:space="0" w:color="000000"/>
              <w:bottom w:val="single" w:sz="4" w:space="0" w:color="000000"/>
              <w:right w:val="single" w:sz="4" w:space="0" w:color="000000"/>
            </w:tcBorders>
          </w:tcPr>
          <w:p w14:paraId="027A6130" w14:textId="77777777" w:rsidR="006C574C" w:rsidRPr="0076185D" w:rsidRDefault="009B5C87">
            <w:pPr>
              <w:spacing w:before="40" w:after="80"/>
              <w:rPr>
                <w:lang w:val="nl-NL"/>
              </w:rPr>
            </w:pPr>
            <w:r w:rsidRPr="0076185D">
              <w:rPr>
                <w:lang w:val="nl-NL"/>
              </w:rPr>
              <w:t>€ 807,24 per etmaal</w:t>
            </w:r>
          </w:p>
        </w:tc>
        <w:tc>
          <w:tcPr>
            <w:tcW w:w="3260" w:type="dxa"/>
            <w:tcBorders>
              <w:top w:val="single" w:sz="4" w:space="0" w:color="000000"/>
              <w:left w:val="single" w:sz="4" w:space="0" w:color="000000"/>
              <w:bottom w:val="single" w:sz="4" w:space="0" w:color="000000"/>
              <w:right w:val="single" w:sz="4" w:space="0" w:color="000000"/>
            </w:tcBorders>
          </w:tcPr>
          <w:p w14:paraId="2BEF1B2C" w14:textId="77777777" w:rsidR="006C574C" w:rsidRPr="0076185D" w:rsidRDefault="009B5C87">
            <w:pPr>
              <w:spacing w:before="40" w:after="80"/>
              <w:rPr>
                <w:lang w:val="nl-NL"/>
              </w:rPr>
            </w:pPr>
            <w:r w:rsidRPr="0076185D">
              <w:rPr>
                <w:lang w:val="nl-NL"/>
              </w:rPr>
              <w:t>€ 726,52 per plek per etmaal</w:t>
            </w:r>
          </w:p>
        </w:tc>
      </w:tr>
      <w:tr w:rsidR="006C574C" w:rsidRPr="0076185D" w14:paraId="1E45BB2E" w14:textId="77777777" w:rsidTr="001E2A4A">
        <w:tc>
          <w:tcPr>
            <w:tcW w:w="3152" w:type="dxa"/>
            <w:tcBorders>
              <w:top w:val="single" w:sz="4" w:space="0" w:color="000000"/>
              <w:left w:val="single" w:sz="4" w:space="0" w:color="000000"/>
              <w:bottom w:val="single" w:sz="4" w:space="0" w:color="000000"/>
              <w:right w:val="single" w:sz="4" w:space="0" w:color="000000"/>
            </w:tcBorders>
          </w:tcPr>
          <w:p w14:paraId="7B74CC71" w14:textId="77777777" w:rsidR="006C574C" w:rsidRPr="0076185D" w:rsidRDefault="009B5C87">
            <w:pPr>
              <w:spacing w:before="40" w:after="80"/>
              <w:rPr>
                <w:lang w:val="nl-NL"/>
              </w:rPr>
            </w:pPr>
            <w:r w:rsidRPr="0076185D">
              <w:rPr>
                <w:lang w:val="nl-NL"/>
              </w:rPr>
              <w:t>KWV terrein groepsgrootte 5</w:t>
            </w:r>
          </w:p>
        </w:tc>
        <w:tc>
          <w:tcPr>
            <w:tcW w:w="2518" w:type="dxa"/>
            <w:tcBorders>
              <w:top w:val="single" w:sz="4" w:space="0" w:color="000000"/>
              <w:left w:val="single" w:sz="4" w:space="0" w:color="000000"/>
              <w:bottom w:val="single" w:sz="4" w:space="0" w:color="000000"/>
              <w:right w:val="single" w:sz="4" w:space="0" w:color="000000"/>
            </w:tcBorders>
          </w:tcPr>
          <w:p w14:paraId="4AD3FB38" w14:textId="77777777" w:rsidR="006C574C" w:rsidRPr="0076185D" w:rsidRDefault="009B5C87">
            <w:pPr>
              <w:spacing w:before="40" w:after="80"/>
              <w:rPr>
                <w:lang w:val="nl-NL"/>
              </w:rPr>
            </w:pPr>
            <w:r w:rsidRPr="0076185D">
              <w:rPr>
                <w:lang w:val="nl-NL"/>
              </w:rPr>
              <w:t>€ 689,79 per etmaal</w:t>
            </w:r>
          </w:p>
        </w:tc>
        <w:tc>
          <w:tcPr>
            <w:tcW w:w="3260" w:type="dxa"/>
            <w:tcBorders>
              <w:top w:val="single" w:sz="4" w:space="0" w:color="000000"/>
              <w:left w:val="single" w:sz="4" w:space="0" w:color="000000"/>
              <w:bottom w:val="single" w:sz="4" w:space="0" w:color="000000"/>
              <w:right w:val="single" w:sz="4" w:space="0" w:color="000000"/>
            </w:tcBorders>
          </w:tcPr>
          <w:p w14:paraId="41596A09" w14:textId="77777777" w:rsidR="006C574C" w:rsidRPr="0076185D" w:rsidRDefault="009B5C87">
            <w:pPr>
              <w:spacing w:before="40" w:after="80"/>
              <w:rPr>
                <w:lang w:val="nl-NL"/>
              </w:rPr>
            </w:pPr>
            <w:r w:rsidRPr="0076185D">
              <w:rPr>
                <w:lang w:val="nl-NL"/>
              </w:rPr>
              <w:t>€ 620,81 per plek per etmaal</w:t>
            </w:r>
          </w:p>
        </w:tc>
      </w:tr>
      <w:tr w:rsidR="006C574C" w:rsidRPr="0076185D" w14:paraId="4D855330" w14:textId="77777777" w:rsidTr="001E2A4A">
        <w:tc>
          <w:tcPr>
            <w:tcW w:w="3152" w:type="dxa"/>
            <w:tcBorders>
              <w:top w:val="single" w:sz="4" w:space="0" w:color="000000"/>
              <w:left w:val="single" w:sz="4" w:space="0" w:color="000000"/>
              <w:bottom w:val="single" w:sz="4" w:space="0" w:color="000000"/>
              <w:right w:val="single" w:sz="4" w:space="0" w:color="000000"/>
            </w:tcBorders>
          </w:tcPr>
          <w:p w14:paraId="742A9A5E" w14:textId="77777777" w:rsidR="006C574C" w:rsidRPr="0076185D" w:rsidRDefault="009B5C87">
            <w:pPr>
              <w:spacing w:before="40" w:after="80"/>
              <w:rPr>
                <w:lang w:val="nl-NL"/>
              </w:rPr>
            </w:pPr>
            <w:r w:rsidRPr="0076185D">
              <w:rPr>
                <w:lang w:val="nl-NL"/>
              </w:rPr>
              <w:t>KWV terrein groepsgrootte 6</w:t>
            </w:r>
          </w:p>
        </w:tc>
        <w:tc>
          <w:tcPr>
            <w:tcW w:w="2518" w:type="dxa"/>
            <w:tcBorders>
              <w:top w:val="single" w:sz="4" w:space="0" w:color="000000"/>
              <w:left w:val="single" w:sz="4" w:space="0" w:color="000000"/>
              <w:bottom w:val="single" w:sz="4" w:space="0" w:color="000000"/>
              <w:right w:val="single" w:sz="4" w:space="0" w:color="000000"/>
            </w:tcBorders>
          </w:tcPr>
          <w:p w14:paraId="2170ED01" w14:textId="77777777" w:rsidR="006C574C" w:rsidRPr="0076185D" w:rsidRDefault="009B5C87">
            <w:pPr>
              <w:spacing w:before="40" w:after="80"/>
              <w:rPr>
                <w:lang w:val="nl-NL"/>
              </w:rPr>
            </w:pPr>
            <w:r w:rsidRPr="0076185D">
              <w:rPr>
                <w:lang w:val="nl-NL"/>
              </w:rPr>
              <w:t>€ 611,48 per etmaal</w:t>
            </w:r>
          </w:p>
        </w:tc>
        <w:tc>
          <w:tcPr>
            <w:tcW w:w="3260" w:type="dxa"/>
            <w:tcBorders>
              <w:top w:val="single" w:sz="4" w:space="0" w:color="000000"/>
              <w:left w:val="single" w:sz="4" w:space="0" w:color="000000"/>
              <w:bottom w:val="single" w:sz="4" w:space="0" w:color="000000"/>
              <w:right w:val="single" w:sz="4" w:space="0" w:color="000000"/>
            </w:tcBorders>
          </w:tcPr>
          <w:p w14:paraId="044105BA" w14:textId="77777777" w:rsidR="006C574C" w:rsidRPr="0076185D" w:rsidRDefault="009B5C87">
            <w:pPr>
              <w:spacing w:before="40" w:after="80"/>
              <w:rPr>
                <w:lang w:val="nl-NL"/>
              </w:rPr>
            </w:pPr>
            <w:r w:rsidRPr="0076185D">
              <w:rPr>
                <w:lang w:val="nl-NL"/>
              </w:rPr>
              <w:t>€ 550,33 per plek per etmaal</w:t>
            </w:r>
          </w:p>
        </w:tc>
      </w:tr>
    </w:tbl>
    <w:p w14:paraId="0ED52F22" w14:textId="77777777" w:rsidR="006C574C" w:rsidRPr="0076185D" w:rsidRDefault="006C574C">
      <w:pPr>
        <w:spacing w:after="40"/>
        <w:rPr>
          <w:lang w:val="nl-NL"/>
        </w:rPr>
      </w:pPr>
    </w:p>
    <w:p w14:paraId="237DE4E6" w14:textId="379FC4BA" w:rsidR="006C574C" w:rsidRPr="006034B7" w:rsidRDefault="009B5C87" w:rsidP="00DD46D7">
      <w:pPr>
        <w:pStyle w:val="Lijstalinea"/>
        <w:numPr>
          <w:ilvl w:val="0"/>
          <w:numId w:val="18"/>
        </w:numPr>
        <w:tabs>
          <w:tab w:val="left" w:pos="907"/>
        </w:tabs>
        <w:spacing w:after="120"/>
        <w:rPr>
          <w:lang w:val="nl-NL"/>
        </w:rPr>
      </w:pPr>
      <w:r w:rsidRPr="006034B7">
        <w:rPr>
          <w:lang w:val="nl-NL"/>
        </w:rPr>
        <w:t>Prestatiebekostiging wordt toegepast per daadwerkelijk geleverd etmaal. Beschikbaarheidsfinanciering wordt uitsluitend toegepast op locaties en voor een aantal plekken dat Opdrachtgever daartoe heeft aangewezen en dat Partijen contractueel hebben vastgelegd, en bedraagt 90% van het reguliere tarief voor prestatiebekostiging.</w:t>
      </w:r>
    </w:p>
    <w:p w14:paraId="2FC31237" w14:textId="7A9919B8" w:rsidR="006C574C" w:rsidRPr="006034B7" w:rsidRDefault="009B5C87" w:rsidP="00DD46D7">
      <w:pPr>
        <w:pStyle w:val="Lijstalinea"/>
        <w:numPr>
          <w:ilvl w:val="0"/>
          <w:numId w:val="18"/>
        </w:numPr>
        <w:tabs>
          <w:tab w:val="left" w:pos="907"/>
        </w:tabs>
        <w:spacing w:after="120"/>
        <w:rPr>
          <w:lang w:val="nl-NL"/>
        </w:rPr>
      </w:pPr>
      <w:r w:rsidRPr="006034B7">
        <w:rPr>
          <w:lang w:val="nl-NL"/>
        </w:rPr>
        <w:lastRenderedPageBreak/>
        <w:t>Opdrachtgever indexeert de tarieven jaarlijks per 1 januari op basis van de indexcijfers zoals gepubliceerd door de Nederlandse Zorgautoriteit (NZa) en het Centraal Planbureau (CPB), conform de contractstandaarden van het Ketenbureau i-Sociaal Domein. De eerste indexering geldt vanaf 1 januari 2028. De indexering wordt berekend volgens de t-1-methodiek en bestaat uit 90% op basis van het prijsindexcijfer OVA (Overheidsbijdrage in de Arbeidskostenontwikkeling) en 10% op basis van het prijsindexcijfer PPC (particuliere consumptie). Indien het berekende indexcijfer negatief uitvalt, worden de tarieven niet verlaagd; de indexatie bedraagt in dat geval minimaal 0%.</w:t>
      </w:r>
    </w:p>
    <w:p w14:paraId="699E8678" w14:textId="634A043D" w:rsidR="006C574C" w:rsidRPr="006034B7" w:rsidRDefault="009B5C87" w:rsidP="00DD46D7">
      <w:pPr>
        <w:pStyle w:val="Lijstalinea"/>
        <w:numPr>
          <w:ilvl w:val="0"/>
          <w:numId w:val="18"/>
        </w:numPr>
        <w:tabs>
          <w:tab w:val="left" w:pos="907"/>
        </w:tabs>
        <w:spacing w:after="120"/>
        <w:rPr>
          <w:lang w:val="nl-NL"/>
        </w:rPr>
      </w:pPr>
      <w:r w:rsidRPr="006034B7">
        <w:rPr>
          <w:lang w:val="nl-NL"/>
        </w:rPr>
        <w:t>Er vindt na vaststelling van de tarieven door Opdrachtgever geen verdere onderhandeling plaats over de tariefaanpassing en/of indexering.</w:t>
      </w:r>
    </w:p>
    <w:p w14:paraId="0199962B" w14:textId="6FC75421" w:rsidR="006C574C" w:rsidRPr="006034B7" w:rsidRDefault="009B5C87" w:rsidP="00DD46D7">
      <w:pPr>
        <w:pStyle w:val="Lijstalinea"/>
        <w:numPr>
          <w:ilvl w:val="0"/>
          <w:numId w:val="18"/>
        </w:numPr>
        <w:tabs>
          <w:tab w:val="left" w:pos="907"/>
        </w:tabs>
        <w:spacing w:after="120"/>
        <w:rPr>
          <w:lang w:val="nl-NL"/>
        </w:rPr>
      </w:pPr>
      <w:r w:rsidRPr="006034B7">
        <w:rPr>
          <w:lang w:val="nl-NL"/>
        </w:rPr>
        <w:t>Declaratie en betaling dienen te worden uitgevoerd zoals beschreven in het Inkoopdocument. De aanspraak van Opdrachtnemer op betaling van een declaratie vervalt indien een declaratie wordt ingediend later dan 90 dagen na afloop van de maand waarin de KWV is verleend en de overschrijding van deze termijn aan Opdrachtnemer te wijten is.</w:t>
      </w:r>
    </w:p>
    <w:p w14:paraId="7C22AAA9" w14:textId="26838180" w:rsidR="006C574C" w:rsidRPr="006034B7" w:rsidRDefault="009B5C87" w:rsidP="00DD46D7">
      <w:pPr>
        <w:pStyle w:val="Lijstalinea"/>
        <w:numPr>
          <w:ilvl w:val="0"/>
          <w:numId w:val="18"/>
        </w:numPr>
        <w:tabs>
          <w:tab w:val="left" w:pos="907"/>
        </w:tabs>
        <w:spacing w:after="120"/>
        <w:rPr>
          <w:lang w:val="nl-NL"/>
        </w:rPr>
      </w:pPr>
      <w:r w:rsidRPr="006034B7">
        <w:rPr>
          <w:lang w:val="nl-NL"/>
        </w:rPr>
        <w:t>Opdrachtnemer heeft tegenover de Gemeente geen recht op vergoeding voor KWV die niet in overeenstemming met een Opdracht is verleend.</w:t>
      </w:r>
    </w:p>
    <w:p w14:paraId="58FA1AB1" w14:textId="023D0C7B" w:rsidR="006C574C" w:rsidRPr="0076185D" w:rsidRDefault="009B5C87">
      <w:pPr>
        <w:keepNext/>
        <w:spacing w:before="280" w:after="120"/>
        <w:rPr>
          <w:lang w:val="nl-NL"/>
        </w:rPr>
      </w:pPr>
      <w:r w:rsidRPr="0076185D">
        <w:rPr>
          <w:b/>
          <w:sz w:val="22"/>
          <w:lang w:val="nl-NL"/>
        </w:rPr>
        <w:t>1</w:t>
      </w:r>
      <w:r w:rsidR="0045239C">
        <w:rPr>
          <w:b/>
          <w:sz w:val="22"/>
          <w:lang w:val="nl-NL"/>
        </w:rPr>
        <w:t>2</w:t>
      </w:r>
      <w:r w:rsidRPr="0076185D">
        <w:rPr>
          <w:b/>
          <w:sz w:val="22"/>
          <w:lang w:val="nl-NL"/>
        </w:rPr>
        <w:t>. Ordegesprek</w:t>
      </w:r>
    </w:p>
    <w:p w14:paraId="0DDEE314" w14:textId="76EE1A68" w:rsidR="006C574C" w:rsidRPr="00AE1474" w:rsidRDefault="009B5C87" w:rsidP="00DD46D7">
      <w:pPr>
        <w:pStyle w:val="Lijstalinea"/>
        <w:numPr>
          <w:ilvl w:val="0"/>
          <w:numId w:val="21"/>
        </w:numPr>
        <w:tabs>
          <w:tab w:val="left" w:pos="907"/>
        </w:tabs>
        <w:spacing w:after="120"/>
        <w:rPr>
          <w:lang w:val="nl-NL"/>
        </w:rPr>
      </w:pPr>
      <w:r w:rsidRPr="00AE1474">
        <w:rPr>
          <w:lang w:val="nl-NL"/>
        </w:rPr>
        <w:t>Indien Opdrachtgever heeft vastgesteld dat Opdrachtnemer de Overeenkomst (gedeeltelijk) niet tijdig, juist en/of volledig naleeft, of ondermaatse prestaties levert, kan Opdrachtgever ervoor kiezen – in plaats van een sanctie en/of ingebrekestelling – een Ordegesprek te voeren met Opdrachtnemer, gericht op het weer volledig nakomen van de verplichtingen binnen een redelijke termijn.</w:t>
      </w:r>
    </w:p>
    <w:p w14:paraId="3ABA2386" w14:textId="67AE89C7" w:rsidR="006C574C" w:rsidRPr="00AE1474" w:rsidRDefault="009B5C87" w:rsidP="00DD46D7">
      <w:pPr>
        <w:pStyle w:val="Lijstalinea"/>
        <w:numPr>
          <w:ilvl w:val="0"/>
          <w:numId w:val="21"/>
        </w:numPr>
        <w:tabs>
          <w:tab w:val="left" w:pos="907"/>
        </w:tabs>
        <w:spacing w:after="120"/>
        <w:rPr>
          <w:lang w:val="nl-NL"/>
        </w:rPr>
      </w:pPr>
      <w:r w:rsidRPr="00AE1474">
        <w:rPr>
          <w:lang w:val="nl-NL"/>
        </w:rPr>
        <w:t>Opdrachtgever nodigt Opdrachtnemer schriftelijk uit voor een Ordegesprek.</w:t>
      </w:r>
    </w:p>
    <w:p w14:paraId="11F19A6F" w14:textId="18AC58FB" w:rsidR="006C574C" w:rsidRPr="00AE1474" w:rsidRDefault="009B5C87" w:rsidP="00DD46D7">
      <w:pPr>
        <w:pStyle w:val="Lijstalinea"/>
        <w:numPr>
          <w:ilvl w:val="0"/>
          <w:numId w:val="21"/>
        </w:numPr>
        <w:tabs>
          <w:tab w:val="left" w:pos="907"/>
        </w:tabs>
        <w:spacing w:after="120"/>
        <w:rPr>
          <w:lang w:val="nl-NL"/>
        </w:rPr>
      </w:pPr>
      <w:r w:rsidRPr="00AE1474">
        <w:rPr>
          <w:lang w:val="nl-NL"/>
        </w:rPr>
        <w:t>Opdrachtgever stelt binnen twee (2) weken na afloop van het Ordegesprek een verslag op met de gemaakte afspraken en een redelijke hersteltermijn, en legt dit verslag ter verificatie aan Opdrachtnemer voor.</w:t>
      </w:r>
    </w:p>
    <w:p w14:paraId="7CBE4420" w14:textId="3F13D769" w:rsidR="006C574C" w:rsidRPr="00AE1474" w:rsidRDefault="009B5C87" w:rsidP="00DD46D7">
      <w:pPr>
        <w:pStyle w:val="Lijstalinea"/>
        <w:numPr>
          <w:ilvl w:val="0"/>
          <w:numId w:val="21"/>
        </w:numPr>
        <w:tabs>
          <w:tab w:val="left" w:pos="907"/>
        </w:tabs>
        <w:spacing w:after="120"/>
        <w:rPr>
          <w:lang w:val="nl-NL"/>
        </w:rPr>
      </w:pPr>
      <w:r w:rsidRPr="00AE1474">
        <w:rPr>
          <w:lang w:val="nl-NL"/>
        </w:rPr>
        <w:t>Indien Opdrachtnemer de in het Ordegesprek gemaakte afspraken niet (volledig) nakomt, kan Opdrachtgever overgaan tot de maatregelen genoemd in de artikelen 14 en 16, onverminderd alle overige aanspraken van Opdrachtgever op Opdrachtnemer.</w:t>
      </w:r>
    </w:p>
    <w:p w14:paraId="2A487B7C" w14:textId="5BF69F8B" w:rsidR="006C574C" w:rsidRPr="0076185D" w:rsidRDefault="009B5C87">
      <w:pPr>
        <w:keepNext/>
        <w:spacing w:before="280" w:after="120"/>
        <w:rPr>
          <w:lang w:val="nl-NL"/>
        </w:rPr>
      </w:pPr>
      <w:r w:rsidRPr="0076185D">
        <w:rPr>
          <w:b/>
          <w:sz w:val="22"/>
          <w:lang w:val="nl-NL"/>
        </w:rPr>
        <w:t>1</w:t>
      </w:r>
      <w:r w:rsidR="0045239C">
        <w:rPr>
          <w:b/>
          <w:sz w:val="22"/>
          <w:lang w:val="nl-NL"/>
        </w:rPr>
        <w:t>3</w:t>
      </w:r>
      <w:r w:rsidRPr="0076185D">
        <w:rPr>
          <w:b/>
          <w:sz w:val="22"/>
          <w:lang w:val="nl-NL"/>
        </w:rPr>
        <w:t>. Cliëntenstop</w:t>
      </w:r>
    </w:p>
    <w:p w14:paraId="39B60144" w14:textId="1210E5C4" w:rsidR="006C574C" w:rsidRPr="00AE1474" w:rsidRDefault="009B5C87" w:rsidP="00DD46D7">
      <w:pPr>
        <w:pStyle w:val="Lijstalinea"/>
        <w:numPr>
          <w:ilvl w:val="0"/>
          <w:numId w:val="7"/>
        </w:numPr>
        <w:tabs>
          <w:tab w:val="left" w:pos="907"/>
        </w:tabs>
        <w:spacing w:after="120"/>
        <w:rPr>
          <w:lang w:val="nl-NL"/>
        </w:rPr>
      </w:pPr>
      <w:r w:rsidRPr="00AE1474">
        <w:rPr>
          <w:lang w:val="nl-NL"/>
        </w:rPr>
        <w:t>Opdrachtgever kan een Cliëntenstop toepassen indien Opdrachtnemer:</w:t>
      </w:r>
    </w:p>
    <w:p w14:paraId="165B508B" w14:textId="6691F576" w:rsidR="006C574C" w:rsidRPr="00AE1474" w:rsidRDefault="009B5C87" w:rsidP="00DD46D7">
      <w:pPr>
        <w:pStyle w:val="Lijstalinea"/>
        <w:numPr>
          <w:ilvl w:val="1"/>
          <w:numId w:val="34"/>
        </w:numPr>
        <w:tabs>
          <w:tab w:val="left" w:pos="907"/>
        </w:tabs>
        <w:spacing w:after="120"/>
        <w:rPr>
          <w:lang w:val="nl-NL"/>
        </w:rPr>
      </w:pPr>
      <w:r w:rsidRPr="00AE1474">
        <w:rPr>
          <w:lang w:val="nl-NL"/>
        </w:rPr>
        <w:t>geen KWV levert conform een toegewezen of opgedragen Opdracht;</w:t>
      </w:r>
    </w:p>
    <w:p w14:paraId="482D98DF" w14:textId="41972021" w:rsidR="006C574C" w:rsidRPr="00AE1474" w:rsidRDefault="009B5C87" w:rsidP="00DD46D7">
      <w:pPr>
        <w:pStyle w:val="Lijstalinea"/>
        <w:numPr>
          <w:ilvl w:val="1"/>
          <w:numId w:val="34"/>
        </w:numPr>
        <w:tabs>
          <w:tab w:val="left" w:pos="907"/>
        </w:tabs>
        <w:spacing w:after="120"/>
        <w:rPr>
          <w:lang w:val="nl-NL"/>
        </w:rPr>
      </w:pPr>
      <w:r w:rsidRPr="00AE1474">
        <w:rPr>
          <w:lang w:val="nl-NL"/>
        </w:rPr>
        <w:t>geen KWV levert conform de gestelde kwaliteitseisen;</w:t>
      </w:r>
    </w:p>
    <w:p w14:paraId="184E7B94" w14:textId="7719725D" w:rsidR="006C574C" w:rsidRPr="00AE1474" w:rsidRDefault="009B5C87" w:rsidP="00DD46D7">
      <w:pPr>
        <w:pStyle w:val="Lijstalinea"/>
        <w:numPr>
          <w:ilvl w:val="1"/>
          <w:numId w:val="34"/>
        </w:numPr>
        <w:tabs>
          <w:tab w:val="left" w:pos="907"/>
        </w:tabs>
        <w:spacing w:after="120"/>
        <w:rPr>
          <w:lang w:val="nl-NL"/>
        </w:rPr>
      </w:pPr>
      <w:r w:rsidRPr="00AE1474">
        <w:rPr>
          <w:lang w:val="nl-NL"/>
        </w:rPr>
        <w:t>zich niet houdt aan de in een ingebrekestelling gemaakte afspraken en/of gestelde voorwaarden;</w:t>
      </w:r>
    </w:p>
    <w:p w14:paraId="15E7AB12" w14:textId="5F46A778" w:rsidR="006C574C" w:rsidRPr="00AE1474" w:rsidRDefault="009B5C87" w:rsidP="00DD46D7">
      <w:pPr>
        <w:pStyle w:val="Lijstalinea"/>
        <w:numPr>
          <w:ilvl w:val="1"/>
          <w:numId w:val="34"/>
        </w:numPr>
        <w:tabs>
          <w:tab w:val="left" w:pos="907"/>
        </w:tabs>
        <w:spacing w:after="120"/>
        <w:rPr>
          <w:lang w:val="nl-NL"/>
        </w:rPr>
      </w:pPr>
      <w:r w:rsidRPr="00AE1474">
        <w:rPr>
          <w:lang w:val="nl-NL"/>
        </w:rPr>
        <w:t>zich niet houdt aan de eisen en voorwaarden als gesteld in het Inkoopdocument en/of ondermaatse prestaties levert.</w:t>
      </w:r>
    </w:p>
    <w:p w14:paraId="739A7DE5" w14:textId="232F06B0" w:rsidR="006C574C" w:rsidRPr="00AE1474" w:rsidRDefault="009B5C87" w:rsidP="00DD46D7">
      <w:pPr>
        <w:pStyle w:val="Lijstalinea"/>
        <w:numPr>
          <w:ilvl w:val="0"/>
          <w:numId w:val="7"/>
        </w:numPr>
        <w:tabs>
          <w:tab w:val="left" w:pos="907"/>
        </w:tabs>
        <w:spacing w:after="120"/>
        <w:rPr>
          <w:lang w:val="nl-NL"/>
        </w:rPr>
      </w:pPr>
      <w:r w:rsidRPr="00AE1474">
        <w:rPr>
          <w:lang w:val="nl-NL"/>
        </w:rPr>
        <w:t>De Cliëntenstop wordt beëindigd zodra Opdrachtnemer de toegekende KWV (wederom) biedt, de kwaliteit voldoet aan de gestelde voorwaarden, en/of Opdrachtnemer de in het Ordegesprek gemaakte afspraken nakomt.</w:t>
      </w:r>
    </w:p>
    <w:p w14:paraId="08DCA86A" w14:textId="4CABA166" w:rsidR="006C574C" w:rsidRPr="00AE1474" w:rsidRDefault="009B5C87" w:rsidP="00DD46D7">
      <w:pPr>
        <w:pStyle w:val="Lijstalinea"/>
        <w:numPr>
          <w:ilvl w:val="0"/>
          <w:numId w:val="7"/>
        </w:numPr>
        <w:tabs>
          <w:tab w:val="left" w:pos="907"/>
        </w:tabs>
        <w:spacing w:after="120"/>
        <w:rPr>
          <w:lang w:val="nl-NL"/>
        </w:rPr>
      </w:pPr>
      <w:r w:rsidRPr="00AE1474">
        <w:rPr>
          <w:lang w:val="nl-NL"/>
        </w:rPr>
        <w:t>Opdrachtgever maakt de aanvang en de beëindiging van de Cliëntenstop schriftelijk kenbaar aan Opdrachtnemer.</w:t>
      </w:r>
    </w:p>
    <w:p w14:paraId="1435A57B" w14:textId="3FB69E65" w:rsidR="006C574C" w:rsidRPr="00AE1474" w:rsidRDefault="009B5C87" w:rsidP="00DD46D7">
      <w:pPr>
        <w:pStyle w:val="Lijstalinea"/>
        <w:numPr>
          <w:ilvl w:val="0"/>
          <w:numId w:val="7"/>
        </w:numPr>
        <w:tabs>
          <w:tab w:val="left" w:pos="907"/>
        </w:tabs>
        <w:spacing w:after="120"/>
        <w:rPr>
          <w:lang w:val="nl-NL"/>
        </w:rPr>
      </w:pPr>
      <w:r w:rsidRPr="00AE1474">
        <w:rPr>
          <w:lang w:val="nl-NL"/>
        </w:rPr>
        <w:t>Een Cliëntenstop is niet van toepassing op Jeugdigen die reeds in zorg zijn bij Opdrachtnemer. Indien de veiligheid of het welzijn van één of meerdere Jeugdigen in het geding is, kan Opdrachtgever besluiten deze Jeugdigen over te plaatsen naar een andere opdrachtnemer. Opdrachtnemer werkt in dat geval mee aan een warme overdracht.</w:t>
      </w:r>
    </w:p>
    <w:p w14:paraId="691A1149" w14:textId="5F85FE08" w:rsidR="006C574C" w:rsidRPr="0076185D" w:rsidRDefault="009B5C87">
      <w:pPr>
        <w:keepNext/>
        <w:spacing w:before="280" w:after="120"/>
        <w:rPr>
          <w:lang w:val="nl-NL"/>
        </w:rPr>
      </w:pPr>
      <w:r w:rsidRPr="0076185D">
        <w:rPr>
          <w:b/>
          <w:sz w:val="22"/>
          <w:lang w:val="nl-NL"/>
        </w:rPr>
        <w:t>1</w:t>
      </w:r>
      <w:r w:rsidR="0045239C">
        <w:rPr>
          <w:b/>
          <w:sz w:val="22"/>
          <w:lang w:val="nl-NL"/>
        </w:rPr>
        <w:t>4</w:t>
      </w:r>
      <w:r w:rsidRPr="0076185D">
        <w:rPr>
          <w:b/>
          <w:sz w:val="22"/>
          <w:lang w:val="nl-NL"/>
        </w:rPr>
        <w:t>. Terugvordering</w:t>
      </w:r>
    </w:p>
    <w:p w14:paraId="281600CD" w14:textId="4F56762C" w:rsidR="006C574C" w:rsidRPr="00AE1474" w:rsidRDefault="009B5C87" w:rsidP="00DD46D7">
      <w:pPr>
        <w:pStyle w:val="Lijstalinea"/>
        <w:numPr>
          <w:ilvl w:val="0"/>
          <w:numId w:val="17"/>
        </w:numPr>
        <w:tabs>
          <w:tab w:val="left" w:pos="907"/>
        </w:tabs>
        <w:spacing w:after="120"/>
        <w:rPr>
          <w:lang w:val="nl-NL"/>
        </w:rPr>
      </w:pPr>
      <w:r w:rsidRPr="00AE1474">
        <w:rPr>
          <w:lang w:val="nl-NL"/>
        </w:rPr>
        <w:t>Een Gemeente kan overgaan tot terugvordering van (geheel of gedeeltelijk) betaalde bedragen aan Opdrachtnemer indien sprake is van:</w:t>
      </w:r>
    </w:p>
    <w:p w14:paraId="6F2985CC" w14:textId="2EBCCD34" w:rsidR="006C574C" w:rsidRPr="00BF0B5B" w:rsidRDefault="009B5C87" w:rsidP="00DD46D7">
      <w:pPr>
        <w:pStyle w:val="Lijstalinea"/>
        <w:numPr>
          <w:ilvl w:val="1"/>
          <w:numId w:val="26"/>
        </w:numPr>
        <w:tabs>
          <w:tab w:val="left" w:pos="907"/>
        </w:tabs>
        <w:spacing w:after="120"/>
        <w:rPr>
          <w:lang w:val="nl-NL"/>
        </w:rPr>
      </w:pPr>
      <w:r w:rsidRPr="00BF0B5B">
        <w:rPr>
          <w:lang w:val="nl-NL"/>
        </w:rPr>
        <w:t>een toegewezen KWV aan een Jeugdige die is ingetrokken op grond van één of meer van de omstandigheden genoemd in artikel 8.1.4 van de Jeugdwet;</w:t>
      </w:r>
    </w:p>
    <w:p w14:paraId="26FECE55" w14:textId="399FE3B7" w:rsidR="006C574C" w:rsidRPr="00BF0B5B" w:rsidRDefault="009B5C87" w:rsidP="00DD46D7">
      <w:pPr>
        <w:pStyle w:val="Lijstalinea"/>
        <w:numPr>
          <w:ilvl w:val="1"/>
          <w:numId w:val="26"/>
        </w:numPr>
        <w:tabs>
          <w:tab w:val="left" w:pos="907"/>
        </w:tabs>
        <w:spacing w:after="120"/>
        <w:rPr>
          <w:lang w:val="nl-NL"/>
        </w:rPr>
      </w:pPr>
      <w:r w:rsidRPr="00BF0B5B">
        <w:rPr>
          <w:lang w:val="nl-NL"/>
        </w:rPr>
        <w:lastRenderedPageBreak/>
        <w:t>een ingediende declaratie, terwijl de verleende KWV (gedeeltelijk) niet is verleend of niet (geheel) conform de gestelde voorwaarden is verleend;</w:t>
      </w:r>
    </w:p>
    <w:p w14:paraId="183E6A06" w14:textId="04978697" w:rsidR="006C574C" w:rsidRPr="00BF0B5B" w:rsidRDefault="009B5C87" w:rsidP="00DD46D7">
      <w:pPr>
        <w:pStyle w:val="Lijstalinea"/>
        <w:numPr>
          <w:ilvl w:val="1"/>
          <w:numId w:val="26"/>
        </w:numPr>
        <w:tabs>
          <w:tab w:val="left" w:pos="907"/>
        </w:tabs>
        <w:spacing w:after="120"/>
        <w:rPr>
          <w:lang w:val="nl-NL"/>
        </w:rPr>
      </w:pPr>
      <w:r w:rsidRPr="00BF0B5B">
        <w:rPr>
          <w:lang w:val="nl-NL"/>
        </w:rPr>
        <w:t>een onverschuldigde betaling die is gedaan door de Gemeente;</w:t>
      </w:r>
    </w:p>
    <w:p w14:paraId="2D76252C" w14:textId="0F89AA0D" w:rsidR="006C574C" w:rsidRPr="00BF0B5B" w:rsidRDefault="009B5C87" w:rsidP="00DD46D7">
      <w:pPr>
        <w:pStyle w:val="Lijstalinea"/>
        <w:numPr>
          <w:ilvl w:val="1"/>
          <w:numId w:val="26"/>
        </w:numPr>
        <w:tabs>
          <w:tab w:val="left" w:pos="907"/>
        </w:tabs>
        <w:spacing w:after="120"/>
        <w:rPr>
          <w:lang w:val="nl-NL"/>
        </w:rPr>
      </w:pPr>
      <w:r w:rsidRPr="00BF0B5B">
        <w:rPr>
          <w:lang w:val="nl-NL"/>
        </w:rPr>
        <w:t>een toegewezen KWV aan een Jeugdige door Opdrachtnemer voor een ander doel is ingezet dan met de Gemeente is overeengekomen;</w:t>
      </w:r>
    </w:p>
    <w:p w14:paraId="287CDD48" w14:textId="184F2140" w:rsidR="006C574C" w:rsidRPr="00BF0B5B" w:rsidRDefault="009B5C87" w:rsidP="00DD46D7">
      <w:pPr>
        <w:pStyle w:val="Lijstalinea"/>
        <w:numPr>
          <w:ilvl w:val="1"/>
          <w:numId w:val="26"/>
        </w:numPr>
        <w:tabs>
          <w:tab w:val="left" w:pos="907"/>
        </w:tabs>
        <w:spacing w:after="120"/>
        <w:rPr>
          <w:lang w:val="nl-NL"/>
        </w:rPr>
      </w:pPr>
      <w:r w:rsidRPr="00BF0B5B">
        <w:rPr>
          <w:lang w:val="nl-NL"/>
        </w:rPr>
        <w:t>een toegewezen KWV aan een Jeugdige door Opdrachtnemer zonder toestemming van de Gemeente in het buitenland is ingezet.</w:t>
      </w:r>
    </w:p>
    <w:p w14:paraId="5941D3E5" w14:textId="45552969" w:rsidR="006C574C" w:rsidRPr="00BF0B5B" w:rsidRDefault="009B5C87" w:rsidP="00DD46D7">
      <w:pPr>
        <w:pStyle w:val="Lijstalinea"/>
        <w:numPr>
          <w:ilvl w:val="0"/>
          <w:numId w:val="17"/>
        </w:numPr>
        <w:tabs>
          <w:tab w:val="left" w:pos="907"/>
        </w:tabs>
        <w:spacing w:after="120"/>
        <w:rPr>
          <w:lang w:val="nl-NL"/>
        </w:rPr>
      </w:pPr>
      <w:r w:rsidRPr="00BF0B5B">
        <w:rPr>
          <w:lang w:val="nl-NL"/>
        </w:rPr>
        <w:t>In geval van terugvordering stuurt de Gemeente een factuur aan Opdrachtnemer, die binnen vier (4) weken moet worden voldaan. Deze termijn is fataal. Bij gebreke van tijdige betaling is Opdrachtnemer in verzuim.</w:t>
      </w:r>
    </w:p>
    <w:p w14:paraId="4D6ACFA2" w14:textId="0587BFF6" w:rsidR="006C574C" w:rsidRPr="00BF0B5B" w:rsidRDefault="009B5C87" w:rsidP="00DD46D7">
      <w:pPr>
        <w:pStyle w:val="Lijstalinea"/>
        <w:numPr>
          <w:ilvl w:val="0"/>
          <w:numId w:val="17"/>
        </w:numPr>
        <w:tabs>
          <w:tab w:val="left" w:pos="907"/>
        </w:tabs>
        <w:spacing w:after="120"/>
        <w:rPr>
          <w:lang w:val="nl-NL"/>
        </w:rPr>
      </w:pPr>
      <w:r w:rsidRPr="00BF0B5B">
        <w:rPr>
          <w:lang w:val="nl-NL"/>
        </w:rPr>
        <w:t>Indien Opdrachtnemer een onderbouwing van en/of gesprek over de terugvordering wenst, dient hij dit binnen twee weken na ontvangst van de terugvordering schriftelijk kenbaar te maken aan de Gemeente.</w:t>
      </w:r>
    </w:p>
    <w:p w14:paraId="15AC52B8" w14:textId="54135AB8" w:rsidR="006C574C" w:rsidRPr="00BF0B5B" w:rsidRDefault="009B5C87" w:rsidP="00DD46D7">
      <w:pPr>
        <w:pStyle w:val="Lijstalinea"/>
        <w:numPr>
          <w:ilvl w:val="0"/>
          <w:numId w:val="17"/>
        </w:numPr>
        <w:tabs>
          <w:tab w:val="left" w:pos="907"/>
        </w:tabs>
        <w:spacing w:after="120"/>
        <w:rPr>
          <w:lang w:val="nl-NL"/>
        </w:rPr>
      </w:pPr>
      <w:r w:rsidRPr="00BF0B5B">
        <w:rPr>
          <w:lang w:val="nl-NL"/>
        </w:rPr>
        <w:t>De hoogte van de terugvordering is gelijk aan het totaalbedrag van de onverschuldigde betaling.</w:t>
      </w:r>
    </w:p>
    <w:p w14:paraId="0EEE20A8" w14:textId="7B194D11" w:rsidR="006C574C" w:rsidRPr="00BF0B5B" w:rsidRDefault="009B5C87" w:rsidP="00DD46D7">
      <w:pPr>
        <w:pStyle w:val="Lijstalinea"/>
        <w:numPr>
          <w:ilvl w:val="0"/>
          <w:numId w:val="17"/>
        </w:numPr>
        <w:tabs>
          <w:tab w:val="left" w:pos="907"/>
        </w:tabs>
        <w:spacing w:after="120"/>
        <w:rPr>
          <w:lang w:val="nl-NL"/>
        </w:rPr>
      </w:pPr>
      <w:r w:rsidRPr="00BF0B5B">
        <w:rPr>
          <w:lang w:val="nl-NL"/>
        </w:rPr>
        <w:t>De Gemeente is bevoegd de kosten die gemoeid zijn met het onderzoek dat voorafgaat aan de terugvordering, alsmede de kosten die met de terugvordering zelf gemoeid zijn, geheel of gedeeltelijk bij Opdrachtnemer in rekening te brengen.</w:t>
      </w:r>
    </w:p>
    <w:p w14:paraId="60678F44" w14:textId="782D085C" w:rsidR="006C574C" w:rsidRPr="0076185D" w:rsidRDefault="009B5C87">
      <w:pPr>
        <w:keepNext/>
        <w:spacing w:before="280" w:after="120"/>
        <w:rPr>
          <w:lang w:val="nl-NL"/>
        </w:rPr>
      </w:pPr>
      <w:r w:rsidRPr="0076185D">
        <w:rPr>
          <w:b/>
          <w:sz w:val="22"/>
          <w:lang w:val="nl-NL"/>
        </w:rPr>
        <w:t>1</w:t>
      </w:r>
      <w:r w:rsidR="0045239C">
        <w:rPr>
          <w:b/>
          <w:sz w:val="22"/>
          <w:lang w:val="nl-NL"/>
        </w:rPr>
        <w:t>5</w:t>
      </w:r>
      <w:r w:rsidRPr="0076185D">
        <w:rPr>
          <w:b/>
          <w:sz w:val="22"/>
          <w:lang w:val="nl-NL"/>
        </w:rPr>
        <w:t>. Ontbinding</w:t>
      </w:r>
    </w:p>
    <w:p w14:paraId="7FF0136B" w14:textId="3BD9BD1F" w:rsidR="006C574C" w:rsidRPr="00BF0B5B" w:rsidRDefault="009B5C87" w:rsidP="00DD46D7">
      <w:pPr>
        <w:pStyle w:val="Lijstalinea"/>
        <w:numPr>
          <w:ilvl w:val="0"/>
          <w:numId w:val="30"/>
        </w:numPr>
        <w:tabs>
          <w:tab w:val="left" w:pos="907"/>
        </w:tabs>
        <w:spacing w:after="120"/>
        <w:rPr>
          <w:lang w:val="nl-NL"/>
        </w:rPr>
      </w:pPr>
      <w:r w:rsidRPr="00BF0B5B">
        <w:rPr>
          <w:lang w:val="nl-NL"/>
        </w:rPr>
        <w:t>In aanvulling op artikel 10 van de AIV Shared Service Centrum ONS 2022 en onverminderd de rechten van Opdrachtgever op grond van de wet, is Opdrachtgever gerechtigd deze Overeenkomst jegens Opdrachtnemer zonder rechterlijke tussenkomst door middel van een aangetekend schrijven met onmiddellijke ingang te ontbinden indien:</w:t>
      </w:r>
    </w:p>
    <w:p w14:paraId="3825E968" w14:textId="3F773557" w:rsidR="006C574C" w:rsidRPr="00BF0B5B" w:rsidRDefault="009B5C87" w:rsidP="00DD46D7">
      <w:pPr>
        <w:pStyle w:val="Lijstalinea"/>
        <w:numPr>
          <w:ilvl w:val="1"/>
          <w:numId w:val="12"/>
        </w:numPr>
        <w:tabs>
          <w:tab w:val="left" w:pos="907"/>
        </w:tabs>
        <w:spacing w:after="120"/>
        <w:rPr>
          <w:lang w:val="nl-NL"/>
        </w:rPr>
      </w:pPr>
      <w:r w:rsidRPr="00BF0B5B">
        <w:rPr>
          <w:lang w:val="nl-NL"/>
        </w:rPr>
        <w:t>Opdrachtnemer niet of niet meer beschikt over de voor het leveren van KWV vereiste bekwaamheid of geschiktheid;</w:t>
      </w:r>
    </w:p>
    <w:p w14:paraId="2178063C" w14:textId="43F89F7F" w:rsidR="006C574C" w:rsidRPr="00BF0B5B" w:rsidRDefault="009B5C87" w:rsidP="00DD46D7">
      <w:pPr>
        <w:pStyle w:val="Lijstalinea"/>
        <w:numPr>
          <w:ilvl w:val="1"/>
          <w:numId w:val="12"/>
        </w:numPr>
        <w:tabs>
          <w:tab w:val="left" w:pos="907"/>
        </w:tabs>
        <w:spacing w:after="120"/>
        <w:rPr>
          <w:lang w:val="nl-NL"/>
        </w:rPr>
      </w:pPr>
      <w:r w:rsidRPr="00BF0B5B">
        <w:rPr>
          <w:lang w:val="nl-NL"/>
        </w:rPr>
        <w:t>Opdrachtnemer toerekenbaar tekort is gekomen in de verlening van KWV, waarbij de gezondheid of het welzijn/welbevinden van de Jeugdige, personen uit zijn sociaal netwerk of zijn mantelzorger rechtstreeks in het geding is;</w:t>
      </w:r>
    </w:p>
    <w:p w14:paraId="14940244" w14:textId="4D6FEFDE" w:rsidR="006C574C" w:rsidRPr="00BF0B5B" w:rsidRDefault="009B5C87" w:rsidP="00DD46D7">
      <w:pPr>
        <w:pStyle w:val="Lijstalinea"/>
        <w:numPr>
          <w:ilvl w:val="1"/>
          <w:numId w:val="12"/>
        </w:numPr>
        <w:tabs>
          <w:tab w:val="left" w:pos="907"/>
        </w:tabs>
        <w:spacing w:after="120"/>
        <w:rPr>
          <w:lang w:val="nl-NL"/>
        </w:rPr>
      </w:pPr>
      <w:r w:rsidRPr="00BF0B5B">
        <w:rPr>
          <w:lang w:val="nl-NL"/>
        </w:rPr>
        <w:t>Opdrachtnemer gedurende de looptijd van de Overeenkomst niet of niet langer deelneemt aan het KWV-partnership zoals bedoeld in artikel 8.</w:t>
      </w:r>
    </w:p>
    <w:p w14:paraId="0D27B5B6" w14:textId="15476A9D" w:rsidR="006C574C" w:rsidRPr="00945D65" w:rsidRDefault="009B5C87" w:rsidP="00DD46D7">
      <w:pPr>
        <w:pStyle w:val="Lijstalinea"/>
        <w:numPr>
          <w:ilvl w:val="0"/>
          <w:numId w:val="30"/>
        </w:numPr>
        <w:tabs>
          <w:tab w:val="left" w:pos="907"/>
        </w:tabs>
        <w:spacing w:after="120"/>
        <w:rPr>
          <w:lang w:val="nl-NL"/>
        </w:rPr>
      </w:pPr>
      <w:r w:rsidRPr="00945D65">
        <w:rPr>
          <w:lang w:val="nl-NL"/>
        </w:rPr>
        <w:t>Bij ontbinding van de Overeenkomst op grond van lid 1 eindigen tevens de lopende Opdrachten die door Gemeenten aan Opdrachtnemer zijn verstrekt.</w:t>
      </w:r>
    </w:p>
    <w:p w14:paraId="4772B3C6" w14:textId="6807EC0A" w:rsidR="006C574C" w:rsidRPr="00945D65" w:rsidRDefault="009B5C87" w:rsidP="00DD46D7">
      <w:pPr>
        <w:pStyle w:val="Lijstalinea"/>
        <w:numPr>
          <w:ilvl w:val="0"/>
          <w:numId w:val="30"/>
        </w:numPr>
        <w:tabs>
          <w:tab w:val="left" w:pos="907"/>
        </w:tabs>
        <w:spacing w:after="120"/>
        <w:rPr>
          <w:lang w:val="nl-NL"/>
        </w:rPr>
      </w:pPr>
      <w:r w:rsidRPr="00945D65">
        <w:rPr>
          <w:lang w:val="nl-NL"/>
        </w:rPr>
        <w:t>In bijzondere gevallen kan in afwijking van lid 2 op verzoek van Opdrachtgever en de Gemeente de KWV aan de Jeugdigen die onder deze Overeenkomst zorg krijgen, worden voortgezet onder dezelfde voorwaarden zoals opgenomen in deze Overeenkomst. De voortzetting bedraagt maximaal twaalf (12) maanden.</w:t>
      </w:r>
    </w:p>
    <w:p w14:paraId="166796A9" w14:textId="648ADBB6" w:rsidR="006C574C" w:rsidRPr="00945D65" w:rsidRDefault="009B5C87" w:rsidP="00DD46D7">
      <w:pPr>
        <w:pStyle w:val="Lijstalinea"/>
        <w:numPr>
          <w:ilvl w:val="0"/>
          <w:numId w:val="30"/>
        </w:numPr>
        <w:tabs>
          <w:tab w:val="left" w:pos="907"/>
        </w:tabs>
        <w:spacing w:after="120"/>
        <w:rPr>
          <w:lang w:val="nl-NL"/>
        </w:rPr>
      </w:pPr>
      <w:r w:rsidRPr="00945D65">
        <w:rPr>
          <w:lang w:val="nl-NL"/>
        </w:rPr>
        <w:t>Opdrachtnemer verplicht zich jegens Opdrachtgever om bij eindigen van deze Overeenkomst (ongeacht de reden van beëindiging) alle redelijkerwijs noodzakelijke medewerking te verlenen teneinde een eventueel nieuwe opdrachtnemer in staat te stellen de werkzaamheden (of onderdelen daarvan) na het einde van deze Overeenkomst ongestoord voort te zetten.</w:t>
      </w:r>
    </w:p>
    <w:p w14:paraId="1F0BA22B" w14:textId="56E190FD" w:rsidR="006C574C" w:rsidRPr="0076185D" w:rsidRDefault="009B5C87">
      <w:pPr>
        <w:keepNext/>
        <w:spacing w:before="280" w:after="120"/>
        <w:rPr>
          <w:lang w:val="nl-NL"/>
        </w:rPr>
      </w:pPr>
      <w:r w:rsidRPr="0076185D">
        <w:rPr>
          <w:b/>
          <w:sz w:val="22"/>
          <w:lang w:val="nl-NL"/>
        </w:rPr>
        <w:t>1</w:t>
      </w:r>
      <w:r w:rsidR="0045239C">
        <w:rPr>
          <w:b/>
          <w:sz w:val="22"/>
          <w:lang w:val="nl-NL"/>
        </w:rPr>
        <w:t>6</w:t>
      </w:r>
      <w:r w:rsidRPr="0076185D">
        <w:rPr>
          <w:b/>
          <w:sz w:val="22"/>
          <w:lang w:val="nl-NL"/>
        </w:rPr>
        <w:t>. Aansprakelijkheid</w:t>
      </w:r>
    </w:p>
    <w:p w14:paraId="1C591E1F" w14:textId="22B2EEBA" w:rsidR="006C574C" w:rsidRPr="00945D65" w:rsidRDefault="009B5C87" w:rsidP="00DD46D7">
      <w:pPr>
        <w:pStyle w:val="Lijstalinea"/>
        <w:numPr>
          <w:ilvl w:val="0"/>
          <w:numId w:val="35"/>
        </w:numPr>
        <w:tabs>
          <w:tab w:val="left" w:pos="907"/>
        </w:tabs>
        <w:spacing w:after="120"/>
        <w:rPr>
          <w:lang w:val="nl-NL"/>
        </w:rPr>
      </w:pPr>
      <w:r w:rsidRPr="00945D65">
        <w:rPr>
          <w:lang w:val="nl-NL"/>
        </w:rPr>
        <w:t>Indien deze Overeenkomst ten gevolge van een toerekenbare niet-nakoming van Opdrachtnemer wordt ontbonden, kan Opdrachtgever de voortzetting van de werkzaamheden door een derde laten uitvoeren en de daaraan verbonden (extra) kosten in rekening brengen bij Opdrachtnemer. Deze kosten worden vastgesteld door Opdrachtgever en zijn direct opeisbaar en verrekenbaar. Opdrachtnemer is gehouden deze kosten binnen dertig (30) dagen na een daartoe ontvangen bericht over te maken aan Opdrachtgever.</w:t>
      </w:r>
    </w:p>
    <w:p w14:paraId="21E53E37" w14:textId="364F4365" w:rsidR="006C574C" w:rsidRPr="0076185D" w:rsidRDefault="009B5C87">
      <w:pPr>
        <w:keepNext/>
        <w:spacing w:before="280" w:after="120"/>
        <w:rPr>
          <w:lang w:val="nl-NL"/>
        </w:rPr>
      </w:pPr>
      <w:r w:rsidRPr="0076185D">
        <w:rPr>
          <w:b/>
          <w:sz w:val="22"/>
          <w:lang w:val="nl-NL"/>
        </w:rPr>
        <w:t>1</w:t>
      </w:r>
      <w:r w:rsidR="0045239C">
        <w:rPr>
          <w:b/>
          <w:sz w:val="22"/>
          <w:lang w:val="nl-NL"/>
        </w:rPr>
        <w:t>7</w:t>
      </w:r>
      <w:r w:rsidRPr="0076185D">
        <w:rPr>
          <w:b/>
          <w:sz w:val="22"/>
          <w:lang w:val="nl-NL"/>
        </w:rPr>
        <w:t>. Overdracht en bezwaring</w:t>
      </w:r>
    </w:p>
    <w:p w14:paraId="72908B3C" w14:textId="64AE5ABE" w:rsidR="006C574C" w:rsidRPr="00945D65" w:rsidRDefault="009B5C87" w:rsidP="00DD46D7">
      <w:pPr>
        <w:pStyle w:val="Lijstalinea"/>
        <w:numPr>
          <w:ilvl w:val="0"/>
          <w:numId w:val="1"/>
        </w:numPr>
        <w:tabs>
          <w:tab w:val="left" w:pos="907"/>
        </w:tabs>
        <w:spacing w:after="120"/>
        <w:rPr>
          <w:lang w:val="nl-NL"/>
        </w:rPr>
      </w:pPr>
      <w:r w:rsidRPr="00945D65">
        <w:rPr>
          <w:lang w:val="nl-NL"/>
        </w:rPr>
        <w:t xml:space="preserve">Opdrachtnemer draagt zijn rechten en verplichtingen op basis van deze Overeenkomst en/of verstrekte Opdrachten niet geheel of gedeeltelijk over aan een andere partij, tenzij hiermee voorafgaand schriftelijk is ingestemd door Opdrachtgever respectievelijk de Gemeente. Als voorwaarde voor deze instemming geldt te allen tijde dat de opvolgende partij voldoet aan de </w:t>
      </w:r>
      <w:r w:rsidRPr="00945D65">
        <w:rPr>
          <w:lang w:val="nl-NL"/>
        </w:rPr>
        <w:lastRenderedPageBreak/>
        <w:t>eisen en criteria die ten grondslag liggen aan deze Overeenkomst en zijn weergegeven in het Inkoopdocument.</w:t>
      </w:r>
    </w:p>
    <w:p w14:paraId="2E3A7309" w14:textId="581DA905" w:rsidR="006C574C" w:rsidRPr="00945D65" w:rsidRDefault="009B5C87" w:rsidP="00DD46D7">
      <w:pPr>
        <w:pStyle w:val="Lijstalinea"/>
        <w:numPr>
          <w:ilvl w:val="0"/>
          <w:numId w:val="1"/>
        </w:numPr>
        <w:tabs>
          <w:tab w:val="left" w:pos="907"/>
        </w:tabs>
        <w:spacing w:after="120"/>
        <w:rPr>
          <w:lang w:val="nl-NL"/>
        </w:rPr>
      </w:pPr>
      <w:r w:rsidRPr="00945D65">
        <w:rPr>
          <w:lang w:val="nl-NL"/>
        </w:rPr>
        <w:t>Opdrachtnemer verplicht zich ertoe bij overdracht alle rechten en verplichtingen op grond van deze Overeenkomst en/of verstrekte Opdrachten volledig en ongewijzigd over te laten gaan op diens rechtsopvolger.</w:t>
      </w:r>
    </w:p>
    <w:p w14:paraId="135BEC06" w14:textId="47395B44" w:rsidR="006C574C" w:rsidRPr="00945D65" w:rsidRDefault="009B5C87" w:rsidP="00DD46D7">
      <w:pPr>
        <w:pStyle w:val="Lijstalinea"/>
        <w:numPr>
          <w:ilvl w:val="0"/>
          <w:numId w:val="1"/>
        </w:numPr>
        <w:tabs>
          <w:tab w:val="left" w:pos="907"/>
        </w:tabs>
        <w:spacing w:after="120"/>
        <w:rPr>
          <w:lang w:val="nl-NL"/>
        </w:rPr>
      </w:pPr>
      <w:r w:rsidRPr="00945D65">
        <w:rPr>
          <w:lang w:val="nl-NL"/>
        </w:rPr>
        <w:t>Opdrachtnemer is niet bevoegd deze Overeenkomst en/of Opdrachten en de daaruit voortvloeiende rechten tegenover Opdrachtgever respectievelijk de Gemeente te bezwaren, te verpanden, te belasten met een beperkt recht of anderszins voorwerp te maken van zekerheid jegens een derde.</w:t>
      </w:r>
    </w:p>
    <w:p w14:paraId="487A6E28" w14:textId="3EBD18BB" w:rsidR="006C574C" w:rsidRPr="0076185D" w:rsidRDefault="009B5C87">
      <w:pPr>
        <w:keepNext/>
        <w:spacing w:before="280" w:after="120"/>
        <w:rPr>
          <w:lang w:val="nl-NL"/>
        </w:rPr>
      </w:pPr>
      <w:r w:rsidRPr="0076185D">
        <w:rPr>
          <w:b/>
          <w:sz w:val="22"/>
          <w:lang w:val="nl-NL"/>
        </w:rPr>
        <w:t>1</w:t>
      </w:r>
      <w:r w:rsidR="0045239C">
        <w:rPr>
          <w:b/>
          <w:sz w:val="22"/>
          <w:lang w:val="nl-NL"/>
        </w:rPr>
        <w:t>8</w:t>
      </w:r>
      <w:r w:rsidRPr="0076185D">
        <w:rPr>
          <w:b/>
          <w:sz w:val="22"/>
          <w:lang w:val="nl-NL"/>
        </w:rPr>
        <w:t>. Algemene bepalingen</w:t>
      </w:r>
    </w:p>
    <w:p w14:paraId="1BE0D56B" w14:textId="6D09E34A" w:rsidR="006C574C" w:rsidRPr="00945D65" w:rsidRDefault="009B5C87" w:rsidP="00DD46D7">
      <w:pPr>
        <w:pStyle w:val="Lijstalinea"/>
        <w:numPr>
          <w:ilvl w:val="0"/>
          <w:numId w:val="31"/>
        </w:numPr>
        <w:tabs>
          <w:tab w:val="left" w:pos="907"/>
        </w:tabs>
        <w:spacing w:after="120"/>
        <w:rPr>
          <w:lang w:val="nl-NL"/>
        </w:rPr>
      </w:pPr>
      <w:r w:rsidRPr="00945D65">
        <w:rPr>
          <w:lang w:val="nl-NL"/>
        </w:rPr>
        <w:t>Deze Overeenkomst, inclusief haar bijlagen – waaronder uitdrukkelijk het Inkoopdocument – bevat alle afspraken en regelingen tussen Partijen inzake de levering van KWV door Opdrachtnemer en doet alle voorgaande overeenkomsten of afspraken inzake dat onderwerp vervallen.</w:t>
      </w:r>
    </w:p>
    <w:p w14:paraId="1B681808" w14:textId="7E2F7E41" w:rsidR="006C574C" w:rsidRPr="00945D65" w:rsidRDefault="009B5C87" w:rsidP="00DD46D7">
      <w:pPr>
        <w:pStyle w:val="Lijstalinea"/>
        <w:numPr>
          <w:ilvl w:val="0"/>
          <w:numId w:val="31"/>
        </w:numPr>
        <w:tabs>
          <w:tab w:val="left" w:pos="907"/>
        </w:tabs>
        <w:spacing w:after="120"/>
        <w:rPr>
          <w:lang w:val="nl-NL"/>
        </w:rPr>
      </w:pPr>
      <w:r w:rsidRPr="00945D65">
        <w:rPr>
          <w:lang w:val="nl-NL"/>
        </w:rPr>
        <w:t>Indien één of meer bepalingen van deze Overeenkomst ongeldig of op andere wijze niet verbindend zou(den) zijn, wordt daardoor de geldigheid van de overige bepalingen van deze Overeenkomst niet aangetast. Partijen zullen in dat geval in gezamenlijk overleg en in de geest van deze Overeenkomst de niet-verbindende bepalingen vervangen door juridisch geldige bepalingen die zo min mogelijk verschillen van de betreffende bepalingen.</w:t>
      </w:r>
    </w:p>
    <w:p w14:paraId="036E9A31" w14:textId="1E89297B" w:rsidR="006C574C" w:rsidRPr="00945D65" w:rsidRDefault="009B5C87" w:rsidP="00DD46D7">
      <w:pPr>
        <w:pStyle w:val="Lijstalinea"/>
        <w:numPr>
          <w:ilvl w:val="0"/>
          <w:numId w:val="31"/>
        </w:numPr>
        <w:tabs>
          <w:tab w:val="left" w:pos="907"/>
        </w:tabs>
        <w:spacing w:after="120"/>
        <w:rPr>
          <w:lang w:val="nl-NL"/>
        </w:rPr>
      </w:pPr>
      <w:r w:rsidRPr="00945D65">
        <w:rPr>
          <w:lang w:val="nl-NL"/>
        </w:rPr>
        <w:t>Mondelinge mededelingen, toezeggingen of afspraken hebben geen rechtskracht, tenzij deze expliciet en schriftelijk door Partijen zijn bevestigd.</w:t>
      </w:r>
    </w:p>
    <w:p w14:paraId="451DEE84" w14:textId="6A1AAA01" w:rsidR="006C574C" w:rsidRPr="00945D65" w:rsidRDefault="009B5C87" w:rsidP="00DD46D7">
      <w:pPr>
        <w:pStyle w:val="Lijstalinea"/>
        <w:numPr>
          <w:ilvl w:val="0"/>
          <w:numId w:val="31"/>
        </w:numPr>
        <w:tabs>
          <w:tab w:val="left" w:pos="907"/>
        </w:tabs>
        <w:spacing w:after="120"/>
        <w:rPr>
          <w:lang w:val="nl-NL"/>
        </w:rPr>
      </w:pPr>
      <w:r w:rsidRPr="00945D65">
        <w:rPr>
          <w:lang w:val="nl-NL"/>
        </w:rPr>
        <w:t>Wijzigingen en/of aanpassingen in deze Overeenkomst zijn niet eerder van kracht dan nadat zij schriftelijk zijn vastgelegd en in de vorm van een addendum aan deze Overeenkomst zijn toegevoegd.</w:t>
      </w:r>
    </w:p>
    <w:p w14:paraId="285417F2" w14:textId="210774DD" w:rsidR="006C574C" w:rsidRPr="00945D65" w:rsidRDefault="009B5C87" w:rsidP="00DD46D7">
      <w:pPr>
        <w:pStyle w:val="Lijstalinea"/>
        <w:numPr>
          <w:ilvl w:val="0"/>
          <w:numId w:val="31"/>
        </w:numPr>
        <w:tabs>
          <w:tab w:val="left" w:pos="907"/>
        </w:tabs>
        <w:spacing w:after="120"/>
        <w:rPr>
          <w:lang w:val="nl-NL"/>
        </w:rPr>
      </w:pPr>
      <w:r w:rsidRPr="00945D65">
        <w:rPr>
          <w:lang w:val="nl-NL"/>
        </w:rPr>
        <w:t>Bepalingen die naar hun aard zijn bestemd om ook na beëindiging van de Overeenkomst voort te duren, behouden hun werking ook nadat de Overeenkomst is beëindigd.</w:t>
      </w:r>
    </w:p>
    <w:p w14:paraId="3D275829" w14:textId="2CAD18F5" w:rsidR="006C574C" w:rsidRPr="0076185D" w:rsidRDefault="0045239C">
      <w:pPr>
        <w:keepNext/>
        <w:spacing w:before="280" w:after="120"/>
        <w:rPr>
          <w:lang w:val="nl-NL"/>
        </w:rPr>
      </w:pPr>
      <w:r>
        <w:rPr>
          <w:b/>
          <w:sz w:val="22"/>
          <w:lang w:val="nl-NL"/>
        </w:rPr>
        <w:t>19</w:t>
      </w:r>
      <w:r w:rsidRPr="0076185D">
        <w:rPr>
          <w:b/>
          <w:sz w:val="22"/>
          <w:lang w:val="nl-NL"/>
        </w:rPr>
        <w:t>. Geschillenregeling</w:t>
      </w:r>
    </w:p>
    <w:p w14:paraId="296DEE0B" w14:textId="37FD5953" w:rsidR="006C574C" w:rsidRPr="00945D65" w:rsidRDefault="009B5C87" w:rsidP="00DD46D7">
      <w:pPr>
        <w:pStyle w:val="Lijstalinea"/>
        <w:numPr>
          <w:ilvl w:val="0"/>
          <w:numId w:val="5"/>
        </w:numPr>
        <w:tabs>
          <w:tab w:val="left" w:pos="907"/>
        </w:tabs>
        <w:spacing w:after="120"/>
        <w:rPr>
          <w:lang w:val="nl-NL"/>
        </w:rPr>
      </w:pPr>
      <w:r w:rsidRPr="00945D65">
        <w:rPr>
          <w:lang w:val="nl-NL"/>
        </w:rPr>
        <w:t>In geval van geschillen treden Partijen c.q. Opdrachtnemer en de Gemeente met elkaar in overleg om tot een minnelijke oplossing van het geschil te komen.</w:t>
      </w:r>
    </w:p>
    <w:p w14:paraId="7951EAF8" w14:textId="5B2B0DC1" w:rsidR="006C574C" w:rsidRPr="00945D65" w:rsidRDefault="009B5C87" w:rsidP="00DD46D7">
      <w:pPr>
        <w:pStyle w:val="Lijstalinea"/>
        <w:numPr>
          <w:ilvl w:val="0"/>
          <w:numId w:val="5"/>
        </w:numPr>
        <w:tabs>
          <w:tab w:val="left" w:pos="907"/>
        </w:tabs>
        <w:spacing w:after="120"/>
        <w:rPr>
          <w:lang w:val="nl-NL"/>
        </w:rPr>
      </w:pPr>
      <w:r w:rsidRPr="00945D65">
        <w:rPr>
          <w:lang w:val="nl-NL"/>
        </w:rPr>
        <w:t>Een geschil wordt geacht te zijn ontstaan zodra de ene partij de andere partij schriftelijk kenbaar heeft gemaakt dat er een geschil aan de orde is.</w:t>
      </w:r>
    </w:p>
    <w:p w14:paraId="56B0172A" w14:textId="3BE9E888" w:rsidR="006C574C" w:rsidRPr="00945D65" w:rsidRDefault="009B5C87" w:rsidP="00DD46D7">
      <w:pPr>
        <w:pStyle w:val="Lijstalinea"/>
        <w:numPr>
          <w:ilvl w:val="0"/>
          <w:numId w:val="5"/>
        </w:numPr>
        <w:tabs>
          <w:tab w:val="left" w:pos="907"/>
        </w:tabs>
        <w:spacing w:after="120"/>
        <w:rPr>
          <w:lang w:val="nl-NL"/>
        </w:rPr>
      </w:pPr>
      <w:r w:rsidRPr="00945D65">
        <w:rPr>
          <w:lang w:val="nl-NL"/>
        </w:rPr>
        <w:t>Indien nodig of gewenst wordt het geschil besproken in een gezamenlijk overleg onder leiding van een door Partijen gezamenlijk aan te wijzen onafhankelijke derde.</w:t>
      </w:r>
    </w:p>
    <w:p w14:paraId="3C7595D4" w14:textId="1B833E43" w:rsidR="006C574C" w:rsidRPr="00945D65" w:rsidRDefault="009B5C87" w:rsidP="00DD46D7">
      <w:pPr>
        <w:pStyle w:val="Lijstalinea"/>
        <w:numPr>
          <w:ilvl w:val="0"/>
          <w:numId w:val="5"/>
        </w:numPr>
        <w:tabs>
          <w:tab w:val="left" w:pos="907"/>
        </w:tabs>
        <w:spacing w:after="120"/>
        <w:rPr>
          <w:lang w:val="nl-NL"/>
        </w:rPr>
      </w:pPr>
      <w:r w:rsidRPr="00945D65">
        <w:rPr>
          <w:lang w:val="nl-NL"/>
        </w:rPr>
        <w:t>Indien Partijen niet in staat zijn gezamenlijk een onafhankelijke derde aan te wijzen, dan wel in het overleg onder leiding van de onafhankelijke derde geen overeenstemming bereiken over een oplossing voor het gerezen geschil, zijn beide partijen bevoegd het geschil voor te leggen aan de bevoegde rechter van de rechtbank Overijssel.</w:t>
      </w:r>
    </w:p>
    <w:p w14:paraId="0601AB41" w14:textId="77777777" w:rsidR="006C574C" w:rsidRPr="0076185D" w:rsidRDefault="006C574C">
      <w:pPr>
        <w:spacing w:after="80"/>
        <w:rPr>
          <w:lang w:val="nl-NL"/>
        </w:rPr>
      </w:pPr>
    </w:p>
    <w:p w14:paraId="0AA74653" w14:textId="77777777" w:rsidR="00945D65" w:rsidRDefault="00945D65">
      <w:pPr>
        <w:spacing w:after="200" w:line="276" w:lineRule="auto"/>
        <w:rPr>
          <w:b/>
          <w:lang w:val="nl-NL"/>
        </w:rPr>
      </w:pPr>
      <w:r>
        <w:rPr>
          <w:b/>
          <w:lang w:val="nl-NL"/>
        </w:rPr>
        <w:br w:type="page"/>
      </w:r>
    </w:p>
    <w:p w14:paraId="091389CC" w14:textId="10D9B2A6" w:rsidR="006C574C" w:rsidRPr="0076185D" w:rsidRDefault="009B5C87">
      <w:pPr>
        <w:spacing w:after="480"/>
        <w:rPr>
          <w:lang w:val="nl-NL"/>
        </w:rPr>
      </w:pPr>
      <w:r w:rsidRPr="0076185D">
        <w:rPr>
          <w:b/>
          <w:lang w:val="nl-NL"/>
        </w:rPr>
        <w:lastRenderedPageBreak/>
        <w:t>Aldus overeengekomen en getekend door Opdrachtgever:</w:t>
      </w:r>
    </w:p>
    <w:tbl>
      <w:tblPr>
        <w:tblStyle w:val="TableNormal"/>
        <w:tblW w:w="0" w:type="auto"/>
        <w:tblLook w:val="04A0" w:firstRow="1" w:lastRow="0" w:firstColumn="1" w:lastColumn="0" w:noHBand="0" w:noVBand="1"/>
      </w:tblPr>
      <w:tblGrid>
        <w:gridCol w:w="2268"/>
        <w:gridCol w:w="4535"/>
      </w:tblGrid>
      <w:tr w:rsidR="006C574C" w:rsidRPr="0076185D" w14:paraId="0E0BB305" w14:textId="77777777">
        <w:tc>
          <w:tcPr>
            <w:tcW w:w="2268" w:type="dxa"/>
          </w:tcPr>
          <w:p w14:paraId="4D9A1EE4" w14:textId="77777777" w:rsidR="006C574C" w:rsidRPr="0076185D" w:rsidRDefault="009B5C87">
            <w:pPr>
              <w:rPr>
                <w:lang w:val="nl-NL"/>
              </w:rPr>
            </w:pPr>
            <w:r w:rsidRPr="0076185D">
              <w:rPr>
                <w:i/>
                <w:lang w:val="nl-NL"/>
              </w:rPr>
              <w:t>Naam:</w:t>
            </w:r>
          </w:p>
        </w:tc>
        <w:tc>
          <w:tcPr>
            <w:tcW w:w="4535" w:type="dxa"/>
          </w:tcPr>
          <w:p w14:paraId="2C9FEB1E" w14:textId="508EC3E8" w:rsidR="006C574C" w:rsidRPr="002B7A68" w:rsidRDefault="002B7A68" w:rsidP="002B7A68">
            <w:pPr>
              <w:rPr>
                <w:lang w:val="nl-NL"/>
              </w:rPr>
            </w:pPr>
            <w:r>
              <w:rPr>
                <w:lang w:val="nl-NL"/>
              </w:rPr>
              <w:t xml:space="preserve">A. </w:t>
            </w:r>
            <w:r w:rsidR="000F6F2E" w:rsidRPr="002B7A68">
              <w:rPr>
                <w:lang w:val="nl-NL"/>
              </w:rPr>
              <w:t xml:space="preserve">Schulting </w:t>
            </w:r>
          </w:p>
        </w:tc>
      </w:tr>
      <w:tr w:rsidR="006C574C" w:rsidRPr="0076185D" w14:paraId="40F2BDAB" w14:textId="77777777">
        <w:tc>
          <w:tcPr>
            <w:tcW w:w="2268" w:type="dxa"/>
          </w:tcPr>
          <w:p w14:paraId="71DF877A" w14:textId="77777777" w:rsidR="006C574C" w:rsidRPr="0076185D" w:rsidRDefault="009B5C87">
            <w:pPr>
              <w:rPr>
                <w:lang w:val="nl-NL"/>
              </w:rPr>
            </w:pPr>
            <w:r w:rsidRPr="0076185D">
              <w:rPr>
                <w:i/>
                <w:lang w:val="nl-NL"/>
              </w:rPr>
              <w:t>Functie:</w:t>
            </w:r>
          </w:p>
        </w:tc>
        <w:tc>
          <w:tcPr>
            <w:tcW w:w="4535" w:type="dxa"/>
          </w:tcPr>
          <w:p w14:paraId="275D4A29" w14:textId="33E23C17" w:rsidR="006C574C" w:rsidRPr="0076185D" w:rsidRDefault="002B7A68">
            <w:pPr>
              <w:rPr>
                <w:lang w:val="nl-NL"/>
              </w:rPr>
            </w:pPr>
            <w:r>
              <w:rPr>
                <w:lang w:val="nl-NL"/>
              </w:rPr>
              <w:t>Directeur</w:t>
            </w:r>
          </w:p>
        </w:tc>
      </w:tr>
      <w:tr w:rsidR="006C574C" w:rsidRPr="0076185D" w14:paraId="5DEFE060" w14:textId="77777777">
        <w:tc>
          <w:tcPr>
            <w:tcW w:w="2268" w:type="dxa"/>
          </w:tcPr>
          <w:p w14:paraId="3B631A7E" w14:textId="77777777" w:rsidR="006C574C" w:rsidRPr="0076185D" w:rsidRDefault="009B5C87">
            <w:pPr>
              <w:rPr>
                <w:lang w:val="nl-NL"/>
              </w:rPr>
            </w:pPr>
            <w:r w:rsidRPr="0076185D">
              <w:rPr>
                <w:i/>
                <w:lang w:val="nl-NL"/>
              </w:rPr>
              <w:t>Datum:</w:t>
            </w:r>
          </w:p>
        </w:tc>
        <w:tc>
          <w:tcPr>
            <w:tcW w:w="4535" w:type="dxa"/>
          </w:tcPr>
          <w:p w14:paraId="63FC37A7" w14:textId="77777777" w:rsidR="006C574C" w:rsidRPr="0076185D" w:rsidRDefault="009B5C87">
            <w:pPr>
              <w:rPr>
                <w:lang w:val="nl-NL"/>
              </w:rPr>
            </w:pPr>
            <w:r w:rsidRPr="0076185D">
              <w:rPr>
                <w:lang w:val="nl-NL"/>
              </w:rPr>
              <w:t>[dd-mm-jjjj]</w:t>
            </w:r>
          </w:p>
        </w:tc>
      </w:tr>
      <w:tr w:rsidR="006C574C" w:rsidRPr="0076185D" w14:paraId="69E07251" w14:textId="77777777">
        <w:tc>
          <w:tcPr>
            <w:tcW w:w="2268" w:type="dxa"/>
          </w:tcPr>
          <w:p w14:paraId="567FB37E" w14:textId="77777777" w:rsidR="006C574C" w:rsidRPr="0076185D" w:rsidRDefault="009B5C87">
            <w:pPr>
              <w:rPr>
                <w:lang w:val="nl-NL"/>
              </w:rPr>
            </w:pPr>
            <w:r w:rsidRPr="0076185D">
              <w:rPr>
                <w:i/>
                <w:lang w:val="nl-NL"/>
              </w:rPr>
              <w:t>Handtekening:</w:t>
            </w:r>
          </w:p>
        </w:tc>
        <w:tc>
          <w:tcPr>
            <w:tcW w:w="4535" w:type="dxa"/>
          </w:tcPr>
          <w:p w14:paraId="7C15C2D5" w14:textId="77777777" w:rsidR="006C574C" w:rsidRPr="0076185D" w:rsidRDefault="006C574C">
            <w:pPr>
              <w:rPr>
                <w:lang w:val="nl-NL"/>
              </w:rPr>
            </w:pPr>
          </w:p>
        </w:tc>
      </w:tr>
    </w:tbl>
    <w:p w14:paraId="628E80E3" w14:textId="77777777" w:rsidR="006C574C" w:rsidRPr="0076185D" w:rsidRDefault="006C574C">
      <w:pPr>
        <w:spacing w:after="80"/>
        <w:rPr>
          <w:lang w:val="nl-NL"/>
        </w:rPr>
      </w:pPr>
    </w:p>
    <w:p w14:paraId="0BAE4BE0" w14:textId="0BCB9D54" w:rsidR="006C574C" w:rsidRPr="0076185D" w:rsidRDefault="006C574C">
      <w:pPr>
        <w:rPr>
          <w:lang w:val="nl-NL"/>
        </w:rPr>
      </w:pPr>
    </w:p>
    <w:p w14:paraId="38A18546" w14:textId="77777777" w:rsidR="006C574C" w:rsidRPr="0076185D" w:rsidRDefault="009B5C87">
      <w:pPr>
        <w:spacing w:after="480"/>
        <w:rPr>
          <w:lang w:val="nl-NL"/>
        </w:rPr>
      </w:pPr>
      <w:r w:rsidRPr="0076185D">
        <w:rPr>
          <w:b/>
          <w:lang w:val="nl-NL"/>
        </w:rPr>
        <w:t>Aldus overeengekomen en getekend door Opdrachtnemer:</w:t>
      </w:r>
    </w:p>
    <w:tbl>
      <w:tblPr>
        <w:tblStyle w:val="TableNormal"/>
        <w:tblW w:w="0" w:type="auto"/>
        <w:tblLook w:val="04A0" w:firstRow="1" w:lastRow="0" w:firstColumn="1" w:lastColumn="0" w:noHBand="0" w:noVBand="1"/>
      </w:tblPr>
      <w:tblGrid>
        <w:gridCol w:w="2268"/>
        <w:gridCol w:w="4535"/>
      </w:tblGrid>
      <w:tr w:rsidR="006C574C" w:rsidRPr="0076185D" w14:paraId="43AF12B6" w14:textId="77777777">
        <w:tc>
          <w:tcPr>
            <w:tcW w:w="2268" w:type="dxa"/>
          </w:tcPr>
          <w:p w14:paraId="2782B169" w14:textId="77777777" w:rsidR="006C574C" w:rsidRPr="0076185D" w:rsidRDefault="009B5C87">
            <w:pPr>
              <w:rPr>
                <w:lang w:val="nl-NL"/>
              </w:rPr>
            </w:pPr>
            <w:r w:rsidRPr="0076185D">
              <w:rPr>
                <w:i/>
                <w:lang w:val="nl-NL"/>
              </w:rPr>
              <w:t>Namens:</w:t>
            </w:r>
          </w:p>
        </w:tc>
        <w:tc>
          <w:tcPr>
            <w:tcW w:w="4535" w:type="dxa"/>
          </w:tcPr>
          <w:p w14:paraId="5BDCE0F6" w14:textId="77777777" w:rsidR="006C574C" w:rsidRPr="0076185D" w:rsidRDefault="009B5C87">
            <w:pPr>
              <w:rPr>
                <w:lang w:val="nl-NL"/>
              </w:rPr>
            </w:pPr>
            <w:r w:rsidRPr="0076185D">
              <w:rPr>
                <w:lang w:val="nl-NL"/>
              </w:rPr>
              <w:t>[VENDOR:NAME]</w:t>
            </w:r>
          </w:p>
        </w:tc>
      </w:tr>
      <w:tr w:rsidR="006C574C" w:rsidRPr="0076185D" w14:paraId="49864B78" w14:textId="77777777">
        <w:tc>
          <w:tcPr>
            <w:tcW w:w="2268" w:type="dxa"/>
          </w:tcPr>
          <w:p w14:paraId="2E6DA5B0" w14:textId="77777777" w:rsidR="006C574C" w:rsidRPr="0076185D" w:rsidRDefault="009B5C87">
            <w:pPr>
              <w:rPr>
                <w:lang w:val="nl-NL"/>
              </w:rPr>
            </w:pPr>
            <w:r w:rsidRPr="0076185D">
              <w:rPr>
                <w:i/>
                <w:lang w:val="nl-NL"/>
              </w:rPr>
              <w:t>Naam:</w:t>
            </w:r>
          </w:p>
        </w:tc>
        <w:tc>
          <w:tcPr>
            <w:tcW w:w="4535" w:type="dxa"/>
          </w:tcPr>
          <w:p w14:paraId="3F7A150C" w14:textId="77777777" w:rsidR="006C574C" w:rsidRPr="0076185D" w:rsidRDefault="009B5C87">
            <w:pPr>
              <w:rPr>
                <w:lang w:val="nl-NL"/>
              </w:rPr>
            </w:pPr>
            <w:r w:rsidRPr="0076185D">
              <w:rPr>
                <w:lang w:val="nl-NL"/>
              </w:rPr>
              <w:t>[VENDOR:SIGNER1]</w:t>
            </w:r>
          </w:p>
        </w:tc>
      </w:tr>
      <w:tr w:rsidR="006C574C" w:rsidRPr="0076185D" w14:paraId="7C735327" w14:textId="77777777">
        <w:tc>
          <w:tcPr>
            <w:tcW w:w="2268" w:type="dxa"/>
          </w:tcPr>
          <w:p w14:paraId="400A19D4" w14:textId="77777777" w:rsidR="006C574C" w:rsidRPr="0076185D" w:rsidRDefault="009B5C87">
            <w:pPr>
              <w:rPr>
                <w:lang w:val="nl-NL"/>
              </w:rPr>
            </w:pPr>
            <w:r w:rsidRPr="0076185D">
              <w:rPr>
                <w:i/>
                <w:lang w:val="nl-NL"/>
              </w:rPr>
              <w:t>Functie:</w:t>
            </w:r>
          </w:p>
        </w:tc>
        <w:tc>
          <w:tcPr>
            <w:tcW w:w="4535" w:type="dxa"/>
          </w:tcPr>
          <w:p w14:paraId="5E8DAEAF" w14:textId="77777777" w:rsidR="006C574C" w:rsidRPr="0076185D" w:rsidRDefault="009B5C87">
            <w:pPr>
              <w:rPr>
                <w:lang w:val="nl-NL"/>
              </w:rPr>
            </w:pPr>
            <w:r w:rsidRPr="0076185D">
              <w:rPr>
                <w:lang w:val="nl-NL"/>
              </w:rPr>
              <w:t>Directeur/bestuurder</w:t>
            </w:r>
          </w:p>
        </w:tc>
      </w:tr>
      <w:tr w:rsidR="006C574C" w:rsidRPr="0076185D" w14:paraId="7CE7351A" w14:textId="77777777">
        <w:tc>
          <w:tcPr>
            <w:tcW w:w="2268" w:type="dxa"/>
          </w:tcPr>
          <w:p w14:paraId="6F49E85D" w14:textId="77777777" w:rsidR="006C574C" w:rsidRPr="0076185D" w:rsidRDefault="009B5C87">
            <w:pPr>
              <w:rPr>
                <w:lang w:val="nl-NL"/>
              </w:rPr>
            </w:pPr>
            <w:r w:rsidRPr="0076185D">
              <w:rPr>
                <w:i/>
                <w:lang w:val="nl-NL"/>
              </w:rPr>
              <w:t>Handtekening:</w:t>
            </w:r>
          </w:p>
        </w:tc>
        <w:tc>
          <w:tcPr>
            <w:tcW w:w="4535" w:type="dxa"/>
          </w:tcPr>
          <w:p w14:paraId="016438E4" w14:textId="77777777" w:rsidR="006C574C" w:rsidRPr="0076185D" w:rsidRDefault="006C574C">
            <w:pPr>
              <w:rPr>
                <w:lang w:val="nl-NL"/>
              </w:rPr>
            </w:pPr>
          </w:p>
        </w:tc>
      </w:tr>
    </w:tbl>
    <w:p w14:paraId="4CED2214" w14:textId="77777777" w:rsidR="001948ED" w:rsidRPr="0076185D" w:rsidRDefault="001948ED">
      <w:pPr>
        <w:rPr>
          <w:lang w:val="nl-NL"/>
        </w:rPr>
      </w:pPr>
    </w:p>
    <w:sectPr w:rsidR="001948ED" w:rsidRPr="0076185D" w:rsidSect="00034616">
      <w:headerReference w:type="default" r:id="rId10"/>
      <w:footerReference w:type="default" r:id="rId11"/>
      <w:pgSz w:w="11906" w:h="16838"/>
      <w:pgMar w:top="1134" w:right="1134" w:bottom="1134" w:left="141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77055" w14:textId="77777777" w:rsidR="00595A05" w:rsidRDefault="00595A05">
      <w:pPr>
        <w:spacing w:after="0" w:line="240" w:lineRule="auto"/>
      </w:pPr>
      <w:r>
        <w:separator/>
      </w:r>
    </w:p>
  </w:endnote>
  <w:endnote w:type="continuationSeparator" w:id="0">
    <w:p w14:paraId="012D2152" w14:textId="77777777" w:rsidR="00595A05" w:rsidRDefault="00595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33B6A" w14:textId="642B818A" w:rsidR="009A10DB" w:rsidRPr="0076185D" w:rsidRDefault="009A10DB">
    <w:pPr>
      <w:pStyle w:val="Voettekst"/>
      <w:pBdr>
        <w:top w:val="double" w:sz="18" w:space="4" w:color="6F2F9F"/>
      </w:pBdr>
      <w:tabs>
        <w:tab w:val="right" w:pos="9355"/>
      </w:tabs>
      <w:spacing w:before="80"/>
      <w:rPr>
        <w:lang w:val="nl-NL"/>
      </w:rPr>
    </w:pPr>
    <w:r w:rsidRPr="0076185D">
      <w:rPr>
        <w:sz w:val="18"/>
        <w:lang w:val="nl-NL"/>
      </w:rPr>
      <w:t xml:space="preserve">Raamovereenkomst Kleinschalige Woonvoorzieningen versie 1.0 d.d. </w:t>
    </w:r>
    <w:r w:rsidR="001E2A4A">
      <w:rPr>
        <w:sz w:val="18"/>
        <w:lang w:val="nl-NL"/>
      </w:rPr>
      <w:t>27-08-2026</w:t>
    </w:r>
    <w:r w:rsidRPr="0076185D">
      <w:rPr>
        <w:lang w:val="nl-NL"/>
      </w:rPr>
      <w:tab/>
      <w:t xml:space="preserve">Pagina | </w:t>
    </w:r>
    <w:r>
      <w:rPr>
        <w:sz w:val="18"/>
      </w:rPr>
      <w:fldChar w:fldCharType="begin"/>
    </w:r>
    <w:r w:rsidRPr="0076185D">
      <w:rPr>
        <w:sz w:val="18"/>
        <w:lang w:val="nl-NL"/>
      </w:rPr>
      <w:instrText xml:space="preserve"> PAGE 1</w:instrText>
    </w:r>
    <w:r>
      <w:rPr>
        <w:sz w:val="18"/>
      </w:rPr>
      <w:fldChar w:fldCharType="separate"/>
    </w:r>
    <w:r w:rsidRPr="0076185D">
      <w:rPr>
        <w:noProof/>
        <w:sz w:val="18"/>
        <w:lang w:val="nl-NL"/>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4C170" w14:textId="77777777" w:rsidR="00595A05" w:rsidRDefault="00595A05">
      <w:pPr>
        <w:spacing w:after="0" w:line="240" w:lineRule="auto"/>
      </w:pPr>
      <w:r>
        <w:separator/>
      </w:r>
    </w:p>
  </w:footnote>
  <w:footnote w:type="continuationSeparator" w:id="0">
    <w:p w14:paraId="4A0E8351" w14:textId="77777777" w:rsidR="00595A05" w:rsidRDefault="00595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22DE9" w14:textId="77777777" w:rsidR="009A10DB" w:rsidRDefault="009A10DB">
    <w:pPr>
      <w:pStyle w:val="Koptekst"/>
      <w:jc w:val="right"/>
    </w:pPr>
    <w:r>
      <w:rPr>
        <w:noProof/>
      </w:rPr>
      <w:drawing>
        <wp:inline distT="0" distB="0" distL="0" distR="0" wp14:anchorId="03A559DE" wp14:editId="7975591C">
          <wp:extent cx="1655999" cy="581052"/>
          <wp:effectExtent l="0" t="0" r="0" b="0"/>
          <wp:docPr id="1" name="Picture 1">
            <a:extLst xmlns:a="http://schemas.openxmlformats.org/drawingml/2006/main">
              <a:ext uri="{FF2B5EF4-FFF2-40B4-BE49-F238E27FC236}">
                <a16:creationId xmlns:a16="http://schemas.microsoft.com/office/drawing/2014/main" id="{45CA5EF9-22D0-4099-BACB-B6D107B9E6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j_logo.png"/>
                  <pic:cNvPicPr/>
                </pic:nvPicPr>
                <pic:blipFill>
                  <a:blip r:embed="rId1"/>
                  <a:stretch>
                    <a:fillRect/>
                  </a:stretch>
                </pic:blipFill>
                <pic:spPr>
                  <a:xfrm>
                    <a:off x="0" y="0"/>
                    <a:ext cx="1655999" cy="5810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97A650E4"/>
    <w:lvl w:ilvl="0">
      <w:start w:val="1"/>
      <w:numFmt w:val="bullet"/>
      <w:pStyle w:val="Lijstopsomteken"/>
      <w:lvlText w:val=""/>
      <w:lvlJc w:val="left"/>
      <w:pPr>
        <w:tabs>
          <w:tab w:val="num" w:pos="360"/>
        </w:tabs>
        <w:ind w:left="680" w:hanging="340"/>
      </w:pPr>
      <w:rPr>
        <w:rFonts w:ascii="Symbol" w:hAnsi="Symbol" w:hint="default"/>
      </w:rPr>
    </w:lvl>
  </w:abstractNum>
  <w:abstractNum w:abstractNumId="9" w15:restartNumberingAfterBreak="0">
    <w:nsid w:val="01705259"/>
    <w:multiLevelType w:val="hybridMultilevel"/>
    <w:tmpl w:val="B13244DA"/>
    <w:lvl w:ilvl="0" w:tplc="B5EA8808">
      <w:start w:val="1"/>
      <w:numFmt w:val="decimal"/>
      <w:lvlText w:val="%1."/>
      <w:lvlJc w:val="left"/>
      <w:pPr>
        <w:ind w:left="850" w:hanging="340"/>
      </w:pPr>
      <w:rPr>
        <w:rFonts w:hint="default"/>
      </w:rPr>
    </w:lvl>
    <w:lvl w:ilvl="1" w:tplc="04130019" w:tentative="1">
      <w:start w:val="1"/>
      <w:numFmt w:val="lowerLetter"/>
      <w:lvlText w:val="%2."/>
      <w:lvlJc w:val="left"/>
      <w:pPr>
        <w:ind w:left="1610" w:hanging="360"/>
      </w:pPr>
    </w:lvl>
    <w:lvl w:ilvl="2" w:tplc="0413001B" w:tentative="1">
      <w:start w:val="1"/>
      <w:numFmt w:val="lowerRoman"/>
      <w:lvlText w:val="%3."/>
      <w:lvlJc w:val="right"/>
      <w:pPr>
        <w:ind w:left="2330" w:hanging="180"/>
      </w:pPr>
    </w:lvl>
    <w:lvl w:ilvl="3" w:tplc="0413000F" w:tentative="1">
      <w:start w:val="1"/>
      <w:numFmt w:val="decimal"/>
      <w:lvlText w:val="%4."/>
      <w:lvlJc w:val="left"/>
      <w:pPr>
        <w:ind w:left="3050" w:hanging="360"/>
      </w:pPr>
    </w:lvl>
    <w:lvl w:ilvl="4" w:tplc="04130019" w:tentative="1">
      <w:start w:val="1"/>
      <w:numFmt w:val="lowerLetter"/>
      <w:lvlText w:val="%5."/>
      <w:lvlJc w:val="left"/>
      <w:pPr>
        <w:ind w:left="3770" w:hanging="360"/>
      </w:pPr>
    </w:lvl>
    <w:lvl w:ilvl="5" w:tplc="0413001B" w:tentative="1">
      <w:start w:val="1"/>
      <w:numFmt w:val="lowerRoman"/>
      <w:lvlText w:val="%6."/>
      <w:lvlJc w:val="right"/>
      <w:pPr>
        <w:ind w:left="4490" w:hanging="180"/>
      </w:pPr>
    </w:lvl>
    <w:lvl w:ilvl="6" w:tplc="0413000F" w:tentative="1">
      <w:start w:val="1"/>
      <w:numFmt w:val="decimal"/>
      <w:lvlText w:val="%7."/>
      <w:lvlJc w:val="left"/>
      <w:pPr>
        <w:ind w:left="5210" w:hanging="360"/>
      </w:pPr>
    </w:lvl>
    <w:lvl w:ilvl="7" w:tplc="04130019" w:tentative="1">
      <w:start w:val="1"/>
      <w:numFmt w:val="lowerLetter"/>
      <w:lvlText w:val="%8."/>
      <w:lvlJc w:val="left"/>
      <w:pPr>
        <w:ind w:left="5930" w:hanging="360"/>
      </w:pPr>
    </w:lvl>
    <w:lvl w:ilvl="8" w:tplc="0413001B" w:tentative="1">
      <w:start w:val="1"/>
      <w:numFmt w:val="lowerRoman"/>
      <w:lvlText w:val="%9."/>
      <w:lvlJc w:val="right"/>
      <w:pPr>
        <w:ind w:left="6650" w:hanging="180"/>
      </w:pPr>
    </w:lvl>
  </w:abstractNum>
  <w:abstractNum w:abstractNumId="10" w15:restartNumberingAfterBreak="0">
    <w:nsid w:val="0465331A"/>
    <w:multiLevelType w:val="hybridMultilevel"/>
    <w:tmpl w:val="354E6060"/>
    <w:lvl w:ilvl="0" w:tplc="FFFFFFFF">
      <w:start w:val="1"/>
      <w:numFmt w:val="decimal"/>
      <w:lvlText w:val="%1."/>
      <w:lvlJc w:val="left"/>
      <w:pPr>
        <w:ind w:left="906" w:hanging="396"/>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4CA6391"/>
    <w:multiLevelType w:val="hybridMultilevel"/>
    <w:tmpl w:val="0D862278"/>
    <w:lvl w:ilvl="0" w:tplc="04130019">
      <w:start w:val="1"/>
      <w:numFmt w:val="lowerLetter"/>
      <w:lvlText w:val="%1."/>
      <w:lvlJc w:val="left"/>
      <w:pPr>
        <w:ind w:left="1230" w:hanging="360"/>
      </w:pPr>
    </w:lvl>
    <w:lvl w:ilvl="1" w:tplc="27BA569C">
      <w:start w:val="1"/>
      <w:numFmt w:val="lowerLetter"/>
      <w:lvlText w:val="%2."/>
      <w:lvlJc w:val="left"/>
      <w:pPr>
        <w:ind w:left="1361" w:hanging="340"/>
      </w:pPr>
      <w:rPr>
        <w:rFonts w:hint="default"/>
      </w:rPr>
    </w:lvl>
    <w:lvl w:ilvl="2" w:tplc="0413001B" w:tentative="1">
      <w:start w:val="1"/>
      <w:numFmt w:val="lowerRoman"/>
      <w:lvlText w:val="%3."/>
      <w:lvlJc w:val="right"/>
      <w:pPr>
        <w:ind w:left="2670" w:hanging="180"/>
      </w:pPr>
    </w:lvl>
    <w:lvl w:ilvl="3" w:tplc="0413000F" w:tentative="1">
      <w:start w:val="1"/>
      <w:numFmt w:val="decimal"/>
      <w:lvlText w:val="%4."/>
      <w:lvlJc w:val="left"/>
      <w:pPr>
        <w:ind w:left="3390" w:hanging="360"/>
      </w:pPr>
    </w:lvl>
    <w:lvl w:ilvl="4" w:tplc="04130019" w:tentative="1">
      <w:start w:val="1"/>
      <w:numFmt w:val="lowerLetter"/>
      <w:lvlText w:val="%5."/>
      <w:lvlJc w:val="left"/>
      <w:pPr>
        <w:ind w:left="4110" w:hanging="360"/>
      </w:pPr>
    </w:lvl>
    <w:lvl w:ilvl="5" w:tplc="0413001B" w:tentative="1">
      <w:start w:val="1"/>
      <w:numFmt w:val="lowerRoman"/>
      <w:lvlText w:val="%6."/>
      <w:lvlJc w:val="right"/>
      <w:pPr>
        <w:ind w:left="4830" w:hanging="180"/>
      </w:pPr>
    </w:lvl>
    <w:lvl w:ilvl="6" w:tplc="0413000F" w:tentative="1">
      <w:start w:val="1"/>
      <w:numFmt w:val="decimal"/>
      <w:lvlText w:val="%7."/>
      <w:lvlJc w:val="left"/>
      <w:pPr>
        <w:ind w:left="5550" w:hanging="360"/>
      </w:pPr>
    </w:lvl>
    <w:lvl w:ilvl="7" w:tplc="04130019" w:tentative="1">
      <w:start w:val="1"/>
      <w:numFmt w:val="lowerLetter"/>
      <w:lvlText w:val="%8."/>
      <w:lvlJc w:val="left"/>
      <w:pPr>
        <w:ind w:left="6270" w:hanging="360"/>
      </w:pPr>
    </w:lvl>
    <w:lvl w:ilvl="8" w:tplc="0413001B" w:tentative="1">
      <w:start w:val="1"/>
      <w:numFmt w:val="lowerRoman"/>
      <w:lvlText w:val="%9."/>
      <w:lvlJc w:val="right"/>
      <w:pPr>
        <w:ind w:left="6990" w:hanging="180"/>
      </w:pPr>
    </w:lvl>
  </w:abstractNum>
  <w:abstractNum w:abstractNumId="12" w15:restartNumberingAfterBreak="0">
    <w:nsid w:val="056C39AE"/>
    <w:multiLevelType w:val="hybridMultilevel"/>
    <w:tmpl w:val="F684B17E"/>
    <w:lvl w:ilvl="0" w:tplc="04130019">
      <w:start w:val="1"/>
      <w:numFmt w:val="lowerLetter"/>
      <w:lvlText w:val="%1."/>
      <w:lvlJc w:val="left"/>
      <w:pPr>
        <w:ind w:left="1230" w:hanging="360"/>
      </w:pPr>
    </w:lvl>
    <w:lvl w:ilvl="1" w:tplc="9AFC2254">
      <w:start w:val="1"/>
      <w:numFmt w:val="upperRoman"/>
      <w:lvlText w:val="%2."/>
      <w:lvlJc w:val="left"/>
      <w:pPr>
        <w:ind w:left="1191" w:hanging="284"/>
      </w:pPr>
      <w:rPr>
        <w:rFonts w:hint="default"/>
      </w:rPr>
    </w:lvl>
    <w:lvl w:ilvl="2" w:tplc="0413001B">
      <w:start w:val="1"/>
      <w:numFmt w:val="lowerRoman"/>
      <w:lvlText w:val="%3."/>
      <w:lvlJc w:val="right"/>
      <w:pPr>
        <w:ind w:left="2670" w:hanging="180"/>
      </w:pPr>
    </w:lvl>
    <w:lvl w:ilvl="3" w:tplc="FBAEC88A">
      <w:start w:val="1"/>
      <w:numFmt w:val="decimal"/>
      <w:lvlText w:val="%4."/>
      <w:lvlJc w:val="left"/>
      <w:pPr>
        <w:ind w:left="680" w:hanging="340"/>
      </w:pPr>
      <w:rPr>
        <w:rFonts w:hint="default"/>
      </w:rPr>
    </w:lvl>
    <w:lvl w:ilvl="4" w:tplc="04130019" w:tentative="1">
      <w:start w:val="1"/>
      <w:numFmt w:val="lowerLetter"/>
      <w:lvlText w:val="%5."/>
      <w:lvlJc w:val="left"/>
      <w:pPr>
        <w:ind w:left="4110" w:hanging="360"/>
      </w:pPr>
    </w:lvl>
    <w:lvl w:ilvl="5" w:tplc="0413001B" w:tentative="1">
      <w:start w:val="1"/>
      <w:numFmt w:val="lowerRoman"/>
      <w:lvlText w:val="%6."/>
      <w:lvlJc w:val="right"/>
      <w:pPr>
        <w:ind w:left="4830" w:hanging="180"/>
      </w:pPr>
    </w:lvl>
    <w:lvl w:ilvl="6" w:tplc="0413000F" w:tentative="1">
      <w:start w:val="1"/>
      <w:numFmt w:val="decimal"/>
      <w:lvlText w:val="%7."/>
      <w:lvlJc w:val="left"/>
      <w:pPr>
        <w:ind w:left="5550" w:hanging="360"/>
      </w:pPr>
    </w:lvl>
    <w:lvl w:ilvl="7" w:tplc="04130019" w:tentative="1">
      <w:start w:val="1"/>
      <w:numFmt w:val="lowerLetter"/>
      <w:lvlText w:val="%8."/>
      <w:lvlJc w:val="left"/>
      <w:pPr>
        <w:ind w:left="6270" w:hanging="360"/>
      </w:pPr>
    </w:lvl>
    <w:lvl w:ilvl="8" w:tplc="0413001B" w:tentative="1">
      <w:start w:val="1"/>
      <w:numFmt w:val="lowerRoman"/>
      <w:lvlText w:val="%9."/>
      <w:lvlJc w:val="right"/>
      <w:pPr>
        <w:ind w:left="6990" w:hanging="180"/>
      </w:pPr>
    </w:lvl>
  </w:abstractNum>
  <w:abstractNum w:abstractNumId="13" w15:restartNumberingAfterBreak="0">
    <w:nsid w:val="05B53060"/>
    <w:multiLevelType w:val="hybridMultilevel"/>
    <w:tmpl w:val="BA502150"/>
    <w:lvl w:ilvl="0" w:tplc="9992F112">
      <w:start w:val="1"/>
      <w:numFmt w:val="decimal"/>
      <w:lvlText w:val="%1."/>
      <w:lvlJc w:val="left"/>
      <w:pPr>
        <w:ind w:left="680" w:hanging="340"/>
      </w:pPr>
      <w:rPr>
        <w:rFonts w:hint="default"/>
      </w:rPr>
    </w:lvl>
    <w:lvl w:ilvl="1" w:tplc="04130019" w:tentative="1">
      <w:start w:val="1"/>
      <w:numFmt w:val="lowerLetter"/>
      <w:lvlText w:val="%2."/>
      <w:lvlJc w:val="left"/>
      <w:pPr>
        <w:ind w:left="1590" w:hanging="360"/>
      </w:pPr>
    </w:lvl>
    <w:lvl w:ilvl="2" w:tplc="0413001B" w:tentative="1">
      <w:start w:val="1"/>
      <w:numFmt w:val="lowerRoman"/>
      <w:lvlText w:val="%3."/>
      <w:lvlJc w:val="right"/>
      <w:pPr>
        <w:ind w:left="2310" w:hanging="180"/>
      </w:pPr>
    </w:lvl>
    <w:lvl w:ilvl="3" w:tplc="0413000F" w:tentative="1">
      <w:start w:val="1"/>
      <w:numFmt w:val="decimal"/>
      <w:lvlText w:val="%4."/>
      <w:lvlJc w:val="left"/>
      <w:pPr>
        <w:ind w:left="3030" w:hanging="360"/>
      </w:pPr>
    </w:lvl>
    <w:lvl w:ilvl="4" w:tplc="04130019" w:tentative="1">
      <w:start w:val="1"/>
      <w:numFmt w:val="lowerLetter"/>
      <w:lvlText w:val="%5."/>
      <w:lvlJc w:val="left"/>
      <w:pPr>
        <w:ind w:left="3750" w:hanging="360"/>
      </w:pPr>
    </w:lvl>
    <w:lvl w:ilvl="5" w:tplc="0413001B" w:tentative="1">
      <w:start w:val="1"/>
      <w:numFmt w:val="lowerRoman"/>
      <w:lvlText w:val="%6."/>
      <w:lvlJc w:val="right"/>
      <w:pPr>
        <w:ind w:left="4470" w:hanging="180"/>
      </w:pPr>
    </w:lvl>
    <w:lvl w:ilvl="6" w:tplc="0413000F" w:tentative="1">
      <w:start w:val="1"/>
      <w:numFmt w:val="decimal"/>
      <w:lvlText w:val="%7."/>
      <w:lvlJc w:val="left"/>
      <w:pPr>
        <w:ind w:left="5190" w:hanging="360"/>
      </w:pPr>
    </w:lvl>
    <w:lvl w:ilvl="7" w:tplc="04130019" w:tentative="1">
      <w:start w:val="1"/>
      <w:numFmt w:val="lowerLetter"/>
      <w:lvlText w:val="%8."/>
      <w:lvlJc w:val="left"/>
      <w:pPr>
        <w:ind w:left="5910" w:hanging="360"/>
      </w:pPr>
    </w:lvl>
    <w:lvl w:ilvl="8" w:tplc="0413001B" w:tentative="1">
      <w:start w:val="1"/>
      <w:numFmt w:val="lowerRoman"/>
      <w:lvlText w:val="%9."/>
      <w:lvlJc w:val="right"/>
      <w:pPr>
        <w:ind w:left="6630" w:hanging="180"/>
      </w:pPr>
    </w:lvl>
  </w:abstractNum>
  <w:abstractNum w:abstractNumId="14" w15:restartNumberingAfterBreak="0">
    <w:nsid w:val="06D006F4"/>
    <w:multiLevelType w:val="hybridMultilevel"/>
    <w:tmpl w:val="C17E9D36"/>
    <w:lvl w:ilvl="0" w:tplc="0413000F">
      <w:start w:val="1"/>
      <w:numFmt w:val="decimal"/>
      <w:lvlText w:val="%1."/>
      <w:lvlJc w:val="left"/>
      <w:pPr>
        <w:ind w:left="870" w:hanging="360"/>
      </w:pPr>
    </w:lvl>
    <w:lvl w:ilvl="1" w:tplc="04130019" w:tentative="1">
      <w:start w:val="1"/>
      <w:numFmt w:val="lowerLetter"/>
      <w:lvlText w:val="%2."/>
      <w:lvlJc w:val="left"/>
      <w:pPr>
        <w:ind w:left="1590" w:hanging="360"/>
      </w:pPr>
    </w:lvl>
    <w:lvl w:ilvl="2" w:tplc="0413001B" w:tentative="1">
      <w:start w:val="1"/>
      <w:numFmt w:val="lowerRoman"/>
      <w:lvlText w:val="%3."/>
      <w:lvlJc w:val="right"/>
      <w:pPr>
        <w:ind w:left="2310" w:hanging="180"/>
      </w:pPr>
    </w:lvl>
    <w:lvl w:ilvl="3" w:tplc="0413000F" w:tentative="1">
      <w:start w:val="1"/>
      <w:numFmt w:val="decimal"/>
      <w:lvlText w:val="%4."/>
      <w:lvlJc w:val="left"/>
      <w:pPr>
        <w:ind w:left="3030" w:hanging="360"/>
      </w:pPr>
    </w:lvl>
    <w:lvl w:ilvl="4" w:tplc="04130019" w:tentative="1">
      <w:start w:val="1"/>
      <w:numFmt w:val="lowerLetter"/>
      <w:lvlText w:val="%5."/>
      <w:lvlJc w:val="left"/>
      <w:pPr>
        <w:ind w:left="3750" w:hanging="360"/>
      </w:pPr>
    </w:lvl>
    <w:lvl w:ilvl="5" w:tplc="0413001B" w:tentative="1">
      <w:start w:val="1"/>
      <w:numFmt w:val="lowerRoman"/>
      <w:lvlText w:val="%6."/>
      <w:lvlJc w:val="right"/>
      <w:pPr>
        <w:ind w:left="4470" w:hanging="180"/>
      </w:pPr>
    </w:lvl>
    <w:lvl w:ilvl="6" w:tplc="0413000F" w:tentative="1">
      <w:start w:val="1"/>
      <w:numFmt w:val="decimal"/>
      <w:lvlText w:val="%7."/>
      <w:lvlJc w:val="left"/>
      <w:pPr>
        <w:ind w:left="5190" w:hanging="360"/>
      </w:pPr>
    </w:lvl>
    <w:lvl w:ilvl="7" w:tplc="04130019" w:tentative="1">
      <w:start w:val="1"/>
      <w:numFmt w:val="lowerLetter"/>
      <w:lvlText w:val="%8."/>
      <w:lvlJc w:val="left"/>
      <w:pPr>
        <w:ind w:left="5910" w:hanging="360"/>
      </w:pPr>
    </w:lvl>
    <w:lvl w:ilvl="8" w:tplc="0413001B" w:tentative="1">
      <w:start w:val="1"/>
      <w:numFmt w:val="lowerRoman"/>
      <w:lvlText w:val="%9."/>
      <w:lvlJc w:val="right"/>
      <w:pPr>
        <w:ind w:left="6630" w:hanging="180"/>
      </w:pPr>
    </w:lvl>
  </w:abstractNum>
  <w:abstractNum w:abstractNumId="15" w15:restartNumberingAfterBreak="0">
    <w:nsid w:val="079E57CD"/>
    <w:multiLevelType w:val="hybridMultilevel"/>
    <w:tmpl w:val="BCEE7FA2"/>
    <w:lvl w:ilvl="0" w:tplc="DE26DB0C">
      <w:start w:val="1"/>
      <w:numFmt w:val="decimal"/>
      <w:lvlText w:val="%1."/>
      <w:lvlJc w:val="left"/>
      <w:pPr>
        <w:ind w:left="868" w:hanging="35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0E365FCE"/>
    <w:multiLevelType w:val="hybridMultilevel"/>
    <w:tmpl w:val="4CD4F130"/>
    <w:lvl w:ilvl="0" w:tplc="B5EA8808">
      <w:start w:val="1"/>
      <w:numFmt w:val="decimal"/>
      <w:lvlText w:val="%1."/>
      <w:lvlJc w:val="left"/>
      <w:pPr>
        <w:ind w:left="1360" w:hanging="340"/>
      </w:pPr>
      <w:rPr>
        <w:rFonts w:hint="default"/>
      </w:rPr>
    </w:lvl>
    <w:lvl w:ilvl="1" w:tplc="04130019" w:tentative="1">
      <w:start w:val="1"/>
      <w:numFmt w:val="lowerLetter"/>
      <w:lvlText w:val="%2."/>
      <w:lvlJc w:val="left"/>
      <w:pPr>
        <w:ind w:left="1950" w:hanging="360"/>
      </w:pPr>
    </w:lvl>
    <w:lvl w:ilvl="2" w:tplc="0413001B" w:tentative="1">
      <w:start w:val="1"/>
      <w:numFmt w:val="lowerRoman"/>
      <w:lvlText w:val="%3."/>
      <w:lvlJc w:val="right"/>
      <w:pPr>
        <w:ind w:left="2670" w:hanging="180"/>
      </w:pPr>
    </w:lvl>
    <w:lvl w:ilvl="3" w:tplc="0413000F" w:tentative="1">
      <w:start w:val="1"/>
      <w:numFmt w:val="decimal"/>
      <w:lvlText w:val="%4."/>
      <w:lvlJc w:val="left"/>
      <w:pPr>
        <w:ind w:left="3390" w:hanging="360"/>
      </w:pPr>
    </w:lvl>
    <w:lvl w:ilvl="4" w:tplc="04130019" w:tentative="1">
      <w:start w:val="1"/>
      <w:numFmt w:val="lowerLetter"/>
      <w:lvlText w:val="%5."/>
      <w:lvlJc w:val="left"/>
      <w:pPr>
        <w:ind w:left="4110" w:hanging="360"/>
      </w:pPr>
    </w:lvl>
    <w:lvl w:ilvl="5" w:tplc="0413001B" w:tentative="1">
      <w:start w:val="1"/>
      <w:numFmt w:val="lowerRoman"/>
      <w:lvlText w:val="%6."/>
      <w:lvlJc w:val="right"/>
      <w:pPr>
        <w:ind w:left="4830" w:hanging="180"/>
      </w:pPr>
    </w:lvl>
    <w:lvl w:ilvl="6" w:tplc="0413000F" w:tentative="1">
      <w:start w:val="1"/>
      <w:numFmt w:val="decimal"/>
      <w:lvlText w:val="%7."/>
      <w:lvlJc w:val="left"/>
      <w:pPr>
        <w:ind w:left="5550" w:hanging="360"/>
      </w:pPr>
    </w:lvl>
    <w:lvl w:ilvl="7" w:tplc="04130019" w:tentative="1">
      <w:start w:val="1"/>
      <w:numFmt w:val="lowerLetter"/>
      <w:lvlText w:val="%8."/>
      <w:lvlJc w:val="left"/>
      <w:pPr>
        <w:ind w:left="6270" w:hanging="360"/>
      </w:pPr>
    </w:lvl>
    <w:lvl w:ilvl="8" w:tplc="0413001B" w:tentative="1">
      <w:start w:val="1"/>
      <w:numFmt w:val="lowerRoman"/>
      <w:lvlText w:val="%9."/>
      <w:lvlJc w:val="right"/>
      <w:pPr>
        <w:ind w:left="6990" w:hanging="180"/>
      </w:pPr>
    </w:lvl>
  </w:abstractNum>
  <w:abstractNum w:abstractNumId="17" w15:restartNumberingAfterBreak="0">
    <w:nsid w:val="10205533"/>
    <w:multiLevelType w:val="hybridMultilevel"/>
    <w:tmpl w:val="6CF214EC"/>
    <w:lvl w:ilvl="0" w:tplc="0413000F">
      <w:start w:val="1"/>
      <w:numFmt w:val="decimal"/>
      <w:lvlText w:val="%1."/>
      <w:lvlJc w:val="left"/>
      <w:pPr>
        <w:ind w:left="870" w:hanging="360"/>
      </w:pPr>
    </w:lvl>
    <w:lvl w:ilvl="1" w:tplc="04130019" w:tentative="1">
      <w:start w:val="1"/>
      <w:numFmt w:val="lowerLetter"/>
      <w:lvlText w:val="%2."/>
      <w:lvlJc w:val="left"/>
      <w:pPr>
        <w:ind w:left="1590" w:hanging="360"/>
      </w:pPr>
    </w:lvl>
    <w:lvl w:ilvl="2" w:tplc="0413001B" w:tentative="1">
      <w:start w:val="1"/>
      <w:numFmt w:val="lowerRoman"/>
      <w:lvlText w:val="%3."/>
      <w:lvlJc w:val="right"/>
      <w:pPr>
        <w:ind w:left="2310" w:hanging="180"/>
      </w:pPr>
    </w:lvl>
    <w:lvl w:ilvl="3" w:tplc="0413000F" w:tentative="1">
      <w:start w:val="1"/>
      <w:numFmt w:val="decimal"/>
      <w:lvlText w:val="%4."/>
      <w:lvlJc w:val="left"/>
      <w:pPr>
        <w:ind w:left="3030" w:hanging="360"/>
      </w:pPr>
    </w:lvl>
    <w:lvl w:ilvl="4" w:tplc="04130019" w:tentative="1">
      <w:start w:val="1"/>
      <w:numFmt w:val="lowerLetter"/>
      <w:lvlText w:val="%5."/>
      <w:lvlJc w:val="left"/>
      <w:pPr>
        <w:ind w:left="3750" w:hanging="360"/>
      </w:pPr>
    </w:lvl>
    <w:lvl w:ilvl="5" w:tplc="0413001B" w:tentative="1">
      <w:start w:val="1"/>
      <w:numFmt w:val="lowerRoman"/>
      <w:lvlText w:val="%6."/>
      <w:lvlJc w:val="right"/>
      <w:pPr>
        <w:ind w:left="4470" w:hanging="180"/>
      </w:pPr>
    </w:lvl>
    <w:lvl w:ilvl="6" w:tplc="0413000F" w:tentative="1">
      <w:start w:val="1"/>
      <w:numFmt w:val="decimal"/>
      <w:lvlText w:val="%7."/>
      <w:lvlJc w:val="left"/>
      <w:pPr>
        <w:ind w:left="5190" w:hanging="360"/>
      </w:pPr>
    </w:lvl>
    <w:lvl w:ilvl="7" w:tplc="04130019" w:tentative="1">
      <w:start w:val="1"/>
      <w:numFmt w:val="lowerLetter"/>
      <w:lvlText w:val="%8."/>
      <w:lvlJc w:val="left"/>
      <w:pPr>
        <w:ind w:left="5910" w:hanging="360"/>
      </w:pPr>
    </w:lvl>
    <w:lvl w:ilvl="8" w:tplc="0413001B" w:tentative="1">
      <w:start w:val="1"/>
      <w:numFmt w:val="lowerRoman"/>
      <w:lvlText w:val="%9."/>
      <w:lvlJc w:val="right"/>
      <w:pPr>
        <w:ind w:left="6630" w:hanging="180"/>
      </w:pPr>
    </w:lvl>
  </w:abstractNum>
  <w:abstractNum w:abstractNumId="18" w15:restartNumberingAfterBreak="0">
    <w:nsid w:val="20726DC1"/>
    <w:multiLevelType w:val="hybridMultilevel"/>
    <w:tmpl w:val="AE2EC14E"/>
    <w:lvl w:ilvl="0" w:tplc="DE26DB0C">
      <w:start w:val="1"/>
      <w:numFmt w:val="decimal"/>
      <w:lvlText w:val="%1."/>
      <w:lvlJc w:val="left"/>
      <w:pPr>
        <w:ind w:left="868" w:hanging="358"/>
      </w:pPr>
      <w:rPr>
        <w:rFonts w:hint="default"/>
      </w:rPr>
    </w:lvl>
    <w:lvl w:ilvl="1" w:tplc="04130019" w:tentative="1">
      <w:start w:val="1"/>
      <w:numFmt w:val="lowerLetter"/>
      <w:lvlText w:val="%2."/>
      <w:lvlJc w:val="left"/>
      <w:pPr>
        <w:ind w:left="2180" w:hanging="360"/>
      </w:pPr>
    </w:lvl>
    <w:lvl w:ilvl="2" w:tplc="0413001B" w:tentative="1">
      <w:start w:val="1"/>
      <w:numFmt w:val="lowerRoman"/>
      <w:lvlText w:val="%3."/>
      <w:lvlJc w:val="right"/>
      <w:pPr>
        <w:ind w:left="2900" w:hanging="180"/>
      </w:pPr>
    </w:lvl>
    <w:lvl w:ilvl="3" w:tplc="0413000F" w:tentative="1">
      <w:start w:val="1"/>
      <w:numFmt w:val="decimal"/>
      <w:lvlText w:val="%4."/>
      <w:lvlJc w:val="left"/>
      <w:pPr>
        <w:ind w:left="3620" w:hanging="360"/>
      </w:pPr>
    </w:lvl>
    <w:lvl w:ilvl="4" w:tplc="04130019" w:tentative="1">
      <w:start w:val="1"/>
      <w:numFmt w:val="lowerLetter"/>
      <w:lvlText w:val="%5."/>
      <w:lvlJc w:val="left"/>
      <w:pPr>
        <w:ind w:left="4340" w:hanging="360"/>
      </w:pPr>
    </w:lvl>
    <w:lvl w:ilvl="5" w:tplc="0413001B" w:tentative="1">
      <w:start w:val="1"/>
      <w:numFmt w:val="lowerRoman"/>
      <w:lvlText w:val="%6."/>
      <w:lvlJc w:val="right"/>
      <w:pPr>
        <w:ind w:left="5060" w:hanging="180"/>
      </w:pPr>
    </w:lvl>
    <w:lvl w:ilvl="6" w:tplc="0413000F" w:tentative="1">
      <w:start w:val="1"/>
      <w:numFmt w:val="decimal"/>
      <w:lvlText w:val="%7."/>
      <w:lvlJc w:val="left"/>
      <w:pPr>
        <w:ind w:left="5780" w:hanging="360"/>
      </w:pPr>
    </w:lvl>
    <w:lvl w:ilvl="7" w:tplc="04130019" w:tentative="1">
      <w:start w:val="1"/>
      <w:numFmt w:val="lowerLetter"/>
      <w:lvlText w:val="%8."/>
      <w:lvlJc w:val="left"/>
      <w:pPr>
        <w:ind w:left="6500" w:hanging="360"/>
      </w:pPr>
    </w:lvl>
    <w:lvl w:ilvl="8" w:tplc="0413001B" w:tentative="1">
      <w:start w:val="1"/>
      <w:numFmt w:val="lowerRoman"/>
      <w:lvlText w:val="%9."/>
      <w:lvlJc w:val="right"/>
      <w:pPr>
        <w:ind w:left="7220" w:hanging="180"/>
      </w:pPr>
    </w:lvl>
  </w:abstractNum>
  <w:abstractNum w:abstractNumId="19" w15:restartNumberingAfterBreak="0">
    <w:nsid w:val="20CB3FC9"/>
    <w:multiLevelType w:val="hybridMultilevel"/>
    <w:tmpl w:val="8F5C5C4A"/>
    <w:lvl w:ilvl="0" w:tplc="04130019">
      <w:start w:val="1"/>
      <w:numFmt w:val="lowerLetter"/>
      <w:lvlText w:val="%1."/>
      <w:lvlJc w:val="left"/>
      <w:pPr>
        <w:ind w:left="1230" w:hanging="360"/>
      </w:pPr>
    </w:lvl>
    <w:lvl w:ilvl="1" w:tplc="04130019" w:tentative="1">
      <w:start w:val="1"/>
      <w:numFmt w:val="lowerLetter"/>
      <w:lvlText w:val="%2."/>
      <w:lvlJc w:val="left"/>
      <w:pPr>
        <w:ind w:left="1950" w:hanging="360"/>
      </w:pPr>
    </w:lvl>
    <w:lvl w:ilvl="2" w:tplc="0413001B" w:tentative="1">
      <w:start w:val="1"/>
      <w:numFmt w:val="lowerRoman"/>
      <w:lvlText w:val="%3."/>
      <w:lvlJc w:val="right"/>
      <w:pPr>
        <w:ind w:left="2670" w:hanging="180"/>
      </w:pPr>
    </w:lvl>
    <w:lvl w:ilvl="3" w:tplc="0413000F" w:tentative="1">
      <w:start w:val="1"/>
      <w:numFmt w:val="decimal"/>
      <w:lvlText w:val="%4."/>
      <w:lvlJc w:val="left"/>
      <w:pPr>
        <w:ind w:left="3390" w:hanging="360"/>
      </w:pPr>
    </w:lvl>
    <w:lvl w:ilvl="4" w:tplc="04130019" w:tentative="1">
      <w:start w:val="1"/>
      <w:numFmt w:val="lowerLetter"/>
      <w:lvlText w:val="%5."/>
      <w:lvlJc w:val="left"/>
      <w:pPr>
        <w:ind w:left="4110" w:hanging="360"/>
      </w:pPr>
    </w:lvl>
    <w:lvl w:ilvl="5" w:tplc="0413001B" w:tentative="1">
      <w:start w:val="1"/>
      <w:numFmt w:val="lowerRoman"/>
      <w:lvlText w:val="%6."/>
      <w:lvlJc w:val="right"/>
      <w:pPr>
        <w:ind w:left="4830" w:hanging="180"/>
      </w:pPr>
    </w:lvl>
    <w:lvl w:ilvl="6" w:tplc="0413000F" w:tentative="1">
      <w:start w:val="1"/>
      <w:numFmt w:val="decimal"/>
      <w:lvlText w:val="%7."/>
      <w:lvlJc w:val="left"/>
      <w:pPr>
        <w:ind w:left="5550" w:hanging="360"/>
      </w:pPr>
    </w:lvl>
    <w:lvl w:ilvl="7" w:tplc="04130019" w:tentative="1">
      <w:start w:val="1"/>
      <w:numFmt w:val="lowerLetter"/>
      <w:lvlText w:val="%8."/>
      <w:lvlJc w:val="left"/>
      <w:pPr>
        <w:ind w:left="6270" w:hanging="360"/>
      </w:pPr>
    </w:lvl>
    <w:lvl w:ilvl="8" w:tplc="0413001B" w:tentative="1">
      <w:start w:val="1"/>
      <w:numFmt w:val="lowerRoman"/>
      <w:lvlText w:val="%9."/>
      <w:lvlJc w:val="right"/>
      <w:pPr>
        <w:ind w:left="6990" w:hanging="180"/>
      </w:pPr>
    </w:lvl>
  </w:abstractNum>
  <w:abstractNum w:abstractNumId="20" w15:restartNumberingAfterBreak="0">
    <w:nsid w:val="238B453B"/>
    <w:multiLevelType w:val="hybridMultilevel"/>
    <w:tmpl w:val="45B8FB96"/>
    <w:lvl w:ilvl="0" w:tplc="0413000F">
      <w:start w:val="1"/>
      <w:numFmt w:val="decimal"/>
      <w:lvlText w:val="%1."/>
      <w:lvlJc w:val="left"/>
      <w:pPr>
        <w:ind w:left="870" w:hanging="360"/>
      </w:pPr>
    </w:lvl>
    <w:lvl w:ilvl="1" w:tplc="04130019" w:tentative="1">
      <w:start w:val="1"/>
      <w:numFmt w:val="lowerLetter"/>
      <w:lvlText w:val="%2."/>
      <w:lvlJc w:val="left"/>
      <w:pPr>
        <w:ind w:left="1590" w:hanging="360"/>
      </w:pPr>
    </w:lvl>
    <w:lvl w:ilvl="2" w:tplc="0413001B" w:tentative="1">
      <w:start w:val="1"/>
      <w:numFmt w:val="lowerRoman"/>
      <w:lvlText w:val="%3."/>
      <w:lvlJc w:val="right"/>
      <w:pPr>
        <w:ind w:left="2310" w:hanging="180"/>
      </w:pPr>
    </w:lvl>
    <w:lvl w:ilvl="3" w:tplc="0413000F" w:tentative="1">
      <w:start w:val="1"/>
      <w:numFmt w:val="decimal"/>
      <w:lvlText w:val="%4."/>
      <w:lvlJc w:val="left"/>
      <w:pPr>
        <w:ind w:left="3030" w:hanging="360"/>
      </w:pPr>
    </w:lvl>
    <w:lvl w:ilvl="4" w:tplc="04130019" w:tentative="1">
      <w:start w:val="1"/>
      <w:numFmt w:val="lowerLetter"/>
      <w:lvlText w:val="%5."/>
      <w:lvlJc w:val="left"/>
      <w:pPr>
        <w:ind w:left="3750" w:hanging="360"/>
      </w:pPr>
    </w:lvl>
    <w:lvl w:ilvl="5" w:tplc="0413001B" w:tentative="1">
      <w:start w:val="1"/>
      <w:numFmt w:val="lowerRoman"/>
      <w:lvlText w:val="%6."/>
      <w:lvlJc w:val="right"/>
      <w:pPr>
        <w:ind w:left="4470" w:hanging="180"/>
      </w:pPr>
    </w:lvl>
    <w:lvl w:ilvl="6" w:tplc="0413000F" w:tentative="1">
      <w:start w:val="1"/>
      <w:numFmt w:val="decimal"/>
      <w:lvlText w:val="%7."/>
      <w:lvlJc w:val="left"/>
      <w:pPr>
        <w:ind w:left="5190" w:hanging="360"/>
      </w:pPr>
    </w:lvl>
    <w:lvl w:ilvl="7" w:tplc="04130019" w:tentative="1">
      <w:start w:val="1"/>
      <w:numFmt w:val="lowerLetter"/>
      <w:lvlText w:val="%8."/>
      <w:lvlJc w:val="left"/>
      <w:pPr>
        <w:ind w:left="5910" w:hanging="360"/>
      </w:pPr>
    </w:lvl>
    <w:lvl w:ilvl="8" w:tplc="0413001B" w:tentative="1">
      <w:start w:val="1"/>
      <w:numFmt w:val="lowerRoman"/>
      <w:lvlText w:val="%9."/>
      <w:lvlJc w:val="right"/>
      <w:pPr>
        <w:ind w:left="6630" w:hanging="180"/>
      </w:pPr>
    </w:lvl>
  </w:abstractNum>
  <w:abstractNum w:abstractNumId="21" w15:restartNumberingAfterBreak="0">
    <w:nsid w:val="27A51705"/>
    <w:multiLevelType w:val="hybridMultilevel"/>
    <w:tmpl w:val="B1D2562E"/>
    <w:lvl w:ilvl="0" w:tplc="04130019">
      <w:start w:val="1"/>
      <w:numFmt w:val="lowerLetter"/>
      <w:lvlText w:val="%1."/>
      <w:lvlJc w:val="left"/>
      <w:pPr>
        <w:ind w:left="1230" w:hanging="360"/>
      </w:pPr>
    </w:lvl>
    <w:lvl w:ilvl="1" w:tplc="2922551A">
      <w:start w:val="1"/>
      <w:numFmt w:val="lowerLetter"/>
      <w:lvlText w:val="%2."/>
      <w:lvlJc w:val="left"/>
      <w:pPr>
        <w:ind w:left="1361" w:hanging="340"/>
      </w:pPr>
      <w:rPr>
        <w:rFonts w:hint="default"/>
      </w:rPr>
    </w:lvl>
    <w:lvl w:ilvl="2" w:tplc="0413001B">
      <w:start w:val="1"/>
      <w:numFmt w:val="lowerRoman"/>
      <w:lvlText w:val="%3."/>
      <w:lvlJc w:val="right"/>
      <w:pPr>
        <w:ind w:left="2670" w:hanging="180"/>
      </w:pPr>
    </w:lvl>
    <w:lvl w:ilvl="3" w:tplc="0413000F" w:tentative="1">
      <w:start w:val="1"/>
      <w:numFmt w:val="decimal"/>
      <w:lvlText w:val="%4."/>
      <w:lvlJc w:val="left"/>
      <w:pPr>
        <w:ind w:left="3390" w:hanging="360"/>
      </w:pPr>
    </w:lvl>
    <w:lvl w:ilvl="4" w:tplc="04130019" w:tentative="1">
      <w:start w:val="1"/>
      <w:numFmt w:val="lowerLetter"/>
      <w:lvlText w:val="%5."/>
      <w:lvlJc w:val="left"/>
      <w:pPr>
        <w:ind w:left="4110" w:hanging="360"/>
      </w:pPr>
    </w:lvl>
    <w:lvl w:ilvl="5" w:tplc="0413001B" w:tentative="1">
      <w:start w:val="1"/>
      <w:numFmt w:val="lowerRoman"/>
      <w:lvlText w:val="%6."/>
      <w:lvlJc w:val="right"/>
      <w:pPr>
        <w:ind w:left="4830" w:hanging="180"/>
      </w:pPr>
    </w:lvl>
    <w:lvl w:ilvl="6" w:tplc="0413000F" w:tentative="1">
      <w:start w:val="1"/>
      <w:numFmt w:val="decimal"/>
      <w:lvlText w:val="%7."/>
      <w:lvlJc w:val="left"/>
      <w:pPr>
        <w:ind w:left="5550" w:hanging="360"/>
      </w:pPr>
    </w:lvl>
    <w:lvl w:ilvl="7" w:tplc="04130019" w:tentative="1">
      <w:start w:val="1"/>
      <w:numFmt w:val="lowerLetter"/>
      <w:lvlText w:val="%8."/>
      <w:lvlJc w:val="left"/>
      <w:pPr>
        <w:ind w:left="6270" w:hanging="360"/>
      </w:pPr>
    </w:lvl>
    <w:lvl w:ilvl="8" w:tplc="0413001B" w:tentative="1">
      <w:start w:val="1"/>
      <w:numFmt w:val="lowerRoman"/>
      <w:lvlText w:val="%9."/>
      <w:lvlJc w:val="right"/>
      <w:pPr>
        <w:ind w:left="6990" w:hanging="180"/>
      </w:pPr>
    </w:lvl>
  </w:abstractNum>
  <w:abstractNum w:abstractNumId="22" w15:restartNumberingAfterBreak="0">
    <w:nsid w:val="29986F56"/>
    <w:multiLevelType w:val="hybridMultilevel"/>
    <w:tmpl w:val="2E94313E"/>
    <w:lvl w:ilvl="0" w:tplc="DE26DB0C">
      <w:start w:val="1"/>
      <w:numFmt w:val="decimal"/>
      <w:lvlText w:val="%1."/>
      <w:lvlJc w:val="left"/>
      <w:pPr>
        <w:ind w:left="868" w:hanging="35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BFF2338"/>
    <w:multiLevelType w:val="hybridMultilevel"/>
    <w:tmpl w:val="856AD384"/>
    <w:lvl w:ilvl="0" w:tplc="0413000F">
      <w:start w:val="1"/>
      <w:numFmt w:val="decimal"/>
      <w:lvlText w:val="%1."/>
      <w:lvlJc w:val="left"/>
      <w:pPr>
        <w:ind w:left="870" w:hanging="360"/>
      </w:pPr>
    </w:lvl>
    <w:lvl w:ilvl="1" w:tplc="04130019" w:tentative="1">
      <w:start w:val="1"/>
      <w:numFmt w:val="lowerLetter"/>
      <w:lvlText w:val="%2."/>
      <w:lvlJc w:val="left"/>
      <w:pPr>
        <w:ind w:left="1590" w:hanging="360"/>
      </w:pPr>
    </w:lvl>
    <w:lvl w:ilvl="2" w:tplc="0413001B" w:tentative="1">
      <w:start w:val="1"/>
      <w:numFmt w:val="lowerRoman"/>
      <w:lvlText w:val="%3."/>
      <w:lvlJc w:val="right"/>
      <w:pPr>
        <w:ind w:left="2310" w:hanging="180"/>
      </w:pPr>
    </w:lvl>
    <w:lvl w:ilvl="3" w:tplc="0413000F" w:tentative="1">
      <w:start w:val="1"/>
      <w:numFmt w:val="decimal"/>
      <w:lvlText w:val="%4."/>
      <w:lvlJc w:val="left"/>
      <w:pPr>
        <w:ind w:left="3030" w:hanging="360"/>
      </w:pPr>
    </w:lvl>
    <w:lvl w:ilvl="4" w:tplc="04130019" w:tentative="1">
      <w:start w:val="1"/>
      <w:numFmt w:val="lowerLetter"/>
      <w:lvlText w:val="%5."/>
      <w:lvlJc w:val="left"/>
      <w:pPr>
        <w:ind w:left="3750" w:hanging="360"/>
      </w:pPr>
    </w:lvl>
    <w:lvl w:ilvl="5" w:tplc="0413001B" w:tentative="1">
      <w:start w:val="1"/>
      <w:numFmt w:val="lowerRoman"/>
      <w:lvlText w:val="%6."/>
      <w:lvlJc w:val="right"/>
      <w:pPr>
        <w:ind w:left="4470" w:hanging="180"/>
      </w:pPr>
    </w:lvl>
    <w:lvl w:ilvl="6" w:tplc="0413000F" w:tentative="1">
      <w:start w:val="1"/>
      <w:numFmt w:val="decimal"/>
      <w:lvlText w:val="%7."/>
      <w:lvlJc w:val="left"/>
      <w:pPr>
        <w:ind w:left="5190" w:hanging="360"/>
      </w:pPr>
    </w:lvl>
    <w:lvl w:ilvl="7" w:tplc="04130019" w:tentative="1">
      <w:start w:val="1"/>
      <w:numFmt w:val="lowerLetter"/>
      <w:lvlText w:val="%8."/>
      <w:lvlJc w:val="left"/>
      <w:pPr>
        <w:ind w:left="5910" w:hanging="360"/>
      </w:pPr>
    </w:lvl>
    <w:lvl w:ilvl="8" w:tplc="0413001B" w:tentative="1">
      <w:start w:val="1"/>
      <w:numFmt w:val="lowerRoman"/>
      <w:lvlText w:val="%9."/>
      <w:lvlJc w:val="right"/>
      <w:pPr>
        <w:ind w:left="6630" w:hanging="180"/>
      </w:pPr>
    </w:lvl>
  </w:abstractNum>
  <w:abstractNum w:abstractNumId="24" w15:restartNumberingAfterBreak="0">
    <w:nsid w:val="2F156CC4"/>
    <w:multiLevelType w:val="hybridMultilevel"/>
    <w:tmpl w:val="5FA23234"/>
    <w:lvl w:ilvl="0" w:tplc="0413000F">
      <w:start w:val="1"/>
      <w:numFmt w:val="decimal"/>
      <w:lvlText w:val="%1."/>
      <w:lvlJc w:val="left"/>
      <w:pPr>
        <w:ind w:left="870" w:hanging="360"/>
      </w:pPr>
    </w:lvl>
    <w:lvl w:ilvl="1" w:tplc="04130019" w:tentative="1">
      <w:start w:val="1"/>
      <w:numFmt w:val="lowerLetter"/>
      <w:lvlText w:val="%2."/>
      <w:lvlJc w:val="left"/>
      <w:pPr>
        <w:ind w:left="1590" w:hanging="360"/>
      </w:pPr>
    </w:lvl>
    <w:lvl w:ilvl="2" w:tplc="0413001B" w:tentative="1">
      <w:start w:val="1"/>
      <w:numFmt w:val="lowerRoman"/>
      <w:lvlText w:val="%3."/>
      <w:lvlJc w:val="right"/>
      <w:pPr>
        <w:ind w:left="2310" w:hanging="180"/>
      </w:pPr>
    </w:lvl>
    <w:lvl w:ilvl="3" w:tplc="0413000F" w:tentative="1">
      <w:start w:val="1"/>
      <w:numFmt w:val="decimal"/>
      <w:lvlText w:val="%4."/>
      <w:lvlJc w:val="left"/>
      <w:pPr>
        <w:ind w:left="3030" w:hanging="360"/>
      </w:pPr>
    </w:lvl>
    <w:lvl w:ilvl="4" w:tplc="04130019" w:tentative="1">
      <w:start w:val="1"/>
      <w:numFmt w:val="lowerLetter"/>
      <w:lvlText w:val="%5."/>
      <w:lvlJc w:val="left"/>
      <w:pPr>
        <w:ind w:left="3750" w:hanging="360"/>
      </w:pPr>
    </w:lvl>
    <w:lvl w:ilvl="5" w:tplc="0413001B" w:tentative="1">
      <w:start w:val="1"/>
      <w:numFmt w:val="lowerRoman"/>
      <w:lvlText w:val="%6."/>
      <w:lvlJc w:val="right"/>
      <w:pPr>
        <w:ind w:left="4470" w:hanging="180"/>
      </w:pPr>
    </w:lvl>
    <w:lvl w:ilvl="6" w:tplc="0413000F" w:tentative="1">
      <w:start w:val="1"/>
      <w:numFmt w:val="decimal"/>
      <w:lvlText w:val="%7."/>
      <w:lvlJc w:val="left"/>
      <w:pPr>
        <w:ind w:left="5190" w:hanging="360"/>
      </w:pPr>
    </w:lvl>
    <w:lvl w:ilvl="7" w:tplc="04130019" w:tentative="1">
      <w:start w:val="1"/>
      <w:numFmt w:val="lowerLetter"/>
      <w:lvlText w:val="%8."/>
      <w:lvlJc w:val="left"/>
      <w:pPr>
        <w:ind w:left="5910" w:hanging="360"/>
      </w:pPr>
    </w:lvl>
    <w:lvl w:ilvl="8" w:tplc="0413001B" w:tentative="1">
      <w:start w:val="1"/>
      <w:numFmt w:val="lowerRoman"/>
      <w:lvlText w:val="%9."/>
      <w:lvlJc w:val="right"/>
      <w:pPr>
        <w:ind w:left="6630" w:hanging="180"/>
      </w:pPr>
    </w:lvl>
  </w:abstractNum>
  <w:abstractNum w:abstractNumId="25" w15:restartNumberingAfterBreak="0">
    <w:nsid w:val="34FD14BB"/>
    <w:multiLevelType w:val="hybridMultilevel"/>
    <w:tmpl w:val="6EC4BD7C"/>
    <w:lvl w:ilvl="0" w:tplc="04130019">
      <w:start w:val="1"/>
      <w:numFmt w:val="lowerLetter"/>
      <w:lvlText w:val="%1."/>
      <w:lvlJc w:val="left"/>
      <w:pPr>
        <w:ind w:left="1230" w:hanging="360"/>
      </w:pPr>
    </w:lvl>
    <w:lvl w:ilvl="1" w:tplc="02A852DA">
      <w:start w:val="1"/>
      <w:numFmt w:val="lowerLetter"/>
      <w:lvlText w:val="%2."/>
      <w:lvlJc w:val="left"/>
      <w:pPr>
        <w:ind w:left="1361" w:hanging="340"/>
      </w:pPr>
      <w:rPr>
        <w:rFonts w:hint="default"/>
      </w:rPr>
    </w:lvl>
    <w:lvl w:ilvl="2" w:tplc="F2CABB14">
      <w:start w:val="1"/>
      <w:numFmt w:val="upperLetter"/>
      <w:lvlText w:val="%3."/>
      <w:lvlJc w:val="left"/>
      <w:pPr>
        <w:ind w:left="2850" w:hanging="360"/>
      </w:pPr>
      <w:rPr>
        <w:rFonts w:hint="default"/>
      </w:rPr>
    </w:lvl>
    <w:lvl w:ilvl="3" w:tplc="0413000F" w:tentative="1">
      <w:start w:val="1"/>
      <w:numFmt w:val="decimal"/>
      <w:lvlText w:val="%4."/>
      <w:lvlJc w:val="left"/>
      <w:pPr>
        <w:ind w:left="3390" w:hanging="360"/>
      </w:pPr>
    </w:lvl>
    <w:lvl w:ilvl="4" w:tplc="04130019" w:tentative="1">
      <w:start w:val="1"/>
      <w:numFmt w:val="lowerLetter"/>
      <w:lvlText w:val="%5."/>
      <w:lvlJc w:val="left"/>
      <w:pPr>
        <w:ind w:left="4110" w:hanging="360"/>
      </w:pPr>
    </w:lvl>
    <w:lvl w:ilvl="5" w:tplc="0413001B" w:tentative="1">
      <w:start w:val="1"/>
      <w:numFmt w:val="lowerRoman"/>
      <w:lvlText w:val="%6."/>
      <w:lvlJc w:val="right"/>
      <w:pPr>
        <w:ind w:left="4830" w:hanging="180"/>
      </w:pPr>
    </w:lvl>
    <w:lvl w:ilvl="6" w:tplc="0413000F" w:tentative="1">
      <w:start w:val="1"/>
      <w:numFmt w:val="decimal"/>
      <w:lvlText w:val="%7."/>
      <w:lvlJc w:val="left"/>
      <w:pPr>
        <w:ind w:left="5550" w:hanging="360"/>
      </w:pPr>
    </w:lvl>
    <w:lvl w:ilvl="7" w:tplc="04130019" w:tentative="1">
      <w:start w:val="1"/>
      <w:numFmt w:val="lowerLetter"/>
      <w:lvlText w:val="%8."/>
      <w:lvlJc w:val="left"/>
      <w:pPr>
        <w:ind w:left="6270" w:hanging="360"/>
      </w:pPr>
    </w:lvl>
    <w:lvl w:ilvl="8" w:tplc="0413001B" w:tentative="1">
      <w:start w:val="1"/>
      <w:numFmt w:val="lowerRoman"/>
      <w:lvlText w:val="%9."/>
      <w:lvlJc w:val="right"/>
      <w:pPr>
        <w:ind w:left="6990" w:hanging="180"/>
      </w:pPr>
    </w:lvl>
  </w:abstractNum>
  <w:abstractNum w:abstractNumId="26" w15:restartNumberingAfterBreak="0">
    <w:nsid w:val="36867848"/>
    <w:multiLevelType w:val="hybridMultilevel"/>
    <w:tmpl w:val="4508D38C"/>
    <w:lvl w:ilvl="0" w:tplc="0413000F">
      <w:start w:val="1"/>
      <w:numFmt w:val="decimal"/>
      <w:lvlText w:val="%1."/>
      <w:lvlJc w:val="left"/>
      <w:pPr>
        <w:ind w:left="1230" w:hanging="360"/>
      </w:pPr>
    </w:lvl>
    <w:lvl w:ilvl="1" w:tplc="04130019" w:tentative="1">
      <w:start w:val="1"/>
      <w:numFmt w:val="lowerLetter"/>
      <w:lvlText w:val="%2."/>
      <w:lvlJc w:val="left"/>
      <w:pPr>
        <w:ind w:left="1950" w:hanging="360"/>
      </w:pPr>
    </w:lvl>
    <w:lvl w:ilvl="2" w:tplc="0413001B" w:tentative="1">
      <w:start w:val="1"/>
      <w:numFmt w:val="lowerRoman"/>
      <w:lvlText w:val="%3."/>
      <w:lvlJc w:val="right"/>
      <w:pPr>
        <w:ind w:left="2670" w:hanging="180"/>
      </w:pPr>
    </w:lvl>
    <w:lvl w:ilvl="3" w:tplc="0413000F" w:tentative="1">
      <w:start w:val="1"/>
      <w:numFmt w:val="decimal"/>
      <w:lvlText w:val="%4."/>
      <w:lvlJc w:val="left"/>
      <w:pPr>
        <w:ind w:left="3390" w:hanging="360"/>
      </w:pPr>
    </w:lvl>
    <w:lvl w:ilvl="4" w:tplc="04130019" w:tentative="1">
      <w:start w:val="1"/>
      <w:numFmt w:val="lowerLetter"/>
      <w:lvlText w:val="%5."/>
      <w:lvlJc w:val="left"/>
      <w:pPr>
        <w:ind w:left="4110" w:hanging="360"/>
      </w:pPr>
    </w:lvl>
    <w:lvl w:ilvl="5" w:tplc="0413001B" w:tentative="1">
      <w:start w:val="1"/>
      <w:numFmt w:val="lowerRoman"/>
      <w:lvlText w:val="%6."/>
      <w:lvlJc w:val="right"/>
      <w:pPr>
        <w:ind w:left="4830" w:hanging="180"/>
      </w:pPr>
    </w:lvl>
    <w:lvl w:ilvl="6" w:tplc="0413000F" w:tentative="1">
      <w:start w:val="1"/>
      <w:numFmt w:val="decimal"/>
      <w:lvlText w:val="%7."/>
      <w:lvlJc w:val="left"/>
      <w:pPr>
        <w:ind w:left="5550" w:hanging="360"/>
      </w:pPr>
    </w:lvl>
    <w:lvl w:ilvl="7" w:tplc="04130019" w:tentative="1">
      <w:start w:val="1"/>
      <w:numFmt w:val="lowerLetter"/>
      <w:lvlText w:val="%8."/>
      <w:lvlJc w:val="left"/>
      <w:pPr>
        <w:ind w:left="6270" w:hanging="360"/>
      </w:pPr>
    </w:lvl>
    <w:lvl w:ilvl="8" w:tplc="0413001B" w:tentative="1">
      <w:start w:val="1"/>
      <w:numFmt w:val="lowerRoman"/>
      <w:lvlText w:val="%9."/>
      <w:lvlJc w:val="right"/>
      <w:pPr>
        <w:ind w:left="6990" w:hanging="180"/>
      </w:pPr>
    </w:lvl>
  </w:abstractNum>
  <w:abstractNum w:abstractNumId="27" w15:restartNumberingAfterBreak="0">
    <w:nsid w:val="38FE2EC9"/>
    <w:multiLevelType w:val="hybridMultilevel"/>
    <w:tmpl w:val="15084CFA"/>
    <w:lvl w:ilvl="0" w:tplc="9A6C9388">
      <w:start w:val="1"/>
      <w:numFmt w:val="decimal"/>
      <w:lvlText w:val="%1."/>
      <w:lvlJc w:val="left"/>
      <w:pPr>
        <w:ind w:left="906" w:hanging="396"/>
      </w:pPr>
      <w:rPr>
        <w:rFonts w:hint="default"/>
      </w:rPr>
    </w:lvl>
    <w:lvl w:ilvl="1" w:tplc="04130019" w:tentative="1">
      <w:start w:val="1"/>
      <w:numFmt w:val="lowerLetter"/>
      <w:lvlText w:val="%2."/>
      <w:lvlJc w:val="left"/>
      <w:pPr>
        <w:ind w:left="1590" w:hanging="360"/>
      </w:pPr>
    </w:lvl>
    <w:lvl w:ilvl="2" w:tplc="0413001B" w:tentative="1">
      <w:start w:val="1"/>
      <w:numFmt w:val="lowerRoman"/>
      <w:lvlText w:val="%3."/>
      <w:lvlJc w:val="right"/>
      <w:pPr>
        <w:ind w:left="2310" w:hanging="180"/>
      </w:pPr>
    </w:lvl>
    <w:lvl w:ilvl="3" w:tplc="0413000F" w:tentative="1">
      <w:start w:val="1"/>
      <w:numFmt w:val="decimal"/>
      <w:lvlText w:val="%4."/>
      <w:lvlJc w:val="left"/>
      <w:pPr>
        <w:ind w:left="3030" w:hanging="360"/>
      </w:pPr>
    </w:lvl>
    <w:lvl w:ilvl="4" w:tplc="04130019" w:tentative="1">
      <w:start w:val="1"/>
      <w:numFmt w:val="lowerLetter"/>
      <w:lvlText w:val="%5."/>
      <w:lvlJc w:val="left"/>
      <w:pPr>
        <w:ind w:left="3750" w:hanging="360"/>
      </w:pPr>
    </w:lvl>
    <w:lvl w:ilvl="5" w:tplc="0413001B" w:tentative="1">
      <w:start w:val="1"/>
      <w:numFmt w:val="lowerRoman"/>
      <w:lvlText w:val="%6."/>
      <w:lvlJc w:val="right"/>
      <w:pPr>
        <w:ind w:left="4470" w:hanging="180"/>
      </w:pPr>
    </w:lvl>
    <w:lvl w:ilvl="6" w:tplc="0413000F" w:tentative="1">
      <w:start w:val="1"/>
      <w:numFmt w:val="decimal"/>
      <w:lvlText w:val="%7."/>
      <w:lvlJc w:val="left"/>
      <w:pPr>
        <w:ind w:left="5190" w:hanging="360"/>
      </w:pPr>
    </w:lvl>
    <w:lvl w:ilvl="7" w:tplc="04130019" w:tentative="1">
      <w:start w:val="1"/>
      <w:numFmt w:val="lowerLetter"/>
      <w:lvlText w:val="%8."/>
      <w:lvlJc w:val="left"/>
      <w:pPr>
        <w:ind w:left="5910" w:hanging="360"/>
      </w:pPr>
    </w:lvl>
    <w:lvl w:ilvl="8" w:tplc="0413001B" w:tentative="1">
      <w:start w:val="1"/>
      <w:numFmt w:val="lowerRoman"/>
      <w:lvlText w:val="%9."/>
      <w:lvlJc w:val="right"/>
      <w:pPr>
        <w:ind w:left="6630" w:hanging="180"/>
      </w:pPr>
    </w:lvl>
  </w:abstractNum>
  <w:abstractNum w:abstractNumId="28" w15:restartNumberingAfterBreak="0">
    <w:nsid w:val="3CE1348D"/>
    <w:multiLevelType w:val="hybridMultilevel"/>
    <w:tmpl w:val="89DE8710"/>
    <w:lvl w:ilvl="0" w:tplc="0413000F">
      <w:start w:val="1"/>
      <w:numFmt w:val="decimal"/>
      <w:lvlText w:val="%1."/>
      <w:lvlJc w:val="left"/>
      <w:pPr>
        <w:ind w:left="870" w:hanging="360"/>
      </w:pPr>
    </w:lvl>
    <w:lvl w:ilvl="1" w:tplc="04130019" w:tentative="1">
      <w:start w:val="1"/>
      <w:numFmt w:val="lowerLetter"/>
      <w:lvlText w:val="%2."/>
      <w:lvlJc w:val="left"/>
      <w:pPr>
        <w:ind w:left="1590" w:hanging="360"/>
      </w:pPr>
    </w:lvl>
    <w:lvl w:ilvl="2" w:tplc="0413001B" w:tentative="1">
      <w:start w:val="1"/>
      <w:numFmt w:val="lowerRoman"/>
      <w:lvlText w:val="%3."/>
      <w:lvlJc w:val="right"/>
      <w:pPr>
        <w:ind w:left="2310" w:hanging="180"/>
      </w:pPr>
    </w:lvl>
    <w:lvl w:ilvl="3" w:tplc="0413000F" w:tentative="1">
      <w:start w:val="1"/>
      <w:numFmt w:val="decimal"/>
      <w:lvlText w:val="%4."/>
      <w:lvlJc w:val="left"/>
      <w:pPr>
        <w:ind w:left="3030" w:hanging="360"/>
      </w:pPr>
    </w:lvl>
    <w:lvl w:ilvl="4" w:tplc="04130019" w:tentative="1">
      <w:start w:val="1"/>
      <w:numFmt w:val="lowerLetter"/>
      <w:lvlText w:val="%5."/>
      <w:lvlJc w:val="left"/>
      <w:pPr>
        <w:ind w:left="3750" w:hanging="360"/>
      </w:pPr>
    </w:lvl>
    <w:lvl w:ilvl="5" w:tplc="0413001B" w:tentative="1">
      <w:start w:val="1"/>
      <w:numFmt w:val="lowerRoman"/>
      <w:lvlText w:val="%6."/>
      <w:lvlJc w:val="right"/>
      <w:pPr>
        <w:ind w:left="4470" w:hanging="180"/>
      </w:pPr>
    </w:lvl>
    <w:lvl w:ilvl="6" w:tplc="0413000F" w:tentative="1">
      <w:start w:val="1"/>
      <w:numFmt w:val="decimal"/>
      <w:lvlText w:val="%7."/>
      <w:lvlJc w:val="left"/>
      <w:pPr>
        <w:ind w:left="5190" w:hanging="360"/>
      </w:pPr>
    </w:lvl>
    <w:lvl w:ilvl="7" w:tplc="04130019" w:tentative="1">
      <w:start w:val="1"/>
      <w:numFmt w:val="lowerLetter"/>
      <w:lvlText w:val="%8."/>
      <w:lvlJc w:val="left"/>
      <w:pPr>
        <w:ind w:left="5910" w:hanging="360"/>
      </w:pPr>
    </w:lvl>
    <w:lvl w:ilvl="8" w:tplc="0413001B" w:tentative="1">
      <w:start w:val="1"/>
      <w:numFmt w:val="lowerRoman"/>
      <w:lvlText w:val="%9."/>
      <w:lvlJc w:val="right"/>
      <w:pPr>
        <w:ind w:left="6630" w:hanging="180"/>
      </w:pPr>
    </w:lvl>
  </w:abstractNum>
  <w:abstractNum w:abstractNumId="29" w15:restartNumberingAfterBreak="0">
    <w:nsid w:val="4BAA0E14"/>
    <w:multiLevelType w:val="hybridMultilevel"/>
    <w:tmpl w:val="F23A4108"/>
    <w:lvl w:ilvl="0" w:tplc="0413000F">
      <w:start w:val="1"/>
      <w:numFmt w:val="decimal"/>
      <w:lvlText w:val="%1."/>
      <w:lvlJc w:val="left"/>
      <w:pPr>
        <w:ind w:left="870" w:hanging="360"/>
      </w:pPr>
    </w:lvl>
    <w:lvl w:ilvl="1" w:tplc="04130019" w:tentative="1">
      <w:start w:val="1"/>
      <w:numFmt w:val="lowerLetter"/>
      <w:lvlText w:val="%2."/>
      <w:lvlJc w:val="left"/>
      <w:pPr>
        <w:ind w:left="1590" w:hanging="360"/>
      </w:pPr>
    </w:lvl>
    <w:lvl w:ilvl="2" w:tplc="0413001B" w:tentative="1">
      <w:start w:val="1"/>
      <w:numFmt w:val="lowerRoman"/>
      <w:lvlText w:val="%3."/>
      <w:lvlJc w:val="right"/>
      <w:pPr>
        <w:ind w:left="2310" w:hanging="180"/>
      </w:pPr>
    </w:lvl>
    <w:lvl w:ilvl="3" w:tplc="0413000F" w:tentative="1">
      <w:start w:val="1"/>
      <w:numFmt w:val="decimal"/>
      <w:lvlText w:val="%4."/>
      <w:lvlJc w:val="left"/>
      <w:pPr>
        <w:ind w:left="3030" w:hanging="360"/>
      </w:pPr>
    </w:lvl>
    <w:lvl w:ilvl="4" w:tplc="04130019" w:tentative="1">
      <w:start w:val="1"/>
      <w:numFmt w:val="lowerLetter"/>
      <w:lvlText w:val="%5."/>
      <w:lvlJc w:val="left"/>
      <w:pPr>
        <w:ind w:left="3750" w:hanging="360"/>
      </w:pPr>
    </w:lvl>
    <w:lvl w:ilvl="5" w:tplc="0413001B" w:tentative="1">
      <w:start w:val="1"/>
      <w:numFmt w:val="lowerRoman"/>
      <w:lvlText w:val="%6."/>
      <w:lvlJc w:val="right"/>
      <w:pPr>
        <w:ind w:left="4470" w:hanging="180"/>
      </w:pPr>
    </w:lvl>
    <w:lvl w:ilvl="6" w:tplc="0413000F" w:tentative="1">
      <w:start w:val="1"/>
      <w:numFmt w:val="decimal"/>
      <w:lvlText w:val="%7."/>
      <w:lvlJc w:val="left"/>
      <w:pPr>
        <w:ind w:left="5190" w:hanging="360"/>
      </w:pPr>
    </w:lvl>
    <w:lvl w:ilvl="7" w:tplc="04130019" w:tentative="1">
      <w:start w:val="1"/>
      <w:numFmt w:val="lowerLetter"/>
      <w:lvlText w:val="%8."/>
      <w:lvlJc w:val="left"/>
      <w:pPr>
        <w:ind w:left="5910" w:hanging="360"/>
      </w:pPr>
    </w:lvl>
    <w:lvl w:ilvl="8" w:tplc="0413001B" w:tentative="1">
      <w:start w:val="1"/>
      <w:numFmt w:val="lowerRoman"/>
      <w:lvlText w:val="%9."/>
      <w:lvlJc w:val="right"/>
      <w:pPr>
        <w:ind w:left="6630" w:hanging="180"/>
      </w:pPr>
    </w:lvl>
  </w:abstractNum>
  <w:abstractNum w:abstractNumId="30" w15:restartNumberingAfterBreak="0">
    <w:nsid w:val="52971FF1"/>
    <w:multiLevelType w:val="hybridMultilevel"/>
    <w:tmpl w:val="8C087A9A"/>
    <w:lvl w:ilvl="0" w:tplc="FFFFFFFF">
      <w:start w:val="1"/>
      <w:numFmt w:val="decimal"/>
      <w:lvlText w:val="%1."/>
      <w:lvlJc w:val="left"/>
      <w:pPr>
        <w:ind w:left="906" w:hanging="396"/>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45E5653"/>
    <w:multiLevelType w:val="hybridMultilevel"/>
    <w:tmpl w:val="9C5625D8"/>
    <w:lvl w:ilvl="0" w:tplc="04130019">
      <w:start w:val="1"/>
      <w:numFmt w:val="lowerLetter"/>
      <w:lvlText w:val="%1."/>
      <w:lvlJc w:val="left"/>
      <w:pPr>
        <w:ind w:left="1230" w:hanging="360"/>
      </w:pPr>
    </w:lvl>
    <w:lvl w:ilvl="1" w:tplc="E294C684">
      <w:start w:val="1"/>
      <w:numFmt w:val="lowerLetter"/>
      <w:lvlText w:val="%2."/>
      <w:lvlJc w:val="left"/>
      <w:pPr>
        <w:ind w:left="1191" w:hanging="284"/>
      </w:pPr>
      <w:rPr>
        <w:rFonts w:hint="default"/>
      </w:rPr>
    </w:lvl>
    <w:lvl w:ilvl="2" w:tplc="0413001B" w:tentative="1">
      <w:start w:val="1"/>
      <w:numFmt w:val="lowerRoman"/>
      <w:lvlText w:val="%3."/>
      <w:lvlJc w:val="right"/>
      <w:pPr>
        <w:ind w:left="2670" w:hanging="180"/>
      </w:pPr>
    </w:lvl>
    <w:lvl w:ilvl="3" w:tplc="0413000F" w:tentative="1">
      <w:start w:val="1"/>
      <w:numFmt w:val="decimal"/>
      <w:lvlText w:val="%4."/>
      <w:lvlJc w:val="left"/>
      <w:pPr>
        <w:ind w:left="3390" w:hanging="360"/>
      </w:pPr>
    </w:lvl>
    <w:lvl w:ilvl="4" w:tplc="04130019" w:tentative="1">
      <w:start w:val="1"/>
      <w:numFmt w:val="lowerLetter"/>
      <w:lvlText w:val="%5."/>
      <w:lvlJc w:val="left"/>
      <w:pPr>
        <w:ind w:left="4110" w:hanging="360"/>
      </w:pPr>
    </w:lvl>
    <w:lvl w:ilvl="5" w:tplc="0413001B" w:tentative="1">
      <w:start w:val="1"/>
      <w:numFmt w:val="lowerRoman"/>
      <w:lvlText w:val="%6."/>
      <w:lvlJc w:val="right"/>
      <w:pPr>
        <w:ind w:left="4830" w:hanging="180"/>
      </w:pPr>
    </w:lvl>
    <w:lvl w:ilvl="6" w:tplc="0413000F" w:tentative="1">
      <w:start w:val="1"/>
      <w:numFmt w:val="decimal"/>
      <w:lvlText w:val="%7."/>
      <w:lvlJc w:val="left"/>
      <w:pPr>
        <w:ind w:left="5550" w:hanging="360"/>
      </w:pPr>
    </w:lvl>
    <w:lvl w:ilvl="7" w:tplc="04130019" w:tentative="1">
      <w:start w:val="1"/>
      <w:numFmt w:val="lowerLetter"/>
      <w:lvlText w:val="%8."/>
      <w:lvlJc w:val="left"/>
      <w:pPr>
        <w:ind w:left="6270" w:hanging="360"/>
      </w:pPr>
    </w:lvl>
    <w:lvl w:ilvl="8" w:tplc="0413001B" w:tentative="1">
      <w:start w:val="1"/>
      <w:numFmt w:val="lowerRoman"/>
      <w:lvlText w:val="%9."/>
      <w:lvlJc w:val="right"/>
      <w:pPr>
        <w:ind w:left="6990" w:hanging="180"/>
      </w:pPr>
    </w:lvl>
  </w:abstractNum>
  <w:abstractNum w:abstractNumId="32" w15:restartNumberingAfterBreak="0">
    <w:nsid w:val="5BF04246"/>
    <w:multiLevelType w:val="hybridMultilevel"/>
    <w:tmpl w:val="4D40EA5E"/>
    <w:lvl w:ilvl="0" w:tplc="FFFFFFFF">
      <w:start w:val="1"/>
      <w:numFmt w:val="decimal"/>
      <w:lvlText w:val="%1."/>
      <w:lvlJc w:val="left"/>
      <w:pPr>
        <w:ind w:left="906" w:hanging="396"/>
      </w:pPr>
      <w:rPr>
        <w:rFonts w:hint="default"/>
      </w:rPr>
    </w:lvl>
    <w:lvl w:ilvl="1" w:tplc="FFFFFFFF" w:tentative="1">
      <w:start w:val="1"/>
      <w:numFmt w:val="lowerLetter"/>
      <w:lvlText w:val="%2."/>
      <w:lvlJc w:val="left"/>
      <w:pPr>
        <w:ind w:left="1590" w:hanging="360"/>
      </w:pPr>
    </w:lvl>
    <w:lvl w:ilvl="2" w:tplc="FFFFFFFF" w:tentative="1">
      <w:start w:val="1"/>
      <w:numFmt w:val="lowerRoman"/>
      <w:lvlText w:val="%3."/>
      <w:lvlJc w:val="right"/>
      <w:pPr>
        <w:ind w:left="2310" w:hanging="180"/>
      </w:pPr>
    </w:lvl>
    <w:lvl w:ilvl="3" w:tplc="FFFFFFFF" w:tentative="1">
      <w:start w:val="1"/>
      <w:numFmt w:val="decimal"/>
      <w:lvlText w:val="%4."/>
      <w:lvlJc w:val="left"/>
      <w:pPr>
        <w:ind w:left="3030" w:hanging="360"/>
      </w:pPr>
    </w:lvl>
    <w:lvl w:ilvl="4" w:tplc="FFFFFFFF" w:tentative="1">
      <w:start w:val="1"/>
      <w:numFmt w:val="lowerLetter"/>
      <w:lvlText w:val="%5."/>
      <w:lvlJc w:val="left"/>
      <w:pPr>
        <w:ind w:left="3750" w:hanging="360"/>
      </w:pPr>
    </w:lvl>
    <w:lvl w:ilvl="5" w:tplc="FFFFFFFF" w:tentative="1">
      <w:start w:val="1"/>
      <w:numFmt w:val="lowerRoman"/>
      <w:lvlText w:val="%6."/>
      <w:lvlJc w:val="right"/>
      <w:pPr>
        <w:ind w:left="4470" w:hanging="180"/>
      </w:pPr>
    </w:lvl>
    <w:lvl w:ilvl="6" w:tplc="FFFFFFFF" w:tentative="1">
      <w:start w:val="1"/>
      <w:numFmt w:val="decimal"/>
      <w:lvlText w:val="%7."/>
      <w:lvlJc w:val="left"/>
      <w:pPr>
        <w:ind w:left="5190" w:hanging="360"/>
      </w:pPr>
    </w:lvl>
    <w:lvl w:ilvl="7" w:tplc="FFFFFFFF" w:tentative="1">
      <w:start w:val="1"/>
      <w:numFmt w:val="lowerLetter"/>
      <w:lvlText w:val="%8."/>
      <w:lvlJc w:val="left"/>
      <w:pPr>
        <w:ind w:left="5910" w:hanging="360"/>
      </w:pPr>
    </w:lvl>
    <w:lvl w:ilvl="8" w:tplc="FFFFFFFF" w:tentative="1">
      <w:start w:val="1"/>
      <w:numFmt w:val="lowerRoman"/>
      <w:lvlText w:val="%9."/>
      <w:lvlJc w:val="right"/>
      <w:pPr>
        <w:ind w:left="6630" w:hanging="180"/>
      </w:pPr>
    </w:lvl>
  </w:abstractNum>
  <w:abstractNum w:abstractNumId="33" w15:restartNumberingAfterBreak="0">
    <w:nsid w:val="747A4359"/>
    <w:multiLevelType w:val="hybridMultilevel"/>
    <w:tmpl w:val="D3E6C326"/>
    <w:lvl w:ilvl="0" w:tplc="9992F112">
      <w:start w:val="1"/>
      <w:numFmt w:val="decimal"/>
      <w:lvlText w:val="%1."/>
      <w:lvlJc w:val="left"/>
      <w:pPr>
        <w:ind w:left="680" w:hanging="340"/>
      </w:pPr>
      <w:rPr>
        <w:rFonts w:hint="default"/>
      </w:rPr>
    </w:lvl>
    <w:lvl w:ilvl="1" w:tplc="7A2EA852">
      <w:start w:val="1"/>
      <w:numFmt w:val="lowerLetter"/>
      <w:lvlText w:val="%2."/>
      <w:lvlJc w:val="left"/>
      <w:pPr>
        <w:ind w:left="1476" w:hanging="396"/>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49F5215"/>
    <w:multiLevelType w:val="hybridMultilevel"/>
    <w:tmpl w:val="9132CB38"/>
    <w:lvl w:ilvl="0" w:tplc="9992F112">
      <w:start w:val="1"/>
      <w:numFmt w:val="decimal"/>
      <w:lvlText w:val="%1."/>
      <w:lvlJc w:val="left"/>
      <w:pPr>
        <w:ind w:left="1190" w:hanging="340"/>
      </w:pPr>
      <w:rPr>
        <w:rFonts w:hint="default"/>
      </w:rPr>
    </w:lvl>
    <w:lvl w:ilvl="1" w:tplc="04130019" w:tentative="1">
      <w:start w:val="1"/>
      <w:numFmt w:val="lowerLetter"/>
      <w:lvlText w:val="%2."/>
      <w:lvlJc w:val="left"/>
      <w:pPr>
        <w:ind w:left="1950" w:hanging="360"/>
      </w:pPr>
    </w:lvl>
    <w:lvl w:ilvl="2" w:tplc="0413001B" w:tentative="1">
      <w:start w:val="1"/>
      <w:numFmt w:val="lowerRoman"/>
      <w:lvlText w:val="%3."/>
      <w:lvlJc w:val="right"/>
      <w:pPr>
        <w:ind w:left="2670" w:hanging="180"/>
      </w:pPr>
    </w:lvl>
    <w:lvl w:ilvl="3" w:tplc="0413000F" w:tentative="1">
      <w:start w:val="1"/>
      <w:numFmt w:val="decimal"/>
      <w:lvlText w:val="%4."/>
      <w:lvlJc w:val="left"/>
      <w:pPr>
        <w:ind w:left="3390" w:hanging="360"/>
      </w:pPr>
    </w:lvl>
    <w:lvl w:ilvl="4" w:tplc="04130019" w:tentative="1">
      <w:start w:val="1"/>
      <w:numFmt w:val="lowerLetter"/>
      <w:lvlText w:val="%5."/>
      <w:lvlJc w:val="left"/>
      <w:pPr>
        <w:ind w:left="4110" w:hanging="360"/>
      </w:pPr>
    </w:lvl>
    <w:lvl w:ilvl="5" w:tplc="0413001B" w:tentative="1">
      <w:start w:val="1"/>
      <w:numFmt w:val="lowerRoman"/>
      <w:lvlText w:val="%6."/>
      <w:lvlJc w:val="right"/>
      <w:pPr>
        <w:ind w:left="4830" w:hanging="180"/>
      </w:pPr>
    </w:lvl>
    <w:lvl w:ilvl="6" w:tplc="0413000F" w:tentative="1">
      <w:start w:val="1"/>
      <w:numFmt w:val="decimal"/>
      <w:lvlText w:val="%7."/>
      <w:lvlJc w:val="left"/>
      <w:pPr>
        <w:ind w:left="5550" w:hanging="360"/>
      </w:pPr>
    </w:lvl>
    <w:lvl w:ilvl="7" w:tplc="04130019" w:tentative="1">
      <w:start w:val="1"/>
      <w:numFmt w:val="lowerLetter"/>
      <w:lvlText w:val="%8."/>
      <w:lvlJc w:val="left"/>
      <w:pPr>
        <w:ind w:left="6270" w:hanging="360"/>
      </w:pPr>
    </w:lvl>
    <w:lvl w:ilvl="8" w:tplc="0413001B" w:tentative="1">
      <w:start w:val="1"/>
      <w:numFmt w:val="lowerRoman"/>
      <w:lvlText w:val="%9."/>
      <w:lvlJc w:val="right"/>
      <w:pPr>
        <w:ind w:left="6990" w:hanging="180"/>
      </w:pPr>
    </w:lvl>
  </w:abstractNum>
  <w:num w:numId="1" w16cid:durableId="1050231751">
    <w:abstractNumId w:val="32"/>
  </w:num>
  <w:num w:numId="2" w16cid:durableId="1090812215">
    <w:abstractNumId w:val="17"/>
  </w:num>
  <w:num w:numId="3" w16cid:durableId="1091511436">
    <w:abstractNumId w:val="5"/>
  </w:num>
  <w:num w:numId="4" w16cid:durableId="1152286637">
    <w:abstractNumId w:val="8"/>
    <w:lvlOverride w:ilvl="0">
      <w:startOverride w:val="1"/>
    </w:lvlOverride>
  </w:num>
  <w:num w:numId="5" w16cid:durableId="1287664846">
    <w:abstractNumId w:val="10"/>
  </w:num>
  <w:num w:numId="6" w16cid:durableId="1292899036">
    <w:abstractNumId w:val="24"/>
  </w:num>
  <w:num w:numId="7" w16cid:durableId="1410806260">
    <w:abstractNumId w:val="22"/>
  </w:num>
  <w:num w:numId="8" w16cid:durableId="1465191838">
    <w:abstractNumId w:val="0"/>
  </w:num>
  <w:num w:numId="9" w16cid:durableId="1553538688">
    <w:abstractNumId w:val="31"/>
  </w:num>
  <w:num w:numId="10" w16cid:durableId="1618676915">
    <w:abstractNumId w:val="13"/>
  </w:num>
  <w:num w:numId="11" w16cid:durableId="1619802332">
    <w:abstractNumId w:val="8"/>
  </w:num>
  <w:num w:numId="12" w16cid:durableId="1635215975">
    <w:abstractNumId w:val="25"/>
  </w:num>
  <w:num w:numId="13" w16cid:durableId="1713073937">
    <w:abstractNumId w:val="23"/>
  </w:num>
  <w:num w:numId="14" w16cid:durableId="1836143532">
    <w:abstractNumId w:val="6"/>
  </w:num>
  <w:num w:numId="15" w16cid:durableId="1845703986">
    <w:abstractNumId w:val="3"/>
  </w:num>
  <w:num w:numId="16" w16cid:durableId="1864005343">
    <w:abstractNumId w:val="16"/>
  </w:num>
  <w:num w:numId="17" w16cid:durableId="1931817967">
    <w:abstractNumId w:val="20"/>
  </w:num>
  <w:num w:numId="18" w16cid:durableId="202640521">
    <w:abstractNumId w:val="18"/>
  </w:num>
  <w:num w:numId="19" w16cid:durableId="2100247311">
    <w:abstractNumId w:val="7"/>
  </w:num>
  <w:num w:numId="20" w16cid:durableId="2134781750">
    <w:abstractNumId w:val="4"/>
  </w:num>
  <w:num w:numId="21" w16cid:durableId="2143770946">
    <w:abstractNumId w:val="15"/>
  </w:num>
  <w:num w:numId="22" w16cid:durableId="235673812">
    <w:abstractNumId w:val="2"/>
  </w:num>
  <w:num w:numId="23" w16cid:durableId="283580615">
    <w:abstractNumId w:val="1"/>
  </w:num>
  <w:num w:numId="24" w16cid:durableId="345786631">
    <w:abstractNumId w:val="29"/>
  </w:num>
  <w:num w:numId="25" w16cid:durableId="413599463">
    <w:abstractNumId w:val="9"/>
  </w:num>
  <w:num w:numId="26" w16cid:durableId="420372963">
    <w:abstractNumId w:val="11"/>
  </w:num>
  <w:num w:numId="27" w16cid:durableId="505243647">
    <w:abstractNumId w:val="34"/>
  </w:num>
  <w:num w:numId="28" w16cid:durableId="555358364">
    <w:abstractNumId w:val="28"/>
  </w:num>
  <w:num w:numId="29" w16cid:durableId="594364453">
    <w:abstractNumId w:val="33"/>
  </w:num>
  <w:num w:numId="30" w16cid:durableId="649288443">
    <w:abstractNumId w:val="14"/>
  </w:num>
  <w:num w:numId="31" w16cid:durableId="667100871">
    <w:abstractNumId w:val="30"/>
  </w:num>
  <w:num w:numId="32" w16cid:durableId="673338463">
    <w:abstractNumId w:val="12"/>
  </w:num>
  <w:num w:numId="33" w16cid:durableId="714238253">
    <w:abstractNumId w:val="26"/>
  </w:num>
  <w:num w:numId="34" w16cid:durableId="753823471">
    <w:abstractNumId w:val="21"/>
  </w:num>
  <w:num w:numId="35" w16cid:durableId="94525841">
    <w:abstractNumId w:val="27"/>
  </w:num>
  <w:num w:numId="36" w16cid:durableId="99191300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6190"/>
    <w:rsid w:val="00034616"/>
    <w:rsid w:val="0006063C"/>
    <w:rsid w:val="000C5CFE"/>
    <w:rsid w:val="000F6F2E"/>
    <w:rsid w:val="0010676C"/>
    <w:rsid w:val="0015074B"/>
    <w:rsid w:val="001948ED"/>
    <w:rsid w:val="001A4FA1"/>
    <w:rsid w:val="001C792B"/>
    <w:rsid w:val="001E0DD0"/>
    <w:rsid w:val="001E2A4A"/>
    <w:rsid w:val="001E7137"/>
    <w:rsid w:val="00207C2E"/>
    <w:rsid w:val="002547B0"/>
    <w:rsid w:val="00255BBC"/>
    <w:rsid w:val="00281CA3"/>
    <w:rsid w:val="0029639D"/>
    <w:rsid w:val="002A4E92"/>
    <w:rsid w:val="002A7B8B"/>
    <w:rsid w:val="002B7A68"/>
    <w:rsid w:val="002D2DBE"/>
    <w:rsid w:val="002E00FD"/>
    <w:rsid w:val="002E3ECA"/>
    <w:rsid w:val="002F3060"/>
    <w:rsid w:val="00326F90"/>
    <w:rsid w:val="00347DA9"/>
    <w:rsid w:val="00371DB3"/>
    <w:rsid w:val="00382BB1"/>
    <w:rsid w:val="0039026F"/>
    <w:rsid w:val="0045239C"/>
    <w:rsid w:val="004708D4"/>
    <w:rsid w:val="0047287B"/>
    <w:rsid w:val="00480F5B"/>
    <w:rsid w:val="00595A05"/>
    <w:rsid w:val="005F01CA"/>
    <w:rsid w:val="006034B7"/>
    <w:rsid w:val="00624243"/>
    <w:rsid w:val="006A309D"/>
    <w:rsid w:val="006C574C"/>
    <w:rsid w:val="0073442F"/>
    <w:rsid w:val="007408CA"/>
    <w:rsid w:val="0076185D"/>
    <w:rsid w:val="00762219"/>
    <w:rsid w:val="007766C5"/>
    <w:rsid w:val="007C47CB"/>
    <w:rsid w:val="008F6022"/>
    <w:rsid w:val="00945D65"/>
    <w:rsid w:val="009A10DB"/>
    <w:rsid w:val="009B5C87"/>
    <w:rsid w:val="009E4DBC"/>
    <w:rsid w:val="009E6177"/>
    <w:rsid w:val="009E7D97"/>
    <w:rsid w:val="009F346E"/>
    <w:rsid w:val="009F68F5"/>
    <w:rsid w:val="00A705F7"/>
    <w:rsid w:val="00A83C16"/>
    <w:rsid w:val="00A84A3E"/>
    <w:rsid w:val="00AA02EA"/>
    <w:rsid w:val="00AA1D8D"/>
    <w:rsid w:val="00AE1474"/>
    <w:rsid w:val="00B15A8A"/>
    <w:rsid w:val="00B228D9"/>
    <w:rsid w:val="00B336DE"/>
    <w:rsid w:val="00B37280"/>
    <w:rsid w:val="00B423D1"/>
    <w:rsid w:val="00B47730"/>
    <w:rsid w:val="00B54942"/>
    <w:rsid w:val="00BB3880"/>
    <w:rsid w:val="00BF0B5B"/>
    <w:rsid w:val="00C366FD"/>
    <w:rsid w:val="00C57D49"/>
    <w:rsid w:val="00CB0664"/>
    <w:rsid w:val="00D06230"/>
    <w:rsid w:val="00D20827"/>
    <w:rsid w:val="00D65987"/>
    <w:rsid w:val="00D91DC1"/>
    <w:rsid w:val="00D91E0D"/>
    <w:rsid w:val="00DD46D7"/>
    <w:rsid w:val="00E76EAC"/>
    <w:rsid w:val="00ED56C6"/>
    <w:rsid w:val="00F20449"/>
    <w:rsid w:val="00FC5088"/>
    <w:rsid w:val="00FC693F"/>
    <w:rsid w:val="108787A9"/>
    <w:rsid w:val="25121FC4"/>
    <w:rsid w:val="369EB265"/>
    <w:rsid w:val="3A209F6F"/>
    <w:rsid w:val="4E5606CA"/>
    <w:rsid w:val="526A85A2"/>
    <w:rsid w:val="717BF3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C0E9A7"/>
  <w14:defaultImageDpi w14:val="300"/>
  <w15:docId w15:val="{9B10E738-1BE7-4C30-92C1-56CEE7CFB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pPr>
      <w:spacing w:after="160" w:line="259" w:lineRule="auto"/>
    </w:pPr>
    <w:rPr>
      <w:rFonts w:ascii="Arial" w:hAnsi="Arial" w:cs="Arial"/>
      <w:color w:val="000000"/>
      <w:sz w:val="20"/>
    </w:rPr>
  </w:style>
  <w:style w:type="paragraph" w:styleId="Kop1">
    <w:name w:val="heading 1"/>
    <w:basedOn w:val="Standaard"/>
    <w:next w:val="Standaard"/>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Kop9">
    <w:name w:val="heading 9"/>
    <w:basedOn w:val="Standaard"/>
    <w:next w:val="Standaard"/>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Koptekst">
    <w:name w:val="header"/>
    <w:basedOn w:val="Standaard"/>
    <w:link w:val="KoptekstChar1"/>
    <w:uiPriority w:val="99"/>
    <w:unhideWhenUsed/>
    <w:rsid w:val="001E2A4A"/>
    <w:pPr>
      <w:tabs>
        <w:tab w:val="center" w:pos="4536"/>
        <w:tab w:val="right" w:pos="9072"/>
      </w:tabs>
      <w:spacing w:after="0" w:line="240" w:lineRule="auto"/>
    </w:pPr>
  </w:style>
  <w:style w:type="character" w:customStyle="1" w:styleId="KoptekstChar1">
    <w:name w:val="Koptekst Char1"/>
    <w:basedOn w:val="Standaardalinea-lettertype"/>
    <w:link w:val="Koptekst"/>
    <w:uiPriority w:val="99"/>
    <w:rsid w:val="001E2A4A"/>
    <w:rPr>
      <w:rFonts w:ascii="Arial" w:hAnsi="Arial" w:cs="Arial"/>
      <w:color w:val="000000"/>
      <w:sz w:val="20"/>
    </w:rPr>
  </w:style>
  <w:style w:type="paragraph" w:styleId="Voettekst">
    <w:name w:val="footer"/>
    <w:basedOn w:val="Standaard"/>
    <w:link w:val="VoettekstChar1"/>
    <w:uiPriority w:val="99"/>
    <w:unhideWhenUsed/>
    <w:rsid w:val="001E2A4A"/>
    <w:pPr>
      <w:tabs>
        <w:tab w:val="center" w:pos="4536"/>
        <w:tab w:val="right" w:pos="9072"/>
      </w:tabs>
      <w:spacing w:after="0" w:line="240" w:lineRule="auto"/>
    </w:pPr>
  </w:style>
  <w:style w:type="character" w:customStyle="1" w:styleId="VoettekstChar1">
    <w:name w:val="Voettekst Char1"/>
    <w:basedOn w:val="Standaardalinea-lettertype"/>
    <w:link w:val="Voettekst"/>
    <w:uiPriority w:val="99"/>
    <w:rsid w:val="001E2A4A"/>
    <w:rPr>
      <w:rFonts w:ascii="Arial" w:hAnsi="Arial" w:cs="Arial"/>
      <w:color w:val="000000"/>
      <w:sz w:val="20"/>
    </w:rPr>
  </w:style>
  <w:style w:type="paragraph" w:styleId="Geenafstand">
    <w:name w:val="No Spacing"/>
    <w:uiPriority w:val="1"/>
    <w:qFormat/>
    <w:rsid w:val="00FC693F"/>
    <w:pPr>
      <w:spacing w:after="0" w:line="240" w:lineRule="auto"/>
    </w:pPr>
  </w:style>
  <w:style w:type="paragraph" w:styleId="Lijstalinea">
    <w:name w:val="List Paragraph"/>
    <w:basedOn w:val="Standaard"/>
    <w:uiPriority w:val="34"/>
    <w:qFormat/>
    <w:rsid w:val="00FC693F"/>
    <w:pPr>
      <w:ind w:left="720"/>
      <w:contextualSpacing/>
    </w:p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1"/>
      </w:numPr>
      <w:spacing w:after="80"/>
      <w:contextualSpacing/>
    </w:pPr>
  </w:style>
  <w:style w:type="paragraph" w:styleId="Lijstopsomteken2">
    <w:name w:val="List Bullet 2"/>
    <w:basedOn w:val="Standaard"/>
    <w:uiPriority w:val="99"/>
    <w:unhideWhenUsed/>
    <w:rsid w:val="00326F90"/>
    <w:pPr>
      <w:numPr>
        <w:numId w:val="14"/>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19"/>
      </w:numPr>
      <w:contextualSpacing/>
    </w:pPr>
  </w:style>
  <w:style w:type="paragraph" w:styleId="Lijstnummering2">
    <w:name w:val="List Number 2"/>
    <w:basedOn w:val="Standaard"/>
    <w:uiPriority w:val="99"/>
    <w:unhideWhenUsed/>
    <w:rsid w:val="0029639D"/>
    <w:pPr>
      <w:numPr>
        <w:numId w:val="15"/>
      </w:numPr>
      <w:contextualSpacing/>
    </w:pPr>
  </w:style>
  <w:style w:type="paragraph" w:styleId="Lijstnummering3">
    <w:name w:val="List Number 3"/>
    <w:basedOn w:val="Standaard"/>
    <w:uiPriority w:val="99"/>
    <w:unhideWhenUsed/>
    <w:rsid w:val="0029639D"/>
    <w:pPr>
      <w:numPr>
        <w:numId w:val="22"/>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
    <w:name w:val="Light Shading -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
    <w:name w:val="Light Shading -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
    <w:name w:val="Light Shading -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
    <w:name w:val="Light Shading -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
    <w:name w:val="Light Shading -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6">
    <w:name w:val="Light Shading -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
    <w:name w:val="Light List -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
    <w:name w:val="Light List -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
    <w:name w:val="Light List -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
    <w:name w:val="Light List -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
    <w:name w:val="Light List -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
    <w:name w:val="Light List -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
    <w:name w:val="Light Grid -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Accent2">
    <w:name w:val="Light Grid -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Accent3">
    <w:name w:val="Light Grid -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Accent4">
    <w:name w:val="Light Grid -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Accent5">
    <w:name w:val="Light Grid -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Accent6">
    <w:name w:val="Light Grid -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
    <w:name w:val="Medium Shading 1 -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
    <w:name w:val="Medium Shading 1 -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
    <w:name w:val="Medium Shading 1 -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
    <w:name w:val="Medium Shading 1 -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
    <w:name w:val="Medium Shading 1 -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
    <w:name w:val="Medium Shading 1 -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
    <w:name w:val="Medium Shading 2 -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
    <w:name w:val="Medium Shading 2 -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
    <w:name w:val="Medium Shading 2 -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
    <w:name w:val="Medium Shading 2 -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
    <w:name w:val="Medium Shading 2 -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
    <w:name w:val="Medium Shading 2 -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
    <w:name w:val="Medium List 1 -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
    <w:name w:val="Medium List 1 -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
    <w:name w:val="Medium List 1 -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
    <w:name w:val="Medium List 1 -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
    <w:name w:val="Medium List 1 -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
    <w:name w:val="Medium List 1 -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
    <w:name w:val="Medium List 2 -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
    <w:name w:val="Medium List 2 -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
    <w:name w:val="Medium List 2 -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
    <w:name w:val="Medium List 2 -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
    <w:name w:val="Medium List 2 -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
    <w:name w:val="Medium List 2 -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
    <w:name w:val="Medium Grid 1 -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
    <w:name w:val="Medium Grid 1 -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
    <w:name w:val="Medium Grid 1 -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
    <w:name w:val="Medium Grid 1 -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
    <w:name w:val="Medium Grid 1 -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
    <w:name w:val="Medium Grid 1 -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
    <w:name w:val="Medium Grid 2 -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
    <w:name w:val="Medium Grid 2 -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
    <w:name w:val="Medium Grid 2 -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
    <w:name w:val="Medium Grid 2 -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
    <w:name w:val="Medium Grid 2 -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
    <w:name w:val="Medium Grid 2 -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
    <w:name w:val="Medium Grid 3 -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
    <w:name w:val="Medium Grid 3 -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
    <w:name w:val="Medium Grid 3 -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4">
    <w:name w:val="Medium Grid 3 -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5">
    <w:name w:val="Medium Grid 3 -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6">
    <w:name w:val="Medium Grid 3 -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
    <w:name w:val="Dark List -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
    <w:name w:val="Dark List -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
    <w:name w:val="Dark List -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
    <w:name w:val="Dark List -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
    <w:name w:val="Dark List -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
    <w:name w:val="Dark List -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
    <w:name w:val="Colorful Shading -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
    <w:name w:val="Colorful Shading -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
    <w:name w:val="Colorful Shading -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
    <w:name w:val="Colorful Shading -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
    <w:name w:val="Colorful Shading -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
    <w:name w:val="Colorful Shading -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
    <w:name w:val="Colorful List -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
    <w:name w:val="Colorful List -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
    <w:name w:val="Colorful List -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
    <w:name w:val="Colorful List -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
    <w:name w:val="Colorful List -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
    <w:name w:val="Colorful List -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
    <w:name w:val="Colorful Grid -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
    <w:name w:val="Colorful Grid -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
    <w:name w:val="Colorful Grid -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
    <w:name w:val="Colorful Grid -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
    <w:name w:val="Colorful Grid -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
    <w:name w:val="Colorful Grid -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CommentReference">
    <w:name w:val="Comment Reference"/>
    <w:basedOn w:val="Standaardalinea-lettertype"/>
    <w:uiPriority w:val="99"/>
    <w:semiHidden/>
    <w:unhideWhenUsed/>
    <w:rsid w:val="00A84A3E"/>
    <w:rPr>
      <w:sz w:val="16"/>
      <w:szCs w:val="16"/>
    </w:rPr>
  </w:style>
  <w:style w:type="character" w:customStyle="1" w:styleId="KoptekstChar">
    <w:name w:val="Koptekst Char"/>
    <w:basedOn w:val="Standaardalinea-lettertype"/>
    <w:uiPriority w:val="99"/>
    <w:rsid w:val="00DD46D7"/>
  </w:style>
  <w:style w:type="character" w:customStyle="1" w:styleId="VoettekstChar">
    <w:name w:val="Voettekst Char"/>
    <w:basedOn w:val="Standaardalinea-lettertype"/>
    <w:uiPriority w:val="99"/>
    <w:rsid w:val="00DD46D7"/>
  </w:style>
  <w:style w:type="character" w:customStyle="1" w:styleId="Kop1Char">
    <w:name w:val="Kop 1 Char"/>
    <w:basedOn w:val="Standaardalinea-lettertype"/>
    <w:uiPriority w:val="9"/>
    <w:rsid w:val="00DD46D7"/>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uiPriority w:val="9"/>
    <w:rsid w:val="00DD46D7"/>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uiPriority w:val="9"/>
    <w:rsid w:val="00DD46D7"/>
    <w:rPr>
      <w:rFonts w:asciiTheme="majorHAnsi" w:eastAsiaTheme="majorEastAsia" w:hAnsiTheme="majorHAnsi" w:cstheme="majorBidi"/>
      <w:b/>
      <w:bCs/>
      <w:color w:val="4F81BD" w:themeColor="accent1"/>
    </w:rPr>
  </w:style>
  <w:style w:type="character" w:customStyle="1" w:styleId="TitelChar">
    <w:name w:val="Titel Char"/>
    <w:basedOn w:val="Standaardalinea-lettertype"/>
    <w:uiPriority w:val="10"/>
    <w:rsid w:val="00DD46D7"/>
    <w:rPr>
      <w:rFonts w:asciiTheme="majorHAnsi" w:eastAsiaTheme="majorEastAsia" w:hAnsiTheme="majorHAnsi" w:cstheme="majorBidi"/>
      <w:color w:val="17365D" w:themeColor="text2" w:themeShade="BF"/>
      <w:spacing w:val="5"/>
      <w:kern w:val="28"/>
      <w:sz w:val="52"/>
      <w:szCs w:val="52"/>
    </w:rPr>
  </w:style>
  <w:style w:type="character" w:customStyle="1" w:styleId="OndertitelChar">
    <w:name w:val="Ondertitel Char"/>
    <w:basedOn w:val="Standaardalinea-lettertype"/>
    <w:uiPriority w:val="11"/>
    <w:rsid w:val="00DD46D7"/>
    <w:rPr>
      <w:rFonts w:asciiTheme="majorHAnsi" w:eastAsiaTheme="majorEastAsia" w:hAnsiTheme="majorHAnsi" w:cstheme="majorBidi"/>
      <w:i/>
      <w:iCs/>
      <w:color w:val="4F81BD" w:themeColor="accent1"/>
      <w:spacing w:val="15"/>
      <w:sz w:val="24"/>
      <w:szCs w:val="24"/>
    </w:rPr>
  </w:style>
  <w:style w:type="character" w:customStyle="1" w:styleId="PlattetekstChar">
    <w:name w:val="Platte tekst Char"/>
    <w:basedOn w:val="Standaardalinea-lettertype"/>
    <w:uiPriority w:val="99"/>
    <w:rsid w:val="00DD46D7"/>
  </w:style>
  <w:style w:type="character" w:customStyle="1" w:styleId="Plattetekst2Char">
    <w:name w:val="Platte tekst 2 Char"/>
    <w:basedOn w:val="Standaardalinea-lettertype"/>
    <w:uiPriority w:val="99"/>
    <w:rsid w:val="00DD46D7"/>
  </w:style>
  <w:style w:type="character" w:customStyle="1" w:styleId="Plattetekst3Char">
    <w:name w:val="Platte tekst 3 Char"/>
    <w:basedOn w:val="Standaardalinea-lettertype"/>
    <w:uiPriority w:val="99"/>
    <w:rsid w:val="00DD46D7"/>
    <w:rPr>
      <w:sz w:val="16"/>
      <w:szCs w:val="16"/>
    </w:rPr>
  </w:style>
  <w:style w:type="character" w:customStyle="1" w:styleId="MacrotekstChar">
    <w:name w:val="Macrotekst Char"/>
    <w:basedOn w:val="Standaardalinea-lettertype"/>
    <w:uiPriority w:val="99"/>
    <w:rsid w:val="00DD46D7"/>
    <w:rPr>
      <w:rFonts w:ascii="Courier" w:hAnsi="Courier"/>
      <w:sz w:val="20"/>
      <w:szCs w:val="20"/>
    </w:rPr>
  </w:style>
  <w:style w:type="character" w:customStyle="1" w:styleId="CitaatChar">
    <w:name w:val="Citaat Char"/>
    <w:basedOn w:val="Standaardalinea-lettertype"/>
    <w:uiPriority w:val="29"/>
    <w:rsid w:val="00DD46D7"/>
    <w:rPr>
      <w:i/>
      <w:iCs/>
      <w:color w:val="000000" w:themeColor="text1"/>
    </w:rPr>
  </w:style>
  <w:style w:type="character" w:customStyle="1" w:styleId="Kop4Char">
    <w:name w:val="Kop 4 Char"/>
    <w:basedOn w:val="Standaardalinea-lettertype"/>
    <w:uiPriority w:val="9"/>
    <w:semiHidden/>
    <w:rsid w:val="00DD46D7"/>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uiPriority w:val="9"/>
    <w:semiHidden/>
    <w:rsid w:val="00DD46D7"/>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uiPriority w:val="9"/>
    <w:semiHidden/>
    <w:rsid w:val="00DD46D7"/>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uiPriority w:val="9"/>
    <w:semiHidden/>
    <w:rsid w:val="00DD46D7"/>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uiPriority w:val="9"/>
    <w:semiHidden/>
    <w:rsid w:val="00DD46D7"/>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uiPriority w:val="9"/>
    <w:semiHidden/>
    <w:rsid w:val="00DD46D7"/>
    <w:rPr>
      <w:rFonts w:asciiTheme="majorHAnsi" w:eastAsiaTheme="majorEastAsia" w:hAnsiTheme="majorHAnsi" w:cstheme="majorBidi"/>
      <w:i/>
      <w:iCs/>
      <w:color w:val="404040" w:themeColor="text1" w:themeTint="BF"/>
      <w:sz w:val="20"/>
      <w:szCs w:val="20"/>
    </w:rPr>
  </w:style>
  <w:style w:type="character" w:customStyle="1" w:styleId="DuidelijkcitaatChar">
    <w:name w:val="Duidelijk citaat Char"/>
    <w:basedOn w:val="Standaardalinea-lettertype"/>
    <w:uiPriority w:val="30"/>
    <w:rsid w:val="00DD46D7"/>
    <w:rPr>
      <w:b/>
      <w:bCs/>
      <w:i/>
      <w:iCs/>
      <w:color w:val="4F81BD" w:themeColor="accent1"/>
    </w:rPr>
  </w:style>
  <w:style w:type="character" w:customStyle="1" w:styleId="TekstopmerkingChar">
    <w:name w:val="Tekst opmerking Char"/>
    <w:basedOn w:val="Standaardalinea-lettertype"/>
    <w:uiPriority w:val="99"/>
    <w:rsid w:val="00DD46D7"/>
    <w:rPr>
      <w:rFonts w:ascii="Arial" w:hAnsi="Arial" w:cs="Arial"/>
      <w:color w:val="000000"/>
      <w:sz w:val="20"/>
      <w:szCs w:val="20"/>
    </w:rPr>
  </w:style>
  <w:style w:type="character" w:customStyle="1" w:styleId="OnderwerpvanopmerkingChar">
    <w:name w:val="Onderwerp van opmerking Char"/>
    <w:basedOn w:val="TekstopmerkingChar"/>
    <w:uiPriority w:val="99"/>
    <w:semiHidden/>
    <w:rsid w:val="00DD46D7"/>
    <w:rPr>
      <w:rFonts w:ascii="Arial" w:hAnsi="Arial" w:cs="Arial"/>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d1f4809-a167-4d57-8406-7512ad2fe051">
      <Terms xmlns="http://schemas.microsoft.com/office/infopath/2007/PartnerControls"/>
    </lcf76f155ced4ddcb4097134ff3c332f>
    <TaxCatchAll xmlns="70c40110-8597-4bdd-8177-65c2b055a15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51F7CAD80B4544B7430A32415DF531" ma:contentTypeVersion="9" ma:contentTypeDescription="Create a new document." ma:contentTypeScope="" ma:versionID="05dc5b779505b726ded2586ab1b7f2bc">
  <xsd:schema xmlns:xsd="http://www.w3.org/2001/XMLSchema" xmlns:xs="http://www.w3.org/2001/XMLSchema" xmlns:p="http://schemas.microsoft.com/office/2006/metadata/properties" xmlns:ns2="7d1f4809-a167-4d57-8406-7512ad2fe051" xmlns:ns3="70c40110-8597-4bdd-8177-65c2b055a15e" targetNamespace="http://schemas.microsoft.com/office/2006/metadata/properties" ma:root="true" ma:fieldsID="8270a23027593e03a24d819be4fc9be1" ns2:_="" ns3:_="">
    <xsd:import namespace="7d1f4809-a167-4d57-8406-7512ad2fe051"/>
    <xsd:import namespace="70c40110-8597-4bdd-8177-65c2b055a15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f4809-a167-4d57-8406-7512ad2fe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45904b-4a30-4acb-a2b1-33f6399f4dc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0c40110-8597-4bdd-8177-65c2b055a15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9aadf7e-94db-498d-8576-ddb4a3f3f1ef}" ma:internalName="TaxCatchAll" ma:showField="CatchAllData" ma:web="70c40110-8597-4bdd-8177-65c2b055a1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9F5F00-36FE-4AE0-959F-1F8EC59FC6EE}">
  <ds:schemaRefs>
    <ds:schemaRef ds:uri="http://schemas.microsoft.com/office/2006/metadata/properties"/>
    <ds:schemaRef ds:uri="http://schemas.microsoft.com/office/infopath/2007/PartnerControls"/>
    <ds:schemaRef ds:uri="7d1f4809-a167-4d57-8406-7512ad2fe051"/>
    <ds:schemaRef ds:uri="70c40110-8597-4bdd-8177-65c2b055a15e"/>
  </ds:schemaRefs>
</ds:datastoreItem>
</file>

<file path=customXml/itemProps2.xml><?xml version="1.0" encoding="utf-8"?>
<ds:datastoreItem xmlns:ds="http://schemas.openxmlformats.org/officeDocument/2006/customXml" ds:itemID="{5C146C56-5EFF-426A-9B63-B7747C0CF3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1f4809-a167-4d57-8406-7512ad2fe051"/>
    <ds:schemaRef ds:uri="70c40110-8597-4bdd-8177-65c2b055a1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B491E4-047A-4BCA-B467-1C92B6D5B3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4213</Words>
  <Characters>23174</Characters>
  <Application>Microsoft Office Word</Application>
  <DocSecurity>0</DocSecurity>
  <Lines>193</Lines>
  <Paragraphs>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27333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Matthijs Boonstra</cp:lastModifiedBy>
  <cp:revision>8</cp:revision>
  <dcterms:created xsi:type="dcterms:W3CDTF">2026-08-24T02:20:00Z</dcterms:created>
  <dcterms:modified xsi:type="dcterms:W3CDTF">2026-08-26T17:34:00Z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0x010100BD51F7CAD80B4544B7430A32415DF531</vt:lpwstr>
  </property>
  <property fmtid="{D5CDD505-2E9C-101B-9397-08002B2CF9AE}" pid="3" name="MediaServiceImageTags">
    <vt:lpwstr/>
  </property>
</Properties>
</file>