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58BA" w14:textId="77777777" w:rsidR="002B1678" w:rsidRPr="004441D7" w:rsidRDefault="002B1678">
      <w:pPr>
        <w:rPr>
          <w:lang w:val="nl-NL"/>
        </w:rPr>
      </w:pPr>
    </w:p>
    <w:p w14:paraId="3B15A5DF" w14:textId="77777777" w:rsidR="002B1678" w:rsidRPr="004441D7" w:rsidRDefault="002B1678">
      <w:pPr>
        <w:rPr>
          <w:lang w:val="nl-NL"/>
        </w:rPr>
      </w:pPr>
    </w:p>
    <w:p w14:paraId="48892EBB" w14:textId="77777777" w:rsidR="002B1678" w:rsidRPr="004441D7" w:rsidRDefault="002B1678">
      <w:pPr>
        <w:rPr>
          <w:lang w:val="nl-NL"/>
        </w:rPr>
      </w:pPr>
    </w:p>
    <w:p w14:paraId="51D2AA27" w14:textId="77777777" w:rsidR="002B1678" w:rsidRPr="004441D7" w:rsidRDefault="002B1678">
      <w:pPr>
        <w:rPr>
          <w:lang w:val="nl-NL"/>
        </w:rPr>
      </w:pPr>
    </w:p>
    <w:p w14:paraId="19D67B6D" w14:textId="77777777" w:rsidR="002B1678" w:rsidRPr="004441D7" w:rsidRDefault="002B1678">
      <w:pPr>
        <w:rPr>
          <w:lang w:val="nl-NL"/>
        </w:rPr>
      </w:pPr>
    </w:p>
    <w:p w14:paraId="5449D598" w14:textId="533A7500" w:rsidR="002B1678" w:rsidRPr="004441D7" w:rsidRDefault="0029217F">
      <w:pPr>
        <w:pBdr>
          <w:left w:val="single" w:sz="6" w:space="12" w:color="000000"/>
        </w:pBdr>
        <w:spacing w:after="120"/>
        <w:rPr>
          <w:lang w:val="nl-NL"/>
        </w:rPr>
      </w:pPr>
      <w:r w:rsidRPr="004441D7">
        <w:rPr>
          <w:i/>
          <w:color w:val="1A1A1A"/>
          <w:sz w:val="52"/>
          <w:lang w:val="nl-NL"/>
        </w:rPr>
        <w:t xml:space="preserve">BIJLAGE </w:t>
      </w:r>
      <w:r w:rsidR="009979A9">
        <w:rPr>
          <w:i/>
          <w:color w:val="1A1A1A"/>
          <w:sz w:val="52"/>
          <w:lang w:val="nl-NL"/>
        </w:rPr>
        <w:t>2</w:t>
      </w:r>
      <w:r w:rsidRPr="004441D7">
        <w:rPr>
          <w:i/>
          <w:color w:val="1A1A1A"/>
          <w:sz w:val="52"/>
          <w:lang w:val="nl-NL"/>
        </w:rPr>
        <w:t xml:space="preserve"> INVULSJABLOON KLEINSCHALIGE WOONVOORZIENINGEN (KWV)</w:t>
      </w:r>
    </w:p>
    <w:p w14:paraId="2F940F9F" w14:textId="77777777" w:rsidR="002B1678" w:rsidRPr="004441D7" w:rsidRDefault="0029217F">
      <w:pPr>
        <w:pBdr>
          <w:left w:val="single" w:sz="6" w:space="12" w:color="000000"/>
        </w:pBdr>
        <w:rPr>
          <w:lang w:val="nl-NL"/>
        </w:rPr>
      </w:pPr>
      <w:r w:rsidRPr="004441D7">
        <w:rPr>
          <w:color w:val="1A1A1A"/>
          <w:sz w:val="28"/>
          <w:lang w:val="nl-NL"/>
        </w:rPr>
        <w:t>KWV regio IJsselland</w:t>
      </w:r>
    </w:p>
    <w:p w14:paraId="5E2813B6" w14:textId="77777777" w:rsidR="002B1678" w:rsidRPr="004441D7" w:rsidRDefault="002B1678">
      <w:pPr>
        <w:pBdr>
          <w:left w:val="single" w:sz="6" w:space="12" w:color="000000"/>
        </w:pBdr>
        <w:rPr>
          <w:lang w:val="nl-NL"/>
        </w:rPr>
      </w:pPr>
    </w:p>
    <w:p w14:paraId="42891BDD" w14:textId="77777777" w:rsidR="002B1678" w:rsidRPr="004441D7" w:rsidRDefault="002B1678">
      <w:pPr>
        <w:pBdr>
          <w:left w:val="single" w:sz="6" w:space="12" w:color="000000"/>
        </w:pBdr>
        <w:rPr>
          <w:lang w:val="nl-NL"/>
        </w:rPr>
      </w:pPr>
    </w:p>
    <w:p w14:paraId="20FEB299" w14:textId="77777777" w:rsidR="002B1678" w:rsidRPr="004441D7" w:rsidRDefault="002B1678">
      <w:pPr>
        <w:pBdr>
          <w:left w:val="single" w:sz="6" w:space="12" w:color="000000"/>
        </w:pBdr>
        <w:rPr>
          <w:lang w:val="nl-NL"/>
        </w:rPr>
      </w:pPr>
    </w:p>
    <w:p w14:paraId="66164BBB" w14:textId="77777777" w:rsidR="002B1678" w:rsidRPr="004441D7" w:rsidRDefault="002B1678">
      <w:pPr>
        <w:pBdr>
          <w:left w:val="single" w:sz="6" w:space="12" w:color="000000"/>
        </w:pBdr>
        <w:rPr>
          <w:lang w:val="nl-NL"/>
        </w:rPr>
      </w:pPr>
    </w:p>
    <w:p w14:paraId="00642EF6" w14:textId="77777777" w:rsidR="002B1678" w:rsidRPr="004441D7" w:rsidRDefault="002B1678">
      <w:pPr>
        <w:pBdr>
          <w:left w:val="single" w:sz="6" w:space="12" w:color="000000"/>
        </w:pBdr>
        <w:rPr>
          <w:lang w:val="nl-NL"/>
        </w:rPr>
      </w:pPr>
    </w:p>
    <w:p w14:paraId="1E6A47AB" w14:textId="77777777" w:rsidR="002B1678" w:rsidRPr="004441D7" w:rsidRDefault="002B1678">
      <w:pPr>
        <w:pBdr>
          <w:left w:val="single" w:sz="6" w:space="12" w:color="000000"/>
        </w:pBdr>
        <w:rPr>
          <w:lang w:val="nl-NL"/>
        </w:rPr>
      </w:pPr>
    </w:p>
    <w:p w14:paraId="6E4C3CB8" w14:textId="77777777" w:rsidR="002B1678" w:rsidRPr="004441D7" w:rsidRDefault="002B1678">
      <w:pPr>
        <w:pBdr>
          <w:left w:val="single" w:sz="6" w:space="12" w:color="000000"/>
        </w:pBdr>
        <w:rPr>
          <w:lang w:val="nl-NL"/>
        </w:rPr>
      </w:pPr>
    </w:p>
    <w:p w14:paraId="7DC23FA6" w14:textId="77777777" w:rsidR="002B1678" w:rsidRPr="004441D7" w:rsidRDefault="002B1678">
      <w:pPr>
        <w:pBdr>
          <w:left w:val="single" w:sz="6" w:space="12" w:color="000000"/>
        </w:pBdr>
        <w:rPr>
          <w:lang w:val="nl-NL"/>
        </w:rPr>
      </w:pPr>
    </w:p>
    <w:p w14:paraId="2010B739" w14:textId="77777777" w:rsidR="002B1678" w:rsidRPr="004441D7" w:rsidRDefault="002B1678">
      <w:pPr>
        <w:pBdr>
          <w:left w:val="single" w:sz="6" w:space="12" w:color="000000"/>
        </w:pBdr>
        <w:rPr>
          <w:lang w:val="nl-NL"/>
        </w:rPr>
      </w:pPr>
    </w:p>
    <w:p w14:paraId="3C51B92F" w14:textId="77777777" w:rsidR="002B1678" w:rsidRPr="004441D7" w:rsidRDefault="002B1678">
      <w:pPr>
        <w:pBdr>
          <w:left w:val="single" w:sz="6" w:space="12" w:color="000000"/>
        </w:pBdr>
        <w:rPr>
          <w:lang w:val="nl-NL"/>
        </w:rPr>
      </w:pPr>
    </w:p>
    <w:p w14:paraId="263A11BF" w14:textId="77777777" w:rsidR="002B1678" w:rsidRPr="004441D7" w:rsidRDefault="002B1678">
      <w:pPr>
        <w:pBdr>
          <w:left w:val="single" w:sz="6" w:space="12" w:color="000000"/>
        </w:pBdr>
        <w:rPr>
          <w:lang w:val="nl-NL"/>
        </w:rPr>
      </w:pPr>
    </w:p>
    <w:p w14:paraId="1CC7A5C7" w14:textId="77777777" w:rsidR="002B1678" w:rsidRPr="004441D7" w:rsidRDefault="002B1678">
      <w:pPr>
        <w:pBdr>
          <w:left w:val="single" w:sz="6" w:space="12" w:color="000000"/>
        </w:pBdr>
        <w:rPr>
          <w:lang w:val="nl-NL"/>
        </w:rPr>
      </w:pPr>
    </w:p>
    <w:p w14:paraId="322F9185" w14:textId="77777777" w:rsidR="002B1678" w:rsidRPr="004441D7" w:rsidRDefault="002B1678">
      <w:pPr>
        <w:pBdr>
          <w:left w:val="single" w:sz="6" w:space="12" w:color="000000"/>
        </w:pBdr>
        <w:rPr>
          <w:lang w:val="nl-NL"/>
        </w:rPr>
      </w:pPr>
    </w:p>
    <w:p w14:paraId="65EE6711" w14:textId="77777777" w:rsidR="002B1678" w:rsidRPr="004441D7" w:rsidRDefault="002B1678">
      <w:pPr>
        <w:pBdr>
          <w:left w:val="single" w:sz="6" w:space="12" w:color="000000"/>
        </w:pBdr>
        <w:rPr>
          <w:lang w:val="nl-NL"/>
        </w:rPr>
      </w:pPr>
    </w:p>
    <w:p w14:paraId="05F4E985" w14:textId="77777777" w:rsidR="002B1678" w:rsidRPr="004441D7" w:rsidRDefault="002B1678">
      <w:pPr>
        <w:pBdr>
          <w:left w:val="single" w:sz="6" w:space="12" w:color="000000"/>
        </w:pBdr>
        <w:rPr>
          <w:lang w:val="nl-NL"/>
        </w:rPr>
      </w:pPr>
    </w:p>
    <w:p w14:paraId="1FAF4DD6" w14:textId="77777777" w:rsidR="002B1678" w:rsidRPr="004441D7" w:rsidRDefault="002B1678">
      <w:pPr>
        <w:pBdr>
          <w:left w:val="single" w:sz="6" w:space="12" w:color="000000"/>
        </w:pBdr>
        <w:rPr>
          <w:lang w:val="nl-NL"/>
        </w:rPr>
      </w:pPr>
    </w:p>
    <w:p w14:paraId="2349DF43" w14:textId="77777777" w:rsidR="002B1678" w:rsidRPr="004441D7" w:rsidRDefault="0029217F">
      <w:pPr>
        <w:pBdr>
          <w:left w:val="single" w:sz="6" w:space="12" w:color="000000"/>
        </w:pBdr>
        <w:rPr>
          <w:lang w:val="nl-NL"/>
        </w:rPr>
      </w:pPr>
      <w:r w:rsidRPr="004441D7">
        <w:rPr>
          <w:i/>
          <w:color w:val="1A1A1A"/>
          <w:sz w:val="22"/>
          <w:lang w:val="nl-NL"/>
        </w:rPr>
        <w:t>Regionaal Serviceteam Jeugd IJsselland</w:t>
      </w:r>
    </w:p>
    <w:p w14:paraId="6406E2FB" w14:textId="77777777" w:rsidR="002B1678" w:rsidRPr="004441D7" w:rsidRDefault="0029217F">
      <w:pPr>
        <w:rPr>
          <w:lang w:val="nl-NL"/>
        </w:rPr>
      </w:pPr>
      <w:r w:rsidRPr="004441D7">
        <w:rPr>
          <w:lang w:val="nl-NL"/>
        </w:rPr>
        <w:br w:type="page"/>
      </w:r>
    </w:p>
    <w:p w14:paraId="773EA89F" w14:textId="77777777" w:rsidR="002B1678" w:rsidRPr="004441D7" w:rsidRDefault="0029217F">
      <w:pPr>
        <w:keepNext/>
        <w:spacing w:after="120"/>
        <w:rPr>
          <w:lang w:val="nl-NL"/>
        </w:rPr>
      </w:pPr>
      <w:r w:rsidRPr="004441D7">
        <w:rPr>
          <w:b/>
          <w:sz w:val="24"/>
          <w:lang w:val="nl-NL"/>
        </w:rPr>
        <w:lastRenderedPageBreak/>
        <w:t>Werkwijze invullen sjabloon</w:t>
      </w:r>
    </w:p>
    <w:p w14:paraId="39D7DC1D" w14:textId="77777777" w:rsidR="002B1678" w:rsidRPr="004441D7" w:rsidRDefault="0029217F">
      <w:pPr>
        <w:rPr>
          <w:lang w:val="nl-NL"/>
        </w:rPr>
      </w:pPr>
      <w:r w:rsidRPr="004441D7">
        <w:rPr>
          <w:lang w:val="nl-NL"/>
        </w:rPr>
        <w:t>De Inschrijver dient bij inschrijving alle voor Inschrijver van toepassing zijnde onderdelen in het invulsjabloon in te vullen en de checklist hiervoor bij te houden. Deze bijlage dient als PDF en als Office Word-document te worden aangeleverd bij inschrijving. Alleen deze pagina dient te worden ondertekend. Het Office Word-document dient identiek te zijn aan het pdf-document. Bij afwijkingen wordt uitgegaan van het pdf-document.</w:t>
      </w:r>
    </w:p>
    <w:tbl>
      <w:tblPr>
        <w:tblW w:w="0" w:type="auto"/>
        <w:tblLayout w:type="fixed"/>
        <w:tblLook w:val="04A0" w:firstRow="1" w:lastRow="0" w:firstColumn="1" w:lastColumn="0" w:noHBand="0" w:noVBand="1"/>
      </w:tblPr>
      <w:tblGrid>
        <w:gridCol w:w="4819"/>
        <w:gridCol w:w="1701"/>
        <w:gridCol w:w="2835"/>
      </w:tblGrid>
      <w:tr w:rsidR="002B1678" w:rsidRPr="004441D7" w14:paraId="6A8E5075" w14:textId="77777777" w:rsidTr="00B83856">
        <w:tc>
          <w:tcPr>
            <w:tcW w:w="9355" w:type="dxa"/>
            <w:gridSpan w:val="3"/>
            <w:tcBorders>
              <w:top w:val="single" w:sz="4" w:space="0" w:color="000000"/>
              <w:left w:val="single" w:sz="4" w:space="0" w:color="000000"/>
              <w:bottom w:val="single" w:sz="4" w:space="0" w:color="000000"/>
              <w:right w:val="single" w:sz="4" w:space="0" w:color="000000"/>
            </w:tcBorders>
            <w:shd w:val="clear" w:color="auto" w:fill="DCE4EF"/>
          </w:tcPr>
          <w:p w14:paraId="29242438" w14:textId="77777777" w:rsidR="002B1678" w:rsidRPr="004441D7" w:rsidRDefault="0029217F">
            <w:pPr>
              <w:spacing w:before="40" w:after="80"/>
              <w:rPr>
                <w:lang w:val="nl-NL"/>
              </w:rPr>
            </w:pPr>
            <w:r w:rsidRPr="004441D7">
              <w:rPr>
                <w:b/>
                <w:lang w:val="nl-NL"/>
              </w:rPr>
              <w:t>Checklist</w:t>
            </w:r>
          </w:p>
        </w:tc>
      </w:tr>
      <w:tr w:rsidR="002B1678" w:rsidRPr="00B83856" w14:paraId="0E88B654" w14:textId="77777777" w:rsidTr="00B83856">
        <w:tc>
          <w:tcPr>
            <w:tcW w:w="4819" w:type="dxa"/>
            <w:tcBorders>
              <w:top w:val="single" w:sz="4" w:space="0" w:color="000000"/>
              <w:left w:val="single" w:sz="4" w:space="0" w:color="000000"/>
              <w:bottom w:val="single" w:sz="4" w:space="0" w:color="000000"/>
              <w:right w:val="single" w:sz="4" w:space="0" w:color="000000"/>
            </w:tcBorders>
            <w:shd w:val="clear" w:color="auto" w:fill="DCE4EF"/>
          </w:tcPr>
          <w:p w14:paraId="70B189B8" w14:textId="77777777" w:rsidR="002B1678" w:rsidRPr="004441D7" w:rsidRDefault="002B1678">
            <w:pPr>
              <w:spacing w:before="40" w:after="80"/>
              <w:rPr>
                <w:lang w:val="nl-NL"/>
              </w:rPr>
            </w:pPr>
          </w:p>
        </w:tc>
        <w:tc>
          <w:tcPr>
            <w:tcW w:w="1701" w:type="dxa"/>
            <w:tcBorders>
              <w:top w:val="single" w:sz="4" w:space="0" w:color="000000"/>
              <w:left w:val="single" w:sz="4" w:space="0" w:color="000000"/>
              <w:bottom w:val="single" w:sz="4" w:space="0" w:color="000000"/>
              <w:right w:val="single" w:sz="4" w:space="0" w:color="000000"/>
            </w:tcBorders>
            <w:shd w:val="clear" w:color="auto" w:fill="DCE4EF"/>
          </w:tcPr>
          <w:p w14:paraId="65FD434A" w14:textId="77777777" w:rsidR="002B1678" w:rsidRPr="004441D7" w:rsidRDefault="0029217F">
            <w:pPr>
              <w:spacing w:before="40" w:after="80"/>
              <w:rPr>
                <w:lang w:val="nl-NL"/>
              </w:rPr>
            </w:pPr>
            <w:r w:rsidRPr="004441D7">
              <w:rPr>
                <w:b/>
                <w:lang w:val="nl-NL"/>
              </w:rPr>
              <w:t>Aangeleverd (X = Ja)</w:t>
            </w:r>
          </w:p>
        </w:tc>
        <w:tc>
          <w:tcPr>
            <w:tcW w:w="2835" w:type="dxa"/>
            <w:tcBorders>
              <w:top w:val="single" w:sz="4" w:space="0" w:color="000000"/>
              <w:left w:val="single" w:sz="4" w:space="0" w:color="000000"/>
              <w:bottom w:val="single" w:sz="4" w:space="0" w:color="000000"/>
              <w:right w:val="single" w:sz="4" w:space="0" w:color="000000"/>
            </w:tcBorders>
            <w:shd w:val="clear" w:color="auto" w:fill="DCE4EF"/>
          </w:tcPr>
          <w:p w14:paraId="400B5A01" w14:textId="77777777" w:rsidR="002B1678" w:rsidRPr="004441D7" w:rsidRDefault="0029217F">
            <w:pPr>
              <w:spacing w:before="40" w:after="80"/>
              <w:rPr>
                <w:lang w:val="nl-NL"/>
              </w:rPr>
            </w:pPr>
            <w:r w:rsidRPr="004441D7">
              <w:rPr>
                <w:b/>
                <w:lang w:val="nl-NL"/>
              </w:rPr>
              <w:t>Hoe moet het aangeleverd worden</w:t>
            </w:r>
          </w:p>
        </w:tc>
      </w:tr>
      <w:tr w:rsidR="002B1678" w:rsidRPr="00B83856" w14:paraId="2AAEFC73"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2DC75F73" w14:textId="77777777" w:rsidR="002B1678" w:rsidRPr="004441D7" w:rsidRDefault="0029217F">
            <w:pPr>
              <w:spacing w:before="40" w:after="80"/>
              <w:rPr>
                <w:lang w:val="nl-NL"/>
              </w:rPr>
            </w:pPr>
            <w:r w:rsidRPr="004441D7">
              <w:rPr>
                <w:lang w:val="nl-NL"/>
              </w:rPr>
              <w:t>Formulier 1: Algemene gegevens Inschrijver</w:t>
            </w:r>
          </w:p>
        </w:tc>
        <w:tc>
          <w:tcPr>
            <w:tcW w:w="1701" w:type="dxa"/>
            <w:tcBorders>
              <w:top w:val="single" w:sz="4" w:space="0" w:color="000000"/>
              <w:left w:val="single" w:sz="4" w:space="0" w:color="000000"/>
              <w:bottom w:val="single" w:sz="4" w:space="0" w:color="000000"/>
              <w:right w:val="single" w:sz="4" w:space="0" w:color="000000"/>
            </w:tcBorders>
          </w:tcPr>
          <w:p w14:paraId="54A59BB0" w14:textId="77777777" w:rsidR="002B1678" w:rsidRPr="004441D7" w:rsidRDefault="0029217F">
            <w:pPr>
              <w:spacing w:before="40" w:after="80"/>
              <w:rPr>
                <w:lang w:val="nl-NL"/>
              </w:rPr>
            </w:pPr>
            <w:r w:rsidRPr="004441D7">
              <w:rPr>
                <w:lang w:val="nl-NL"/>
              </w:rPr>
              <w:t>☐</w:t>
            </w:r>
          </w:p>
        </w:tc>
        <w:tc>
          <w:tcPr>
            <w:tcW w:w="2835" w:type="dxa"/>
            <w:vMerge w:val="restart"/>
            <w:tcBorders>
              <w:top w:val="single" w:sz="4" w:space="0" w:color="000000"/>
              <w:left w:val="single" w:sz="4" w:space="0" w:color="000000"/>
              <w:bottom w:val="single" w:sz="4" w:space="0" w:color="000000"/>
              <w:right w:val="single" w:sz="4" w:space="0" w:color="000000"/>
            </w:tcBorders>
          </w:tcPr>
          <w:p w14:paraId="705291C4" w14:textId="1C7E9E23" w:rsidR="002B1678" w:rsidRPr="004441D7" w:rsidRDefault="0029217F">
            <w:pPr>
              <w:spacing w:before="40" w:after="80"/>
              <w:rPr>
                <w:lang w:val="nl-NL"/>
              </w:rPr>
            </w:pPr>
            <w:r w:rsidRPr="004441D7">
              <w:rPr>
                <w:lang w:val="nl-NL"/>
              </w:rPr>
              <w:t xml:space="preserve">Bijlage I invulsjabloon (dit document) uploaden </w:t>
            </w:r>
            <w:r w:rsidR="008E766D" w:rsidRPr="004441D7">
              <w:rPr>
                <w:lang w:val="nl-NL"/>
              </w:rPr>
              <w:t>via TenderNed</w:t>
            </w:r>
          </w:p>
        </w:tc>
      </w:tr>
      <w:tr w:rsidR="002B1678" w:rsidRPr="004441D7" w14:paraId="6B00B669"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16177F27" w14:textId="77777777" w:rsidR="002B1678" w:rsidRPr="004441D7" w:rsidRDefault="0029217F">
            <w:pPr>
              <w:spacing w:before="40" w:after="80"/>
              <w:rPr>
                <w:lang w:val="nl-NL"/>
              </w:rPr>
            </w:pPr>
            <w:r w:rsidRPr="004441D7">
              <w:rPr>
                <w:lang w:val="nl-NL"/>
              </w:rPr>
              <w:t>Formulier 2: Inschrijvingsformulier</w:t>
            </w:r>
          </w:p>
        </w:tc>
        <w:tc>
          <w:tcPr>
            <w:tcW w:w="1701" w:type="dxa"/>
            <w:tcBorders>
              <w:top w:val="single" w:sz="4" w:space="0" w:color="000000"/>
              <w:left w:val="single" w:sz="4" w:space="0" w:color="000000"/>
              <w:bottom w:val="single" w:sz="4" w:space="0" w:color="000000"/>
              <w:right w:val="single" w:sz="4" w:space="0" w:color="000000"/>
            </w:tcBorders>
          </w:tcPr>
          <w:p w14:paraId="1E75B790" w14:textId="77777777" w:rsidR="002B1678" w:rsidRPr="004441D7" w:rsidRDefault="0029217F">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250FD23A" w14:textId="77777777" w:rsidR="002B1678" w:rsidRPr="004441D7" w:rsidRDefault="002B1678">
            <w:pPr>
              <w:rPr>
                <w:lang w:val="nl-NL"/>
              </w:rPr>
            </w:pPr>
          </w:p>
        </w:tc>
      </w:tr>
      <w:tr w:rsidR="002B1678" w:rsidRPr="004441D7" w14:paraId="1FDBE2A2"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1562D4F4" w14:textId="77777777" w:rsidR="002B1678" w:rsidRPr="004441D7" w:rsidRDefault="0029217F">
            <w:pPr>
              <w:spacing w:before="40" w:after="80"/>
              <w:rPr>
                <w:lang w:val="nl-NL"/>
              </w:rPr>
            </w:pPr>
            <w:r w:rsidRPr="004441D7">
              <w:rPr>
                <w:lang w:val="nl-NL"/>
              </w:rPr>
              <w:t>Formulier 2.1: Inschrijfformulier – Zelfstandig onderneming</w:t>
            </w:r>
          </w:p>
        </w:tc>
        <w:tc>
          <w:tcPr>
            <w:tcW w:w="1701" w:type="dxa"/>
            <w:tcBorders>
              <w:top w:val="single" w:sz="4" w:space="0" w:color="000000"/>
              <w:left w:val="single" w:sz="4" w:space="0" w:color="000000"/>
              <w:bottom w:val="single" w:sz="4" w:space="0" w:color="000000"/>
              <w:right w:val="single" w:sz="4" w:space="0" w:color="000000"/>
            </w:tcBorders>
          </w:tcPr>
          <w:p w14:paraId="0B906365" w14:textId="77777777" w:rsidR="002B1678" w:rsidRPr="004441D7" w:rsidRDefault="0029217F">
            <w:pPr>
              <w:spacing w:before="40" w:after="80"/>
              <w:rPr>
                <w:lang w:val="nl-NL"/>
              </w:rPr>
            </w:pPr>
            <w:r w:rsidRPr="004441D7">
              <w:rPr>
                <w:lang w:val="nl-NL"/>
              </w:rPr>
              <w:t>☐ Indien van toepassing</w:t>
            </w:r>
          </w:p>
        </w:tc>
        <w:tc>
          <w:tcPr>
            <w:tcW w:w="2835" w:type="dxa"/>
            <w:vMerge/>
            <w:tcBorders>
              <w:top w:val="single" w:sz="4" w:space="0" w:color="000000"/>
              <w:left w:val="single" w:sz="4" w:space="0" w:color="000000"/>
              <w:bottom w:val="single" w:sz="4" w:space="0" w:color="000000"/>
              <w:right w:val="single" w:sz="4" w:space="0" w:color="000000"/>
            </w:tcBorders>
          </w:tcPr>
          <w:p w14:paraId="3D41C97F" w14:textId="77777777" w:rsidR="002B1678" w:rsidRPr="004441D7" w:rsidRDefault="002B1678">
            <w:pPr>
              <w:rPr>
                <w:lang w:val="nl-NL"/>
              </w:rPr>
            </w:pPr>
          </w:p>
        </w:tc>
      </w:tr>
      <w:tr w:rsidR="002B1678" w:rsidRPr="004441D7" w14:paraId="6899AB8C"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51921DFE" w14:textId="71145D82" w:rsidR="002B1678" w:rsidRPr="004441D7" w:rsidRDefault="0029217F">
            <w:pPr>
              <w:spacing w:before="40" w:after="80"/>
              <w:rPr>
                <w:lang w:val="nl-NL"/>
              </w:rPr>
            </w:pPr>
            <w:r w:rsidRPr="004441D7">
              <w:rPr>
                <w:lang w:val="nl-NL"/>
              </w:rPr>
              <w:t>Formulier 2.</w:t>
            </w:r>
            <w:r w:rsidR="007D6338">
              <w:rPr>
                <w:lang w:val="nl-NL"/>
              </w:rPr>
              <w:t>2</w:t>
            </w:r>
            <w:r w:rsidRPr="004441D7">
              <w:rPr>
                <w:lang w:val="nl-NL"/>
              </w:rPr>
              <w:t>: Inschrijfformulier – Derden</w:t>
            </w:r>
          </w:p>
        </w:tc>
        <w:tc>
          <w:tcPr>
            <w:tcW w:w="1701" w:type="dxa"/>
            <w:tcBorders>
              <w:top w:val="single" w:sz="4" w:space="0" w:color="000000"/>
              <w:left w:val="single" w:sz="4" w:space="0" w:color="000000"/>
              <w:bottom w:val="single" w:sz="4" w:space="0" w:color="000000"/>
              <w:right w:val="single" w:sz="4" w:space="0" w:color="000000"/>
            </w:tcBorders>
          </w:tcPr>
          <w:p w14:paraId="6D957B81" w14:textId="77777777" w:rsidR="002B1678" w:rsidRPr="004441D7" w:rsidRDefault="0029217F">
            <w:pPr>
              <w:spacing w:before="40" w:after="80"/>
              <w:rPr>
                <w:lang w:val="nl-NL"/>
              </w:rPr>
            </w:pPr>
            <w:r w:rsidRPr="004441D7">
              <w:rPr>
                <w:lang w:val="nl-NL"/>
              </w:rPr>
              <w:t>☐ Indien van toepassing</w:t>
            </w:r>
          </w:p>
        </w:tc>
        <w:tc>
          <w:tcPr>
            <w:tcW w:w="2835" w:type="dxa"/>
            <w:vMerge/>
            <w:tcBorders>
              <w:top w:val="single" w:sz="4" w:space="0" w:color="000000"/>
              <w:left w:val="single" w:sz="4" w:space="0" w:color="000000"/>
              <w:bottom w:val="single" w:sz="4" w:space="0" w:color="000000"/>
              <w:right w:val="single" w:sz="4" w:space="0" w:color="000000"/>
            </w:tcBorders>
          </w:tcPr>
          <w:p w14:paraId="1AAFE2BA" w14:textId="77777777" w:rsidR="002B1678" w:rsidRPr="004441D7" w:rsidRDefault="002B1678">
            <w:pPr>
              <w:rPr>
                <w:lang w:val="nl-NL"/>
              </w:rPr>
            </w:pPr>
          </w:p>
        </w:tc>
      </w:tr>
      <w:tr w:rsidR="00B83856" w:rsidRPr="004441D7" w14:paraId="1D59961E"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6A56F99E" w14:textId="2F25AB5E" w:rsidR="00B83856" w:rsidRPr="004441D7" w:rsidRDefault="00B83856">
            <w:pPr>
              <w:spacing w:before="40" w:after="80"/>
              <w:rPr>
                <w:lang w:val="nl-NL"/>
              </w:rPr>
            </w:pPr>
            <w:r w:rsidRPr="004441D7">
              <w:rPr>
                <w:lang w:val="nl-NL"/>
              </w:rPr>
              <w:t xml:space="preserve">Formulier </w:t>
            </w:r>
            <w:r>
              <w:rPr>
                <w:lang w:val="nl-NL"/>
              </w:rPr>
              <w:t>3</w:t>
            </w:r>
            <w:r w:rsidRPr="004441D7">
              <w:rPr>
                <w:lang w:val="nl-NL"/>
              </w:rPr>
              <w:t>: Opgave referenties</w:t>
            </w:r>
          </w:p>
        </w:tc>
        <w:tc>
          <w:tcPr>
            <w:tcW w:w="1701" w:type="dxa"/>
            <w:tcBorders>
              <w:top w:val="single" w:sz="4" w:space="0" w:color="000000"/>
              <w:left w:val="single" w:sz="4" w:space="0" w:color="000000"/>
              <w:bottom w:val="single" w:sz="4" w:space="0" w:color="000000"/>
              <w:right w:val="single" w:sz="4" w:space="0" w:color="000000"/>
            </w:tcBorders>
          </w:tcPr>
          <w:p w14:paraId="25B3017C" w14:textId="5B03C406" w:rsidR="00B83856" w:rsidRPr="004441D7" w:rsidRDefault="00B83856">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5F4CB8C7" w14:textId="77777777" w:rsidR="00B83856" w:rsidRPr="004441D7" w:rsidRDefault="00B83856">
            <w:pPr>
              <w:rPr>
                <w:lang w:val="nl-NL"/>
              </w:rPr>
            </w:pPr>
          </w:p>
        </w:tc>
      </w:tr>
      <w:tr w:rsidR="00B83856" w:rsidRPr="004441D7" w14:paraId="169CC504"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10E0BEFD" w14:textId="724C5FF6" w:rsidR="00B83856" w:rsidRPr="004441D7" w:rsidRDefault="00B83856">
            <w:pPr>
              <w:spacing w:before="40" w:after="80"/>
              <w:rPr>
                <w:lang w:val="nl-NL"/>
              </w:rPr>
            </w:pPr>
            <w:r w:rsidRPr="004441D7">
              <w:rPr>
                <w:lang w:val="nl-NL"/>
              </w:rPr>
              <w:t xml:space="preserve">Sjabloon </w:t>
            </w:r>
            <w:r>
              <w:rPr>
                <w:lang w:val="nl-NL"/>
              </w:rPr>
              <w:t xml:space="preserve">uitwerking </w:t>
            </w:r>
            <w:r w:rsidRPr="004441D7">
              <w:rPr>
                <w:lang w:val="nl-NL"/>
              </w:rPr>
              <w:t>Gunningscriteria</w:t>
            </w:r>
            <w:r>
              <w:rPr>
                <w:lang w:val="nl-NL"/>
              </w:rPr>
              <w:t xml:space="preserve"> 1 &amp; 2</w:t>
            </w:r>
          </w:p>
        </w:tc>
        <w:tc>
          <w:tcPr>
            <w:tcW w:w="1701" w:type="dxa"/>
            <w:tcBorders>
              <w:top w:val="single" w:sz="4" w:space="0" w:color="000000"/>
              <w:left w:val="single" w:sz="4" w:space="0" w:color="000000"/>
              <w:bottom w:val="single" w:sz="4" w:space="0" w:color="000000"/>
              <w:right w:val="single" w:sz="4" w:space="0" w:color="000000"/>
            </w:tcBorders>
          </w:tcPr>
          <w:p w14:paraId="190BAB55" w14:textId="625E8746" w:rsidR="00B83856" w:rsidRPr="004441D7" w:rsidRDefault="00B83856">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6FB890ED" w14:textId="77777777" w:rsidR="00B83856" w:rsidRPr="004441D7" w:rsidRDefault="00B83856">
            <w:pPr>
              <w:rPr>
                <w:lang w:val="nl-NL"/>
              </w:rPr>
            </w:pPr>
          </w:p>
        </w:tc>
      </w:tr>
      <w:tr w:rsidR="00B83856" w:rsidRPr="004441D7" w14:paraId="53094D7D"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173EFA1B" w14:textId="28C63E16" w:rsidR="00B83856" w:rsidRPr="004441D7" w:rsidRDefault="00B83856">
            <w:pPr>
              <w:spacing w:before="40" w:after="80"/>
              <w:rPr>
                <w:lang w:val="nl-NL"/>
              </w:rPr>
            </w:pPr>
            <w:r>
              <w:rPr>
                <w:lang w:val="nl-NL"/>
              </w:rPr>
              <w:t>Invulformat Gunningscriterium 3</w:t>
            </w:r>
          </w:p>
        </w:tc>
        <w:tc>
          <w:tcPr>
            <w:tcW w:w="1701" w:type="dxa"/>
            <w:tcBorders>
              <w:top w:val="single" w:sz="4" w:space="0" w:color="000000"/>
              <w:left w:val="single" w:sz="4" w:space="0" w:color="000000"/>
              <w:bottom w:val="single" w:sz="4" w:space="0" w:color="000000"/>
              <w:right w:val="single" w:sz="4" w:space="0" w:color="000000"/>
            </w:tcBorders>
          </w:tcPr>
          <w:p w14:paraId="660D9481" w14:textId="71E7563F" w:rsidR="00B83856" w:rsidRPr="004441D7" w:rsidRDefault="00B83856">
            <w:pPr>
              <w:spacing w:before="40" w:after="80"/>
              <w:rPr>
                <w:lang w:val="nl-NL"/>
              </w:rPr>
            </w:pPr>
            <w:r w:rsidRPr="004441D7">
              <w:rPr>
                <w:lang w:val="nl-NL"/>
              </w:rPr>
              <w:t>☐</w:t>
            </w:r>
          </w:p>
        </w:tc>
        <w:tc>
          <w:tcPr>
            <w:tcW w:w="2835" w:type="dxa"/>
            <w:vMerge w:val="restart"/>
            <w:tcBorders>
              <w:top w:val="single" w:sz="4" w:space="0" w:color="000000"/>
              <w:left w:val="single" w:sz="4" w:space="0" w:color="000000"/>
              <w:bottom w:val="single" w:sz="4" w:space="0" w:color="000000"/>
              <w:right w:val="single" w:sz="4" w:space="0" w:color="000000"/>
            </w:tcBorders>
          </w:tcPr>
          <w:p w14:paraId="320709A2" w14:textId="3B60EECA" w:rsidR="00B83856" w:rsidRPr="004441D7" w:rsidRDefault="00B83856">
            <w:pPr>
              <w:spacing w:before="40" w:after="80"/>
              <w:rPr>
                <w:lang w:val="nl-NL"/>
              </w:rPr>
            </w:pPr>
            <w:r w:rsidRPr="004441D7">
              <w:rPr>
                <w:lang w:val="nl-NL"/>
              </w:rPr>
              <w:t>Apart bestand uploaden via TenderNed</w:t>
            </w:r>
          </w:p>
        </w:tc>
      </w:tr>
      <w:tr w:rsidR="00B83856" w:rsidRPr="004441D7" w14:paraId="231A6330"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0761521F" w14:textId="26410398" w:rsidR="00B83856" w:rsidRPr="004441D7" w:rsidRDefault="00B83856" w:rsidP="00C07137">
            <w:pPr>
              <w:spacing w:before="40" w:after="80"/>
              <w:rPr>
                <w:lang w:val="nl-NL"/>
              </w:rPr>
            </w:pPr>
            <w:r>
              <w:rPr>
                <w:lang w:val="nl-NL"/>
              </w:rPr>
              <w:t>Invulformat Gunningscriterium 4</w:t>
            </w:r>
          </w:p>
        </w:tc>
        <w:tc>
          <w:tcPr>
            <w:tcW w:w="1701" w:type="dxa"/>
            <w:tcBorders>
              <w:top w:val="single" w:sz="4" w:space="0" w:color="000000"/>
              <w:left w:val="single" w:sz="4" w:space="0" w:color="000000"/>
              <w:bottom w:val="single" w:sz="4" w:space="0" w:color="000000"/>
              <w:right w:val="single" w:sz="4" w:space="0" w:color="000000"/>
            </w:tcBorders>
          </w:tcPr>
          <w:p w14:paraId="3B9836AB" w14:textId="011E4331" w:rsidR="00B83856" w:rsidRPr="004441D7" w:rsidRDefault="00B83856" w:rsidP="00C07137">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59761BEE" w14:textId="77777777" w:rsidR="00B83856" w:rsidRPr="004441D7" w:rsidRDefault="00B83856" w:rsidP="00C07137">
            <w:pPr>
              <w:spacing w:before="40" w:after="80"/>
              <w:rPr>
                <w:lang w:val="nl-NL"/>
              </w:rPr>
            </w:pPr>
          </w:p>
        </w:tc>
      </w:tr>
      <w:tr w:rsidR="00B83856" w:rsidRPr="004441D7" w14:paraId="4D08F58B"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09610F3F" w14:textId="217FE0DB" w:rsidR="00B83856" w:rsidRDefault="00B83856" w:rsidP="00C07137">
            <w:pPr>
              <w:spacing w:before="40" w:after="80"/>
              <w:rPr>
                <w:lang w:val="nl-NL"/>
              </w:rPr>
            </w:pPr>
            <w:r w:rsidRPr="004441D7">
              <w:rPr>
                <w:lang w:val="nl-NL"/>
              </w:rPr>
              <w:t>Uittreksel handels- en/of beroepenregister Kamer van Koophandel</w:t>
            </w:r>
          </w:p>
        </w:tc>
        <w:tc>
          <w:tcPr>
            <w:tcW w:w="1701" w:type="dxa"/>
            <w:tcBorders>
              <w:top w:val="single" w:sz="4" w:space="0" w:color="000000"/>
              <w:left w:val="single" w:sz="4" w:space="0" w:color="000000"/>
              <w:bottom w:val="single" w:sz="4" w:space="0" w:color="000000"/>
              <w:right w:val="single" w:sz="4" w:space="0" w:color="000000"/>
            </w:tcBorders>
          </w:tcPr>
          <w:p w14:paraId="6B92938A" w14:textId="12F82B0C" w:rsidR="00B83856" w:rsidRPr="004441D7" w:rsidRDefault="00B83856" w:rsidP="00C07137">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7133030D" w14:textId="77777777" w:rsidR="00B83856" w:rsidRPr="004441D7" w:rsidRDefault="00B83856" w:rsidP="00C07137">
            <w:pPr>
              <w:spacing w:before="40" w:after="80"/>
              <w:rPr>
                <w:lang w:val="nl-NL"/>
              </w:rPr>
            </w:pPr>
          </w:p>
        </w:tc>
      </w:tr>
      <w:tr w:rsidR="00B83856" w:rsidRPr="004441D7" w14:paraId="7C9ACF03"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26EE92BF" w14:textId="4ACC47EB" w:rsidR="00B83856" w:rsidRPr="004441D7" w:rsidRDefault="00B83856" w:rsidP="00C07137">
            <w:pPr>
              <w:spacing w:before="40" w:after="80"/>
              <w:rPr>
                <w:lang w:val="nl-NL"/>
              </w:rPr>
            </w:pPr>
            <w:r w:rsidRPr="004441D7">
              <w:rPr>
                <w:lang w:val="nl-NL"/>
              </w:rPr>
              <w:t>Bewijs kwaliteitssysteem</w:t>
            </w:r>
          </w:p>
        </w:tc>
        <w:tc>
          <w:tcPr>
            <w:tcW w:w="1701" w:type="dxa"/>
            <w:tcBorders>
              <w:top w:val="single" w:sz="4" w:space="0" w:color="000000"/>
              <w:left w:val="single" w:sz="4" w:space="0" w:color="000000"/>
              <w:bottom w:val="single" w:sz="4" w:space="0" w:color="000000"/>
              <w:right w:val="single" w:sz="4" w:space="0" w:color="000000"/>
            </w:tcBorders>
          </w:tcPr>
          <w:p w14:paraId="2980772A" w14:textId="22D42A4C" w:rsidR="00B83856" w:rsidRPr="004441D7" w:rsidRDefault="00B83856" w:rsidP="00C07137">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40684E90" w14:textId="77777777" w:rsidR="00B83856" w:rsidRPr="004441D7" w:rsidRDefault="00B83856" w:rsidP="00C07137">
            <w:pPr>
              <w:rPr>
                <w:lang w:val="nl-NL"/>
              </w:rPr>
            </w:pPr>
          </w:p>
        </w:tc>
      </w:tr>
      <w:tr w:rsidR="00B83856" w:rsidRPr="004441D7" w14:paraId="0F5A89F0"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5A04AB16" w14:textId="5CBF59E3" w:rsidR="00B83856" w:rsidRPr="004441D7" w:rsidRDefault="00B83856" w:rsidP="00C07137">
            <w:pPr>
              <w:spacing w:before="40" w:after="80"/>
              <w:rPr>
                <w:lang w:val="nl-NL"/>
              </w:rPr>
            </w:pPr>
            <w:r w:rsidRPr="004441D7">
              <w:rPr>
                <w:lang w:val="nl-NL"/>
              </w:rPr>
              <w:t>Holdingverklaring</w:t>
            </w:r>
          </w:p>
        </w:tc>
        <w:tc>
          <w:tcPr>
            <w:tcW w:w="1701" w:type="dxa"/>
            <w:tcBorders>
              <w:top w:val="single" w:sz="4" w:space="0" w:color="000000"/>
              <w:left w:val="single" w:sz="4" w:space="0" w:color="000000"/>
              <w:bottom w:val="single" w:sz="4" w:space="0" w:color="000000"/>
              <w:right w:val="single" w:sz="4" w:space="0" w:color="000000"/>
            </w:tcBorders>
          </w:tcPr>
          <w:p w14:paraId="002454B8" w14:textId="72CAB20B" w:rsidR="00B83856" w:rsidRPr="004441D7" w:rsidRDefault="00B83856" w:rsidP="00C07137">
            <w:pPr>
              <w:spacing w:before="40" w:after="80"/>
              <w:rPr>
                <w:lang w:val="nl-NL"/>
              </w:rPr>
            </w:pPr>
            <w:r w:rsidRPr="004441D7">
              <w:rPr>
                <w:lang w:val="nl-NL"/>
              </w:rPr>
              <w:t>☐ Indien van toepassing</w:t>
            </w:r>
          </w:p>
        </w:tc>
        <w:tc>
          <w:tcPr>
            <w:tcW w:w="2835" w:type="dxa"/>
            <w:vMerge/>
            <w:tcBorders>
              <w:top w:val="single" w:sz="4" w:space="0" w:color="000000"/>
              <w:left w:val="single" w:sz="4" w:space="0" w:color="000000"/>
              <w:bottom w:val="single" w:sz="4" w:space="0" w:color="000000"/>
              <w:right w:val="single" w:sz="4" w:space="0" w:color="000000"/>
            </w:tcBorders>
          </w:tcPr>
          <w:p w14:paraId="0CD2D5A3" w14:textId="77777777" w:rsidR="00B83856" w:rsidRPr="004441D7" w:rsidRDefault="00B83856" w:rsidP="00C07137">
            <w:pPr>
              <w:rPr>
                <w:lang w:val="nl-NL"/>
              </w:rPr>
            </w:pPr>
          </w:p>
        </w:tc>
      </w:tr>
      <w:tr w:rsidR="00B83856" w:rsidRPr="004441D7" w14:paraId="49BE5BF8"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1F6A7520" w14:textId="2CC65273" w:rsidR="00B83856" w:rsidRPr="004441D7" w:rsidRDefault="00B83856" w:rsidP="00C07137">
            <w:pPr>
              <w:spacing w:before="40" w:after="80"/>
              <w:rPr>
                <w:lang w:val="nl-NL"/>
              </w:rPr>
            </w:pPr>
            <w:r w:rsidRPr="004441D7">
              <w:rPr>
                <w:lang w:val="nl-NL"/>
              </w:rPr>
              <w:t>Uniform Europees Aanbestedingsdocument (UEA)</w:t>
            </w:r>
          </w:p>
        </w:tc>
        <w:tc>
          <w:tcPr>
            <w:tcW w:w="1701" w:type="dxa"/>
            <w:tcBorders>
              <w:top w:val="single" w:sz="4" w:space="0" w:color="000000"/>
              <w:left w:val="single" w:sz="4" w:space="0" w:color="000000"/>
              <w:bottom w:val="single" w:sz="4" w:space="0" w:color="000000"/>
              <w:right w:val="single" w:sz="4" w:space="0" w:color="000000"/>
            </w:tcBorders>
          </w:tcPr>
          <w:p w14:paraId="521C1903" w14:textId="2C56A33C" w:rsidR="00B83856" w:rsidRPr="004441D7" w:rsidRDefault="00B83856" w:rsidP="00C07137">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1AF87C1E" w14:textId="77777777" w:rsidR="00B83856" w:rsidRPr="004441D7" w:rsidRDefault="00B83856" w:rsidP="00C07137">
            <w:pPr>
              <w:rPr>
                <w:lang w:val="nl-NL"/>
              </w:rPr>
            </w:pPr>
          </w:p>
        </w:tc>
      </w:tr>
      <w:tr w:rsidR="00B83856" w:rsidRPr="004441D7" w14:paraId="15EA29D4" w14:textId="77777777" w:rsidTr="00B83856">
        <w:tc>
          <w:tcPr>
            <w:tcW w:w="4819" w:type="dxa"/>
            <w:tcBorders>
              <w:top w:val="single" w:sz="4" w:space="0" w:color="000000"/>
              <w:left w:val="single" w:sz="4" w:space="0" w:color="000000"/>
              <w:bottom w:val="single" w:sz="4" w:space="0" w:color="000000"/>
              <w:right w:val="single" w:sz="4" w:space="0" w:color="000000"/>
            </w:tcBorders>
          </w:tcPr>
          <w:p w14:paraId="26DB2777" w14:textId="131937DD" w:rsidR="00B83856" w:rsidRPr="004441D7" w:rsidRDefault="00B83856" w:rsidP="00C07137">
            <w:pPr>
              <w:spacing w:before="40" w:after="80"/>
              <w:rPr>
                <w:lang w:val="nl-NL"/>
              </w:rPr>
            </w:pPr>
            <w:r w:rsidRPr="004441D7">
              <w:rPr>
                <w:lang w:val="nl-NL"/>
              </w:rPr>
              <w:t>Invulformat financiële jaarcijfers</w:t>
            </w:r>
          </w:p>
        </w:tc>
        <w:tc>
          <w:tcPr>
            <w:tcW w:w="1701" w:type="dxa"/>
            <w:tcBorders>
              <w:top w:val="single" w:sz="4" w:space="0" w:color="000000"/>
              <w:left w:val="single" w:sz="4" w:space="0" w:color="000000"/>
              <w:bottom w:val="single" w:sz="4" w:space="0" w:color="000000"/>
              <w:right w:val="single" w:sz="4" w:space="0" w:color="000000"/>
            </w:tcBorders>
          </w:tcPr>
          <w:p w14:paraId="4085C910" w14:textId="6FDFA81E" w:rsidR="00B83856" w:rsidRPr="004441D7" w:rsidRDefault="00B83856" w:rsidP="00C07137">
            <w:pPr>
              <w:spacing w:before="40" w:after="80"/>
              <w:rPr>
                <w:lang w:val="nl-NL"/>
              </w:rPr>
            </w:pPr>
            <w:r w:rsidRPr="004441D7">
              <w:rPr>
                <w:lang w:val="nl-NL"/>
              </w:rPr>
              <w:t>☐</w:t>
            </w:r>
          </w:p>
        </w:tc>
        <w:tc>
          <w:tcPr>
            <w:tcW w:w="2835" w:type="dxa"/>
            <w:vMerge/>
            <w:tcBorders>
              <w:top w:val="single" w:sz="4" w:space="0" w:color="000000"/>
              <w:left w:val="single" w:sz="4" w:space="0" w:color="000000"/>
              <w:bottom w:val="single" w:sz="4" w:space="0" w:color="000000"/>
              <w:right w:val="single" w:sz="4" w:space="0" w:color="000000"/>
            </w:tcBorders>
          </w:tcPr>
          <w:p w14:paraId="677F3391" w14:textId="77777777" w:rsidR="00B83856" w:rsidRPr="004441D7" w:rsidRDefault="00B83856" w:rsidP="00C07137">
            <w:pPr>
              <w:rPr>
                <w:lang w:val="nl-NL"/>
              </w:rPr>
            </w:pPr>
          </w:p>
        </w:tc>
      </w:tr>
    </w:tbl>
    <w:p w14:paraId="65AF61AB" w14:textId="77777777" w:rsidR="002B1678" w:rsidRPr="004441D7" w:rsidRDefault="002B1678">
      <w:pPr>
        <w:spacing w:after="80"/>
        <w:rPr>
          <w:lang w:val="nl-NL"/>
        </w:rPr>
      </w:pPr>
    </w:p>
    <w:p w14:paraId="1442CE0B" w14:textId="77777777" w:rsidR="002B1678" w:rsidRPr="004441D7" w:rsidRDefault="0029217F">
      <w:pPr>
        <w:spacing w:after="120"/>
        <w:rPr>
          <w:lang w:val="nl-NL"/>
        </w:rPr>
      </w:pPr>
      <w:r w:rsidRPr="004441D7">
        <w:rPr>
          <w:b/>
          <w:lang w:val="nl-NL"/>
        </w:rPr>
        <w:t>Dit invulsjabloon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bl>
      <w:tblPr>
        <w:tblW w:w="0" w:type="auto"/>
        <w:tblLayout w:type="fixed"/>
        <w:tblLook w:val="04A0" w:firstRow="1" w:lastRow="0" w:firstColumn="1" w:lastColumn="0" w:noHBand="0" w:noVBand="1"/>
      </w:tblPr>
      <w:tblGrid>
        <w:gridCol w:w="2835"/>
        <w:gridCol w:w="6520"/>
      </w:tblGrid>
      <w:tr w:rsidR="002B1678" w:rsidRPr="00B83856" w14:paraId="26FD7CDC" w14:textId="77777777">
        <w:tc>
          <w:tcPr>
            <w:tcW w:w="2835" w:type="dxa"/>
            <w:tcBorders>
              <w:top w:val="single" w:sz="4" w:space="0" w:color="000000"/>
              <w:left w:val="single" w:sz="4" w:space="0" w:color="000000"/>
              <w:bottom w:val="single" w:sz="4" w:space="0" w:color="000000"/>
              <w:right w:val="single" w:sz="4" w:space="0" w:color="000000"/>
            </w:tcBorders>
          </w:tcPr>
          <w:p w14:paraId="61E72534" w14:textId="77777777" w:rsidR="002B1678" w:rsidRPr="004441D7" w:rsidRDefault="0029217F">
            <w:pPr>
              <w:spacing w:before="40" w:after="80"/>
              <w:rPr>
                <w:lang w:val="nl-NL"/>
              </w:rPr>
            </w:pPr>
            <w:r w:rsidRPr="004441D7">
              <w:rPr>
                <w:lang w:val="nl-NL"/>
              </w:rPr>
              <w:t>Naam Inschrijver</w:t>
            </w:r>
          </w:p>
        </w:tc>
        <w:tc>
          <w:tcPr>
            <w:tcW w:w="6520" w:type="dxa"/>
            <w:tcBorders>
              <w:top w:val="single" w:sz="4" w:space="0" w:color="000000"/>
              <w:left w:val="single" w:sz="4" w:space="0" w:color="000000"/>
              <w:bottom w:val="single" w:sz="4" w:space="0" w:color="000000"/>
              <w:right w:val="single" w:sz="4" w:space="0" w:color="000000"/>
            </w:tcBorders>
          </w:tcPr>
          <w:p w14:paraId="7B8B3858"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05C3F5D8" w14:textId="77777777">
        <w:tc>
          <w:tcPr>
            <w:tcW w:w="2835" w:type="dxa"/>
            <w:tcBorders>
              <w:top w:val="single" w:sz="4" w:space="0" w:color="000000"/>
              <w:left w:val="single" w:sz="4" w:space="0" w:color="000000"/>
              <w:bottom w:val="single" w:sz="4" w:space="0" w:color="000000"/>
              <w:right w:val="single" w:sz="4" w:space="0" w:color="000000"/>
            </w:tcBorders>
          </w:tcPr>
          <w:p w14:paraId="65ABC52F" w14:textId="77777777" w:rsidR="002B1678" w:rsidRPr="004441D7" w:rsidRDefault="0029217F">
            <w:pPr>
              <w:spacing w:before="40" w:after="80"/>
              <w:rPr>
                <w:lang w:val="nl-NL"/>
              </w:rPr>
            </w:pPr>
            <w:r w:rsidRPr="004441D7">
              <w:rPr>
                <w:lang w:val="nl-NL"/>
              </w:rPr>
              <w:t>Naam (tekenbevoegde) functionaris:</w:t>
            </w:r>
          </w:p>
        </w:tc>
        <w:tc>
          <w:tcPr>
            <w:tcW w:w="6520" w:type="dxa"/>
            <w:tcBorders>
              <w:top w:val="single" w:sz="4" w:space="0" w:color="000000"/>
              <w:left w:val="single" w:sz="4" w:space="0" w:color="000000"/>
              <w:bottom w:val="single" w:sz="4" w:space="0" w:color="000000"/>
              <w:right w:val="single" w:sz="4" w:space="0" w:color="000000"/>
            </w:tcBorders>
          </w:tcPr>
          <w:p w14:paraId="09B87DEF"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2ED7BD39" w14:textId="77777777">
        <w:tc>
          <w:tcPr>
            <w:tcW w:w="2835" w:type="dxa"/>
            <w:tcBorders>
              <w:top w:val="single" w:sz="4" w:space="0" w:color="000000"/>
              <w:left w:val="single" w:sz="4" w:space="0" w:color="000000"/>
              <w:bottom w:val="single" w:sz="4" w:space="0" w:color="000000"/>
              <w:right w:val="single" w:sz="4" w:space="0" w:color="000000"/>
            </w:tcBorders>
          </w:tcPr>
          <w:p w14:paraId="49BB25E7" w14:textId="77777777" w:rsidR="002B1678" w:rsidRPr="004441D7" w:rsidRDefault="0029217F">
            <w:pPr>
              <w:spacing w:before="40" w:after="80"/>
              <w:rPr>
                <w:lang w:val="nl-NL"/>
              </w:rPr>
            </w:pPr>
            <w:r w:rsidRPr="004441D7">
              <w:rPr>
                <w:lang w:val="nl-NL"/>
              </w:rPr>
              <w:t>Functie:</w:t>
            </w:r>
          </w:p>
        </w:tc>
        <w:tc>
          <w:tcPr>
            <w:tcW w:w="6520" w:type="dxa"/>
            <w:tcBorders>
              <w:top w:val="single" w:sz="4" w:space="0" w:color="000000"/>
              <w:left w:val="single" w:sz="4" w:space="0" w:color="000000"/>
              <w:bottom w:val="single" w:sz="4" w:space="0" w:color="000000"/>
              <w:right w:val="single" w:sz="4" w:space="0" w:color="000000"/>
            </w:tcBorders>
          </w:tcPr>
          <w:p w14:paraId="2BA9DEDE" w14:textId="77777777" w:rsidR="002B1678" w:rsidRPr="004441D7" w:rsidRDefault="0029217F">
            <w:pPr>
              <w:spacing w:before="40" w:after="80"/>
              <w:rPr>
                <w:lang w:val="nl-NL"/>
              </w:rPr>
            </w:pPr>
            <w:r w:rsidRPr="004441D7">
              <w:rPr>
                <w:color w:val="808080"/>
                <w:lang w:val="nl-NL"/>
              </w:rPr>
              <w:t>Klik hier om tekst in te voeren.</w:t>
            </w:r>
          </w:p>
        </w:tc>
      </w:tr>
      <w:tr w:rsidR="002B1678" w:rsidRPr="004441D7" w14:paraId="6102565F" w14:textId="77777777">
        <w:tc>
          <w:tcPr>
            <w:tcW w:w="2835" w:type="dxa"/>
            <w:tcBorders>
              <w:top w:val="single" w:sz="4" w:space="0" w:color="000000"/>
              <w:left w:val="single" w:sz="4" w:space="0" w:color="000000"/>
              <w:bottom w:val="single" w:sz="4" w:space="0" w:color="000000"/>
              <w:right w:val="single" w:sz="4" w:space="0" w:color="000000"/>
            </w:tcBorders>
          </w:tcPr>
          <w:p w14:paraId="2582EDA1" w14:textId="77777777" w:rsidR="002B1678" w:rsidRPr="004441D7" w:rsidRDefault="0029217F">
            <w:pPr>
              <w:spacing w:before="40" w:after="80"/>
              <w:rPr>
                <w:lang w:val="nl-NL"/>
              </w:rPr>
            </w:pPr>
            <w:r w:rsidRPr="004441D7">
              <w:rPr>
                <w:lang w:val="nl-NL"/>
              </w:rPr>
              <w:t>Handtekening*:</w:t>
            </w:r>
          </w:p>
        </w:tc>
        <w:tc>
          <w:tcPr>
            <w:tcW w:w="6520" w:type="dxa"/>
            <w:tcBorders>
              <w:top w:val="single" w:sz="4" w:space="0" w:color="000000"/>
              <w:left w:val="single" w:sz="4" w:space="0" w:color="000000"/>
              <w:bottom w:val="single" w:sz="4" w:space="0" w:color="000000"/>
              <w:right w:val="single" w:sz="4" w:space="0" w:color="000000"/>
            </w:tcBorders>
          </w:tcPr>
          <w:p w14:paraId="2AE2FCA0" w14:textId="77777777" w:rsidR="002B1678" w:rsidRPr="004441D7" w:rsidRDefault="002B1678">
            <w:pPr>
              <w:spacing w:before="40" w:after="80"/>
              <w:rPr>
                <w:lang w:val="nl-NL"/>
              </w:rPr>
            </w:pPr>
          </w:p>
        </w:tc>
      </w:tr>
      <w:tr w:rsidR="002B1678" w:rsidRPr="00B83856" w14:paraId="1C9EF979" w14:textId="77777777">
        <w:tc>
          <w:tcPr>
            <w:tcW w:w="2835" w:type="dxa"/>
            <w:tcBorders>
              <w:top w:val="single" w:sz="4" w:space="0" w:color="000000"/>
              <w:left w:val="single" w:sz="4" w:space="0" w:color="000000"/>
              <w:bottom w:val="single" w:sz="4" w:space="0" w:color="000000"/>
              <w:right w:val="single" w:sz="4" w:space="0" w:color="000000"/>
            </w:tcBorders>
          </w:tcPr>
          <w:p w14:paraId="31B868F5" w14:textId="77777777" w:rsidR="002B1678" w:rsidRPr="004441D7" w:rsidRDefault="0029217F">
            <w:pPr>
              <w:spacing w:before="40" w:after="80"/>
              <w:rPr>
                <w:lang w:val="nl-NL"/>
              </w:rPr>
            </w:pPr>
            <w:r w:rsidRPr="004441D7">
              <w:rPr>
                <w:lang w:val="nl-NL"/>
              </w:rPr>
              <w:t>Datum:</w:t>
            </w:r>
          </w:p>
        </w:tc>
        <w:tc>
          <w:tcPr>
            <w:tcW w:w="6520" w:type="dxa"/>
            <w:tcBorders>
              <w:top w:val="single" w:sz="4" w:space="0" w:color="000000"/>
              <w:left w:val="single" w:sz="4" w:space="0" w:color="000000"/>
              <w:bottom w:val="single" w:sz="4" w:space="0" w:color="000000"/>
              <w:right w:val="single" w:sz="4" w:space="0" w:color="000000"/>
            </w:tcBorders>
          </w:tcPr>
          <w:p w14:paraId="0A9F4ECE" w14:textId="77777777" w:rsidR="002B1678" w:rsidRPr="004441D7" w:rsidRDefault="0029217F">
            <w:pPr>
              <w:spacing w:before="40" w:after="80"/>
              <w:rPr>
                <w:lang w:val="nl-NL"/>
              </w:rPr>
            </w:pPr>
            <w:r w:rsidRPr="004441D7">
              <w:rPr>
                <w:color w:val="808080"/>
                <w:lang w:val="nl-NL"/>
              </w:rPr>
              <w:t>Klik hier om tekst in te voeren.</w:t>
            </w:r>
          </w:p>
        </w:tc>
      </w:tr>
    </w:tbl>
    <w:p w14:paraId="28C8BCA6" w14:textId="502CC17B" w:rsidR="002B1678" w:rsidRPr="004441D7" w:rsidRDefault="0029217F" w:rsidP="00D02A92">
      <w:pPr>
        <w:spacing w:before="80"/>
        <w:rPr>
          <w:lang w:val="nl-NL"/>
        </w:rPr>
      </w:pPr>
      <w:r w:rsidRPr="004441D7">
        <w:rPr>
          <w:i/>
          <w:sz w:val="18"/>
          <w:lang w:val="nl-NL"/>
        </w:rPr>
        <w:t>*De handtekening mag zowel op papier als digitaal op het pdf-document worden gezet.</w:t>
      </w:r>
    </w:p>
    <w:p w14:paraId="37FA0399" w14:textId="77777777" w:rsidR="002B1678" w:rsidRPr="004441D7" w:rsidRDefault="0029217F">
      <w:pPr>
        <w:keepNext/>
        <w:spacing w:before="320" w:after="120"/>
        <w:rPr>
          <w:lang w:val="nl-NL"/>
        </w:rPr>
      </w:pPr>
      <w:r w:rsidRPr="004441D7">
        <w:rPr>
          <w:b/>
          <w:sz w:val="26"/>
          <w:lang w:val="nl-NL"/>
        </w:rPr>
        <w:lastRenderedPageBreak/>
        <w:t>Formulier 1: Algemene gegevens Inschrijver</w:t>
      </w:r>
    </w:p>
    <w:tbl>
      <w:tblPr>
        <w:tblW w:w="0" w:type="auto"/>
        <w:tblLayout w:type="fixed"/>
        <w:tblLook w:val="04A0" w:firstRow="1" w:lastRow="0" w:firstColumn="1" w:lastColumn="0" w:noHBand="0" w:noVBand="1"/>
      </w:tblPr>
      <w:tblGrid>
        <w:gridCol w:w="5386"/>
        <w:gridCol w:w="3969"/>
      </w:tblGrid>
      <w:tr w:rsidR="002B1678" w:rsidRPr="004441D7" w14:paraId="1F389B6E" w14:textId="77777777">
        <w:tc>
          <w:tcPr>
            <w:tcW w:w="5386" w:type="dxa"/>
            <w:tcBorders>
              <w:top w:val="single" w:sz="4" w:space="0" w:color="000000"/>
              <w:left w:val="single" w:sz="4" w:space="0" w:color="000000"/>
              <w:bottom w:val="single" w:sz="4" w:space="0" w:color="000000"/>
              <w:right w:val="single" w:sz="4" w:space="0" w:color="000000"/>
            </w:tcBorders>
            <w:shd w:val="clear" w:color="auto" w:fill="DCE4EF"/>
          </w:tcPr>
          <w:p w14:paraId="0D68CF84" w14:textId="77777777" w:rsidR="002B1678" w:rsidRPr="004441D7" w:rsidRDefault="002B1678">
            <w:pPr>
              <w:spacing w:before="40" w:after="80"/>
              <w:rPr>
                <w:lang w:val="nl-NL"/>
              </w:rPr>
            </w:pPr>
          </w:p>
        </w:tc>
        <w:tc>
          <w:tcPr>
            <w:tcW w:w="3969" w:type="dxa"/>
            <w:tcBorders>
              <w:top w:val="single" w:sz="4" w:space="0" w:color="000000"/>
              <w:left w:val="single" w:sz="4" w:space="0" w:color="000000"/>
              <w:bottom w:val="single" w:sz="4" w:space="0" w:color="000000"/>
              <w:right w:val="single" w:sz="4" w:space="0" w:color="000000"/>
            </w:tcBorders>
            <w:shd w:val="clear" w:color="auto" w:fill="DCE4EF"/>
          </w:tcPr>
          <w:p w14:paraId="08EDA0A5" w14:textId="77777777" w:rsidR="002B1678" w:rsidRPr="004441D7" w:rsidRDefault="0029217F">
            <w:pPr>
              <w:spacing w:before="40" w:after="80"/>
              <w:rPr>
                <w:lang w:val="nl-NL"/>
              </w:rPr>
            </w:pPr>
            <w:r w:rsidRPr="004441D7">
              <w:rPr>
                <w:b/>
                <w:lang w:val="nl-NL"/>
              </w:rPr>
              <w:t>Vul in:</w:t>
            </w:r>
          </w:p>
        </w:tc>
      </w:tr>
      <w:tr w:rsidR="002B1678" w:rsidRPr="00B83856" w14:paraId="1CB32C9C" w14:textId="77777777">
        <w:tc>
          <w:tcPr>
            <w:tcW w:w="5386" w:type="dxa"/>
            <w:tcBorders>
              <w:top w:val="single" w:sz="4" w:space="0" w:color="000000"/>
              <w:left w:val="single" w:sz="4" w:space="0" w:color="000000"/>
              <w:bottom w:val="single" w:sz="4" w:space="0" w:color="000000"/>
              <w:right w:val="single" w:sz="4" w:space="0" w:color="000000"/>
            </w:tcBorders>
          </w:tcPr>
          <w:p w14:paraId="59AF9B5C" w14:textId="77777777" w:rsidR="002B1678" w:rsidRPr="004441D7" w:rsidRDefault="0029217F">
            <w:pPr>
              <w:spacing w:before="40" w:after="80"/>
              <w:rPr>
                <w:lang w:val="nl-NL"/>
              </w:rPr>
            </w:pPr>
            <w:r w:rsidRPr="004441D7">
              <w:rPr>
                <w:lang w:val="nl-NL"/>
              </w:rPr>
              <w:t>Officiële naam Inschrijver: (volgens KvK-inschrijving)</w:t>
            </w:r>
          </w:p>
        </w:tc>
        <w:tc>
          <w:tcPr>
            <w:tcW w:w="3969" w:type="dxa"/>
            <w:tcBorders>
              <w:top w:val="single" w:sz="4" w:space="0" w:color="000000"/>
              <w:left w:val="single" w:sz="4" w:space="0" w:color="000000"/>
              <w:bottom w:val="single" w:sz="4" w:space="0" w:color="000000"/>
              <w:right w:val="single" w:sz="4" w:space="0" w:color="000000"/>
            </w:tcBorders>
          </w:tcPr>
          <w:p w14:paraId="40E7EE71"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4FFF2494" w14:textId="77777777">
        <w:tc>
          <w:tcPr>
            <w:tcW w:w="5386" w:type="dxa"/>
            <w:tcBorders>
              <w:top w:val="single" w:sz="4" w:space="0" w:color="000000"/>
              <w:left w:val="single" w:sz="4" w:space="0" w:color="000000"/>
              <w:bottom w:val="single" w:sz="4" w:space="0" w:color="000000"/>
              <w:right w:val="single" w:sz="4" w:space="0" w:color="000000"/>
            </w:tcBorders>
          </w:tcPr>
          <w:p w14:paraId="20C3220F" w14:textId="77777777" w:rsidR="002B1678" w:rsidRPr="004441D7" w:rsidRDefault="0029217F">
            <w:pPr>
              <w:spacing w:before="40" w:after="80"/>
              <w:rPr>
                <w:lang w:val="nl-NL"/>
              </w:rPr>
            </w:pPr>
            <w:r w:rsidRPr="004441D7">
              <w:rPr>
                <w:lang w:val="nl-NL"/>
              </w:rPr>
              <w:t>KvK-nummer:</w:t>
            </w:r>
          </w:p>
        </w:tc>
        <w:tc>
          <w:tcPr>
            <w:tcW w:w="3969" w:type="dxa"/>
            <w:tcBorders>
              <w:top w:val="single" w:sz="4" w:space="0" w:color="000000"/>
              <w:left w:val="single" w:sz="4" w:space="0" w:color="000000"/>
              <w:bottom w:val="single" w:sz="4" w:space="0" w:color="000000"/>
              <w:right w:val="single" w:sz="4" w:space="0" w:color="000000"/>
            </w:tcBorders>
          </w:tcPr>
          <w:p w14:paraId="78FE5491"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291A46D3" w14:textId="77777777">
        <w:tc>
          <w:tcPr>
            <w:tcW w:w="5386" w:type="dxa"/>
            <w:tcBorders>
              <w:top w:val="single" w:sz="4" w:space="0" w:color="000000"/>
              <w:left w:val="single" w:sz="4" w:space="0" w:color="000000"/>
              <w:bottom w:val="single" w:sz="4" w:space="0" w:color="000000"/>
              <w:right w:val="single" w:sz="4" w:space="0" w:color="000000"/>
            </w:tcBorders>
          </w:tcPr>
          <w:p w14:paraId="0A2B1CCF" w14:textId="77777777" w:rsidR="002B1678" w:rsidRPr="004441D7" w:rsidRDefault="0029217F">
            <w:pPr>
              <w:spacing w:before="40" w:after="80"/>
              <w:rPr>
                <w:lang w:val="nl-NL"/>
              </w:rPr>
            </w:pPr>
            <w:r w:rsidRPr="004441D7">
              <w:rPr>
                <w:lang w:val="nl-NL"/>
              </w:rPr>
              <w:t>Statutaire zetel:</w:t>
            </w:r>
          </w:p>
        </w:tc>
        <w:tc>
          <w:tcPr>
            <w:tcW w:w="3969" w:type="dxa"/>
            <w:tcBorders>
              <w:top w:val="single" w:sz="4" w:space="0" w:color="000000"/>
              <w:left w:val="single" w:sz="4" w:space="0" w:color="000000"/>
              <w:bottom w:val="single" w:sz="4" w:space="0" w:color="000000"/>
              <w:right w:val="single" w:sz="4" w:space="0" w:color="000000"/>
            </w:tcBorders>
          </w:tcPr>
          <w:p w14:paraId="32FCD8EA"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4488615" w14:textId="77777777">
        <w:tc>
          <w:tcPr>
            <w:tcW w:w="5386" w:type="dxa"/>
            <w:tcBorders>
              <w:top w:val="single" w:sz="4" w:space="0" w:color="000000"/>
              <w:left w:val="single" w:sz="4" w:space="0" w:color="000000"/>
              <w:bottom w:val="single" w:sz="4" w:space="0" w:color="000000"/>
              <w:right w:val="single" w:sz="4" w:space="0" w:color="000000"/>
            </w:tcBorders>
          </w:tcPr>
          <w:p w14:paraId="701BE0DE" w14:textId="77777777" w:rsidR="002B1678" w:rsidRPr="004441D7" w:rsidRDefault="0029217F">
            <w:pPr>
              <w:spacing w:before="40" w:after="80"/>
              <w:rPr>
                <w:lang w:val="nl-NL"/>
              </w:rPr>
            </w:pPr>
            <w:r w:rsidRPr="004441D7">
              <w:rPr>
                <w:lang w:val="nl-NL"/>
              </w:rPr>
              <w:t>Naam van de persoon die de onderneming rechtsgeldig kan vertegenwoordigen:</w:t>
            </w:r>
          </w:p>
        </w:tc>
        <w:tc>
          <w:tcPr>
            <w:tcW w:w="3969" w:type="dxa"/>
            <w:tcBorders>
              <w:top w:val="single" w:sz="4" w:space="0" w:color="000000"/>
              <w:left w:val="single" w:sz="4" w:space="0" w:color="000000"/>
              <w:bottom w:val="single" w:sz="4" w:space="0" w:color="000000"/>
              <w:right w:val="single" w:sz="4" w:space="0" w:color="000000"/>
            </w:tcBorders>
          </w:tcPr>
          <w:p w14:paraId="788EAB24" w14:textId="77777777" w:rsidR="002B1678" w:rsidRPr="004441D7" w:rsidRDefault="0029217F">
            <w:pPr>
              <w:spacing w:before="40" w:after="80"/>
              <w:rPr>
                <w:lang w:val="nl-NL"/>
              </w:rPr>
            </w:pPr>
            <w:r w:rsidRPr="004441D7">
              <w:rPr>
                <w:color w:val="808080"/>
                <w:lang w:val="nl-NL"/>
              </w:rPr>
              <w:t>Dhr./Mw. Klik hier om tekst in te voeren.</w:t>
            </w:r>
          </w:p>
        </w:tc>
      </w:tr>
      <w:tr w:rsidR="002B1678" w:rsidRPr="00B83856" w14:paraId="07B5FFC4" w14:textId="77777777">
        <w:tc>
          <w:tcPr>
            <w:tcW w:w="5386" w:type="dxa"/>
            <w:tcBorders>
              <w:top w:val="single" w:sz="4" w:space="0" w:color="000000"/>
              <w:left w:val="single" w:sz="4" w:space="0" w:color="000000"/>
              <w:bottom w:val="single" w:sz="4" w:space="0" w:color="000000"/>
              <w:right w:val="single" w:sz="4" w:space="0" w:color="000000"/>
            </w:tcBorders>
          </w:tcPr>
          <w:p w14:paraId="3D4C8CCD" w14:textId="77777777" w:rsidR="002B1678" w:rsidRPr="004441D7" w:rsidRDefault="0029217F">
            <w:pPr>
              <w:spacing w:before="40" w:after="80"/>
              <w:rPr>
                <w:lang w:val="nl-NL"/>
              </w:rPr>
            </w:pPr>
            <w:r w:rsidRPr="004441D7">
              <w:rPr>
                <w:lang w:val="nl-NL"/>
              </w:rPr>
              <w:t>IBAN-nummer:</w:t>
            </w:r>
          </w:p>
        </w:tc>
        <w:tc>
          <w:tcPr>
            <w:tcW w:w="3969" w:type="dxa"/>
            <w:tcBorders>
              <w:top w:val="single" w:sz="4" w:space="0" w:color="000000"/>
              <w:left w:val="single" w:sz="4" w:space="0" w:color="000000"/>
              <w:bottom w:val="single" w:sz="4" w:space="0" w:color="000000"/>
              <w:right w:val="single" w:sz="4" w:space="0" w:color="000000"/>
            </w:tcBorders>
          </w:tcPr>
          <w:p w14:paraId="3CC25EA7"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7E22B9F6" w14:textId="77777777">
        <w:tc>
          <w:tcPr>
            <w:tcW w:w="5386" w:type="dxa"/>
            <w:tcBorders>
              <w:top w:val="single" w:sz="4" w:space="0" w:color="000000"/>
              <w:left w:val="single" w:sz="4" w:space="0" w:color="000000"/>
              <w:bottom w:val="single" w:sz="4" w:space="0" w:color="000000"/>
              <w:right w:val="single" w:sz="4" w:space="0" w:color="000000"/>
            </w:tcBorders>
          </w:tcPr>
          <w:p w14:paraId="6C21C689" w14:textId="77777777" w:rsidR="002B1678" w:rsidRPr="004441D7" w:rsidRDefault="0029217F">
            <w:pPr>
              <w:spacing w:before="40" w:after="80"/>
              <w:rPr>
                <w:lang w:val="nl-NL"/>
              </w:rPr>
            </w:pPr>
            <w:r w:rsidRPr="004441D7">
              <w:rPr>
                <w:lang w:val="nl-NL"/>
              </w:rPr>
              <w:t>AGB-code (die gebruikt wordt voor de declaraties):</w:t>
            </w:r>
          </w:p>
        </w:tc>
        <w:tc>
          <w:tcPr>
            <w:tcW w:w="3969" w:type="dxa"/>
            <w:tcBorders>
              <w:top w:val="single" w:sz="4" w:space="0" w:color="000000"/>
              <w:left w:val="single" w:sz="4" w:space="0" w:color="000000"/>
              <w:bottom w:val="single" w:sz="4" w:space="0" w:color="000000"/>
              <w:right w:val="single" w:sz="4" w:space="0" w:color="000000"/>
            </w:tcBorders>
          </w:tcPr>
          <w:p w14:paraId="66CA68C8"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0973CCFD" w14:textId="77777777">
        <w:tc>
          <w:tcPr>
            <w:tcW w:w="5386" w:type="dxa"/>
            <w:tcBorders>
              <w:top w:val="single" w:sz="4" w:space="0" w:color="000000"/>
              <w:left w:val="single" w:sz="4" w:space="0" w:color="000000"/>
              <w:bottom w:val="single" w:sz="4" w:space="0" w:color="000000"/>
              <w:right w:val="single" w:sz="4" w:space="0" w:color="000000"/>
            </w:tcBorders>
          </w:tcPr>
          <w:p w14:paraId="1545157F" w14:textId="77777777" w:rsidR="002B1678" w:rsidRPr="004441D7" w:rsidRDefault="0029217F">
            <w:pPr>
              <w:spacing w:before="40" w:after="80"/>
              <w:rPr>
                <w:lang w:val="nl-NL"/>
              </w:rPr>
            </w:pPr>
            <w:r w:rsidRPr="004441D7">
              <w:rPr>
                <w:lang w:val="nl-NL"/>
              </w:rPr>
              <w:t>BIG-registratienummer (indien van toepassing):</w:t>
            </w:r>
          </w:p>
        </w:tc>
        <w:tc>
          <w:tcPr>
            <w:tcW w:w="3969" w:type="dxa"/>
            <w:tcBorders>
              <w:top w:val="single" w:sz="4" w:space="0" w:color="000000"/>
              <w:left w:val="single" w:sz="4" w:space="0" w:color="000000"/>
              <w:bottom w:val="single" w:sz="4" w:space="0" w:color="000000"/>
              <w:right w:val="single" w:sz="4" w:space="0" w:color="000000"/>
            </w:tcBorders>
          </w:tcPr>
          <w:p w14:paraId="165657D2"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0E033E43" w14:textId="77777777">
        <w:tc>
          <w:tcPr>
            <w:tcW w:w="5386" w:type="dxa"/>
            <w:tcBorders>
              <w:top w:val="single" w:sz="4" w:space="0" w:color="000000"/>
              <w:left w:val="single" w:sz="4" w:space="0" w:color="000000"/>
              <w:bottom w:val="single" w:sz="4" w:space="0" w:color="000000"/>
              <w:right w:val="single" w:sz="4" w:space="0" w:color="000000"/>
            </w:tcBorders>
          </w:tcPr>
          <w:p w14:paraId="3A8BB424" w14:textId="77777777" w:rsidR="002B1678" w:rsidRPr="004441D7" w:rsidRDefault="0029217F">
            <w:pPr>
              <w:spacing w:before="40" w:after="80"/>
              <w:rPr>
                <w:lang w:val="nl-NL"/>
              </w:rPr>
            </w:pPr>
            <w:r w:rsidRPr="004441D7">
              <w:rPr>
                <w:lang w:val="nl-NL"/>
              </w:rPr>
              <w:t>SKJ-registratie (indien van toepassing):</w:t>
            </w:r>
          </w:p>
        </w:tc>
        <w:tc>
          <w:tcPr>
            <w:tcW w:w="3969" w:type="dxa"/>
            <w:tcBorders>
              <w:top w:val="single" w:sz="4" w:space="0" w:color="000000"/>
              <w:left w:val="single" w:sz="4" w:space="0" w:color="000000"/>
              <w:bottom w:val="single" w:sz="4" w:space="0" w:color="000000"/>
              <w:right w:val="single" w:sz="4" w:space="0" w:color="000000"/>
            </w:tcBorders>
          </w:tcPr>
          <w:p w14:paraId="1C8AA5B1" w14:textId="77777777" w:rsidR="002B1678" w:rsidRPr="004441D7" w:rsidRDefault="0029217F">
            <w:pPr>
              <w:spacing w:before="40" w:after="80"/>
              <w:rPr>
                <w:lang w:val="nl-NL"/>
              </w:rPr>
            </w:pPr>
            <w:r w:rsidRPr="004441D7">
              <w:rPr>
                <w:color w:val="808080"/>
                <w:lang w:val="nl-NL"/>
              </w:rPr>
              <w:t>Klik hier om tekst in te voeren.</w:t>
            </w:r>
          </w:p>
        </w:tc>
      </w:tr>
    </w:tbl>
    <w:p w14:paraId="2D784457" w14:textId="77777777" w:rsidR="002B1678" w:rsidRPr="004441D7" w:rsidRDefault="002B1678">
      <w:pPr>
        <w:spacing w:after="80"/>
        <w:rPr>
          <w:lang w:val="nl-NL"/>
        </w:rPr>
      </w:pPr>
    </w:p>
    <w:tbl>
      <w:tblPr>
        <w:tblW w:w="0" w:type="auto"/>
        <w:tblLayout w:type="fixed"/>
        <w:tblLook w:val="04A0" w:firstRow="1" w:lastRow="0" w:firstColumn="1" w:lastColumn="0" w:noHBand="0" w:noVBand="1"/>
      </w:tblPr>
      <w:tblGrid>
        <w:gridCol w:w="5386"/>
        <w:gridCol w:w="3969"/>
      </w:tblGrid>
      <w:tr w:rsidR="002B1678" w:rsidRPr="004441D7" w14:paraId="76DB0819" w14:textId="77777777">
        <w:tc>
          <w:tcPr>
            <w:tcW w:w="5386" w:type="dxa"/>
            <w:tcBorders>
              <w:top w:val="single" w:sz="4" w:space="0" w:color="000000"/>
              <w:left w:val="single" w:sz="4" w:space="0" w:color="000000"/>
              <w:bottom w:val="single" w:sz="4" w:space="0" w:color="000000"/>
              <w:right w:val="single" w:sz="4" w:space="0" w:color="000000"/>
            </w:tcBorders>
            <w:shd w:val="clear" w:color="auto" w:fill="DCE4EF"/>
          </w:tcPr>
          <w:p w14:paraId="79E299B0" w14:textId="77777777" w:rsidR="002B1678" w:rsidRPr="004441D7" w:rsidRDefault="002B1678">
            <w:pPr>
              <w:spacing w:before="40" w:after="80"/>
              <w:rPr>
                <w:lang w:val="nl-NL"/>
              </w:rPr>
            </w:pPr>
          </w:p>
        </w:tc>
        <w:tc>
          <w:tcPr>
            <w:tcW w:w="3969" w:type="dxa"/>
            <w:tcBorders>
              <w:top w:val="single" w:sz="4" w:space="0" w:color="000000"/>
              <w:left w:val="single" w:sz="4" w:space="0" w:color="000000"/>
              <w:bottom w:val="single" w:sz="4" w:space="0" w:color="000000"/>
              <w:right w:val="single" w:sz="4" w:space="0" w:color="000000"/>
            </w:tcBorders>
            <w:shd w:val="clear" w:color="auto" w:fill="DCE4EF"/>
          </w:tcPr>
          <w:p w14:paraId="052EFE36" w14:textId="77777777" w:rsidR="002B1678" w:rsidRPr="004441D7" w:rsidRDefault="0029217F">
            <w:pPr>
              <w:spacing w:before="40" w:after="80"/>
              <w:rPr>
                <w:lang w:val="nl-NL"/>
              </w:rPr>
            </w:pPr>
            <w:r w:rsidRPr="004441D7">
              <w:rPr>
                <w:b/>
                <w:lang w:val="nl-NL"/>
              </w:rPr>
              <w:t>Vul in:</w:t>
            </w:r>
          </w:p>
        </w:tc>
      </w:tr>
      <w:tr w:rsidR="002B1678" w:rsidRPr="00B83856" w14:paraId="78D7787A" w14:textId="77777777">
        <w:tc>
          <w:tcPr>
            <w:tcW w:w="5386" w:type="dxa"/>
            <w:tcBorders>
              <w:top w:val="single" w:sz="4" w:space="0" w:color="000000"/>
              <w:left w:val="single" w:sz="4" w:space="0" w:color="000000"/>
              <w:bottom w:val="single" w:sz="4" w:space="0" w:color="000000"/>
              <w:right w:val="single" w:sz="4" w:space="0" w:color="000000"/>
            </w:tcBorders>
          </w:tcPr>
          <w:p w14:paraId="4BD2A6E9" w14:textId="77777777" w:rsidR="002B1678" w:rsidRPr="004441D7" w:rsidRDefault="0029217F">
            <w:pPr>
              <w:spacing w:before="40" w:after="80"/>
              <w:rPr>
                <w:lang w:val="nl-NL"/>
              </w:rPr>
            </w:pPr>
            <w:r w:rsidRPr="004441D7">
              <w:rPr>
                <w:lang w:val="nl-NL"/>
              </w:rPr>
              <w:t>Bezoekadres:</w:t>
            </w:r>
          </w:p>
        </w:tc>
        <w:tc>
          <w:tcPr>
            <w:tcW w:w="3969" w:type="dxa"/>
            <w:tcBorders>
              <w:top w:val="single" w:sz="4" w:space="0" w:color="000000"/>
              <w:left w:val="single" w:sz="4" w:space="0" w:color="000000"/>
              <w:bottom w:val="single" w:sz="4" w:space="0" w:color="000000"/>
              <w:right w:val="single" w:sz="4" w:space="0" w:color="000000"/>
            </w:tcBorders>
          </w:tcPr>
          <w:p w14:paraId="6B5A0DFC"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7EAA8384" w14:textId="77777777">
        <w:tc>
          <w:tcPr>
            <w:tcW w:w="5386" w:type="dxa"/>
            <w:tcBorders>
              <w:top w:val="single" w:sz="4" w:space="0" w:color="000000"/>
              <w:left w:val="single" w:sz="4" w:space="0" w:color="000000"/>
              <w:bottom w:val="single" w:sz="4" w:space="0" w:color="000000"/>
              <w:right w:val="single" w:sz="4" w:space="0" w:color="000000"/>
            </w:tcBorders>
          </w:tcPr>
          <w:p w14:paraId="7D35CAF1" w14:textId="77777777" w:rsidR="002B1678" w:rsidRPr="004441D7" w:rsidRDefault="0029217F">
            <w:pPr>
              <w:spacing w:before="40" w:after="80"/>
              <w:rPr>
                <w:lang w:val="nl-NL"/>
              </w:rPr>
            </w:pPr>
            <w:r w:rsidRPr="004441D7">
              <w:rPr>
                <w:lang w:val="nl-NL"/>
              </w:rPr>
              <w:t>Postcode:</w:t>
            </w:r>
          </w:p>
        </w:tc>
        <w:tc>
          <w:tcPr>
            <w:tcW w:w="3969" w:type="dxa"/>
            <w:tcBorders>
              <w:top w:val="single" w:sz="4" w:space="0" w:color="000000"/>
              <w:left w:val="single" w:sz="4" w:space="0" w:color="000000"/>
              <w:bottom w:val="single" w:sz="4" w:space="0" w:color="000000"/>
              <w:right w:val="single" w:sz="4" w:space="0" w:color="000000"/>
            </w:tcBorders>
          </w:tcPr>
          <w:p w14:paraId="13B76BAD"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11ADB65" w14:textId="77777777">
        <w:tc>
          <w:tcPr>
            <w:tcW w:w="5386" w:type="dxa"/>
            <w:tcBorders>
              <w:top w:val="single" w:sz="4" w:space="0" w:color="000000"/>
              <w:left w:val="single" w:sz="4" w:space="0" w:color="000000"/>
              <w:bottom w:val="single" w:sz="4" w:space="0" w:color="000000"/>
              <w:right w:val="single" w:sz="4" w:space="0" w:color="000000"/>
            </w:tcBorders>
          </w:tcPr>
          <w:p w14:paraId="6E845D94" w14:textId="77777777" w:rsidR="002B1678" w:rsidRPr="004441D7" w:rsidRDefault="0029217F">
            <w:pPr>
              <w:spacing w:before="40" w:after="80"/>
              <w:rPr>
                <w:lang w:val="nl-NL"/>
              </w:rPr>
            </w:pPr>
            <w:r w:rsidRPr="004441D7">
              <w:rPr>
                <w:lang w:val="nl-NL"/>
              </w:rPr>
              <w:t>Plaats:</w:t>
            </w:r>
          </w:p>
        </w:tc>
        <w:tc>
          <w:tcPr>
            <w:tcW w:w="3969" w:type="dxa"/>
            <w:tcBorders>
              <w:top w:val="single" w:sz="4" w:space="0" w:color="000000"/>
              <w:left w:val="single" w:sz="4" w:space="0" w:color="000000"/>
              <w:bottom w:val="single" w:sz="4" w:space="0" w:color="000000"/>
              <w:right w:val="single" w:sz="4" w:space="0" w:color="000000"/>
            </w:tcBorders>
          </w:tcPr>
          <w:p w14:paraId="6706F611"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5923EEF1" w14:textId="77777777">
        <w:tc>
          <w:tcPr>
            <w:tcW w:w="5386" w:type="dxa"/>
            <w:tcBorders>
              <w:top w:val="single" w:sz="4" w:space="0" w:color="000000"/>
              <w:left w:val="single" w:sz="4" w:space="0" w:color="000000"/>
              <w:bottom w:val="single" w:sz="4" w:space="0" w:color="000000"/>
              <w:right w:val="single" w:sz="4" w:space="0" w:color="000000"/>
            </w:tcBorders>
          </w:tcPr>
          <w:p w14:paraId="4E5F76C6" w14:textId="77777777" w:rsidR="002B1678" w:rsidRPr="004441D7" w:rsidRDefault="0029217F">
            <w:pPr>
              <w:spacing w:before="40" w:after="80"/>
              <w:rPr>
                <w:lang w:val="nl-NL"/>
              </w:rPr>
            </w:pPr>
            <w:r w:rsidRPr="004441D7">
              <w:rPr>
                <w:lang w:val="nl-NL"/>
              </w:rPr>
              <w:t>Postadres:</w:t>
            </w:r>
          </w:p>
        </w:tc>
        <w:tc>
          <w:tcPr>
            <w:tcW w:w="3969" w:type="dxa"/>
            <w:tcBorders>
              <w:top w:val="single" w:sz="4" w:space="0" w:color="000000"/>
              <w:left w:val="single" w:sz="4" w:space="0" w:color="000000"/>
              <w:bottom w:val="single" w:sz="4" w:space="0" w:color="000000"/>
              <w:right w:val="single" w:sz="4" w:space="0" w:color="000000"/>
            </w:tcBorders>
          </w:tcPr>
          <w:p w14:paraId="3F5C75E7"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E119CD4" w14:textId="77777777">
        <w:tc>
          <w:tcPr>
            <w:tcW w:w="5386" w:type="dxa"/>
            <w:tcBorders>
              <w:top w:val="single" w:sz="4" w:space="0" w:color="000000"/>
              <w:left w:val="single" w:sz="4" w:space="0" w:color="000000"/>
              <w:bottom w:val="single" w:sz="4" w:space="0" w:color="000000"/>
              <w:right w:val="single" w:sz="4" w:space="0" w:color="000000"/>
            </w:tcBorders>
          </w:tcPr>
          <w:p w14:paraId="52926D17" w14:textId="77777777" w:rsidR="002B1678" w:rsidRPr="004441D7" w:rsidRDefault="0029217F">
            <w:pPr>
              <w:spacing w:before="40" w:after="80"/>
              <w:rPr>
                <w:lang w:val="nl-NL"/>
              </w:rPr>
            </w:pPr>
            <w:r w:rsidRPr="004441D7">
              <w:rPr>
                <w:lang w:val="nl-NL"/>
              </w:rPr>
              <w:t>Postcode:</w:t>
            </w:r>
          </w:p>
        </w:tc>
        <w:tc>
          <w:tcPr>
            <w:tcW w:w="3969" w:type="dxa"/>
            <w:tcBorders>
              <w:top w:val="single" w:sz="4" w:space="0" w:color="000000"/>
              <w:left w:val="single" w:sz="4" w:space="0" w:color="000000"/>
              <w:bottom w:val="single" w:sz="4" w:space="0" w:color="000000"/>
              <w:right w:val="single" w:sz="4" w:space="0" w:color="000000"/>
            </w:tcBorders>
          </w:tcPr>
          <w:p w14:paraId="566FE784"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739F9EF4" w14:textId="77777777">
        <w:tc>
          <w:tcPr>
            <w:tcW w:w="5386" w:type="dxa"/>
            <w:tcBorders>
              <w:top w:val="single" w:sz="4" w:space="0" w:color="000000"/>
              <w:left w:val="single" w:sz="4" w:space="0" w:color="000000"/>
              <w:bottom w:val="single" w:sz="4" w:space="0" w:color="000000"/>
              <w:right w:val="single" w:sz="4" w:space="0" w:color="000000"/>
            </w:tcBorders>
          </w:tcPr>
          <w:p w14:paraId="24BA3DBF" w14:textId="77777777" w:rsidR="002B1678" w:rsidRPr="004441D7" w:rsidRDefault="0029217F">
            <w:pPr>
              <w:spacing w:before="40" w:after="80"/>
              <w:rPr>
                <w:lang w:val="nl-NL"/>
              </w:rPr>
            </w:pPr>
            <w:r w:rsidRPr="004441D7">
              <w:rPr>
                <w:lang w:val="nl-NL"/>
              </w:rPr>
              <w:t>Plaats:</w:t>
            </w:r>
          </w:p>
        </w:tc>
        <w:tc>
          <w:tcPr>
            <w:tcW w:w="3969" w:type="dxa"/>
            <w:tcBorders>
              <w:top w:val="single" w:sz="4" w:space="0" w:color="000000"/>
              <w:left w:val="single" w:sz="4" w:space="0" w:color="000000"/>
              <w:bottom w:val="single" w:sz="4" w:space="0" w:color="000000"/>
              <w:right w:val="single" w:sz="4" w:space="0" w:color="000000"/>
            </w:tcBorders>
          </w:tcPr>
          <w:p w14:paraId="17DF7BDE"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2AC138FF" w14:textId="77777777">
        <w:tc>
          <w:tcPr>
            <w:tcW w:w="5386" w:type="dxa"/>
            <w:tcBorders>
              <w:top w:val="single" w:sz="4" w:space="0" w:color="000000"/>
              <w:left w:val="single" w:sz="4" w:space="0" w:color="000000"/>
              <w:bottom w:val="single" w:sz="4" w:space="0" w:color="000000"/>
              <w:right w:val="single" w:sz="4" w:space="0" w:color="000000"/>
            </w:tcBorders>
          </w:tcPr>
          <w:p w14:paraId="4DA1F665" w14:textId="77777777" w:rsidR="002B1678" w:rsidRPr="004441D7" w:rsidRDefault="0029217F">
            <w:pPr>
              <w:spacing w:before="40" w:after="80"/>
              <w:rPr>
                <w:lang w:val="nl-NL"/>
              </w:rPr>
            </w:pPr>
            <w:r w:rsidRPr="004441D7">
              <w:rPr>
                <w:lang w:val="nl-NL"/>
              </w:rPr>
              <w:t>Algemeen telefoonnummer:</w:t>
            </w:r>
          </w:p>
        </w:tc>
        <w:tc>
          <w:tcPr>
            <w:tcW w:w="3969" w:type="dxa"/>
            <w:tcBorders>
              <w:top w:val="single" w:sz="4" w:space="0" w:color="000000"/>
              <w:left w:val="single" w:sz="4" w:space="0" w:color="000000"/>
              <w:bottom w:val="single" w:sz="4" w:space="0" w:color="000000"/>
              <w:right w:val="single" w:sz="4" w:space="0" w:color="000000"/>
            </w:tcBorders>
          </w:tcPr>
          <w:p w14:paraId="59764EFE"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209F60E8" w14:textId="77777777">
        <w:tc>
          <w:tcPr>
            <w:tcW w:w="5386" w:type="dxa"/>
            <w:tcBorders>
              <w:top w:val="single" w:sz="4" w:space="0" w:color="000000"/>
              <w:left w:val="single" w:sz="4" w:space="0" w:color="000000"/>
              <w:bottom w:val="single" w:sz="4" w:space="0" w:color="000000"/>
              <w:right w:val="single" w:sz="4" w:space="0" w:color="000000"/>
            </w:tcBorders>
          </w:tcPr>
          <w:p w14:paraId="51B4567E" w14:textId="77777777" w:rsidR="002B1678" w:rsidRPr="004441D7" w:rsidRDefault="0029217F">
            <w:pPr>
              <w:spacing w:before="40" w:after="80"/>
              <w:rPr>
                <w:lang w:val="nl-NL"/>
              </w:rPr>
            </w:pPr>
            <w:r w:rsidRPr="004441D7">
              <w:rPr>
                <w:lang w:val="nl-NL"/>
              </w:rPr>
              <w:t>Algemeen e-mailadres¹:</w:t>
            </w:r>
          </w:p>
        </w:tc>
        <w:tc>
          <w:tcPr>
            <w:tcW w:w="3969" w:type="dxa"/>
            <w:tcBorders>
              <w:top w:val="single" w:sz="4" w:space="0" w:color="000000"/>
              <w:left w:val="single" w:sz="4" w:space="0" w:color="000000"/>
              <w:bottom w:val="single" w:sz="4" w:space="0" w:color="000000"/>
              <w:right w:val="single" w:sz="4" w:space="0" w:color="000000"/>
            </w:tcBorders>
          </w:tcPr>
          <w:p w14:paraId="0E670109"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B278C68" w14:textId="77777777">
        <w:tc>
          <w:tcPr>
            <w:tcW w:w="5386" w:type="dxa"/>
            <w:tcBorders>
              <w:top w:val="single" w:sz="4" w:space="0" w:color="000000"/>
              <w:left w:val="single" w:sz="4" w:space="0" w:color="000000"/>
              <w:bottom w:val="single" w:sz="4" w:space="0" w:color="000000"/>
              <w:right w:val="single" w:sz="4" w:space="0" w:color="000000"/>
            </w:tcBorders>
          </w:tcPr>
          <w:p w14:paraId="1D556552" w14:textId="77777777" w:rsidR="002B1678" w:rsidRPr="004441D7" w:rsidRDefault="0029217F">
            <w:pPr>
              <w:spacing w:before="40" w:after="80"/>
              <w:rPr>
                <w:lang w:val="nl-NL"/>
              </w:rPr>
            </w:pPr>
            <w:r w:rsidRPr="004441D7">
              <w:rPr>
                <w:lang w:val="nl-NL"/>
              </w:rPr>
              <w:t>Website:</w:t>
            </w:r>
          </w:p>
        </w:tc>
        <w:tc>
          <w:tcPr>
            <w:tcW w:w="3969" w:type="dxa"/>
            <w:tcBorders>
              <w:top w:val="single" w:sz="4" w:space="0" w:color="000000"/>
              <w:left w:val="single" w:sz="4" w:space="0" w:color="000000"/>
              <w:bottom w:val="single" w:sz="4" w:space="0" w:color="000000"/>
              <w:right w:val="single" w:sz="4" w:space="0" w:color="000000"/>
            </w:tcBorders>
          </w:tcPr>
          <w:p w14:paraId="701CC7BD" w14:textId="77777777" w:rsidR="002B1678" w:rsidRPr="004441D7" w:rsidRDefault="0029217F">
            <w:pPr>
              <w:spacing w:before="40" w:after="80"/>
              <w:rPr>
                <w:lang w:val="nl-NL"/>
              </w:rPr>
            </w:pPr>
            <w:r w:rsidRPr="004441D7">
              <w:rPr>
                <w:color w:val="808080"/>
                <w:lang w:val="nl-NL"/>
              </w:rPr>
              <w:t>Klik hier om tekst in te voeren.</w:t>
            </w:r>
          </w:p>
        </w:tc>
      </w:tr>
    </w:tbl>
    <w:p w14:paraId="5742373D" w14:textId="77777777" w:rsidR="002B1678" w:rsidRPr="004441D7" w:rsidRDefault="002B1678">
      <w:pPr>
        <w:spacing w:after="80"/>
        <w:rPr>
          <w:lang w:val="nl-NL"/>
        </w:rPr>
      </w:pPr>
    </w:p>
    <w:p w14:paraId="224E079D" w14:textId="77777777" w:rsidR="002B1678" w:rsidRPr="004441D7" w:rsidRDefault="0029217F">
      <w:pPr>
        <w:spacing w:after="40"/>
        <w:rPr>
          <w:lang w:val="nl-NL"/>
        </w:rPr>
      </w:pPr>
      <w:r w:rsidRPr="004441D7">
        <w:rPr>
          <w:b/>
          <w:lang w:val="nl-NL"/>
        </w:rPr>
        <w:t>Contactpersoon Contractbeheer (t.b.v. planning, noodgevallen en klachten)</w:t>
      </w:r>
    </w:p>
    <w:tbl>
      <w:tblPr>
        <w:tblW w:w="0" w:type="auto"/>
        <w:tblLayout w:type="fixed"/>
        <w:tblLook w:val="04A0" w:firstRow="1" w:lastRow="0" w:firstColumn="1" w:lastColumn="0" w:noHBand="0" w:noVBand="1"/>
      </w:tblPr>
      <w:tblGrid>
        <w:gridCol w:w="5386"/>
        <w:gridCol w:w="3969"/>
      </w:tblGrid>
      <w:tr w:rsidR="002B1678" w:rsidRPr="004441D7" w14:paraId="2A5C3024" w14:textId="77777777">
        <w:tc>
          <w:tcPr>
            <w:tcW w:w="5386" w:type="dxa"/>
            <w:tcBorders>
              <w:top w:val="single" w:sz="4" w:space="0" w:color="000000"/>
              <w:left w:val="single" w:sz="4" w:space="0" w:color="000000"/>
              <w:bottom w:val="single" w:sz="4" w:space="0" w:color="000000"/>
              <w:right w:val="single" w:sz="4" w:space="0" w:color="000000"/>
            </w:tcBorders>
            <w:shd w:val="clear" w:color="auto" w:fill="DCE4EF"/>
          </w:tcPr>
          <w:p w14:paraId="2686CD75" w14:textId="77777777" w:rsidR="002B1678" w:rsidRPr="004441D7" w:rsidRDefault="002B1678">
            <w:pPr>
              <w:spacing w:before="40" w:after="80"/>
              <w:rPr>
                <w:lang w:val="nl-NL"/>
              </w:rPr>
            </w:pPr>
          </w:p>
        </w:tc>
        <w:tc>
          <w:tcPr>
            <w:tcW w:w="3969" w:type="dxa"/>
            <w:tcBorders>
              <w:top w:val="single" w:sz="4" w:space="0" w:color="000000"/>
              <w:left w:val="single" w:sz="4" w:space="0" w:color="000000"/>
              <w:bottom w:val="single" w:sz="4" w:space="0" w:color="000000"/>
              <w:right w:val="single" w:sz="4" w:space="0" w:color="000000"/>
            </w:tcBorders>
            <w:shd w:val="clear" w:color="auto" w:fill="DCE4EF"/>
          </w:tcPr>
          <w:p w14:paraId="1C84B68E" w14:textId="77777777" w:rsidR="002B1678" w:rsidRPr="004441D7" w:rsidRDefault="0029217F">
            <w:pPr>
              <w:spacing w:before="40" w:after="80"/>
              <w:rPr>
                <w:lang w:val="nl-NL"/>
              </w:rPr>
            </w:pPr>
            <w:r w:rsidRPr="004441D7">
              <w:rPr>
                <w:b/>
                <w:lang w:val="nl-NL"/>
              </w:rPr>
              <w:t>Vul in:</w:t>
            </w:r>
          </w:p>
        </w:tc>
      </w:tr>
      <w:tr w:rsidR="002B1678" w:rsidRPr="00B83856" w14:paraId="7D8EB75C" w14:textId="77777777">
        <w:tc>
          <w:tcPr>
            <w:tcW w:w="5386" w:type="dxa"/>
            <w:tcBorders>
              <w:top w:val="single" w:sz="4" w:space="0" w:color="000000"/>
              <w:left w:val="single" w:sz="4" w:space="0" w:color="000000"/>
              <w:bottom w:val="single" w:sz="4" w:space="0" w:color="000000"/>
              <w:right w:val="single" w:sz="4" w:space="0" w:color="000000"/>
            </w:tcBorders>
          </w:tcPr>
          <w:p w14:paraId="2DAFA4A7" w14:textId="77777777" w:rsidR="002B1678" w:rsidRPr="004441D7" w:rsidRDefault="0029217F">
            <w:pPr>
              <w:spacing w:before="40" w:after="80"/>
              <w:rPr>
                <w:lang w:val="nl-NL"/>
              </w:rPr>
            </w:pPr>
            <w:r w:rsidRPr="004441D7">
              <w:rPr>
                <w:lang w:val="nl-NL"/>
              </w:rPr>
              <w:t>Naam contactpersoon:</w:t>
            </w:r>
          </w:p>
        </w:tc>
        <w:tc>
          <w:tcPr>
            <w:tcW w:w="3969" w:type="dxa"/>
            <w:tcBorders>
              <w:top w:val="single" w:sz="4" w:space="0" w:color="000000"/>
              <w:left w:val="single" w:sz="4" w:space="0" w:color="000000"/>
              <w:bottom w:val="single" w:sz="4" w:space="0" w:color="000000"/>
              <w:right w:val="single" w:sz="4" w:space="0" w:color="000000"/>
            </w:tcBorders>
          </w:tcPr>
          <w:p w14:paraId="464C70C3" w14:textId="77777777" w:rsidR="002B1678" w:rsidRPr="004441D7" w:rsidRDefault="0029217F">
            <w:pPr>
              <w:spacing w:before="40" w:after="80"/>
              <w:rPr>
                <w:lang w:val="nl-NL"/>
              </w:rPr>
            </w:pPr>
            <w:r w:rsidRPr="004441D7">
              <w:rPr>
                <w:color w:val="808080"/>
                <w:lang w:val="nl-NL"/>
              </w:rPr>
              <w:t>Dhr./Mw. Klik hier om tekst in te voeren.</w:t>
            </w:r>
          </w:p>
        </w:tc>
      </w:tr>
      <w:tr w:rsidR="002B1678" w:rsidRPr="00B83856" w14:paraId="7D788A40" w14:textId="77777777">
        <w:tc>
          <w:tcPr>
            <w:tcW w:w="5386" w:type="dxa"/>
            <w:tcBorders>
              <w:top w:val="single" w:sz="4" w:space="0" w:color="000000"/>
              <w:left w:val="single" w:sz="4" w:space="0" w:color="000000"/>
              <w:bottom w:val="single" w:sz="4" w:space="0" w:color="000000"/>
              <w:right w:val="single" w:sz="4" w:space="0" w:color="000000"/>
            </w:tcBorders>
          </w:tcPr>
          <w:p w14:paraId="671D5269" w14:textId="77777777" w:rsidR="002B1678" w:rsidRPr="004441D7" w:rsidRDefault="0029217F">
            <w:pPr>
              <w:spacing w:before="40" w:after="80"/>
              <w:rPr>
                <w:lang w:val="nl-NL"/>
              </w:rPr>
            </w:pPr>
            <w:r w:rsidRPr="004441D7">
              <w:rPr>
                <w:lang w:val="nl-NL"/>
              </w:rPr>
              <w:t>Telefoonnummer:</w:t>
            </w:r>
          </w:p>
        </w:tc>
        <w:tc>
          <w:tcPr>
            <w:tcW w:w="3969" w:type="dxa"/>
            <w:tcBorders>
              <w:top w:val="single" w:sz="4" w:space="0" w:color="000000"/>
              <w:left w:val="single" w:sz="4" w:space="0" w:color="000000"/>
              <w:bottom w:val="single" w:sz="4" w:space="0" w:color="000000"/>
              <w:right w:val="single" w:sz="4" w:space="0" w:color="000000"/>
            </w:tcBorders>
          </w:tcPr>
          <w:p w14:paraId="6AEF6813" w14:textId="77777777" w:rsidR="002B1678" w:rsidRPr="004441D7" w:rsidRDefault="0029217F">
            <w:pPr>
              <w:spacing w:before="40" w:after="80"/>
              <w:rPr>
                <w:lang w:val="nl-NL"/>
              </w:rPr>
            </w:pPr>
            <w:r w:rsidRPr="004441D7">
              <w:rPr>
                <w:color w:val="808080"/>
                <w:lang w:val="nl-NL"/>
              </w:rPr>
              <w:t>Klik hier om tekst in te voeren.</w:t>
            </w:r>
          </w:p>
        </w:tc>
      </w:tr>
      <w:tr w:rsidR="002B1678" w:rsidRPr="004441D7" w14:paraId="034A9EF1" w14:textId="77777777">
        <w:tc>
          <w:tcPr>
            <w:tcW w:w="5386" w:type="dxa"/>
            <w:tcBorders>
              <w:top w:val="single" w:sz="4" w:space="0" w:color="000000"/>
              <w:left w:val="single" w:sz="4" w:space="0" w:color="000000"/>
              <w:bottom w:val="single" w:sz="4" w:space="0" w:color="000000"/>
              <w:right w:val="single" w:sz="4" w:space="0" w:color="000000"/>
            </w:tcBorders>
          </w:tcPr>
          <w:p w14:paraId="145CA214" w14:textId="77777777" w:rsidR="002B1678" w:rsidRPr="004441D7" w:rsidRDefault="0029217F">
            <w:pPr>
              <w:spacing w:before="40" w:after="80"/>
              <w:rPr>
                <w:lang w:val="nl-NL"/>
              </w:rPr>
            </w:pPr>
            <w:r w:rsidRPr="004441D7">
              <w:rPr>
                <w:lang w:val="nl-NL"/>
              </w:rPr>
              <w:t>06-nummer voor spoedgevallen:</w:t>
            </w:r>
          </w:p>
        </w:tc>
        <w:tc>
          <w:tcPr>
            <w:tcW w:w="3969" w:type="dxa"/>
            <w:tcBorders>
              <w:top w:val="single" w:sz="4" w:space="0" w:color="000000"/>
              <w:left w:val="single" w:sz="4" w:space="0" w:color="000000"/>
              <w:bottom w:val="single" w:sz="4" w:space="0" w:color="000000"/>
              <w:right w:val="single" w:sz="4" w:space="0" w:color="000000"/>
            </w:tcBorders>
          </w:tcPr>
          <w:p w14:paraId="40C2913D" w14:textId="77777777" w:rsidR="002B1678" w:rsidRPr="004441D7" w:rsidRDefault="0029217F">
            <w:pPr>
              <w:spacing w:before="40" w:after="80"/>
              <w:rPr>
                <w:lang w:val="nl-NL"/>
              </w:rPr>
            </w:pPr>
            <w:r w:rsidRPr="004441D7">
              <w:rPr>
                <w:color w:val="808080"/>
                <w:lang w:val="nl-NL"/>
              </w:rPr>
              <w:t>06-.............</w:t>
            </w:r>
          </w:p>
        </w:tc>
      </w:tr>
      <w:tr w:rsidR="002B1678" w:rsidRPr="00B83856" w14:paraId="1A3C38F6" w14:textId="77777777">
        <w:tc>
          <w:tcPr>
            <w:tcW w:w="5386" w:type="dxa"/>
            <w:tcBorders>
              <w:top w:val="single" w:sz="4" w:space="0" w:color="000000"/>
              <w:left w:val="single" w:sz="4" w:space="0" w:color="000000"/>
              <w:bottom w:val="single" w:sz="4" w:space="0" w:color="000000"/>
              <w:right w:val="single" w:sz="4" w:space="0" w:color="000000"/>
            </w:tcBorders>
          </w:tcPr>
          <w:p w14:paraId="60C0257E" w14:textId="77777777" w:rsidR="002B1678" w:rsidRPr="004441D7" w:rsidRDefault="0029217F">
            <w:pPr>
              <w:spacing w:before="40" w:after="80"/>
              <w:rPr>
                <w:lang w:val="nl-NL"/>
              </w:rPr>
            </w:pPr>
            <w:r w:rsidRPr="004441D7">
              <w:rPr>
                <w:lang w:val="nl-NL"/>
              </w:rPr>
              <w:t>E-mailadres¹:</w:t>
            </w:r>
          </w:p>
        </w:tc>
        <w:tc>
          <w:tcPr>
            <w:tcW w:w="3969" w:type="dxa"/>
            <w:tcBorders>
              <w:top w:val="single" w:sz="4" w:space="0" w:color="000000"/>
              <w:left w:val="single" w:sz="4" w:space="0" w:color="000000"/>
              <w:bottom w:val="single" w:sz="4" w:space="0" w:color="000000"/>
              <w:right w:val="single" w:sz="4" w:space="0" w:color="000000"/>
            </w:tcBorders>
          </w:tcPr>
          <w:p w14:paraId="466B377B" w14:textId="77777777" w:rsidR="002B1678" w:rsidRPr="004441D7" w:rsidRDefault="0029217F">
            <w:pPr>
              <w:spacing w:before="40" w:after="80"/>
              <w:rPr>
                <w:lang w:val="nl-NL"/>
              </w:rPr>
            </w:pPr>
            <w:r w:rsidRPr="004441D7">
              <w:rPr>
                <w:color w:val="808080"/>
                <w:lang w:val="nl-NL"/>
              </w:rPr>
              <w:t>Klik hier om tekst in te voeren.</w:t>
            </w:r>
          </w:p>
        </w:tc>
      </w:tr>
    </w:tbl>
    <w:p w14:paraId="1361EF97" w14:textId="77777777" w:rsidR="002B1678" w:rsidRPr="004441D7" w:rsidRDefault="002B1678">
      <w:pPr>
        <w:spacing w:after="80"/>
        <w:rPr>
          <w:lang w:val="nl-NL"/>
        </w:rPr>
      </w:pPr>
    </w:p>
    <w:p w14:paraId="2F312C81" w14:textId="77777777" w:rsidR="002B1678" w:rsidRPr="004441D7" w:rsidRDefault="0029217F">
      <w:pPr>
        <w:spacing w:after="40"/>
        <w:rPr>
          <w:lang w:val="nl-NL"/>
        </w:rPr>
      </w:pPr>
      <w:r w:rsidRPr="004441D7">
        <w:rPr>
          <w:b/>
          <w:lang w:val="nl-NL"/>
        </w:rPr>
        <w:t>Financiële contactpersoon</w:t>
      </w:r>
    </w:p>
    <w:tbl>
      <w:tblPr>
        <w:tblW w:w="0" w:type="auto"/>
        <w:tblLayout w:type="fixed"/>
        <w:tblLook w:val="04A0" w:firstRow="1" w:lastRow="0" w:firstColumn="1" w:lastColumn="0" w:noHBand="0" w:noVBand="1"/>
      </w:tblPr>
      <w:tblGrid>
        <w:gridCol w:w="5386"/>
        <w:gridCol w:w="3969"/>
      </w:tblGrid>
      <w:tr w:rsidR="002B1678" w:rsidRPr="004441D7" w14:paraId="737E0640" w14:textId="77777777">
        <w:tc>
          <w:tcPr>
            <w:tcW w:w="5386" w:type="dxa"/>
            <w:tcBorders>
              <w:top w:val="single" w:sz="4" w:space="0" w:color="000000"/>
              <w:left w:val="single" w:sz="4" w:space="0" w:color="000000"/>
              <w:bottom w:val="single" w:sz="4" w:space="0" w:color="000000"/>
              <w:right w:val="single" w:sz="4" w:space="0" w:color="000000"/>
            </w:tcBorders>
            <w:shd w:val="clear" w:color="auto" w:fill="DCE4EF"/>
          </w:tcPr>
          <w:p w14:paraId="0C8510A1" w14:textId="77777777" w:rsidR="002B1678" w:rsidRPr="004441D7" w:rsidRDefault="002B1678">
            <w:pPr>
              <w:spacing w:before="40" w:after="80"/>
              <w:rPr>
                <w:lang w:val="nl-NL"/>
              </w:rPr>
            </w:pPr>
          </w:p>
        </w:tc>
        <w:tc>
          <w:tcPr>
            <w:tcW w:w="3969" w:type="dxa"/>
            <w:tcBorders>
              <w:top w:val="single" w:sz="4" w:space="0" w:color="000000"/>
              <w:left w:val="single" w:sz="4" w:space="0" w:color="000000"/>
              <w:bottom w:val="single" w:sz="4" w:space="0" w:color="000000"/>
              <w:right w:val="single" w:sz="4" w:space="0" w:color="000000"/>
            </w:tcBorders>
            <w:shd w:val="clear" w:color="auto" w:fill="DCE4EF"/>
          </w:tcPr>
          <w:p w14:paraId="67DBBA11" w14:textId="77777777" w:rsidR="002B1678" w:rsidRPr="004441D7" w:rsidRDefault="0029217F">
            <w:pPr>
              <w:spacing w:before="40" w:after="80"/>
              <w:rPr>
                <w:lang w:val="nl-NL"/>
              </w:rPr>
            </w:pPr>
            <w:r w:rsidRPr="004441D7">
              <w:rPr>
                <w:b/>
                <w:lang w:val="nl-NL"/>
              </w:rPr>
              <w:t>Vul in:</w:t>
            </w:r>
          </w:p>
        </w:tc>
      </w:tr>
      <w:tr w:rsidR="002B1678" w:rsidRPr="00B83856" w14:paraId="0F55BA35" w14:textId="77777777">
        <w:tc>
          <w:tcPr>
            <w:tcW w:w="5386" w:type="dxa"/>
            <w:tcBorders>
              <w:top w:val="single" w:sz="4" w:space="0" w:color="000000"/>
              <w:left w:val="single" w:sz="4" w:space="0" w:color="000000"/>
              <w:bottom w:val="single" w:sz="4" w:space="0" w:color="000000"/>
              <w:right w:val="single" w:sz="4" w:space="0" w:color="000000"/>
            </w:tcBorders>
          </w:tcPr>
          <w:p w14:paraId="44C2AA8E" w14:textId="77777777" w:rsidR="002B1678" w:rsidRPr="004441D7" w:rsidRDefault="0029217F">
            <w:pPr>
              <w:spacing w:before="40" w:after="80"/>
              <w:rPr>
                <w:lang w:val="nl-NL"/>
              </w:rPr>
            </w:pPr>
            <w:r w:rsidRPr="004441D7">
              <w:rPr>
                <w:lang w:val="nl-NL"/>
              </w:rPr>
              <w:t>Naam contactpersoon:</w:t>
            </w:r>
          </w:p>
        </w:tc>
        <w:tc>
          <w:tcPr>
            <w:tcW w:w="3969" w:type="dxa"/>
            <w:tcBorders>
              <w:top w:val="single" w:sz="4" w:space="0" w:color="000000"/>
              <w:left w:val="single" w:sz="4" w:space="0" w:color="000000"/>
              <w:bottom w:val="single" w:sz="4" w:space="0" w:color="000000"/>
              <w:right w:val="single" w:sz="4" w:space="0" w:color="000000"/>
            </w:tcBorders>
          </w:tcPr>
          <w:p w14:paraId="7B15D33D" w14:textId="77777777" w:rsidR="002B1678" w:rsidRPr="004441D7" w:rsidRDefault="0029217F">
            <w:pPr>
              <w:spacing w:before="40" w:after="80"/>
              <w:rPr>
                <w:lang w:val="nl-NL"/>
              </w:rPr>
            </w:pPr>
            <w:r w:rsidRPr="004441D7">
              <w:rPr>
                <w:color w:val="808080"/>
                <w:lang w:val="nl-NL"/>
              </w:rPr>
              <w:t>Dhr./Mw. Klik hier om tekst in te voeren.</w:t>
            </w:r>
          </w:p>
        </w:tc>
      </w:tr>
      <w:tr w:rsidR="002B1678" w:rsidRPr="00B83856" w14:paraId="0CAAF1C5" w14:textId="77777777">
        <w:tc>
          <w:tcPr>
            <w:tcW w:w="5386" w:type="dxa"/>
            <w:tcBorders>
              <w:top w:val="single" w:sz="4" w:space="0" w:color="000000"/>
              <w:left w:val="single" w:sz="4" w:space="0" w:color="000000"/>
              <w:bottom w:val="single" w:sz="4" w:space="0" w:color="000000"/>
              <w:right w:val="single" w:sz="4" w:space="0" w:color="000000"/>
            </w:tcBorders>
          </w:tcPr>
          <w:p w14:paraId="66D53E38" w14:textId="77777777" w:rsidR="002B1678" w:rsidRPr="004441D7" w:rsidRDefault="0029217F">
            <w:pPr>
              <w:spacing w:before="40" w:after="80"/>
              <w:rPr>
                <w:lang w:val="nl-NL"/>
              </w:rPr>
            </w:pPr>
            <w:r w:rsidRPr="004441D7">
              <w:rPr>
                <w:lang w:val="nl-NL"/>
              </w:rPr>
              <w:t>Telefoonnummer:</w:t>
            </w:r>
          </w:p>
        </w:tc>
        <w:tc>
          <w:tcPr>
            <w:tcW w:w="3969" w:type="dxa"/>
            <w:tcBorders>
              <w:top w:val="single" w:sz="4" w:space="0" w:color="000000"/>
              <w:left w:val="single" w:sz="4" w:space="0" w:color="000000"/>
              <w:bottom w:val="single" w:sz="4" w:space="0" w:color="000000"/>
              <w:right w:val="single" w:sz="4" w:space="0" w:color="000000"/>
            </w:tcBorders>
          </w:tcPr>
          <w:p w14:paraId="1DC0E8AD"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AFD16C6" w14:textId="77777777">
        <w:tc>
          <w:tcPr>
            <w:tcW w:w="5386" w:type="dxa"/>
            <w:tcBorders>
              <w:top w:val="single" w:sz="4" w:space="0" w:color="000000"/>
              <w:left w:val="single" w:sz="4" w:space="0" w:color="000000"/>
              <w:bottom w:val="single" w:sz="4" w:space="0" w:color="000000"/>
              <w:right w:val="single" w:sz="4" w:space="0" w:color="000000"/>
            </w:tcBorders>
          </w:tcPr>
          <w:p w14:paraId="1509B988" w14:textId="77777777" w:rsidR="002B1678" w:rsidRPr="004441D7" w:rsidRDefault="0029217F">
            <w:pPr>
              <w:spacing w:before="40" w:after="80"/>
              <w:rPr>
                <w:lang w:val="nl-NL"/>
              </w:rPr>
            </w:pPr>
            <w:r w:rsidRPr="004441D7">
              <w:rPr>
                <w:lang w:val="nl-NL"/>
              </w:rPr>
              <w:t>E-mailadres¹:</w:t>
            </w:r>
          </w:p>
        </w:tc>
        <w:tc>
          <w:tcPr>
            <w:tcW w:w="3969" w:type="dxa"/>
            <w:tcBorders>
              <w:top w:val="single" w:sz="4" w:space="0" w:color="000000"/>
              <w:left w:val="single" w:sz="4" w:space="0" w:color="000000"/>
              <w:bottom w:val="single" w:sz="4" w:space="0" w:color="000000"/>
              <w:right w:val="single" w:sz="4" w:space="0" w:color="000000"/>
            </w:tcBorders>
          </w:tcPr>
          <w:p w14:paraId="311F5B44" w14:textId="77777777" w:rsidR="002B1678" w:rsidRPr="004441D7" w:rsidRDefault="0029217F">
            <w:pPr>
              <w:spacing w:before="40" w:after="80"/>
              <w:rPr>
                <w:lang w:val="nl-NL"/>
              </w:rPr>
            </w:pPr>
            <w:r w:rsidRPr="004441D7">
              <w:rPr>
                <w:color w:val="808080"/>
                <w:lang w:val="nl-NL"/>
              </w:rPr>
              <w:t>Klik hier om tekst in te voeren.</w:t>
            </w:r>
          </w:p>
        </w:tc>
      </w:tr>
    </w:tbl>
    <w:p w14:paraId="7A5F5FF3" w14:textId="77777777" w:rsidR="002B1678" w:rsidRPr="004441D7" w:rsidRDefault="002B1678">
      <w:pPr>
        <w:spacing w:after="80"/>
        <w:rPr>
          <w:lang w:val="nl-NL"/>
        </w:rPr>
      </w:pPr>
    </w:p>
    <w:p w14:paraId="37F0EC0F" w14:textId="5C9C7CAC" w:rsidR="002B1678" w:rsidRPr="004441D7" w:rsidRDefault="0029217F">
      <w:pPr>
        <w:rPr>
          <w:lang w:val="nl-NL"/>
        </w:rPr>
      </w:pPr>
      <w:r w:rsidRPr="004441D7">
        <w:rPr>
          <w:lang w:val="nl-NL"/>
        </w:rPr>
        <w:t xml:space="preserve">Bij wijzigingen van gegevens dient u dit tijdig (binnen vijf (5) werkdagen) door te geven aan Opdrachtgever via </w:t>
      </w:r>
      <w:hyperlink r:id="rId11" w:history="1">
        <w:r w:rsidR="007E35E7" w:rsidRPr="00A308E1">
          <w:rPr>
            <w:rStyle w:val="Hyperlink"/>
            <w:lang w:val="nl-NL"/>
          </w:rPr>
          <w:t>contractbeheer@rsj-ijsselland.nl</w:t>
        </w:r>
      </w:hyperlink>
      <w:r w:rsidRPr="004441D7">
        <w:rPr>
          <w:lang w:val="nl-NL"/>
        </w:rPr>
        <w:t>. In een aantal gevallen dient u hiervoor het wijzigingsformulier te gebruiken.</w:t>
      </w:r>
    </w:p>
    <w:p w14:paraId="309CBBD0" w14:textId="77777777" w:rsidR="002B1678" w:rsidRPr="004441D7" w:rsidRDefault="0029217F">
      <w:pPr>
        <w:rPr>
          <w:lang w:val="nl-NL"/>
        </w:rPr>
      </w:pPr>
      <w:r w:rsidRPr="004441D7">
        <w:rPr>
          <w:i/>
          <w:sz w:val="18"/>
          <w:lang w:val="nl-NL"/>
        </w:rPr>
        <w:lastRenderedPageBreak/>
        <w:t>¹ Let op, dit dient een zakelijk e-mailadres te zijn dat herleidbaar is naar uw organisatie. Extensies zoals Hotmail, Gmail en dergelijke worden niet toegestaan.</w:t>
      </w:r>
    </w:p>
    <w:p w14:paraId="07DDF587" w14:textId="77777777" w:rsidR="002B1678" w:rsidRPr="004441D7" w:rsidRDefault="0029217F">
      <w:pPr>
        <w:keepNext/>
        <w:spacing w:before="320" w:after="120"/>
        <w:rPr>
          <w:lang w:val="nl-NL"/>
        </w:rPr>
      </w:pPr>
      <w:r w:rsidRPr="004441D7">
        <w:rPr>
          <w:b/>
          <w:sz w:val="24"/>
          <w:lang w:val="nl-NL"/>
        </w:rPr>
        <w:t>Informatie voor Opdrachtgever</w:t>
      </w:r>
    </w:p>
    <w:p w14:paraId="69210326" w14:textId="77777777" w:rsidR="002B1678" w:rsidRPr="004441D7" w:rsidRDefault="0029217F">
      <w:pPr>
        <w:rPr>
          <w:lang w:val="nl-NL"/>
        </w:rPr>
      </w:pPr>
      <w:r w:rsidRPr="004441D7">
        <w:rPr>
          <w:lang w:val="nl-NL"/>
        </w:rPr>
        <w:t>Inschrijver geeft een (korte) beschrijving van de kernactiviteiten van zijn onderneming(en) van maximaal 100 woorden.</w:t>
      </w:r>
    </w:p>
    <w:tbl>
      <w:tblPr>
        <w:tblW w:w="0" w:type="auto"/>
        <w:tblLayout w:type="fixed"/>
        <w:tblLook w:val="04A0" w:firstRow="1" w:lastRow="0" w:firstColumn="1" w:lastColumn="0" w:noHBand="0" w:noVBand="1"/>
      </w:tblPr>
      <w:tblGrid>
        <w:gridCol w:w="9354"/>
      </w:tblGrid>
      <w:tr w:rsidR="002B1678" w:rsidRPr="00B83856" w14:paraId="5AD12CA7" w14:textId="77777777">
        <w:tc>
          <w:tcPr>
            <w:tcW w:w="9354" w:type="dxa"/>
            <w:tcBorders>
              <w:top w:val="single" w:sz="4" w:space="0" w:color="000000"/>
              <w:left w:val="single" w:sz="4" w:space="0" w:color="000000"/>
              <w:bottom w:val="single" w:sz="4" w:space="0" w:color="000000"/>
              <w:right w:val="single" w:sz="4" w:space="0" w:color="000000"/>
            </w:tcBorders>
          </w:tcPr>
          <w:p w14:paraId="3282B11B" w14:textId="77777777" w:rsidR="002B1678" w:rsidRPr="004441D7" w:rsidRDefault="0029217F">
            <w:pPr>
              <w:spacing w:before="40" w:after="1200"/>
              <w:rPr>
                <w:lang w:val="nl-NL"/>
              </w:rPr>
            </w:pPr>
            <w:r w:rsidRPr="004441D7">
              <w:rPr>
                <w:color w:val="808080"/>
                <w:lang w:val="nl-NL"/>
              </w:rPr>
              <w:t>Klik hier om tekst in te voeren.</w:t>
            </w:r>
          </w:p>
        </w:tc>
      </w:tr>
    </w:tbl>
    <w:p w14:paraId="25AAE653" w14:textId="77777777" w:rsidR="002B1678" w:rsidRPr="004441D7" w:rsidRDefault="0029217F">
      <w:pPr>
        <w:rPr>
          <w:lang w:val="nl-NL"/>
        </w:rPr>
      </w:pPr>
      <w:r w:rsidRPr="004441D7">
        <w:rPr>
          <w:lang w:val="nl-NL"/>
        </w:rPr>
        <w:br w:type="page"/>
      </w:r>
    </w:p>
    <w:p w14:paraId="2852C7F5" w14:textId="77777777" w:rsidR="002B1678" w:rsidRPr="004441D7" w:rsidRDefault="0029217F">
      <w:pPr>
        <w:keepNext/>
        <w:spacing w:before="320" w:after="120"/>
        <w:rPr>
          <w:lang w:val="nl-NL"/>
        </w:rPr>
      </w:pPr>
      <w:r w:rsidRPr="004441D7">
        <w:rPr>
          <w:b/>
          <w:sz w:val="26"/>
          <w:lang w:val="nl-NL"/>
        </w:rPr>
        <w:lastRenderedPageBreak/>
        <w:t>Formulier 2: Inschrijvingsformulier</w:t>
      </w:r>
    </w:p>
    <w:p w14:paraId="0ACDD8A0" w14:textId="77777777" w:rsidR="002B1678" w:rsidRPr="004441D7" w:rsidRDefault="0029217F">
      <w:pPr>
        <w:rPr>
          <w:lang w:val="nl-NL"/>
        </w:rPr>
      </w:pPr>
      <w:r w:rsidRPr="004441D7">
        <w:rPr>
          <w:lang w:val="nl-NL"/>
        </w:rPr>
        <w:t>Geef hieronder aan op welke wijze u inschrijft. Voor een uitleg over de inschrijfvormen verwijst Opdrachtgever naar de paragraaf ‘Inschrijfvormen’ van het inkoopdocument.</w:t>
      </w:r>
    </w:p>
    <w:p w14:paraId="15FC24B4" w14:textId="77777777" w:rsidR="002B1678" w:rsidRPr="004441D7" w:rsidRDefault="0029217F">
      <w:pPr>
        <w:pStyle w:val="Lijstopsomteken"/>
        <w:ind w:left="680" w:hanging="340"/>
        <w:rPr>
          <w:lang w:val="nl-NL"/>
        </w:rPr>
      </w:pPr>
      <w:r w:rsidRPr="004441D7">
        <w:rPr>
          <w:lang w:val="nl-NL"/>
        </w:rPr>
        <w:t>Combinatie-inschrijvingen zijn voor deze aanbesteding niet toegestaan; een Inschrijver schrijft steeds zelfstandig in.</w:t>
      </w:r>
    </w:p>
    <w:p w14:paraId="0518D82C" w14:textId="1E8A6A91" w:rsidR="002B1678" w:rsidRPr="004441D7" w:rsidRDefault="0029217F">
      <w:pPr>
        <w:pStyle w:val="Lijstopsomteken"/>
        <w:ind w:left="680" w:hanging="340"/>
        <w:rPr>
          <w:lang w:val="nl-NL"/>
        </w:rPr>
      </w:pPr>
      <w:r w:rsidRPr="004441D7">
        <w:rPr>
          <w:lang w:val="nl-NL"/>
        </w:rPr>
        <w:t>Het structureel inzetten van derden is uitsluitend toegestaan voor de uitvoering van KWV-voorzieningen of ondersteunende onderdelen daarvan, en uitsluitend na voorafgaande schriftelijke toestemming van Opdrachtgever. Indien u hiervan gebruik wenst te maken, vult u tevens formulier 2.</w:t>
      </w:r>
      <w:r w:rsidR="00B2005E">
        <w:rPr>
          <w:lang w:val="nl-NL"/>
        </w:rPr>
        <w:t>2</w:t>
      </w:r>
      <w:r w:rsidRPr="004441D7">
        <w:rPr>
          <w:lang w:val="nl-NL"/>
        </w:rPr>
        <w:t xml:space="preserve"> in.</w:t>
      </w:r>
    </w:p>
    <w:tbl>
      <w:tblPr>
        <w:tblW w:w="0" w:type="auto"/>
        <w:tblLayout w:type="fixed"/>
        <w:tblLook w:val="04A0" w:firstRow="1" w:lastRow="0" w:firstColumn="1" w:lastColumn="0" w:noHBand="0" w:noVBand="1"/>
      </w:tblPr>
      <w:tblGrid>
        <w:gridCol w:w="7087"/>
        <w:gridCol w:w="2268"/>
      </w:tblGrid>
      <w:tr w:rsidR="002B1678" w:rsidRPr="00B83856" w14:paraId="2705DF00" w14:textId="77777777">
        <w:tc>
          <w:tcPr>
            <w:tcW w:w="7087" w:type="dxa"/>
            <w:tcBorders>
              <w:top w:val="single" w:sz="4" w:space="0" w:color="000000"/>
              <w:left w:val="single" w:sz="4" w:space="0" w:color="000000"/>
              <w:bottom w:val="single" w:sz="4" w:space="0" w:color="000000"/>
              <w:right w:val="single" w:sz="4" w:space="0" w:color="000000"/>
            </w:tcBorders>
            <w:shd w:val="clear" w:color="auto" w:fill="DCE4EF"/>
          </w:tcPr>
          <w:p w14:paraId="2529CE1A" w14:textId="77777777" w:rsidR="002B1678" w:rsidRPr="004441D7" w:rsidRDefault="002B1678">
            <w:pPr>
              <w:spacing w:before="40" w:after="80"/>
              <w:rPr>
                <w:lang w:val="nl-NL"/>
              </w:rPr>
            </w:pPr>
          </w:p>
        </w:tc>
        <w:tc>
          <w:tcPr>
            <w:tcW w:w="2268" w:type="dxa"/>
            <w:tcBorders>
              <w:top w:val="single" w:sz="4" w:space="0" w:color="000000"/>
              <w:left w:val="single" w:sz="4" w:space="0" w:color="000000"/>
              <w:bottom w:val="single" w:sz="4" w:space="0" w:color="000000"/>
              <w:right w:val="single" w:sz="4" w:space="0" w:color="000000"/>
            </w:tcBorders>
            <w:shd w:val="clear" w:color="auto" w:fill="DCE4EF"/>
          </w:tcPr>
          <w:p w14:paraId="4FD4852D" w14:textId="77777777" w:rsidR="002B1678" w:rsidRPr="004441D7" w:rsidRDefault="0029217F">
            <w:pPr>
              <w:spacing w:before="40" w:after="80"/>
              <w:rPr>
                <w:lang w:val="nl-NL"/>
              </w:rPr>
            </w:pPr>
            <w:r w:rsidRPr="004441D7">
              <w:rPr>
                <w:b/>
                <w:lang w:val="nl-NL"/>
              </w:rPr>
              <w:t>Geef aan middels: Ja/Nee</w:t>
            </w:r>
          </w:p>
        </w:tc>
      </w:tr>
      <w:tr w:rsidR="002B1678" w:rsidRPr="004441D7" w14:paraId="697DADF6" w14:textId="77777777">
        <w:tc>
          <w:tcPr>
            <w:tcW w:w="7087" w:type="dxa"/>
            <w:tcBorders>
              <w:top w:val="single" w:sz="4" w:space="0" w:color="000000"/>
              <w:left w:val="single" w:sz="4" w:space="0" w:color="000000"/>
              <w:bottom w:val="single" w:sz="4" w:space="0" w:color="000000"/>
              <w:right w:val="single" w:sz="4" w:space="0" w:color="000000"/>
            </w:tcBorders>
          </w:tcPr>
          <w:p w14:paraId="2748B9B3" w14:textId="77777777" w:rsidR="002B1678" w:rsidRPr="004441D7" w:rsidRDefault="0029217F">
            <w:pPr>
              <w:spacing w:before="40" w:after="80"/>
              <w:rPr>
                <w:lang w:val="nl-NL"/>
              </w:rPr>
            </w:pPr>
            <w:r w:rsidRPr="004441D7">
              <w:rPr>
                <w:lang w:val="nl-NL"/>
              </w:rPr>
              <w:t>U schrijft zich in als zelfstandige onderneming voor de opdracht Kleinschalige Woonvoorzieningen (KWV).</w:t>
            </w:r>
            <w:r w:rsidRPr="004441D7">
              <w:rPr>
                <w:lang w:val="nl-NL"/>
              </w:rPr>
              <w:br/>
              <w:t>Indien ‘ja’, vul formulier 2.1 in.</w:t>
            </w:r>
          </w:p>
        </w:tc>
        <w:tc>
          <w:tcPr>
            <w:tcW w:w="2268" w:type="dxa"/>
            <w:tcBorders>
              <w:top w:val="single" w:sz="4" w:space="0" w:color="000000"/>
              <w:left w:val="single" w:sz="4" w:space="0" w:color="000000"/>
              <w:bottom w:val="single" w:sz="4" w:space="0" w:color="000000"/>
              <w:right w:val="single" w:sz="4" w:space="0" w:color="000000"/>
            </w:tcBorders>
          </w:tcPr>
          <w:p w14:paraId="2C08D26F" w14:textId="77777777" w:rsidR="002B1678" w:rsidRPr="004441D7" w:rsidRDefault="0029217F">
            <w:pPr>
              <w:spacing w:before="40" w:after="80"/>
              <w:rPr>
                <w:lang w:val="nl-NL"/>
              </w:rPr>
            </w:pPr>
            <w:r w:rsidRPr="004441D7">
              <w:rPr>
                <w:color w:val="808080"/>
                <w:lang w:val="nl-NL"/>
              </w:rPr>
              <w:t>Kies een item.</w:t>
            </w:r>
          </w:p>
        </w:tc>
      </w:tr>
      <w:tr w:rsidR="002B1678" w:rsidRPr="004441D7" w14:paraId="4BC7B8ED" w14:textId="77777777">
        <w:tc>
          <w:tcPr>
            <w:tcW w:w="7087" w:type="dxa"/>
            <w:tcBorders>
              <w:top w:val="single" w:sz="4" w:space="0" w:color="000000"/>
              <w:left w:val="single" w:sz="4" w:space="0" w:color="000000"/>
              <w:bottom w:val="single" w:sz="4" w:space="0" w:color="000000"/>
              <w:right w:val="single" w:sz="4" w:space="0" w:color="000000"/>
            </w:tcBorders>
          </w:tcPr>
          <w:p w14:paraId="158794B4" w14:textId="16785EC6" w:rsidR="002B1678" w:rsidRPr="004441D7" w:rsidRDefault="0029217F">
            <w:pPr>
              <w:spacing w:before="40" w:after="80"/>
              <w:rPr>
                <w:lang w:val="nl-NL"/>
              </w:rPr>
            </w:pPr>
            <w:r w:rsidRPr="004441D7">
              <w:rPr>
                <w:lang w:val="nl-NL"/>
              </w:rPr>
              <w:t>U doet voor de uitvoering (gedeeltelijk) een beroep op de bekwaamheid van een derde.</w:t>
            </w:r>
            <w:r w:rsidRPr="004441D7">
              <w:rPr>
                <w:lang w:val="nl-NL"/>
              </w:rPr>
              <w:br/>
              <w:t>Indien ‘ja’, vul formulier 2.</w:t>
            </w:r>
            <w:r w:rsidR="00296C03">
              <w:rPr>
                <w:lang w:val="nl-NL"/>
              </w:rPr>
              <w:t>2</w:t>
            </w:r>
            <w:r w:rsidRPr="004441D7">
              <w:rPr>
                <w:lang w:val="nl-NL"/>
              </w:rPr>
              <w:t xml:space="preserve"> in.</w:t>
            </w:r>
          </w:p>
        </w:tc>
        <w:tc>
          <w:tcPr>
            <w:tcW w:w="2268" w:type="dxa"/>
            <w:tcBorders>
              <w:top w:val="single" w:sz="4" w:space="0" w:color="000000"/>
              <w:left w:val="single" w:sz="4" w:space="0" w:color="000000"/>
              <w:bottom w:val="single" w:sz="4" w:space="0" w:color="000000"/>
              <w:right w:val="single" w:sz="4" w:space="0" w:color="000000"/>
            </w:tcBorders>
          </w:tcPr>
          <w:p w14:paraId="0D608B2B" w14:textId="77777777" w:rsidR="002B1678" w:rsidRPr="004441D7" w:rsidRDefault="0029217F">
            <w:pPr>
              <w:spacing w:before="40" w:after="80"/>
              <w:rPr>
                <w:lang w:val="nl-NL"/>
              </w:rPr>
            </w:pPr>
            <w:r w:rsidRPr="004441D7">
              <w:rPr>
                <w:color w:val="808080"/>
                <w:lang w:val="nl-NL"/>
              </w:rPr>
              <w:t>Kies een item.</w:t>
            </w:r>
          </w:p>
        </w:tc>
      </w:tr>
    </w:tbl>
    <w:p w14:paraId="480E40CD" w14:textId="77777777" w:rsidR="002B1678" w:rsidRPr="004441D7" w:rsidRDefault="0029217F">
      <w:pPr>
        <w:rPr>
          <w:lang w:val="nl-NL"/>
        </w:rPr>
      </w:pPr>
      <w:r w:rsidRPr="004441D7">
        <w:rPr>
          <w:lang w:val="nl-NL"/>
        </w:rPr>
        <w:br w:type="page"/>
      </w:r>
    </w:p>
    <w:p w14:paraId="65D8D71B" w14:textId="77777777" w:rsidR="002B1678" w:rsidRPr="004441D7" w:rsidRDefault="0029217F">
      <w:pPr>
        <w:keepNext/>
        <w:spacing w:before="320" w:after="120"/>
        <w:rPr>
          <w:lang w:val="nl-NL"/>
        </w:rPr>
      </w:pPr>
      <w:r w:rsidRPr="004441D7">
        <w:rPr>
          <w:b/>
          <w:sz w:val="26"/>
          <w:lang w:val="nl-NL"/>
        </w:rPr>
        <w:lastRenderedPageBreak/>
        <w:t>Formulier 2.1: Inschrijfformulier – Zelfstandig onderneming (invullen indien van toepassing)</w:t>
      </w:r>
    </w:p>
    <w:tbl>
      <w:tblPr>
        <w:tblW w:w="0" w:type="auto"/>
        <w:tblLayout w:type="fixed"/>
        <w:tblLook w:val="04A0" w:firstRow="1" w:lastRow="0" w:firstColumn="1" w:lastColumn="0" w:noHBand="0" w:noVBand="1"/>
      </w:tblPr>
      <w:tblGrid>
        <w:gridCol w:w="5386"/>
        <w:gridCol w:w="3969"/>
      </w:tblGrid>
      <w:tr w:rsidR="002B1678" w:rsidRPr="004441D7" w14:paraId="22BBE424" w14:textId="77777777">
        <w:tc>
          <w:tcPr>
            <w:tcW w:w="5386" w:type="dxa"/>
            <w:tcBorders>
              <w:top w:val="single" w:sz="4" w:space="0" w:color="000000"/>
              <w:left w:val="single" w:sz="4" w:space="0" w:color="000000"/>
              <w:bottom w:val="single" w:sz="4" w:space="0" w:color="000000"/>
              <w:right w:val="single" w:sz="4" w:space="0" w:color="000000"/>
            </w:tcBorders>
            <w:shd w:val="clear" w:color="auto" w:fill="DCE4EF"/>
          </w:tcPr>
          <w:p w14:paraId="4AC11075" w14:textId="77777777" w:rsidR="002B1678" w:rsidRPr="004441D7" w:rsidRDefault="0029217F">
            <w:pPr>
              <w:spacing w:before="40" w:after="80"/>
              <w:rPr>
                <w:lang w:val="nl-NL"/>
              </w:rPr>
            </w:pPr>
            <w:r w:rsidRPr="004441D7">
              <w:rPr>
                <w:lang w:val="nl-NL"/>
              </w:rPr>
              <w:t>Opgave zelfstandige onderneming</w:t>
            </w:r>
          </w:p>
        </w:tc>
        <w:tc>
          <w:tcPr>
            <w:tcW w:w="3969" w:type="dxa"/>
            <w:tcBorders>
              <w:top w:val="single" w:sz="4" w:space="0" w:color="000000"/>
              <w:left w:val="single" w:sz="4" w:space="0" w:color="000000"/>
              <w:bottom w:val="single" w:sz="4" w:space="0" w:color="000000"/>
              <w:right w:val="single" w:sz="4" w:space="0" w:color="000000"/>
            </w:tcBorders>
            <w:shd w:val="clear" w:color="auto" w:fill="DCE4EF"/>
          </w:tcPr>
          <w:p w14:paraId="6BA136B0" w14:textId="77777777" w:rsidR="002B1678" w:rsidRPr="004441D7" w:rsidRDefault="0029217F">
            <w:pPr>
              <w:spacing w:before="40" w:after="80"/>
              <w:rPr>
                <w:lang w:val="nl-NL"/>
              </w:rPr>
            </w:pPr>
            <w:r w:rsidRPr="004441D7">
              <w:rPr>
                <w:b/>
                <w:lang w:val="nl-NL"/>
              </w:rPr>
              <w:t>Vul in:</w:t>
            </w:r>
          </w:p>
        </w:tc>
      </w:tr>
      <w:tr w:rsidR="002B1678" w:rsidRPr="00B83856" w14:paraId="11A09BF2" w14:textId="77777777">
        <w:tc>
          <w:tcPr>
            <w:tcW w:w="5386" w:type="dxa"/>
            <w:tcBorders>
              <w:top w:val="single" w:sz="4" w:space="0" w:color="000000"/>
              <w:left w:val="single" w:sz="4" w:space="0" w:color="000000"/>
              <w:bottom w:val="single" w:sz="4" w:space="0" w:color="000000"/>
              <w:right w:val="single" w:sz="4" w:space="0" w:color="000000"/>
            </w:tcBorders>
          </w:tcPr>
          <w:p w14:paraId="1D2C09A1" w14:textId="77777777" w:rsidR="002B1678" w:rsidRPr="004441D7" w:rsidRDefault="0029217F">
            <w:pPr>
              <w:spacing w:before="40" w:after="80"/>
              <w:rPr>
                <w:lang w:val="nl-NL"/>
              </w:rPr>
            </w:pPr>
            <w:r w:rsidRPr="004441D7">
              <w:rPr>
                <w:lang w:val="nl-NL"/>
              </w:rPr>
              <w:t>Naam zelfstandige onderneming</w:t>
            </w:r>
          </w:p>
        </w:tc>
        <w:tc>
          <w:tcPr>
            <w:tcW w:w="3969" w:type="dxa"/>
            <w:tcBorders>
              <w:top w:val="single" w:sz="4" w:space="0" w:color="000000"/>
              <w:left w:val="single" w:sz="4" w:space="0" w:color="000000"/>
              <w:bottom w:val="single" w:sz="4" w:space="0" w:color="000000"/>
              <w:right w:val="single" w:sz="4" w:space="0" w:color="000000"/>
            </w:tcBorders>
          </w:tcPr>
          <w:p w14:paraId="3D7A2314" w14:textId="77777777" w:rsidR="002B1678" w:rsidRPr="004441D7" w:rsidRDefault="0029217F">
            <w:pPr>
              <w:spacing w:before="40" w:after="80"/>
              <w:rPr>
                <w:lang w:val="nl-NL"/>
              </w:rPr>
            </w:pPr>
            <w:r w:rsidRPr="004441D7">
              <w:rPr>
                <w:color w:val="808080"/>
                <w:lang w:val="nl-NL"/>
              </w:rPr>
              <w:t>Klik hier om tekst in te voeren.</w:t>
            </w:r>
          </w:p>
        </w:tc>
      </w:tr>
    </w:tbl>
    <w:p w14:paraId="598B590C" w14:textId="1190628A" w:rsidR="002B1678" w:rsidRPr="004441D7" w:rsidRDefault="0029217F">
      <w:pPr>
        <w:rPr>
          <w:lang w:val="nl-NL"/>
        </w:rPr>
      </w:pPr>
      <w:r w:rsidRPr="004441D7">
        <w:rPr>
          <w:lang w:val="nl-NL"/>
        </w:rPr>
        <w:t xml:space="preserve">Ondergetekende verklaart dat bovengenoemde onderneming zich zelfstandig inschrijft voor de opdracht Kleinschalige Woonvoorzieningen (KWV) van RSJ IJsselland en referentie (formulier </w:t>
      </w:r>
      <w:r w:rsidR="00D22581">
        <w:rPr>
          <w:lang w:val="nl-NL"/>
        </w:rPr>
        <w:t>3</w:t>
      </w:r>
      <w:r w:rsidRPr="004441D7">
        <w:rPr>
          <w:lang w:val="nl-NL"/>
        </w:rPr>
        <w:t>) betrekking hebben op deze onderneming.</w:t>
      </w:r>
    </w:p>
    <w:p w14:paraId="51E3FBCC" w14:textId="77777777" w:rsidR="002B1678" w:rsidRPr="004441D7" w:rsidRDefault="0029217F">
      <w:pPr>
        <w:rPr>
          <w:lang w:val="nl-NL"/>
        </w:rPr>
      </w:pPr>
      <w:r w:rsidRPr="004441D7">
        <w:rPr>
          <w:lang w:val="nl-NL"/>
        </w:rPr>
        <w:br w:type="page"/>
      </w:r>
    </w:p>
    <w:p w14:paraId="323FA42A" w14:textId="6AA1D480" w:rsidR="002B1678" w:rsidRPr="004441D7" w:rsidRDefault="0029217F">
      <w:pPr>
        <w:keepNext/>
        <w:spacing w:before="320" w:after="120"/>
        <w:rPr>
          <w:lang w:val="nl-NL"/>
        </w:rPr>
      </w:pPr>
      <w:r w:rsidRPr="004441D7">
        <w:rPr>
          <w:b/>
          <w:sz w:val="26"/>
          <w:lang w:val="nl-NL"/>
        </w:rPr>
        <w:lastRenderedPageBreak/>
        <w:t>Formulier 2.</w:t>
      </w:r>
      <w:r w:rsidR="00296C03">
        <w:rPr>
          <w:b/>
          <w:sz w:val="26"/>
          <w:lang w:val="nl-NL"/>
        </w:rPr>
        <w:t>2</w:t>
      </w:r>
      <w:r w:rsidRPr="004441D7">
        <w:rPr>
          <w:b/>
          <w:sz w:val="26"/>
          <w:lang w:val="nl-NL"/>
        </w:rPr>
        <w:t>: Inschrijfformulier – Derden (invullen indien van toepassing)</w:t>
      </w:r>
    </w:p>
    <w:p w14:paraId="4E89BE0B" w14:textId="55847E47" w:rsidR="002B1678" w:rsidRPr="004441D7" w:rsidRDefault="0029217F">
      <w:pPr>
        <w:rPr>
          <w:lang w:val="nl-NL"/>
        </w:rPr>
      </w:pPr>
      <w:r w:rsidRPr="004441D7">
        <w:rPr>
          <w:lang w:val="nl-NL"/>
        </w:rPr>
        <w:t>Het structureel inzetten van derden als vorm om deel te nemen aan het strategisch partnership is niet toegestaan. Het inschrijven met beroep op derden is uitsluitend toegestaan voor de uitvoering van KWV-voorzieningen of ondersteunende onderdelen daarvan, en uitsluitend na voorafgaande schriftelijke toestemming van Opdrachtgever. Dit formulier bestaat uit twee onderdelen: 2.</w:t>
      </w:r>
      <w:r w:rsidR="00296C03">
        <w:rPr>
          <w:lang w:val="nl-NL"/>
        </w:rPr>
        <w:t>2</w:t>
      </w:r>
      <w:r w:rsidRPr="004441D7">
        <w:rPr>
          <w:lang w:val="nl-NL"/>
        </w:rPr>
        <w:t>.1 (beroep op een derde voor de geschiktheidseisen in algemene zin) en 2.</w:t>
      </w:r>
      <w:r w:rsidR="00296C03">
        <w:rPr>
          <w:lang w:val="nl-NL"/>
        </w:rPr>
        <w:t>2</w:t>
      </w:r>
      <w:r w:rsidRPr="004441D7">
        <w:rPr>
          <w:lang w:val="nl-NL"/>
        </w:rPr>
        <w:t>.2 (beroep op de technische en beroepsmatige bekwaamheid van een derde).</w:t>
      </w:r>
    </w:p>
    <w:p w14:paraId="154C7D39" w14:textId="65E3FF8F" w:rsidR="002B1678" w:rsidRPr="004441D7" w:rsidRDefault="0029217F">
      <w:pPr>
        <w:keepNext/>
        <w:spacing w:before="320" w:after="120"/>
        <w:rPr>
          <w:lang w:val="nl-NL"/>
        </w:rPr>
      </w:pPr>
      <w:r w:rsidRPr="004441D7">
        <w:rPr>
          <w:b/>
          <w:sz w:val="22"/>
          <w:lang w:val="nl-NL"/>
        </w:rPr>
        <w:t>Formulier 2.</w:t>
      </w:r>
      <w:r w:rsidR="00296C03">
        <w:rPr>
          <w:b/>
          <w:sz w:val="22"/>
          <w:lang w:val="nl-NL"/>
        </w:rPr>
        <w:t>2</w:t>
      </w:r>
      <w:r w:rsidRPr="004441D7">
        <w:rPr>
          <w:b/>
          <w:sz w:val="22"/>
          <w:lang w:val="nl-NL"/>
        </w:rPr>
        <w:t>.1: Verklaring inzet derde (invullen indien van toepassing)</w:t>
      </w:r>
    </w:p>
    <w:p w14:paraId="326CA34A" w14:textId="77777777" w:rsidR="002B1678" w:rsidRPr="004441D7" w:rsidRDefault="0029217F">
      <w:pPr>
        <w:rPr>
          <w:lang w:val="nl-NL"/>
        </w:rPr>
      </w:pPr>
      <w:r w:rsidRPr="004441D7">
        <w:rPr>
          <w:lang w:val="nl-NL"/>
        </w:rPr>
        <w:t>Indien Inschrijver zich voor de uitvoering van (een deel van) de opdracht beroept op een derde, dienen Inschrijver en de derde deze verklaring volledig en naar waarheid in te vullen en te ondertekenen.</w:t>
      </w:r>
    </w:p>
    <w:tbl>
      <w:tblPr>
        <w:tblW w:w="0" w:type="auto"/>
        <w:tblLayout w:type="fixed"/>
        <w:tblLook w:val="04A0" w:firstRow="1" w:lastRow="0" w:firstColumn="1" w:lastColumn="0" w:noHBand="0" w:noVBand="1"/>
      </w:tblPr>
      <w:tblGrid>
        <w:gridCol w:w="9354"/>
      </w:tblGrid>
      <w:tr w:rsidR="002B1678" w:rsidRPr="00B83856" w14:paraId="65550176" w14:textId="77777777">
        <w:tc>
          <w:tcPr>
            <w:tcW w:w="9354" w:type="dxa"/>
            <w:tcBorders>
              <w:top w:val="single" w:sz="4" w:space="0" w:color="000000"/>
              <w:left w:val="single" w:sz="4" w:space="0" w:color="000000"/>
              <w:bottom w:val="single" w:sz="4" w:space="0" w:color="000000"/>
              <w:right w:val="single" w:sz="4" w:space="0" w:color="000000"/>
            </w:tcBorders>
          </w:tcPr>
          <w:p w14:paraId="0CC10E79" w14:textId="77777777" w:rsidR="002B1678" w:rsidRPr="004441D7" w:rsidRDefault="0029217F">
            <w:pPr>
              <w:spacing w:before="40" w:after="80"/>
              <w:rPr>
                <w:lang w:val="nl-NL"/>
              </w:rPr>
            </w:pPr>
            <w:r w:rsidRPr="004441D7">
              <w:rPr>
                <w:b/>
                <w:lang w:val="nl-NL"/>
              </w:rPr>
              <w:t>Inschrijver verklaart door ondertekening dat:</w:t>
            </w:r>
          </w:p>
        </w:tc>
      </w:tr>
      <w:tr w:rsidR="002B1678" w:rsidRPr="00B83856" w14:paraId="63C24542" w14:textId="77777777">
        <w:tc>
          <w:tcPr>
            <w:tcW w:w="9354" w:type="dxa"/>
            <w:tcBorders>
              <w:top w:val="single" w:sz="4" w:space="0" w:color="000000"/>
              <w:left w:val="single" w:sz="4" w:space="0" w:color="000000"/>
              <w:bottom w:val="single" w:sz="4" w:space="0" w:color="000000"/>
              <w:right w:val="single" w:sz="4" w:space="0" w:color="000000"/>
            </w:tcBorders>
          </w:tcPr>
          <w:p w14:paraId="0925ECFA" w14:textId="77777777" w:rsidR="002B1678" w:rsidRPr="004441D7" w:rsidRDefault="002B1678">
            <w:pPr>
              <w:spacing w:before="40" w:after="80"/>
              <w:rPr>
                <w:lang w:val="nl-NL"/>
              </w:rPr>
            </w:pPr>
          </w:p>
          <w:p w14:paraId="0F00F5E2" w14:textId="77777777" w:rsidR="002B1678" w:rsidRPr="004441D7" w:rsidRDefault="0029217F">
            <w:pPr>
              <w:pStyle w:val="Lijstopsomteken"/>
              <w:ind w:left="680" w:hanging="340"/>
              <w:rPr>
                <w:lang w:val="nl-NL"/>
              </w:rPr>
            </w:pPr>
            <w:r w:rsidRPr="004441D7">
              <w:rPr>
                <w:lang w:val="nl-NL"/>
              </w:rPr>
              <w:t>hij voor de uitvoering van (een deel van) de opdracht Kleinschalige Woonvoorzieningen (KWV) een beroep doet op de derde hieronder genoemd, en dat Opdrachtgever hiervoor voorafgaand schriftelijk toestemming heeft verleend;</w:t>
            </w:r>
          </w:p>
          <w:p w14:paraId="32E5A862" w14:textId="77777777" w:rsidR="002B1678" w:rsidRPr="004441D7" w:rsidRDefault="0029217F">
            <w:pPr>
              <w:pStyle w:val="Lijstopsomteken"/>
              <w:ind w:left="680" w:hanging="340"/>
              <w:rPr>
                <w:lang w:val="nl-NL"/>
              </w:rPr>
            </w:pPr>
            <w:r w:rsidRPr="004441D7">
              <w:rPr>
                <w:lang w:val="nl-NL"/>
              </w:rPr>
              <w:t>hij een beroep doet op de draagkracht van (naam derde): ______________________________, gevestigd te (vestigingsadres derde) ______________________________, ingeschreven in het handelsregister onder nummer: ______________ (KvK-nummer derde), hierna te noemen ‘de Derde’;</w:t>
            </w:r>
          </w:p>
          <w:p w14:paraId="2F7983CE" w14:textId="77777777" w:rsidR="002B1678" w:rsidRPr="004441D7" w:rsidRDefault="0029217F">
            <w:pPr>
              <w:pStyle w:val="Lijstopsomteken"/>
              <w:ind w:left="680" w:hanging="340"/>
              <w:rPr>
                <w:lang w:val="nl-NL"/>
              </w:rPr>
            </w:pPr>
            <w:r w:rsidRPr="004441D7">
              <w:rPr>
                <w:lang w:val="nl-NL"/>
              </w:rPr>
              <w:t>hij zal beschikken over de voor de uitvoering van de opdracht noodzakelijke middelen van de Derde.</w:t>
            </w:r>
          </w:p>
        </w:tc>
      </w:tr>
      <w:tr w:rsidR="002B1678" w:rsidRPr="00B83856" w14:paraId="2FD2702C" w14:textId="77777777">
        <w:tc>
          <w:tcPr>
            <w:tcW w:w="9354" w:type="dxa"/>
            <w:tcBorders>
              <w:top w:val="single" w:sz="4" w:space="0" w:color="000000"/>
              <w:left w:val="single" w:sz="4" w:space="0" w:color="000000"/>
              <w:bottom w:val="single" w:sz="4" w:space="0" w:color="000000"/>
              <w:right w:val="single" w:sz="4" w:space="0" w:color="000000"/>
            </w:tcBorders>
          </w:tcPr>
          <w:p w14:paraId="2EE7E37F" w14:textId="77777777" w:rsidR="002B1678" w:rsidRPr="004441D7" w:rsidRDefault="0029217F">
            <w:pPr>
              <w:spacing w:before="40" w:after="80"/>
              <w:rPr>
                <w:lang w:val="nl-NL"/>
              </w:rPr>
            </w:pPr>
            <w:r w:rsidRPr="004441D7">
              <w:rPr>
                <w:b/>
                <w:lang w:val="nl-NL"/>
              </w:rPr>
              <w:t>De Derde verklaart door ondertekening dat:</w:t>
            </w:r>
          </w:p>
          <w:p w14:paraId="110F55E8" w14:textId="77777777" w:rsidR="002B1678" w:rsidRPr="004441D7" w:rsidRDefault="0029217F">
            <w:pPr>
              <w:pStyle w:val="Lijstopsomteken"/>
              <w:ind w:left="680" w:hanging="340"/>
              <w:rPr>
                <w:lang w:val="nl-NL"/>
              </w:rPr>
            </w:pPr>
            <w:r w:rsidRPr="004441D7">
              <w:rPr>
                <w:lang w:val="nl-NL"/>
              </w:rPr>
              <w:t>Inschrijver zal beschikken over haar, voor de uitvoering van de opdracht noodzakelijke middelen;</w:t>
            </w:r>
          </w:p>
          <w:p w14:paraId="145F65CC" w14:textId="77777777" w:rsidR="002B1678" w:rsidRPr="004441D7" w:rsidRDefault="0029217F">
            <w:pPr>
              <w:pStyle w:val="Lijstopsomteken"/>
              <w:ind w:left="680" w:hanging="340"/>
              <w:rPr>
                <w:lang w:val="nl-NL"/>
              </w:rPr>
            </w:pPr>
            <w:r w:rsidRPr="004441D7">
              <w:rPr>
                <w:lang w:val="nl-NL"/>
              </w:rPr>
              <w:t>de hierboven gegeven verklaringen voortduren ongeacht of sprake is van (kapitaal)deelneming van de Derde in de Inschrijver;</w:t>
            </w:r>
          </w:p>
          <w:p w14:paraId="2AD105A6" w14:textId="77777777" w:rsidR="002B1678" w:rsidRPr="004441D7" w:rsidRDefault="0029217F">
            <w:pPr>
              <w:pStyle w:val="Lijstopsomteken"/>
              <w:ind w:left="680" w:hanging="340"/>
              <w:rPr>
                <w:lang w:val="nl-NL"/>
              </w:rPr>
            </w:pPr>
            <w:r w:rsidRPr="004441D7">
              <w:rPr>
                <w:lang w:val="nl-NL"/>
              </w:rPr>
              <w:t>de hierboven gegeven verklaringen onherroepelijk en onvoorwaardelijk zijn.</w:t>
            </w:r>
          </w:p>
        </w:tc>
      </w:tr>
    </w:tbl>
    <w:p w14:paraId="37260AAC" w14:textId="77777777" w:rsidR="002B1678" w:rsidRPr="004441D7" w:rsidRDefault="0029217F">
      <w:pPr>
        <w:spacing w:after="80"/>
        <w:rPr>
          <w:lang w:val="nl-NL"/>
        </w:rPr>
      </w:pPr>
      <w:r w:rsidRPr="004441D7">
        <w:rPr>
          <w:lang w:val="nl-NL"/>
        </w:rPr>
        <w:t>Aldus naar waarheid ingevuld en door inschrijver ondertekend.</w:t>
      </w:r>
    </w:p>
    <w:p w14:paraId="49743549" w14:textId="77777777" w:rsidR="002B1678" w:rsidRPr="004441D7" w:rsidRDefault="0029217F">
      <w:pPr>
        <w:spacing w:after="40"/>
        <w:rPr>
          <w:lang w:val="nl-NL"/>
        </w:rPr>
      </w:pPr>
      <w:r w:rsidRPr="004441D7">
        <w:rPr>
          <w:b/>
          <w:lang w:val="nl-NL"/>
        </w:rPr>
        <w:t>Inschrijver</w:t>
      </w:r>
    </w:p>
    <w:tbl>
      <w:tblPr>
        <w:tblW w:w="0" w:type="auto"/>
        <w:tblLayout w:type="fixed"/>
        <w:tblLook w:val="04A0" w:firstRow="1" w:lastRow="0" w:firstColumn="1" w:lastColumn="0" w:noHBand="0" w:noVBand="1"/>
      </w:tblPr>
      <w:tblGrid>
        <w:gridCol w:w="2835"/>
        <w:gridCol w:w="6520"/>
      </w:tblGrid>
      <w:tr w:rsidR="002B1678" w:rsidRPr="004441D7" w14:paraId="69CDDBF0" w14:textId="77777777">
        <w:tc>
          <w:tcPr>
            <w:tcW w:w="2835" w:type="dxa"/>
            <w:tcBorders>
              <w:top w:val="single" w:sz="4" w:space="0" w:color="000000"/>
              <w:left w:val="single" w:sz="4" w:space="0" w:color="000000"/>
              <w:bottom w:val="single" w:sz="4" w:space="0" w:color="000000"/>
              <w:right w:val="single" w:sz="4" w:space="0" w:color="000000"/>
            </w:tcBorders>
          </w:tcPr>
          <w:p w14:paraId="0A2D1255" w14:textId="77777777" w:rsidR="002B1678" w:rsidRPr="004441D7" w:rsidRDefault="0029217F">
            <w:pPr>
              <w:spacing w:before="40" w:after="80"/>
              <w:rPr>
                <w:lang w:val="nl-NL"/>
              </w:rPr>
            </w:pPr>
            <w:r w:rsidRPr="004441D7">
              <w:rPr>
                <w:lang w:val="nl-NL"/>
              </w:rPr>
              <w:t>Naam</w:t>
            </w:r>
          </w:p>
        </w:tc>
        <w:tc>
          <w:tcPr>
            <w:tcW w:w="6520" w:type="dxa"/>
            <w:tcBorders>
              <w:top w:val="single" w:sz="4" w:space="0" w:color="000000"/>
              <w:left w:val="single" w:sz="4" w:space="0" w:color="000000"/>
              <w:bottom w:val="single" w:sz="4" w:space="0" w:color="000000"/>
              <w:right w:val="single" w:sz="4" w:space="0" w:color="000000"/>
            </w:tcBorders>
          </w:tcPr>
          <w:p w14:paraId="7E24EE10" w14:textId="77777777" w:rsidR="002B1678" w:rsidRPr="004441D7" w:rsidRDefault="002B1678">
            <w:pPr>
              <w:spacing w:before="40" w:after="80"/>
              <w:rPr>
                <w:lang w:val="nl-NL"/>
              </w:rPr>
            </w:pPr>
          </w:p>
        </w:tc>
      </w:tr>
      <w:tr w:rsidR="002B1678" w:rsidRPr="004441D7" w14:paraId="1BA22B42" w14:textId="77777777">
        <w:tc>
          <w:tcPr>
            <w:tcW w:w="2835" w:type="dxa"/>
            <w:tcBorders>
              <w:top w:val="single" w:sz="4" w:space="0" w:color="000000"/>
              <w:left w:val="single" w:sz="4" w:space="0" w:color="000000"/>
              <w:bottom w:val="single" w:sz="4" w:space="0" w:color="000000"/>
              <w:right w:val="single" w:sz="4" w:space="0" w:color="000000"/>
            </w:tcBorders>
          </w:tcPr>
          <w:p w14:paraId="197B7768" w14:textId="77777777" w:rsidR="002B1678" w:rsidRPr="004441D7" w:rsidRDefault="0029217F">
            <w:pPr>
              <w:spacing w:before="40" w:after="80"/>
              <w:rPr>
                <w:lang w:val="nl-NL"/>
              </w:rPr>
            </w:pPr>
            <w:r w:rsidRPr="004441D7">
              <w:rPr>
                <w:lang w:val="nl-NL"/>
              </w:rPr>
              <w:t>Functie</w:t>
            </w:r>
          </w:p>
        </w:tc>
        <w:tc>
          <w:tcPr>
            <w:tcW w:w="6520" w:type="dxa"/>
            <w:tcBorders>
              <w:top w:val="single" w:sz="4" w:space="0" w:color="000000"/>
              <w:left w:val="single" w:sz="4" w:space="0" w:color="000000"/>
              <w:bottom w:val="single" w:sz="4" w:space="0" w:color="000000"/>
              <w:right w:val="single" w:sz="4" w:space="0" w:color="000000"/>
            </w:tcBorders>
          </w:tcPr>
          <w:p w14:paraId="30A095DE" w14:textId="77777777" w:rsidR="002B1678" w:rsidRPr="004441D7" w:rsidRDefault="002B1678">
            <w:pPr>
              <w:spacing w:before="40" w:after="80"/>
              <w:rPr>
                <w:lang w:val="nl-NL"/>
              </w:rPr>
            </w:pPr>
          </w:p>
        </w:tc>
      </w:tr>
      <w:tr w:rsidR="002B1678" w:rsidRPr="004441D7" w14:paraId="577C8A4B" w14:textId="77777777">
        <w:tc>
          <w:tcPr>
            <w:tcW w:w="2835" w:type="dxa"/>
            <w:tcBorders>
              <w:top w:val="single" w:sz="4" w:space="0" w:color="000000"/>
              <w:left w:val="single" w:sz="4" w:space="0" w:color="000000"/>
              <w:bottom w:val="single" w:sz="4" w:space="0" w:color="000000"/>
              <w:right w:val="single" w:sz="4" w:space="0" w:color="000000"/>
            </w:tcBorders>
          </w:tcPr>
          <w:p w14:paraId="37625300" w14:textId="77777777" w:rsidR="002B1678" w:rsidRPr="004441D7" w:rsidRDefault="0029217F">
            <w:pPr>
              <w:spacing w:before="40" w:after="80"/>
              <w:rPr>
                <w:lang w:val="nl-NL"/>
              </w:rPr>
            </w:pPr>
            <w:r w:rsidRPr="004441D7">
              <w:rPr>
                <w:lang w:val="nl-NL"/>
              </w:rPr>
              <w:t>Onderneming</w:t>
            </w:r>
          </w:p>
        </w:tc>
        <w:tc>
          <w:tcPr>
            <w:tcW w:w="6520" w:type="dxa"/>
            <w:tcBorders>
              <w:top w:val="single" w:sz="4" w:space="0" w:color="000000"/>
              <w:left w:val="single" w:sz="4" w:space="0" w:color="000000"/>
              <w:bottom w:val="single" w:sz="4" w:space="0" w:color="000000"/>
              <w:right w:val="single" w:sz="4" w:space="0" w:color="000000"/>
            </w:tcBorders>
          </w:tcPr>
          <w:p w14:paraId="5217008A" w14:textId="77777777" w:rsidR="002B1678" w:rsidRPr="004441D7" w:rsidRDefault="002B1678">
            <w:pPr>
              <w:spacing w:before="40" w:after="80"/>
              <w:rPr>
                <w:lang w:val="nl-NL"/>
              </w:rPr>
            </w:pPr>
          </w:p>
        </w:tc>
      </w:tr>
      <w:tr w:rsidR="002B1678" w:rsidRPr="004441D7" w14:paraId="7A4F21BF" w14:textId="77777777">
        <w:tc>
          <w:tcPr>
            <w:tcW w:w="2835" w:type="dxa"/>
            <w:tcBorders>
              <w:top w:val="single" w:sz="4" w:space="0" w:color="000000"/>
              <w:left w:val="single" w:sz="4" w:space="0" w:color="000000"/>
              <w:bottom w:val="single" w:sz="4" w:space="0" w:color="000000"/>
              <w:right w:val="single" w:sz="4" w:space="0" w:color="000000"/>
            </w:tcBorders>
          </w:tcPr>
          <w:p w14:paraId="5FD2491E" w14:textId="77777777" w:rsidR="002B1678" w:rsidRPr="004441D7" w:rsidRDefault="0029217F">
            <w:pPr>
              <w:spacing w:before="40" w:after="80"/>
              <w:rPr>
                <w:lang w:val="nl-NL"/>
              </w:rPr>
            </w:pPr>
            <w:r w:rsidRPr="004441D7">
              <w:rPr>
                <w:lang w:val="nl-NL"/>
              </w:rPr>
              <w:t>Handtekening</w:t>
            </w:r>
          </w:p>
        </w:tc>
        <w:tc>
          <w:tcPr>
            <w:tcW w:w="6520" w:type="dxa"/>
            <w:tcBorders>
              <w:top w:val="single" w:sz="4" w:space="0" w:color="000000"/>
              <w:left w:val="single" w:sz="4" w:space="0" w:color="000000"/>
              <w:bottom w:val="single" w:sz="4" w:space="0" w:color="000000"/>
              <w:right w:val="single" w:sz="4" w:space="0" w:color="000000"/>
            </w:tcBorders>
          </w:tcPr>
          <w:p w14:paraId="214BF6FE" w14:textId="77777777" w:rsidR="002B1678" w:rsidRPr="004441D7" w:rsidRDefault="002B1678">
            <w:pPr>
              <w:spacing w:before="40" w:after="80"/>
              <w:rPr>
                <w:lang w:val="nl-NL"/>
              </w:rPr>
            </w:pPr>
          </w:p>
        </w:tc>
      </w:tr>
      <w:tr w:rsidR="002B1678" w:rsidRPr="004441D7" w14:paraId="5D5CA417" w14:textId="77777777">
        <w:tc>
          <w:tcPr>
            <w:tcW w:w="2835" w:type="dxa"/>
            <w:tcBorders>
              <w:top w:val="single" w:sz="4" w:space="0" w:color="000000"/>
              <w:left w:val="single" w:sz="4" w:space="0" w:color="000000"/>
              <w:bottom w:val="single" w:sz="4" w:space="0" w:color="000000"/>
              <w:right w:val="single" w:sz="4" w:space="0" w:color="000000"/>
            </w:tcBorders>
          </w:tcPr>
          <w:p w14:paraId="48CE946C" w14:textId="77777777" w:rsidR="002B1678" w:rsidRPr="004441D7" w:rsidRDefault="0029217F">
            <w:pPr>
              <w:spacing w:before="40" w:after="80"/>
              <w:rPr>
                <w:lang w:val="nl-NL"/>
              </w:rPr>
            </w:pPr>
            <w:r w:rsidRPr="004441D7">
              <w:rPr>
                <w:lang w:val="nl-NL"/>
              </w:rPr>
              <w:t>Plaats en datum</w:t>
            </w:r>
          </w:p>
        </w:tc>
        <w:tc>
          <w:tcPr>
            <w:tcW w:w="6520" w:type="dxa"/>
            <w:tcBorders>
              <w:top w:val="single" w:sz="4" w:space="0" w:color="000000"/>
              <w:left w:val="single" w:sz="4" w:space="0" w:color="000000"/>
              <w:bottom w:val="single" w:sz="4" w:space="0" w:color="000000"/>
              <w:right w:val="single" w:sz="4" w:space="0" w:color="000000"/>
            </w:tcBorders>
          </w:tcPr>
          <w:p w14:paraId="3820CCC6" w14:textId="77777777" w:rsidR="002B1678" w:rsidRPr="004441D7" w:rsidRDefault="002B1678">
            <w:pPr>
              <w:spacing w:before="40" w:after="80"/>
              <w:rPr>
                <w:lang w:val="nl-NL"/>
              </w:rPr>
            </w:pPr>
          </w:p>
        </w:tc>
      </w:tr>
    </w:tbl>
    <w:p w14:paraId="460FF03B" w14:textId="77777777" w:rsidR="002B1678" w:rsidRPr="004441D7" w:rsidRDefault="002B1678">
      <w:pPr>
        <w:spacing w:after="80"/>
        <w:rPr>
          <w:lang w:val="nl-NL"/>
        </w:rPr>
      </w:pPr>
    </w:p>
    <w:p w14:paraId="6C7FD428" w14:textId="77777777" w:rsidR="002B1678" w:rsidRPr="004441D7" w:rsidRDefault="0029217F">
      <w:pPr>
        <w:spacing w:after="80"/>
        <w:rPr>
          <w:lang w:val="nl-NL"/>
        </w:rPr>
      </w:pPr>
      <w:r w:rsidRPr="004441D7">
        <w:rPr>
          <w:lang w:val="nl-NL"/>
        </w:rPr>
        <w:t>Aldus naar waarheid ingevuld en door derde ondertekend.</w:t>
      </w:r>
    </w:p>
    <w:p w14:paraId="7EFB02BB" w14:textId="77777777" w:rsidR="002B1678" w:rsidRPr="004441D7" w:rsidRDefault="0029217F">
      <w:pPr>
        <w:spacing w:after="40"/>
        <w:rPr>
          <w:lang w:val="nl-NL"/>
        </w:rPr>
      </w:pPr>
      <w:r w:rsidRPr="004441D7">
        <w:rPr>
          <w:b/>
          <w:lang w:val="nl-NL"/>
        </w:rPr>
        <w:t>Derde</w:t>
      </w:r>
    </w:p>
    <w:tbl>
      <w:tblPr>
        <w:tblW w:w="0" w:type="auto"/>
        <w:tblLayout w:type="fixed"/>
        <w:tblLook w:val="04A0" w:firstRow="1" w:lastRow="0" w:firstColumn="1" w:lastColumn="0" w:noHBand="0" w:noVBand="1"/>
      </w:tblPr>
      <w:tblGrid>
        <w:gridCol w:w="2835"/>
        <w:gridCol w:w="6520"/>
      </w:tblGrid>
      <w:tr w:rsidR="002B1678" w:rsidRPr="004441D7" w14:paraId="6A74731B" w14:textId="77777777">
        <w:tc>
          <w:tcPr>
            <w:tcW w:w="2835" w:type="dxa"/>
            <w:tcBorders>
              <w:top w:val="single" w:sz="4" w:space="0" w:color="000000"/>
              <w:left w:val="single" w:sz="4" w:space="0" w:color="000000"/>
              <w:bottom w:val="single" w:sz="4" w:space="0" w:color="000000"/>
              <w:right w:val="single" w:sz="4" w:space="0" w:color="000000"/>
            </w:tcBorders>
          </w:tcPr>
          <w:p w14:paraId="7EA4B80A" w14:textId="77777777" w:rsidR="002B1678" w:rsidRPr="004441D7" w:rsidRDefault="0029217F">
            <w:pPr>
              <w:spacing w:before="40" w:after="80"/>
              <w:rPr>
                <w:lang w:val="nl-NL"/>
              </w:rPr>
            </w:pPr>
            <w:r w:rsidRPr="004441D7">
              <w:rPr>
                <w:lang w:val="nl-NL"/>
              </w:rPr>
              <w:t>Naam</w:t>
            </w:r>
          </w:p>
        </w:tc>
        <w:tc>
          <w:tcPr>
            <w:tcW w:w="6520" w:type="dxa"/>
            <w:tcBorders>
              <w:top w:val="single" w:sz="4" w:space="0" w:color="000000"/>
              <w:left w:val="single" w:sz="4" w:space="0" w:color="000000"/>
              <w:bottom w:val="single" w:sz="4" w:space="0" w:color="000000"/>
              <w:right w:val="single" w:sz="4" w:space="0" w:color="000000"/>
            </w:tcBorders>
          </w:tcPr>
          <w:p w14:paraId="10355E6F" w14:textId="77777777" w:rsidR="002B1678" w:rsidRPr="004441D7" w:rsidRDefault="002B1678">
            <w:pPr>
              <w:spacing w:before="40" w:after="80"/>
              <w:rPr>
                <w:lang w:val="nl-NL"/>
              </w:rPr>
            </w:pPr>
          </w:p>
        </w:tc>
      </w:tr>
      <w:tr w:rsidR="002B1678" w:rsidRPr="004441D7" w14:paraId="128E7716" w14:textId="77777777">
        <w:tc>
          <w:tcPr>
            <w:tcW w:w="2835" w:type="dxa"/>
            <w:tcBorders>
              <w:top w:val="single" w:sz="4" w:space="0" w:color="000000"/>
              <w:left w:val="single" w:sz="4" w:space="0" w:color="000000"/>
              <w:bottom w:val="single" w:sz="4" w:space="0" w:color="000000"/>
              <w:right w:val="single" w:sz="4" w:space="0" w:color="000000"/>
            </w:tcBorders>
          </w:tcPr>
          <w:p w14:paraId="1070C826" w14:textId="77777777" w:rsidR="002B1678" w:rsidRPr="004441D7" w:rsidRDefault="0029217F">
            <w:pPr>
              <w:spacing w:before="40" w:after="80"/>
              <w:rPr>
                <w:lang w:val="nl-NL"/>
              </w:rPr>
            </w:pPr>
            <w:r w:rsidRPr="004441D7">
              <w:rPr>
                <w:lang w:val="nl-NL"/>
              </w:rPr>
              <w:t>Functie</w:t>
            </w:r>
          </w:p>
        </w:tc>
        <w:tc>
          <w:tcPr>
            <w:tcW w:w="6520" w:type="dxa"/>
            <w:tcBorders>
              <w:top w:val="single" w:sz="4" w:space="0" w:color="000000"/>
              <w:left w:val="single" w:sz="4" w:space="0" w:color="000000"/>
              <w:bottom w:val="single" w:sz="4" w:space="0" w:color="000000"/>
              <w:right w:val="single" w:sz="4" w:space="0" w:color="000000"/>
            </w:tcBorders>
          </w:tcPr>
          <w:p w14:paraId="51BB1E83" w14:textId="77777777" w:rsidR="002B1678" w:rsidRPr="004441D7" w:rsidRDefault="002B1678">
            <w:pPr>
              <w:spacing w:before="40" w:after="80"/>
              <w:rPr>
                <w:lang w:val="nl-NL"/>
              </w:rPr>
            </w:pPr>
          </w:p>
        </w:tc>
      </w:tr>
      <w:tr w:rsidR="002B1678" w:rsidRPr="004441D7" w14:paraId="1DE39D80" w14:textId="77777777">
        <w:tc>
          <w:tcPr>
            <w:tcW w:w="2835" w:type="dxa"/>
            <w:tcBorders>
              <w:top w:val="single" w:sz="4" w:space="0" w:color="000000"/>
              <w:left w:val="single" w:sz="4" w:space="0" w:color="000000"/>
              <w:bottom w:val="single" w:sz="4" w:space="0" w:color="000000"/>
              <w:right w:val="single" w:sz="4" w:space="0" w:color="000000"/>
            </w:tcBorders>
          </w:tcPr>
          <w:p w14:paraId="7E7B4541" w14:textId="77777777" w:rsidR="002B1678" w:rsidRPr="004441D7" w:rsidRDefault="0029217F">
            <w:pPr>
              <w:spacing w:before="40" w:after="80"/>
              <w:rPr>
                <w:lang w:val="nl-NL"/>
              </w:rPr>
            </w:pPr>
            <w:r w:rsidRPr="004441D7">
              <w:rPr>
                <w:lang w:val="nl-NL"/>
              </w:rPr>
              <w:t>Onderneming</w:t>
            </w:r>
          </w:p>
        </w:tc>
        <w:tc>
          <w:tcPr>
            <w:tcW w:w="6520" w:type="dxa"/>
            <w:tcBorders>
              <w:top w:val="single" w:sz="4" w:space="0" w:color="000000"/>
              <w:left w:val="single" w:sz="4" w:space="0" w:color="000000"/>
              <w:bottom w:val="single" w:sz="4" w:space="0" w:color="000000"/>
              <w:right w:val="single" w:sz="4" w:space="0" w:color="000000"/>
            </w:tcBorders>
          </w:tcPr>
          <w:p w14:paraId="5A1CCCA4" w14:textId="77777777" w:rsidR="002B1678" w:rsidRPr="004441D7" w:rsidRDefault="002B1678">
            <w:pPr>
              <w:spacing w:before="40" w:after="80"/>
              <w:rPr>
                <w:lang w:val="nl-NL"/>
              </w:rPr>
            </w:pPr>
          </w:p>
        </w:tc>
      </w:tr>
      <w:tr w:rsidR="002B1678" w:rsidRPr="004441D7" w14:paraId="6A0F7907" w14:textId="77777777">
        <w:tc>
          <w:tcPr>
            <w:tcW w:w="2835" w:type="dxa"/>
            <w:tcBorders>
              <w:top w:val="single" w:sz="4" w:space="0" w:color="000000"/>
              <w:left w:val="single" w:sz="4" w:space="0" w:color="000000"/>
              <w:bottom w:val="single" w:sz="4" w:space="0" w:color="000000"/>
              <w:right w:val="single" w:sz="4" w:space="0" w:color="000000"/>
            </w:tcBorders>
          </w:tcPr>
          <w:p w14:paraId="401DFCE2" w14:textId="77777777" w:rsidR="002B1678" w:rsidRPr="004441D7" w:rsidRDefault="0029217F">
            <w:pPr>
              <w:spacing w:before="40" w:after="80"/>
              <w:rPr>
                <w:lang w:val="nl-NL"/>
              </w:rPr>
            </w:pPr>
            <w:r w:rsidRPr="004441D7">
              <w:rPr>
                <w:lang w:val="nl-NL"/>
              </w:rPr>
              <w:t>Handtekening</w:t>
            </w:r>
          </w:p>
        </w:tc>
        <w:tc>
          <w:tcPr>
            <w:tcW w:w="6520" w:type="dxa"/>
            <w:tcBorders>
              <w:top w:val="single" w:sz="4" w:space="0" w:color="000000"/>
              <w:left w:val="single" w:sz="4" w:space="0" w:color="000000"/>
              <w:bottom w:val="single" w:sz="4" w:space="0" w:color="000000"/>
              <w:right w:val="single" w:sz="4" w:space="0" w:color="000000"/>
            </w:tcBorders>
          </w:tcPr>
          <w:p w14:paraId="597B4B95" w14:textId="77777777" w:rsidR="002B1678" w:rsidRPr="004441D7" w:rsidRDefault="002B1678">
            <w:pPr>
              <w:spacing w:before="40" w:after="80"/>
              <w:rPr>
                <w:lang w:val="nl-NL"/>
              </w:rPr>
            </w:pPr>
          </w:p>
        </w:tc>
      </w:tr>
      <w:tr w:rsidR="002B1678" w:rsidRPr="004441D7" w14:paraId="79028D3C" w14:textId="77777777">
        <w:tc>
          <w:tcPr>
            <w:tcW w:w="2835" w:type="dxa"/>
            <w:tcBorders>
              <w:top w:val="single" w:sz="4" w:space="0" w:color="000000"/>
              <w:left w:val="single" w:sz="4" w:space="0" w:color="000000"/>
              <w:bottom w:val="single" w:sz="4" w:space="0" w:color="000000"/>
              <w:right w:val="single" w:sz="4" w:space="0" w:color="000000"/>
            </w:tcBorders>
          </w:tcPr>
          <w:p w14:paraId="6EA302F1" w14:textId="77777777" w:rsidR="002B1678" w:rsidRPr="004441D7" w:rsidRDefault="0029217F">
            <w:pPr>
              <w:spacing w:before="40" w:after="80"/>
              <w:rPr>
                <w:lang w:val="nl-NL"/>
              </w:rPr>
            </w:pPr>
            <w:r w:rsidRPr="004441D7">
              <w:rPr>
                <w:lang w:val="nl-NL"/>
              </w:rPr>
              <w:t>Plaats en datum</w:t>
            </w:r>
          </w:p>
        </w:tc>
        <w:tc>
          <w:tcPr>
            <w:tcW w:w="6520" w:type="dxa"/>
            <w:tcBorders>
              <w:top w:val="single" w:sz="4" w:space="0" w:color="000000"/>
              <w:left w:val="single" w:sz="4" w:space="0" w:color="000000"/>
              <w:bottom w:val="single" w:sz="4" w:space="0" w:color="000000"/>
              <w:right w:val="single" w:sz="4" w:space="0" w:color="000000"/>
            </w:tcBorders>
          </w:tcPr>
          <w:p w14:paraId="7EB4CBFC" w14:textId="77777777" w:rsidR="002B1678" w:rsidRPr="004441D7" w:rsidRDefault="002B1678">
            <w:pPr>
              <w:spacing w:before="40" w:after="80"/>
              <w:rPr>
                <w:lang w:val="nl-NL"/>
              </w:rPr>
            </w:pPr>
          </w:p>
        </w:tc>
      </w:tr>
    </w:tbl>
    <w:p w14:paraId="71F13F63" w14:textId="77777777" w:rsidR="002B1678" w:rsidRPr="004441D7" w:rsidRDefault="002B1678">
      <w:pPr>
        <w:spacing w:after="80"/>
        <w:rPr>
          <w:lang w:val="nl-NL"/>
        </w:rPr>
      </w:pPr>
    </w:p>
    <w:p w14:paraId="4F19BE43" w14:textId="233544A0" w:rsidR="002B1678" w:rsidRPr="004441D7" w:rsidRDefault="0029217F">
      <w:pPr>
        <w:keepNext/>
        <w:spacing w:before="320" w:after="120"/>
        <w:rPr>
          <w:lang w:val="nl-NL"/>
        </w:rPr>
      </w:pPr>
      <w:r w:rsidRPr="004441D7">
        <w:rPr>
          <w:b/>
          <w:sz w:val="22"/>
          <w:lang w:val="nl-NL"/>
        </w:rPr>
        <w:lastRenderedPageBreak/>
        <w:t>Formulier 2.</w:t>
      </w:r>
      <w:r w:rsidR="00296C03">
        <w:rPr>
          <w:b/>
          <w:sz w:val="22"/>
          <w:lang w:val="nl-NL"/>
        </w:rPr>
        <w:t>2</w:t>
      </w:r>
      <w:r w:rsidRPr="004441D7">
        <w:rPr>
          <w:b/>
          <w:sz w:val="22"/>
          <w:lang w:val="nl-NL"/>
        </w:rPr>
        <w:t>.2: Verklaring beroep op technische bekwaamheid derde (invullen indien van toepassing)</w:t>
      </w:r>
    </w:p>
    <w:p w14:paraId="29A4EF93" w14:textId="77777777" w:rsidR="002B1678" w:rsidRPr="004441D7" w:rsidRDefault="0029217F">
      <w:pPr>
        <w:rPr>
          <w:lang w:val="nl-NL"/>
        </w:rPr>
      </w:pPr>
      <w:r w:rsidRPr="004441D7">
        <w:rPr>
          <w:lang w:val="nl-NL"/>
        </w:rPr>
        <w:t>Indien Inschrijver zich voor zijn technische en beroepsbekwaamheid beroept op een of meer derden als bedoeld in artikel 2.94 Aanbestedingswet, dan dient Inschrijver dit op straffe van uitsluiting aan te geven in het UEA. Voorts dienen Inschrijver en de derde(n) deze verklaring volledig en naar waarheid in te vullen en te ondertekenen.</w:t>
      </w:r>
    </w:p>
    <w:tbl>
      <w:tblPr>
        <w:tblW w:w="0" w:type="auto"/>
        <w:tblLayout w:type="fixed"/>
        <w:tblLook w:val="04A0" w:firstRow="1" w:lastRow="0" w:firstColumn="1" w:lastColumn="0" w:noHBand="0" w:noVBand="1"/>
      </w:tblPr>
      <w:tblGrid>
        <w:gridCol w:w="9354"/>
      </w:tblGrid>
      <w:tr w:rsidR="002B1678" w:rsidRPr="00B83856" w14:paraId="3D095ADB" w14:textId="77777777">
        <w:tc>
          <w:tcPr>
            <w:tcW w:w="9354" w:type="dxa"/>
            <w:tcBorders>
              <w:top w:val="single" w:sz="4" w:space="0" w:color="000000"/>
              <w:left w:val="single" w:sz="4" w:space="0" w:color="000000"/>
              <w:bottom w:val="single" w:sz="4" w:space="0" w:color="000000"/>
              <w:right w:val="single" w:sz="4" w:space="0" w:color="000000"/>
            </w:tcBorders>
          </w:tcPr>
          <w:p w14:paraId="3787AF12" w14:textId="77777777" w:rsidR="002B1678" w:rsidRPr="004441D7" w:rsidRDefault="0029217F">
            <w:pPr>
              <w:spacing w:before="40" w:after="80"/>
              <w:rPr>
                <w:lang w:val="nl-NL"/>
              </w:rPr>
            </w:pPr>
            <w:r w:rsidRPr="004441D7">
              <w:rPr>
                <w:b/>
                <w:lang w:val="nl-NL"/>
              </w:rPr>
              <w:t>Inschrijver verklaart door ondertekening dat:</w:t>
            </w:r>
          </w:p>
          <w:p w14:paraId="6B54291E" w14:textId="77777777" w:rsidR="002B1678" w:rsidRPr="004441D7" w:rsidRDefault="0029217F">
            <w:pPr>
              <w:pStyle w:val="Lijstopsomteken"/>
              <w:ind w:left="680" w:hanging="340"/>
              <w:rPr>
                <w:lang w:val="nl-NL"/>
              </w:rPr>
            </w:pPr>
            <w:r w:rsidRPr="004441D7">
              <w:rPr>
                <w:lang w:val="nl-NL"/>
              </w:rPr>
              <w:t>hij zich voor de uitvoering van de aan te besteden opdracht op grond van artikel 2.94 Aanbestedingswet beroept op de technische en beroepsbekwaamheid van een of meerdere derden, meer in het bijzonder ten behoeve van de geschiktheidseis technische en beroepsbekwaamheid zoals opgenomen in het inkoopdocument;</w:t>
            </w:r>
          </w:p>
          <w:p w14:paraId="16BA4D1A" w14:textId="77777777" w:rsidR="002B1678" w:rsidRPr="004441D7" w:rsidRDefault="0029217F">
            <w:pPr>
              <w:pStyle w:val="Lijstopsomteken"/>
              <w:ind w:left="680" w:hanging="340"/>
              <w:rPr>
                <w:lang w:val="nl-NL"/>
              </w:rPr>
            </w:pPr>
            <w:r w:rsidRPr="004441D7">
              <w:rPr>
                <w:lang w:val="nl-NL"/>
              </w:rPr>
              <w:t>hij gezien het voorgaande een beroep doet op de draagkracht van (naam derde): ______________________________, gevestigd te (vestigingsadres derde) ______________________________, die – indien van toepassing – is ingeschreven in het handelsregister onder nummer: ______________ (KvK-nummer derde), hierna te noemen ‘de Derde’;</w:t>
            </w:r>
          </w:p>
          <w:p w14:paraId="042C92D3" w14:textId="77777777" w:rsidR="002B1678" w:rsidRPr="004441D7" w:rsidRDefault="0029217F">
            <w:pPr>
              <w:pStyle w:val="Lijstopsomteken"/>
              <w:ind w:left="680" w:hanging="340"/>
              <w:rPr>
                <w:lang w:val="nl-NL"/>
              </w:rPr>
            </w:pPr>
            <w:r w:rsidRPr="004441D7">
              <w:rPr>
                <w:lang w:val="nl-NL"/>
              </w:rPr>
              <w:t>hij zal beschikken over de voor de uitvoering van de opdracht noodzakelijke middelen van de Derde.</w:t>
            </w:r>
          </w:p>
        </w:tc>
      </w:tr>
      <w:tr w:rsidR="002B1678" w:rsidRPr="00B83856" w14:paraId="6F520A25" w14:textId="77777777">
        <w:tc>
          <w:tcPr>
            <w:tcW w:w="9354" w:type="dxa"/>
            <w:tcBorders>
              <w:top w:val="single" w:sz="4" w:space="0" w:color="000000"/>
              <w:left w:val="single" w:sz="4" w:space="0" w:color="000000"/>
              <w:bottom w:val="single" w:sz="4" w:space="0" w:color="000000"/>
              <w:right w:val="single" w:sz="4" w:space="0" w:color="000000"/>
            </w:tcBorders>
          </w:tcPr>
          <w:p w14:paraId="2AEF51DC" w14:textId="77777777" w:rsidR="002B1678" w:rsidRPr="004441D7" w:rsidRDefault="0029217F">
            <w:pPr>
              <w:spacing w:before="40" w:after="80"/>
              <w:rPr>
                <w:lang w:val="nl-NL"/>
              </w:rPr>
            </w:pPr>
            <w:r w:rsidRPr="004441D7">
              <w:rPr>
                <w:b/>
                <w:lang w:val="nl-NL"/>
              </w:rPr>
              <w:t>De Derde verklaart door ondertekening dat:</w:t>
            </w:r>
          </w:p>
          <w:p w14:paraId="3A2437A5" w14:textId="77777777" w:rsidR="002B1678" w:rsidRPr="004441D7" w:rsidRDefault="0029217F">
            <w:pPr>
              <w:pStyle w:val="Lijstopsomteken"/>
              <w:ind w:left="680" w:hanging="340"/>
              <w:rPr>
                <w:lang w:val="nl-NL"/>
              </w:rPr>
            </w:pPr>
            <w:r w:rsidRPr="004441D7">
              <w:rPr>
                <w:lang w:val="nl-NL"/>
              </w:rPr>
              <w:t>Inschrijver zal beschikken over haar, voor de uitvoering van de opdracht noodzakelijke middelen, waarop ten bewijze van voldoende technische en beroepsbekwaamheid door Inschrijver een beroep wordt gedaan;</w:t>
            </w:r>
          </w:p>
          <w:p w14:paraId="1A777CCD" w14:textId="77777777" w:rsidR="002B1678" w:rsidRPr="004441D7" w:rsidRDefault="0029217F">
            <w:pPr>
              <w:pStyle w:val="Lijstopsomteken"/>
              <w:ind w:left="680" w:hanging="340"/>
              <w:rPr>
                <w:lang w:val="nl-NL"/>
              </w:rPr>
            </w:pPr>
            <w:r w:rsidRPr="004441D7">
              <w:rPr>
                <w:lang w:val="nl-NL"/>
              </w:rPr>
              <w:t>de hierboven gegeven verklaringen voortduren ongeacht of sprake is van (kapitaal)deelneming van de Derde in de Inschrijver;</w:t>
            </w:r>
          </w:p>
          <w:p w14:paraId="74FB7F5D" w14:textId="77777777" w:rsidR="002B1678" w:rsidRPr="004441D7" w:rsidRDefault="0029217F">
            <w:pPr>
              <w:pStyle w:val="Lijstopsomteken"/>
              <w:ind w:left="680" w:hanging="340"/>
              <w:rPr>
                <w:lang w:val="nl-NL"/>
              </w:rPr>
            </w:pPr>
            <w:r w:rsidRPr="004441D7">
              <w:rPr>
                <w:lang w:val="nl-NL"/>
              </w:rPr>
              <w:t>de hierboven gegeven verklaringen onherroepelijk en onvoorwaardelijk zijn.</w:t>
            </w:r>
          </w:p>
        </w:tc>
      </w:tr>
    </w:tbl>
    <w:p w14:paraId="395C14EB" w14:textId="77777777" w:rsidR="002B1678" w:rsidRPr="004441D7" w:rsidRDefault="0029217F">
      <w:pPr>
        <w:spacing w:after="80"/>
        <w:rPr>
          <w:lang w:val="nl-NL"/>
        </w:rPr>
      </w:pPr>
      <w:r w:rsidRPr="004441D7">
        <w:rPr>
          <w:lang w:val="nl-NL"/>
        </w:rPr>
        <w:t>Aldus naar waarheid ingevuld en door inschrijver ondertekend.</w:t>
      </w:r>
    </w:p>
    <w:p w14:paraId="1C9B4F5E" w14:textId="77777777" w:rsidR="002B1678" w:rsidRPr="004441D7" w:rsidRDefault="0029217F">
      <w:pPr>
        <w:spacing w:after="40"/>
        <w:rPr>
          <w:lang w:val="nl-NL"/>
        </w:rPr>
      </w:pPr>
      <w:r w:rsidRPr="004441D7">
        <w:rPr>
          <w:b/>
          <w:lang w:val="nl-NL"/>
        </w:rPr>
        <w:t>Inschrijver</w:t>
      </w:r>
    </w:p>
    <w:tbl>
      <w:tblPr>
        <w:tblW w:w="0" w:type="auto"/>
        <w:tblLayout w:type="fixed"/>
        <w:tblLook w:val="04A0" w:firstRow="1" w:lastRow="0" w:firstColumn="1" w:lastColumn="0" w:noHBand="0" w:noVBand="1"/>
      </w:tblPr>
      <w:tblGrid>
        <w:gridCol w:w="2835"/>
        <w:gridCol w:w="6520"/>
      </w:tblGrid>
      <w:tr w:rsidR="002B1678" w:rsidRPr="004441D7" w14:paraId="0209A5D8" w14:textId="77777777">
        <w:tc>
          <w:tcPr>
            <w:tcW w:w="2835" w:type="dxa"/>
            <w:tcBorders>
              <w:top w:val="single" w:sz="4" w:space="0" w:color="000000"/>
              <w:left w:val="single" w:sz="4" w:space="0" w:color="000000"/>
              <w:bottom w:val="single" w:sz="4" w:space="0" w:color="000000"/>
              <w:right w:val="single" w:sz="4" w:space="0" w:color="000000"/>
            </w:tcBorders>
          </w:tcPr>
          <w:p w14:paraId="0D409461" w14:textId="77777777" w:rsidR="002B1678" w:rsidRPr="004441D7" w:rsidRDefault="0029217F">
            <w:pPr>
              <w:spacing w:before="40" w:after="80"/>
              <w:rPr>
                <w:lang w:val="nl-NL"/>
              </w:rPr>
            </w:pPr>
            <w:r w:rsidRPr="004441D7">
              <w:rPr>
                <w:lang w:val="nl-NL"/>
              </w:rPr>
              <w:t>Naam</w:t>
            </w:r>
          </w:p>
        </w:tc>
        <w:tc>
          <w:tcPr>
            <w:tcW w:w="6520" w:type="dxa"/>
            <w:tcBorders>
              <w:top w:val="single" w:sz="4" w:space="0" w:color="000000"/>
              <w:left w:val="single" w:sz="4" w:space="0" w:color="000000"/>
              <w:bottom w:val="single" w:sz="4" w:space="0" w:color="000000"/>
              <w:right w:val="single" w:sz="4" w:space="0" w:color="000000"/>
            </w:tcBorders>
          </w:tcPr>
          <w:p w14:paraId="01890ECE" w14:textId="77777777" w:rsidR="002B1678" w:rsidRPr="004441D7" w:rsidRDefault="002B1678">
            <w:pPr>
              <w:spacing w:before="40" w:after="80"/>
              <w:rPr>
                <w:lang w:val="nl-NL"/>
              </w:rPr>
            </w:pPr>
          </w:p>
        </w:tc>
      </w:tr>
      <w:tr w:rsidR="002B1678" w:rsidRPr="004441D7" w14:paraId="7AAED3A7" w14:textId="77777777">
        <w:tc>
          <w:tcPr>
            <w:tcW w:w="2835" w:type="dxa"/>
            <w:tcBorders>
              <w:top w:val="single" w:sz="4" w:space="0" w:color="000000"/>
              <w:left w:val="single" w:sz="4" w:space="0" w:color="000000"/>
              <w:bottom w:val="single" w:sz="4" w:space="0" w:color="000000"/>
              <w:right w:val="single" w:sz="4" w:space="0" w:color="000000"/>
            </w:tcBorders>
          </w:tcPr>
          <w:p w14:paraId="472BFB01" w14:textId="77777777" w:rsidR="002B1678" w:rsidRPr="004441D7" w:rsidRDefault="0029217F">
            <w:pPr>
              <w:spacing w:before="40" w:after="80"/>
              <w:rPr>
                <w:lang w:val="nl-NL"/>
              </w:rPr>
            </w:pPr>
            <w:r w:rsidRPr="004441D7">
              <w:rPr>
                <w:lang w:val="nl-NL"/>
              </w:rPr>
              <w:t>Functie</w:t>
            </w:r>
          </w:p>
        </w:tc>
        <w:tc>
          <w:tcPr>
            <w:tcW w:w="6520" w:type="dxa"/>
            <w:tcBorders>
              <w:top w:val="single" w:sz="4" w:space="0" w:color="000000"/>
              <w:left w:val="single" w:sz="4" w:space="0" w:color="000000"/>
              <w:bottom w:val="single" w:sz="4" w:space="0" w:color="000000"/>
              <w:right w:val="single" w:sz="4" w:space="0" w:color="000000"/>
            </w:tcBorders>
          </w:tcPr>
          <w:p w14:paraId="7D4928CA" w14:textId="77777777" w:rsidR="002B1678" w:rsidRPr="004441D7" w:rsidRDefault="002B1678">
            <w:pPr>
              <w:spacing w:before="40" w:after="80"/>
              <w:rPr>
                <w:lang w:val="nl-NL"/>
              </w:rPr>
            </w:pPr>
          </w:p>
        </w:tc>
      </w:tr>
      <w:tr w:rsidR="002B1678" w:rsidRPr="004441D7" w14:paraId="51FEAFD3" w14:textId="77777777">
        <w:tc>
          <w:tcPr>
            <w:tcW w:w="2835" w:type="dxa"/>
            <w:tcBorders>
              <w:top w:val="single" w:sz="4" w:space="0" w:color="000000"/>
              <w:left w:val="single" w:sz="4" w:space="0" w:color="000000"/>
              <w:bottom w:val="single" w:sz="4" w:space="0" w:color="000000"/>
              <w:right w:val="single" w:sz="4" w:space="0" w:color="000000"/>
            </w:tcBorders>
          </w:tcPr>
          <w:p w14:paraId="1FFA9AB1" w14:textId="77777777" w:rsidR="002B1678" w:rsidRPr="004441D7" w:rsidRDefault="0029217F">
            <w:pPr>
              <w:spacing w:before="40" w:after="80"/>
              <w:rPr>
                <w:lang w:val="nl-NL"/>
              </w:rPr>
            </w:pPr>
            <w:r w:rsidRPr="004441D7">
              <w:rPr>
                <w:lang w:val="nl-NL"/>
              </w:rPr>
              <w:t>Onderneming</w:t>
            </w:r>
          </w:p>
        </w:tc>
        <w:tc>
          <w:tcPr>
            <w:tcW w:w="6520" w:type="dxa"/>
            <w:tcBorders>
              <w:top w:val="single" w:sz="4" w:space="0" w:color="000000"/>
              <w:left w:val="single" w:sz="4" w:space="0" w:color="000000"/>
              <w:bottom w:val="single" w:sz="4" w:space="0" w:color="000000"/>
              <w:right w:val="single" w:sz="4" w:space="0" w:color="000000"/>
            </w:tcBorders>
          </w:tcPr>
          <w:p w14:paraId="6C0D36DD" w14:textId="77777777" w:rsidR="002B1678" w:rsidRPr="004441D7" w:rsidRDefault="002B1678">
            <w:pPr>
              <w:spacing w:before="40" w:after="80"/>
              <w:rPr>
                <w:lang w:val="nl-NL"/>
              </w:rPr>
            </w:pPr>
          </w:p>
        </w:tc>
      </w:tr>
      <w:tr w:rsidR="002B1678" w:rsidRPr="004441D7" w14:paraId="599B738E" w14:textId="77777777">
        <w:tc>
          <w:tcPr>
            <w:tcW w:w="2835" w:type="dxa"/>
            <w:tcBorders>
              <w:top w:val="single" w:sz="4" w:space="0" w:color="000000"/>
              <w:left w:val="single" w:sz="4" w:space="0" w:color="000000"/>
              <w:bottom w:val="single" w:sz="4" w:space="0" w:color="000000"/>
              <w:right w:val="single" w:sz="4" w:space="0" w:color="000000"/>
            </w:tcBorders>
          </w:tcPr>
          <w:p w14:paraId="32AC0F17" w14:textId="77777777" w:rsidR="002B1678" w:rsidRPr="004441D7" w:rsidRDefault="0029217F">
            <w:pPr>
              <w:spacing w:before="40" w:after="80"/>
              <w:rPr>
                <w:lang w:val="nl-NL"/>
              </w:rPr>
            </w:pPr>
            <w:r w:rsidRPr="004441D7">
              <w:rPr>
                <w:lang w:val="nl-NL"/>
              </w:rPr>
              <w:t>Handtekening</w:t>
            </w:r>
          </w:p>
        </w:tc>
        <w:tc>
          <w:tcPr>
            <w:tcW w:w="6520" w:type="dxa"/>
            <w:tcBorders>
              <w:top w:val="single" w:sz="4" w:space="0" w:color="000000"/>
              <w:left w:val="single" w:sz="4" w:space="0" w:color="000000"/>
              <w:bottom w:val="single" w:sz="4" w:space="0" w:color="000000"/>
              <w:right w:val="single" w:sz="4" w:space="0" w:color="000000"/>
            </w:tcBorders>
          </w:tcPr>
          <w:p w14:paraId="0DCBAC3E" w14:textId="77777777" w:rsidR="002B1678" w:rsidRPr="004441D7" w:rsidRDefault="002B1678">
            <w:pPr>
              <w:spacing w:before="40" w:after="80"/>
              <w:rPr>
                <w:lang w:val="nl-NL"/>
              </w:rPr>
            </w:pPr>
          </w:p>
        </w:tc>
      </w:tr>
      <w:tr w:rsidR="002B1678" w:rsidRPr="004441D7" w14:paraId="7FE3AC29" w14:textId="77777777">
        <w:tc>
          <w:tcPr>
            <w:tcW w:w="2835" w:type="dxa"/>
            <w:tcBorders>
              <w:top w:val="single" w:sz="4" w:space="0" w:color="000000"/>
              <w:left w:val="single" w:sz="4" w:space="0" w:color="000000"/>
              <w:bottom w:val="single" w:sz="4" w:space="0" w:color="000000"/>
              <w:right w:val="single" w:sz="4" w:space="0" w:color="000000"/>
            </w:tcBorders>
          </w:tcPr>
          <w:p w14:paraId="3BACEECB" w14:textId="77777777" w:rsidR="002B1678" w:rsidRPr="004441D7" w:rsidRDefault="0029217F">
            <w:pPr>
              <w:spacing w:before="40" w:after="80"/>
              <w:rPr>
                <w:lang w:val="nl-NL"/>
              </w:rPr>
            </w:pPr>
            <w:r w:rsidRPr="004441D7">
              <w:rPr>
                <w:lang w:val="nl-NL"/>
              </w:rPr>
              <w:t>Plaats en datum</w:t>
            </w:r>
          </w:p>
        </w:tc>
        <w:tc>
          <w:tcPr>
            <w:tcW w:w="6520" w:type="dxa"/>
            <w:tcBorders>
              <w:top w:val="single" w:sz="4" w:space="0" w:color="000000"/>
              <w:left w:val="single" w:sz="4" w:space="0" w:color="000000"/>
              <w:bottom w:val="single" w:sz="4" w:space="0" w:color="000000"/>
              <w:right w:val="single" w:sz="4" w:space="0" w:color="000000"/>
            </w:tcBorders>
          </w:tcPr>
          <w:p w14:paraId="7451C446" w14:textId="77777777" w:rsidR="002B1678" w:rsidRPr="004441D7" w:rsidRDefault="002B1678">
            <w:pPr>
              <w:spacing w:before="40" w:after="80"/>
              <w:rPr>
                <w:lang w:val="nl-NL"/>
              </w:rPr>
            </w:pPr>
          </w:p>
        </w:tc>
      </w:tr>
    </w:tbl>
    <w:p w14:paraId="5C508F1D" w14:textId="77777777" w:rsidR="002B1678" w:rsidRPr="004441D7" w:rsidRDefault="002B1678">
      <w:pPr>
        <w:spacing w:after="80"/>
        <w:rPr>
          <w:lang w:val="nl-NL"/>
        </w:rPr>
      </w:pPr>
    </w:p>
    <w:p w14:paraId="198F2CDF" w14:textId="77777777" w:rsidR="002B1678" w:rsidRPr="004441D7" w:rsidRDefault="0029217F">
      <w:pPr>
        <w:spacing w:after="80"/>
        <w:rPr>
          <w:lang w:val="nl-NL"/>
        </w:rPr>
      </w:pPr>
      <w:r w:rsidRPr="004441D7">
        <w:rPr>
          <w:lang w:val="nl-NL"/>
        </w:rPr>
        <w:t>Aldus naar waarheid ingevuld en door derde ondertekend.</w:t>
      </w:r>
    </w:p>
    <w:p w14:paraId="24B9189E" w14:textId="77777777" w:rsidR="002B1678" w:rsidRPr="004441D7" w:rsidRDefault="0029217F">
      <w:pPr>
        <w:spacing w:after="40"/>
        <w:rPr>
          <w:lang w:val="nl-NL"/>
        </w:rPr>
      </w:pPr>
      <w:r w:rsidRPr="004441D7">
        <w:rPr>
          <w:b/>
          <w:lang w:val="nl-NL"/>
        </w:rPr>
        <w:t>Derde</w:t>
      </w:r>
    </w:p>
    <w:tbl>
      <w:tblPr>
        <w:tblW w:w="0" w:type="auto"/>
        <w:tblLayout w:type="fixed"/>
        <w:tblLook w:val="04A0" w:firstRow="1" w:lastRow="0" w:firstColumn="1" w:lastColumn="0" w:noHBand="0" w:noVBand="1"/>
      </w:tblPr>
      <w:tblGrid>
        <w:gridCol w:w="2835"/>
        <w:gridCol w:w="6520"/>
      </w:tblGrid>
      <w:tr w:rsidR="002B1678" w:rsidRPr="004441D7" w14:paraId="090F92FA" w14:textId="77777777">
        <w:tc>
          <w:tcPr>
            <w:tcW w:w="2835" w:type="dxa"/>
            <w:tcBorders>
              <w:top w:val="single" w:sz="4" w:space="0" w:color="000000"/>
              <w:left w:val="single" w:sz="4" w:space="0" w:color="000000"/>
              <w:bottom w:val="single" w:sz="4" w:space="0" w:color="000000"/>
              <w:right w:val="single" w:sz="4" w:space="0" w:color="000000"/>
            </w:tcBorders>
          </w:tcPr>
          <w:p w14:paraId="6BF22250" w14:textId="77777777" w:rsidR="002B1678" w:rsidRPr="004441D7" w:rsidRDefault="0029217F">
            <w:pPr>
              <w:spacing w:before="40" w:after="80"/>
              <w:rPr>
                <w:lang w:val="nl-NL"/>
              </w:rPr>
            </w:pPr>
            <w:r w:rsidRPr="004441D7">
              <w:rPr>
                <w:lang w:val="nl-NL"/>
              </w:rPr>
              <w:t>Naam</w:t>
            </w:r>
          </w:p>
        </w:tc>
        <w:tc>
          <w:tcPr>
            <w:tcW w:w="6520" w:type="dxa"/>
            <w:tcBorders>
              <w:top w:val="single" w:sz="4" w:space="0" w:color="000000"/>
              <w:left w:val="single" w:sz="4" w:space="0" w:color="000000"/>
              <w:bottom w:val="single" w:sz="4" w:space="0" w:color="000000"/>
              <w:right w:val="single" w:sz="4" w:space="0" w:color="000000"/>
            </w:tcBorders>
          </w:tcPr>
          <w:p w14:paraId="431B4AC0" w14:textId="77777777" w:rsidR="002B1678" w:rsidRPr="004441D7" w:rsidRDefault="002B1678">
            <w:pPr>
              <w:spacing w:before="40" w:after="80"/>
              <w:rPr>
                <w:lang w:val="nl-NL"/>
              </w:rPr>
            </w:pPr>
          </w:p>
        </w:tc>
      </w:tr>
      <w:tr w:rsidR="002B1678" w:rsidRPr="004441D7" w14:paraId="01566A98" w14:textId="77777777">
        <w:tc>
          <w:tcPr>
            <w:tcW w:w="2835" w:type="dxa"/>
            <w:tcBorders>
              <w:top w:val="single" w:sz="4" w:space="0" w:color="000000"/>
              <w:left w:val="single" w:sz="4" w:space="0" w:color="000000"/>
              <w:bottom w:val="single" w:sz="4" w:space="0" w:color="000000"/>
              <w:right w:val="single" w:sz="4" w:space="0" w:color="000000"/>
            </w:tcBorders>
          </w:tcPr>
          <w:p w14:paraId="35863186" w14:textId="77777777" w:rsidR="002B1678" w:rsidRPr="004441D7" w:rsidRDefault="0029217F">
            <w:pPr>
              <w:spacing w:before="40" w:after="80"/>
              <w:rPr>
                <w:lang w:val="nl-NL"/>
              </w:rPr>
            </w:pPr>
            <w:r w:rsidRPr="004441D7">
              <w:rPr>
                <w:lang w:val="nl-NL"/>
              </w:rPr>
              <w:t>Functie</w:t>
            </w:r>
          </w:p>
        </w:tc>
        <w:tc>
          <w:tcPr>
            <w:tcW w:w="6520" w:type="dxa"/>
            <w:tcBorders>
              <w:top w:val="single" w:sz="4" w:space="0" w:color="000000"/>
              <w:left w:val="single" w:sz="4" w:space="0" w:color="000000"/>
              <w:bottom w:val="single" w:sz="4" w:space="0" w:color="000000"/>
              <w:right w:val="single" w:sz="4" w:space="0" w:color="000000"/>
            </w:tcBorders>
          </w:tcPr>
          <w:p w14:paraId="7826BE10" w14:textId="77777777" w:rsidR="002B1678" w:rsidRPr="004441D7" w:rsidRDefault="002B1678">
            <w:pPr>
              <w:spacing w:before="40" w:after="80"/>
              <w:rPr>
                <w:lang w:val="nl-NL"/>
              </w:rPr>
            </w:pPr>
          </w:p>
        </w:tc>
      </w:tr>
      <w:tr w:rsidR="002B1678" w:rsidRPr="004441D7" w14:paraId="59E28F5D" w14:textId="77777777">
        <w:tc>
          <w:tcPr>
            <w:tcW w:w="2835" w:type="dxa"/>
            <w:tcBorders>
              <w:top w:val="single" w:sz="4" w:space="0" w:color="000000"/>
              <w:left w:val="single" w:sz="4" w:space="0" w:color="000000"/>
              <w:bottom w:val="single" w:sz="4" w:space="0" w:color="000000"/>
              <w:right w:val="single" w:sz="4" w:space="0" w:color="000000"/>
            </w:tcBorders>
          </w:tcPr>
          <w:p w14:paraId="6B440994" w14:textId="77777777" w:rsidR="002B1678" w:rsidRPr="004441D7" w:rsidRDefault="0029217F">
            <w:pPr>
              <w:spacing w:before="40" w:after="80"/>
              <w:rPr>
                <w:lang w:val="nl-NL"/>
              </w:rPr>
            </w:pPr>
            <w:r w:rsidRPr="004441D7">
              <w:rPr>
                <w:lang w:val="nl-NL"/>
              </w:rPr>
              <w:t>Onderneming</w:t>
            </w:r>
          </w:p>
        </w:tc>
        <w:tc>
          <w:tcPr>
            <w:tcW w:w="6520" w:type="dxa"/>
            <w:tcBorders>
              <w:top w:val="single" w:sz="4" w:space="0" w:color="000000"/>
              <w:left w:val="single" w:sz="4" w:space="0" w:color="000000"/>
              <w:bottom w:val="single" w:sz="4" w:space="0" w:color="000000"/>
              <w:right w:val="single" w:sz="4" w:space="0" w:color="000000"/>
            </w:tcBorders>
          </w:tcPr>
          <w:p w14:paraId="2C307418" w14:textId="77777777" w:rsidR="002B1678" w:rsidRPr="004441D7" w:rsidRDefault="002B1678">
            <w:pPr>
              <w:spacing w:before="40" w:after="80"/>
              <w:rPr>
                <w:lang w:val="nl-NL"/>
              </w:rPr>
            </w:pPr>
          </w:p>
        </w:tc>
      </w:tr>
      <w:tr w:rsidR="002B1678" w:rsidRPr="004441D7" w14:paraId="2C78D0EE" w14:textId="77777777">
        <w:tc>
          <w:tcPr>
            <w:tcW w:w="2835" w:type="dxa"/>
            <w:tcBorders>
              <w:top w:val="single" w:sz="4" w:space="0" w:color="000000"/>
              <w:left w:val="single" w:sz="4" w:space="0" w:color="000000"/>
              <w:bottom w:val="single" w:sz="4" w:space="0" w:color="000000"/>
              <w:right w:val="single" w:sz="4" w:space="0" w:color="000000"/>
            </w:tcBorders>
          </w:tcPr>
          <w:p w14:paraId="63A2CA09" w14:textId="77777777" w:rsidR="002B1678" w:rsidRPr="004441D7" w:rsidRDefault="0029217F">
            <w:pPr>
              <w:spacing w:before="40" w:after="80"/>
              <w:rPr>
                <w:lang w:val="nl-NL"/>
              </w:rPr>
            </w:pPr>
            <w:r w:rsidRPr="004441D7">
              <w:rPr>
                <w:lang w:val="nl-NL"/>
              </w:rPr>
              <w:t>Handtekening</w:t>
            </w:r>
          </w:p>
        </w:tc>
        <w:tc>
          <w:tcPr>
            <w:tcW w:w="6520" w:type="dxa"/>
            <w:tcBorders>
              <w:top w:val="single" w:sz="4" w:space="0" w:color="000000"/>
              <w:left w:val="single" w:sz="4" w:space="0" w:color="000000"/>
              <w:bottom w:val="single" w:sz="4" w:space="0" w:color="000000"/>
              <w:right w:val="single" w:sz="4" w:space="0" w:color="000000"/>
            </w:tcBorders>
          </w:tcPr>
          <w:p w14:paraId="772DA0A5" w14:textId="77777777" w:rsidR="002B1678" w:rsidRPr="004441D7" w:rsidRDefault="002B1678">
            <w:pPr>
              <w:spacing w:before="40" w:after="80"/>
              <w:rPr>
                <w:lang w:val="nl-NL"/>
              </w:rPr>
            </w:pPr>
          </w:p>
        </w:tc>
      </w:tr>
      <w:tr w:rsidR="002B1678" w:rsidRPr="004441D7" w14:paraId="11CADD63" w14:textId="77777777">
        <w:tc>
          <w:tcPr>
            <w:tcW w:w="2835" w:type="dxa"/>
            <w:tcBorders>
              <w:top w:val="single" w:sz="4" w:space="0" w:color="000000"/>
              <w:left w:val="single" w:sz="4" w:space="0" w:color="000000"/>
              <w:bottom w:val="single" w:sz="4" w:space="0" w:color="000000"/>
              <w:right w:val="single" w:sz="4" w:space="0" w:color="000000"/>
            </w:tcBorders>
          </w:tcPr>
          <w:p w14:paraId="31F3FF06" w14:textId="77777777" w:rsidR="002B1678" w:rsidRPr="004441D7" w:rsidRDefault="0029217F">
            <w:pPr>
              <w:spacing w:before="40" w:after="80"/>
              <w:rPr>
                <w:lang w:val="nl-NL"/>
              </w:rPr>
            </w:pPr>
            <w:r w:rsidRPr="004441D7">
              <w:rPr>
                <w:lang w:val="nl-NL"/>
              </w:rPr>
              <w:t>Plaats en datum</w:t>
            </w:r>
          </w:p>
        </w:tc>
        <w:tc>
          <w:tcPr>
            <w:tcW w:w="6520" w:type="dxa"/>
            <w:tcBorders>
              <w:top w:val="single" w:sz="4" w:space="0" w:color="000000"/>
              <w:left w:val="single" w:sz="4" w:space="0" w:color="000000"/>
              <w:bottom w:val="single" w:sz="4" w:space="0" w:color="000000"/>
              <w:right w:val="single" w:sz="4" w:space="0" w:color="000000"/>
            </w:tcBorders>
          </w:tcPr>
          <w:p w14:paraId="788B445F" w14:textId="77777777" w:rsidR="002B1678" w:rsidRPr="004441D7" w:rsidRDefault="002B1678">
            <w:pPr>
              <w:spacing w:before="40" w:after="80"/>
              <w:rPr>
                <w:lang w:val="nl-NL"/>
              </w:rPr>
            </w:pPr>
          </w:p>
        </w:tc>
      </w:tr>
    </w:tbl>
    <w:p w14:paraId="2E9BCF98" w14:textId="77777777" w:rsidR="002B1678" w:rsidRPr="004441D7" w:rsidRDefault="002B1678">
      <w:pPr>
        <w:spacing w:after="80"/>
        <w:rPr>
          <w:lang w:val="nl-NL"/>
        </w:rPr>
      </w:pPr>
    </w:p>
    <w:p w14:paraId="2A77CFA3" w14:textId="77777777" w:rsidR="002B1678" w:rsidRPr="004441D7" w:rsidRDefault="0029217F">
      <w:pPr>
        <w:rPr>
          <w:lang w:val="nl-NL"/>
        </w:rPr>
      </w:pPr>
      <w:r w:rsidRPr="004441D7">
        <w:rPr>
          <w:lang w:val="nl-NL"/>
        </w:rPr>
        <w:br w:type="page"/>
      </w:r>
    </w:p>
    <w:p w14:paraId="38DA71B8" w14:textId="0ED7D270" w:rsidR="002B1678" w:rsidRPr="004441D7" w:rsidRDefault="0029217F">
      <w:pPr>
        <w:keepNext/>
        <w:spacing w:before="320" w:after="120"/>
        <w:rPr>
          <w:lang w:val="nl-NL"/>
        </w:rPr>
      </w:pPr>
      <w:r w:rsidRPr="004441D7">
        <w:rPr>
          <w:b/>
          <w:sz w:val="26"/>
          <w:lang w:val="nl-NL"/>
        </w:rPr>
        <w:lastRenderedPageBreak/>
        <w:t xml:space="preserve">Formulier </w:t>
      </w:r>
      <w:r w:rsidR="004B0760">
        <w:rPr>
          <w:b/>
          <w:sz w:val="26"/>
          <w:lang w:val="nl-NL"/>
        </w:rPr>
        <w:t>3</w:t>
      </w:r>
      <w:r w:rsidRPr="004441D7">
        <w:rPr>
          <w:b/>
          <w:sz w:val="26"/>
          <w:lang w:val="nl-NL"/>
        </w:rPr>
        <w:t>: Opgave referentie</w:t>
      </w:r>
    </w:p>
    <w:p w14:paraId="2F49745D" w14:textId="77777777" w:rsidR="002B1678" w:rsidRPr="004441D7" w:rsidRDefault="0029217F">
      <w:pPr>
        <w:rPr>
          <w:lang w:val="nl-NL"/>
        </w:rPr>
      </w:pPr>
      <w:r w:rsidRPr="004441D7">
        <w:rPr>
          <w:lang w:val="nl-NL"/>
        </w:rPr>
        <w:t>Het is van belang dat Inschrijver aantoont over voldoende technische en beroepsmatige bekwaamheid te beschikken voor het uitvoeren van Kleinschalige Woonvoorzieningen (KWV), zoals beschreven in de paragraaf ‘Geschiktheidseis technische en beroepsbekwaamheid’ van het inkoopdocument. Van Inschrijver wordt in dat kader onder meer verwacht dat zij minimaal vijf jaar relevante ervaring heeft binnen de jeugdhulp en minimaal drie jaar ervaring met het leveren van verblijf, wonen of vergelijkbare intensieve ondersteuningsvormen binnen de jeugdhulp.</w:t>
      </w:r>
    </w:p>
    <w:p w14:paraId="3001E96E" w14:textId="77777777" w:rsidR="002B1678" w:rsidRPr="004441D7" w:rsidRDefault="0029217F">
      <w:pPr>
        <w:rPr>
          <w:lang w:val="nl-NL"/>
        </w:rPr>
      </w:pPr>
      <w:r w:rsidRPr="004441D7">
        <w:rPr>
          <w:lang w:val="nl-NL"/>
        </w:rPr>
        <w:t>Inschrijver levert ter onderbouwing hiervan minimaal één (1) referentieopdracht aan, die betrekking heeft op het leveren van verblijf, wonen of een vergelijkbare intensieve ondersteuningsvorm aan jeugdigen met complexe problematiek. In het geval van een inschrijving met gebruik van bekwaamheid van een derde is het toegestaan om een referentie van de derde te gebruiken, mits deze door de derde (mede) is ondertekend.</w:t>
      </w:r>
    </w:p>
    <w:p w14:paraId="5464EC0A" w14:textId="77777777" w:rsidR="002B1678" w:rsidRPr="004441D7" w:rsidRDefault="0029217F">
      <w:pPr>
        <w:spacing w:after="80"/>
        <w:rPr>
          <w:lang w:val="nl-NL"/>
        </w:rPr>
      </w:pPr>
      <w:r w:rsidRPr="004441D7">
        <w:rPr>
          <w:b/>
          <w:lang w:val="nl-NL"/>
        </w:rPr>
        <w:t>Referentieproject 1</w:t>
      </w:r>
    </w:p>
    <w:tbl>
      <w:tblPr>
        <w:tblW w:w="0" w:type="auto"/>
        <w:tblInd w:w="108" w:type="dxa"/>
        <w:tblLayout w:type="fixed"/>
        <w:tblLook w:val="04A0" w:firstRow="1" w:lastRow="0" w:firstColumn="1" w:lastColumn="0" w:noHBand="0" w:noVBand="1"/>
      </w:tblPr>
      <w:tblGrid>
        <w:gridCol w:w="4144"/>
        <w:gridCol w:w="5102"/>
      </w:tblGrid>
      <w:tr w:rsidR="002B1678" w:rsidRPr="00B83856" w14:paraId="295391A9"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3EC0159F" w14:textId="77777777" w:rsidR="002B1678" w:rsidRPr="004441D7" w:rsidRDefault="0029217F">
            <w:pPr>
              <w:spacing w:before="40" w:after="80"/>
              <w:rPr>
                <w:lang w:val="nl-NL"/>
              </w:rPr>
            </w:pPr>
            <w:r w:rsidRPr="004441D7">
              <w:rPr>
                <w:lang w:val="nl-NL"/>
              </w:rPr>
              <w:t>Naam referentieproject</w:t>
            </w:r>
          </w:p>
        </w:tc>
        <w:tc>
          <w:tcPr>
            <w:tcW w:w="5102" w:type="dxa"/>
            <w:tcBorders>
              <w:top w:val="single" w:sz="4" w:space="0" w:color="000000"/>
              <w:left w:val="single" w:sz="4" w:space="0" w:color="000000"/>
              <w:bottom w:val="single" w:sz="4" w:space="0" w:color="000000"/>
              <w:right w:val="single" w:sz="4" w:space="0" w:color="000000"/>
            </w:tcBorders>
          </w:tcPr>
          <w:p w14:paraId="6A0A545E" w14:textId="77777777" w:rsidR="002B1678" w:rsidRPr="004441D7" w:rsidRDefault="0029217F">
            <w:pPr>
              <w:spacing w:before="40" w:after="80"/>
              <w:rPr>
                <w:lang w:val="nl-NL"/>
              </w:rPr>
            </w:pPr>
            <w:r w:rsidRPr="004441D7">
              <w:rPr>
                <w:color w:val="808080"/>
                <w:lang w:val="nl-NL"/>
              </w:rPr>
              <w:t>Klik hier om tekst in te voeren.</w:t>
            </w:r>
          </w:p>
        </w:tc>
      </w:tr>
      <w:tr w:rsidR="002B1678" w:rsidRPr="004441D7" w14:paraId="74AB3438" w14:textId="77777777" w:rsidTr="00213A48">
        <w:tc>
          <w:tcPr>
            <w:tcW w:w="9246" w:type="dxa"/>
            <w:gridSpan w:val="2"/>
            <w:tcBorders>
              <w:top w:val="single" w:sz="4" w:space="0" w:color="000000"/>
              <w:left w:val="single" w:sz="4" w:space="0" w:color="000000"/>
              <w:bottom w:val="single" w:sz="4" w:space="0" w:color="000000"/>
              <w:right w:val="single" w:sz="4" w:space="0" w:color="000000"/>
            </w:tcBorders>
            <w:shd w:val="clear" w:color="auto" w:fill="DCE4EF"/>
          </w:tcPr>
          <w:p w14:paraId="0607CF5F" w14:textId="77777777" w:rsidR="002B1678" w:rsidRPr="004441D7" w:rsidRDefault="0029217F">
            <w:pPr>
              <w:spacing w:before="40" w:after="80"/>
              <w:rPr>
                <w:lang w:val="nl-NL"/>
              </w:rPr>
            </w:pPr>
            <w:r w:rsidRPr="004441D7">
              <w:rPr>
                <w:b/>
                <w:lang w:val="nl-NL"/>
              </w:rPr>
              <w:t>1. Adresgegevens</w:t>
            </w:r>
          </w:p>
        </w:tc>
      </w:tr>
      <w:tr w:rsidR="002B1678" w:rsidRPr="00B83856" w14:paraId="79F1A12D"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66FF37D6" w14:textId="77777777" w:rsidR="002B1678" w:rsidRPr="004441D7" w:rsidRDefault="0029217F">
            <w:pPr>
              <w:spacing w:before="40" w:after="80"/>
              <w:rPr>
                <w:lang w:val="nl-NL"/>
              </w:rPr>
            </w:pPr>
            <w:r w:rsidRPr="004441D7">
              <w:rPr>
                <w:lang w:val="nl-NL"/>
              </w:rPr>
              <w:t>Naam klant (referent):</w:t>
            </w:r>
          </w:p>
        </w:tc>
        <w:tc>
          <w:tcPr>
            <w:tcW w:w="5102" w:type="dxa"/>
            <w:tcBorders>
              <w:top w:val="single" w:sz="4" w:space="0" w:color="000000"/>
              <w:left w:val="single" w:sz="4" w:space="0" w:color="000000"/>
              <w:bottom w:val="single" w:sz="4" w:space="0" w:color="000000"/>
              <w:right w:val="single" w:sz="4" w:space="0" w:color="000000"/>
            </w:tcBorders>
          </w:tcPr>
          <w:p w14:paraId="680DF15E"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7B0F8658"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45C1291E" w14:textId="77777777" w:rsidR="002B1678" w:rsidRPr="004441D7" w:rsidRDefault="0029217F">
            <w:pPr>
              <w:spacing w:before="40" w:after="80"/>
              <w:rPr>
                <w:lang w:val="nl-NL"/>
              </w:rPr>
            </w:pPr>
            <w:r w:rsidRPr="004441D7">
              <w:rPr>
                <w:lang w:val="nl-NL"/>
              </w:rPr>
              <w:t>Plaatsnaam:</w:t>
            </w:r>
          </w:p>
        </w:tc>
        <w:tc>
          <w:tcPr>
            <w:tcW w:w="5102" w:type="dxa"/>
            <w:tcBorders>
              <w:top w:val="single" w:sz="4" w:space="0" w:color="000000"/>
              <w:left w:val="single" w:sz="4" w:space="0" w:color="000000"/>
              <w:bottom w:val="single" w:sz="4" w:space="0" w:color="000000"/>
              <w:right w:val="single" w:sz="4" w:space="0" w:color="000000"/>
            </w:tcBorders>
          </w:tcPr>
          <w:p w14:paraId="1E5341C9"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4310ECC"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1DA1E55E" w14:textId="77777777" w:rsidR="002B1678" w:rsidRPr="004441D7" w:rsidRDefault="0029217F">
            <w:pPr>
              <w:spacing w:before="40" w:after="80"/>
              <w:rPr>
                <w:lang w:val="nl-NL"/>
              </w:rPr>
            </w:pPr>
            <w:r w:rsidRPr="004441D7">
              <w:rPr>
                <w:lang w:val="nl-NL"/>
              </w:rPr>
              <w:t>Naam te benaderen contactpersoon*:</w:t>
            </w:r>
          </w:p>
        </w:tc>
        <w:tc>
          <w:tcPr>
            <w:tcW w:w="5102" w:type="dxa"/>
            <w:tcBorders>
              <w:top w:val="single" w:sz="4" w:space="0" w:color="000000"/>
              <w:left w:val="single" w:sz="4" w:space="0" w:color="000000"/>
              <w:bottom w:val="single" w:sz="4" w:space="0" w:color="000000"/>
              <w:right w:val="single" w:sz="4" w:space="0" w:color="000000"/>
            </w:tcBorders>
          </w:tcPr>
          <w:p w14:paraId="66E90350"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0640E221"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39116FD1" w14:textId="77777777" w:rsidR="002B1678" w:rsidRPr="004441D7" w:rsidRDefault="0029217F">
            <w:pPr>
              <w:spacing w:before="40" w:after="80"/>
              <w:rPr>
                <w:lang w:val="nl-NL"/>
              </w:rPr>
            </w:pPr>
            <w:r w:rsidRPr="004441D7">
              <w:rPr>
                <w:lang w:val="nl-NL"/>
              </w:rPr>
              <w:t>Functie:</w:t>
            </w:r>
          </w:p>
        </w:tc>
        <w:tc>
          <w:tcPr>
            <w:tcW w:w="5102" w:type="dxa"/>
            <w:tcBorders>
              <w:top w:val="single" w:sz="4" w:space="0" w:color="000000"/>
              <w:left w:val="single" w:sz="4" w:space="0" w:color="000000"/>
              <w:bottom w:val="single" w:sz="4" w:space="0" w:color="000000"/>
              <w:right w:val="single" w:sz="4" w:space="0" w:color="000000"/>
            </w:tcBorders>
          </w:tcPr>
          <w:p w14:paraId="6CFB783E"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1C4E182"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022FCC5B" w14:textId="77777777" w:rsidR="002B1678" w:rsidRPr="004441D7" w:rsidRDefault="0029217F">
            <w:pPr>
              <w:spacing w:before="40" w:after="80"/>
              <w:rPr>
                <w:lang w:val="nl-NL"/>
              </w:rPr>
            </w:pPr>
            <w:r w:rsidRPr="004441D7">
              <w:rPr>
                <w:lang w:val="nl-NL"/>
              </w:rPr>
              <w:t>Telefoonnummer:</w:t>
            </w:r>
          </w:p>
        </w:tc>
        <w:tc>
          <w:tcPr>
            <w:tcW w:w="5102" w:type="dxa"/>
            <w:tcBorders>
              <w:top w:val="single" w:sz="4" w:space="0" w:color="000000"/>
              <w:left w:val="single" w:sz="4" w:space="0" w:color="000000"/>
              <w:bottom w:val="single" w:sz="4" w:space="0" w:color="000000"/>
              <w:right w:val="single" w:sz="4" w:space="0" w:color="000000"/>
            </w:tcBorders>
          </w:tcPr>
          <w:p w14:paraId="7EBF73A8"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31338A84"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490BEACE" w14:textId="77777777" w:rsidR="002B1678" w:rsidRPr="004441D7" w:rsidRDefault="0029217F">
            <w:pPr>
              <w:spacing w:before="40" w:after="80"/>
              <w:rPr>
                <w:lang w:val="nl-NL"/>
              </w:rPr>
            </w:pPr>
            <w:r w:rsidRPr="004441D7">
              <w:rPr>
                <w:lang w:val="nl-NL"/>
              </w:rPr>
              <w:t>E-mailadres:</w:t>
            </w:r>
          </w:p>
        </w:tc>
        <w:tc>
          <w:tcPr>
            <w:tcW w:w="5102" w:type="dxa"/>
            <w:tcBorders>
              <w:top w:val="single" w:sz="4" w:space="0" w:color="000000"/>
              <w:left w:val="single" w:sz="4" w:space="0" w:color="000000"/>
              <w:bottom w:val="single" w:sz="4" w:space="0" w:color="000000"/>
              <w:right w:val="single" w:sz="4" w:space="0" w:color="000000"/>
            </w:tcBorders>
          </w:tcPr>
          <w:p w14:paraId="693BAB9D" w14:textId="77777777" w:rsidR="002B1678" w:rsidRPr="004441D7" w:rsidRDefault="0029217F">
            <w:pPr>
              <w:spacing w:before="40" w:after="80"/>
              <w:rPr>
                <w:lang w:val="nl-NL"/>
              </w:rPr>
            </w:pPr>
            <w:r w:rsidRPr="004441D7">
              <w:rPr>
                <w:color w:val="808080"/>
                <w:lang w:val="nl-NL"/>
              </w:rPr>
              <w:t>Klik hier om tekst in te voeren.</w:t>
            </w:r>
          </w:p>
        </w:tc>
      </w:tr>
      <w:tr w:rsidR="002B1678" w:rsidRPr="004441D7" w14:paraId="6FDB1038" w14:textId="77777777" w:rsidTr="00213A48">
        <w:tc>
          <w:tcPr>
            <w:tcW w:w="9246" w:type="dxa"/>
            <w:gridSpan w:val="2"/>
            <w:tcBorders>
              <w:top w:val="single" w:sz="4" w:space="0" w:color="000000"/>
              <w:left w:val="single" w:sz="4" w:space="0" w:color="000000"/>
              <w:bottom w:val="single" w:sz="4" w:space="0" w:color="000000"/>
              <w:right w:val="single" w:sz="4" w:space="0" w:color="000000"/>
            </w:tcBorders>
            <w:shd w:val="clear" w:color="auto" w:fill="DCE4EF"/>
          </w:tcPr>
          <w:p w14:paraId="2155B3AF" w14:textId="77777777" w:rsidR="002B1678" w:rsidRPr="004441D7" w:rsidRDefault="0029217F">
            <w:pPr>
              <w:spacing w:before="40" w:after="80"/>
              <w:rPr>
                <w:lang w:val="nl-NL"/>
              </w:rPr>
            </w:pPr>
            <w:r w:rsidRPr="004441D7">
              <w:rPr>
                <w:b/>
                <w:lang w:val="nl-NL"/>
              </w:rPr>
              <w:t>2. Algemene informatie</w:t>
            </w:r>
          </w:p>
        </w:tc>
      </w:tr>
      <w:tr w:rsidR="002B1678" w:rsidRPr="00B83856" w14:paraId="2EF0B3D6"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420A37C5" w14:textId="77777777" w:rsidR="002B1678" w:rsidRPr="004441D7" w:rsidRDefault="0029217F">
            <w:pPr>
              <w:spacing w:before="40" w:after="80"/>
              <w:rPr>
                <w:lang w:val="nl-NL"/>
              </w:rPr>
            </w:pPr>
            <w:r w:rsidRPr="004441D7">
              <w:rPr>
                <w:lang w:val="nl-NL"/>
              </w:rPr>
              <w:t>Startdatum</w:t>
            </w:r>
          </w:p>
        </w:tc>
        <w:tc>
          <w:tcPr>
            <w:tcW w:w="5102" w:type="dxa"/>
            <w:tcBorders>
              <w:top w:val="single" w:sz="4" w:space="0" w:color="000000"/>
              <w:left w:val="single" w:sz="4" w:space="0" w:color="000000"/>
              <w:bottom w:val="single" w:sz="4" w:space="0" w:color="000000"/>
              <w:right w:val="single" w:sz="4" w:space="0" w:color="000000"/>
            </w:tcBorders>
          </w:tcPr>
          <w:p w14:paraId="1D0A4B1F" w14:textId="77777777" w:rsidR="002B1678" w:rsidRPr="004441D7" w:rsidRDefault="0029217F">
            <w:pPr>
              <w:spacing w:before="40" w:after="80"/>
              <w:rPr>
                <w:lang w:val="nl-NL"/>
              </w:rPr>
            </w:pPr>
            <w:r w:rsidRPr="004441D7">
              <w:rPr>
                <w:color w:val="808080"/>
                <w:lang w:val="nl-NL"/>
              </w:rPr>
              <w:t>Klik hier om een datum in te voeren.</w:t>
            </w:r>
          </w:p>
        </w:tc>
      </w:tr>
      <w:tr w:rsidR="002B1678" w:rsidRPr="00B83856" w14:paraId="78FC5653"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632FEED5" w14:textId="77777777" w:rsidR="002B1678" w:rsidRPr="004441D7" w:rsidRDefault="0029217F">
            <w:pPr>
              <w:spacing w:before="40" w:after="80"/>
              <w:rPr>
                <w:lang w:val="nl-NL"/>
              </w:rPr>
            </w:pPr>
            <w:r w:rsidRPr="004441D7">
              <w:rPr>
                <w:lang w:val="nl-NL"/>
              </w:rPr>
              <w:t>Einddatum</w:t>
            </w:r>
          </w:p>
        </w:tc>
        <w:tc>
          <w:tcPr>
            <w:tcW w:w="5102" w:type="dxa"/>
            <w:tcBorders>
              <w:top w:val="single" w:sz="4" w:space="0" w:color="000000"/>
              <w:left w:val="single" w:sz="4" w:space="0" w:color="000000"/>
              <w:bottom w:val="single" w:sz="4" w:space="0" w:color="000000"/>
              <w:right w:val="single" w:sz="4" w:space="0" w:color="000000"/>
            </w:tcBorders>
          </w:tcPr>
          <w:p w14:paraId="40EA5644" w14:textId="77777777" w:rsidR="002B1678" w:rsidRPr="004441D7" w:rsidRDefault="0029217F">
            <w:pPr>
              <w:spacing w:before="40" w:after="80"/>
              <w:rPr>
                <w:lang w:val="nl-NL"/>
              </w:rPr>
            </w:pPr>
            <w:r w:rsidRPr="004441D7">
              <w:rPr>
                <w:color w:val="808080"/>
                <w:lang w:val="nl-NL"/>
              </w:rPr>
              <w:t>Klik hier om een datum in te voeren.</w:t>
            </w:r>
          </w:p>
        </w:tc>
      </w:tr>
      <w:tr w:rsidR="002B1678" w:rsidRPr="00B83856" w14:paraId="7937A35D"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0388B660" w14:textId="77777777" w:rsidR="002B1678" w:rsidRPr="004441D7" w:rsidRDefault="0029217F">
            <w:pPr>
              <w:spacing w:before="40" w:after="80"/>
              <w:rPr>
                <w:lang w:val="nl-NL"/>
              </w:rPr>
            </w:pPr>
            <w:r w:rsidRPr="004441D7">
              <w:rPr>
                <w:lang w:val="nl-NL"/>
              </w:rPr>
              <w:t>Gerealiseerde jaaromzet**</w:t>
            </w:r>
          </w:p>
        </w:tc>
        <w:tc>
          <w:tcPr>
            <w:tcW w:w="5102" w:type="dxa"/>
            <w:tcBorders>
              <w:top w:val="single" w:sz="4" w:space="0" w:color="000000"/>
              <w:left w:val="single" w:sz="4" w:space="0" w:color="000000"/>
              <w:bottom w:val="single" w:sz="4" w:space="0" w:color="000000"/>
              <w:right w:val="single" w:sz="4" w:space="0" w:color="000000"/>
            </w:tcBorders>
          </w:tcPr>
          <w:p w14:paraId="2EC93D0B" w14:textId="77777777" w:rsidR="002B1678" w:rsidRPr="004441D7" w:rsidRDefault="0029217F">
            <w:pPr>
              <w:spacing w:before="40" w:after="80"/>
              <w:rPr>
                <w:lang w:val="nl-NL"/>
              </w:rPr>
            </w:pPr>
            <w:r w:rsidRPr="004441D7">
              <w:rPr>
                <w:color w:val="808080"/>
                <w:lang w:val="nl-NL"/>
              </w:rPr>
              <w:t>€ Klik hier om tekst in te voeren.</w:t>
            </w:r>
          </w:p>
        </w:tc>
      </w:tr>
      <w:tr w:rsidR="002B1678" w:rsidRPr="004441D7" w14:paraId="6FCCB8D9"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668314DA" w14:textId="77777777" w:rsidR="002B1678" w:rsidRPr="004441D7" w:rsidRDefault="0029217F">
            <w:pPr>
              <w:spacing w:before="40" w:after="80"/>
              <w:rPr>
                <w:lang w:val="nl-NL"/>
              </w:rPr>
            </w:pPr>
            <w:r w:rsidRPr="004441D7">
              <w:rPr>
                <w:lang w:val="nl-NL"/>
              </w:rPr>
              <w:t>Opdracht uitgevoerd als hoofdaannemer/gecontracteerde partij</w:t>
            </w:r>
          </w:p>
        </w:tc>
        <w:tc>
          <w:tcPr>
            <w:tcW w:w="5102" w:type="dxa"/>
            <w:tcBorders>
              <w:top w:val="single" w:sz="4" w:space="0" w:color="000000"/>
              <w:left w:val="single" w:sz="4" w:space="0" w:color="000000"/>
              <w:bottom w:val="single" w:sz="4" w:space="0" w:color="000000"/>
              <w:right w:val="single" w:sz="4" w:space="0" w:color="000000"/>
            </w:tcBorders>
          </w:tcPr>
          <w:p w14:paraId="4DC3E8F4" w14:textId="77777777" w:rsidR="002B1678" w:rsidRPr="004441D7" w:rsidRDefault="0029217F">
            <w:pPr>
              <w:spacing w:before="40" w:after="80"/>
              <w:rPr>
                <w:lang w:val="nl-NL"/>
              </w:rPr>
            </w:pPr>
            <w:r w:rsidRPr="004441D7">
              <w:rPr>
                <w:color w:val="808080"/>
                <w:lang w:val="nl-NL"/>
              </w:rPr>
              <w:t>☐ Ja   ☐ Nee</w:t>
            </w:r>
          </w:p>
        </w:tc>
      </w:tr>
      <w:tr w:rsidR="002B1678" w:rsidRPr="00B83856" w14:paraId="6857511B"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1BDC3F5E" w14:textId="77777777" w:rsidR="002B1678" w:rsidRPr="004441D7" w:rsidRDefault="0029217F">
            <w:pPr>
              <w:spacing w:before="40" w:after="80"/>
              <w:rPr>
                <w:lang w:val="nl-NL"/>
              </w:rPr>
            </w:pPr>
            <w:r w:rsidRPr="004441D7">
              <w:rPr>
                <w:lang w:val="nl-NL"/>
              </w:rPr>
              <w:t>Aantal geleverde KWV-plekken (gemiddeld, per groepsgrootte)</w:t>
            </w:r>
          </w:p>
        </w:tc>
        <w:tc>
          <w:tcPr>
            <w:tcW w:w="5102" w:type="dxa"/>
            <w:tcBorders>
              <w:top w:val="single" w:sz="4" w:space="0" w:color="000000"/>
              <w:left w:val="single" w:sz="4" w:space="0" w:color="000000"/>
              <w:bottom w:val="single" w:sz="4" w:space="0" w:color="000000"/>
              <w:right w:val="single" w:sz="4" w:space="0" w:color="000000"/>
            </w:tcBorders>
          </w:tcPr>
          <w:p w14:paraId="6B77A73A" w14:textId="77777777" w:rsidR="002B1678" w:rsidRPr="004441D7" w:rsidRDefault="0029217F">
            <w:pPr>
              <w:spacing w:before="40" w:after="80"/>
              <w:rPr>
                <w:lang w:val="nl-NL"/>
              </w:rPr>
            </w:pPr>
            <w:r w:rsidRPr="004441D7">
              <w:rPr>
                <w:color w:val="808080"/>
                <w:lang w:val="nl-NL"/>
              </w:rPr>
              <w:t>Klik hier om tekst in te voeren.</w:t>
            </w:r>
          </w:p>
        </w:tc>
      </w:tr>
      <w:tr w:rsidR="002B1678" w:rsidRPr="004441D7" w14:paraId="48CFCBDE" w14:textId="77777777" w:rsidTr="00213A48">
        <w:tc>
          <w:tcPr>
            <w:tcW w:w="9246" w:type="dxa"/>
            <w:gridSpan w:val="2"/>
            <w:tcBorders>
              <w:top w:val="single" w:sz="4" w:space="0" w:color="000000"/>
              <w:left w:val="single" w:sz="4" w:space="0" w:color="000000"/>
              <w:bottom w:val="single" w:sz="4" w:space="0" w:color="000000"/>
              <w:right w:val="single" w:sz="4" w:space="0" w:color="000000"/>
            </w:tcBorders>
            <w:shd w:val="clear" w:color="auto" w:fill="DCE4EF"/>
          </w:tcPr>
          <w:p w14:paraId="78CF6E85" w14:textId="77777777" w:rsidR="002B1678" w:rsidRPr="004441D7" w:rsidRDefault="0029217F">
            <w:pPr>
              <w:spacing w:before="40" w:after="80"/>
              <w:rPr>
                <w:lang w:val="nl-NL"/>
              </w:rPr>
            </w:pPr>
            <w:r w:rsidRPr="004441D7">
              <w:rPr>
                <w:b/>
                <w:lang w:val="nl-NL"/>
              </w:rPr>
              <w:t>3. Omschrijving van de opdracht</w:t>
            </w:r>
          </w:p>
        </w:tc>
      </w:tr>
      <w:tr w:rsidR="002B1678" w:rsidRPr="00B83856" w14:paraId="61DD5B44"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66CCDEAF" w14:textId="77777777" w:rsidR="002B1678" w:rsidRPr="004441D7" w:rsidRDefault="0029217F">
            <w:pPr>
              <w:spacing w:before="40" w:after="80"/>
              <w:rPr>
                <w:lang w:val="nl-NL"/>
              </w:rPr>
            </w:pPr>
            <w:r w:rsidRPr="004441D7">
              <w:rPr>
                <w:lang w:val="nl-NL"/>
              </w:rPr>
              <w:t>Aard:</w:t>
            </w:r>
            <w:r w:rsidRPr="004441D7">
              <w:rPr>
                <w:lang w:val="nl-NL"/>
              </w:rPr>
              <w:br/>
              <w:t>(Geef de titel en omschrijving van de opdracht en de soort overeenkomst.)</w:t>
            </w:r>
          </w:p>
        </w:tc>
        <w:tc>
          <w:tcPr>
            <w:tcW w:w="5102" w:type="dxa"/>
            <w:tcBorders>
              <w:top w:val="single" w:sz="4" w:space="0" w:color="000000"/>
              <w:left w:val="single" w:sz="4" w:space="0" w:color="000000"/>
              <w:bottom w:val="single" w:sz="4" w:space="0" w:color="000000"/>
              <w:right w:val="single" w:sz="4" w:space="0" w:color="000000"/>
            </w:tcBorders>
          </w:tcPr>
          <w:p w14:paraId="5C87D403"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4A06FC3B"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04033A4A" w14:textId="77777777" w:rsidR="002B1678" w:rsidRPr="004441D7" w:rsidRDefault="0029217F">
            <w:pPr>
              <w:spacing w:before="40" w:after="80"/>
              <w:rPr>
                <w:lang w:val="nl-NL"/>
              </w:rPr>
            </w:pPr>
            <w:r w:rsidRPr="004441D7">
              <w:rPr>
                <w:lang w:val="nl-NL"/>
              </w:rPr>
              <w:t>Omvang:</w:t>
            </w:r>
            <w:r w:rsidRPr="004441D7">
              <w:rPr>
                <w:lang w:val="nl-NL"/>
              </w:rPr>
              <w:br/>
              <w:t>(Geef de omvang van de opdracht aan in niet-financiële grootheden.)</w:t>
            </w:r>
          </w:p>
        </w:tc>
        <w:tc>
          <w:tcPr>
            <w:tcW w:w="5102" w:type="dxa"/>
            <w:tcBorders>
              <w:top w:val="single" w:sz="4" w:space="0" w:color="000000"/>
              <w:left w:val="single" w:sz="4" w:space="0" w:color="000000"/>
              <w:bottom w:val="single" w:sz="4" w:space="0" w:color="000000"/>
              <w:right w:val="single" w:sz="4" w:space="0" w:color="000000"/>
            </w:tcBorders>
          </w:tcPr>
          <w:p w14:paraId="0ADFE2A8" w14:textId="77777777" w:rsidR="002B1678" w:rsidRPr="004441D7" w:rsidRDefault="0029217F">
            <w:pPr>
              <w:spacing w:before="40" w:after="80"/>
              <w:rPr>
                <w:lang w:val="nl-NL"/>
              </w:rPr>
            </w:pPr>
            <w:r w:rsidRPr="004441D7">
              <w:rPr>
                <w:color w:val="808080"/>
                <w:lang w:val="nl-NL"/>
              </w:rPr>
              <w:t>Klik hier om tekst in te voeren.</w:t>
            </w:r>
          </w:p>
        </w:tc>
      </w:tr>
      <w:tr w:rsidR="002B1678" w:rsidRPr="00B83856" w14:paraId="1906E4CE" w14:textId="77777777" w:rsidTr="00213A48">
        <w:tc>
          <w:tcPr>
            <w:tcW w:w="4144" w:type="dxa"/>
            <w:tcBorders>
              <w:top w:val="single" w:sz="4" w:space="0" w:color="000000"/>
              <w:left w:val="single" w:sz="4" w:space="0" w:color="000000"/>
              <w:bottom w:val="single" w:sz="4" w:space="0" w:color="000000"/>
              <w:right w:val="single" w:sz="4" w:space="0" w:color="000000"/>
            </w:tcBorders>
          </w:tcPr>
          <w:p w14:paraId="09073BED" w14:textId="77777777" w:rsidR="002B1678" w:rsidRPr="004441D7" w:rsidRDefault="0029217F">
            <w:pPr>
              <w:spacing w:before="40" w:after="80"/>
              <w:rPr>
                <w:lang w:val="nl-NL"/>
              </w:rPr>
            </w:pPr>
            <w:r w:rsidRPr="004441D7">
              <w:rPr>
                <w:lang w:val="nl-NL"/>
              </w:rPr>
              <w:t>4. Overige relevante informatie</w:t>
            </w:r>
          </w:p>
        </w:tc>
        <w:tc>
          <w:tcPr>
            <w:tcW w:w="5102" w:type="dxa"/>
            <w:tcBorders>
              <w:top w:val="single" w:sz="4" w:space="0" w:color="000000"/>
              <w:left w:val="single" w:sz="4" w:space="0" w:color="000000"/>
              <w:bottom w:val="single" w:sz="4" w:space="0" w:color="000000"/>
              <w:right w:val="single" w:sz="4" w:space="0" w:color="000000"/>
            </w:tcBorders>
          </w:tcPr>
          <w:p w14:paraId="7592BA6D" w14:textId="77777777" w:rsidR="002B1678" w:rsidRPr="004441D7" w:rsidRDefault="0029217F">
            <w:pPr>
              <w:spacing w:before="40" w:after="80"/>
              <w:rPr>
                <w:lang w:val="nl-NL"/>
              </w:rPr>
            </w:pPr>
            <w:r w:rsidRPr="004441D7">
              <w:rPr>
                <w:color w:val="808080"/>
                <w:lang w:val="nl-NL"/>
              </w:rPr>
              <w:t>Klik hier om tekst in te voeren.</w:t>
            </w:r>
          </w:p>
        </w:tc>
      </w:tr>
    </w:tbl>
    <w:p w14:paraId="38847A65" w14:textId="77777777" w:rsidR="002B1678" w:rsidRPr="004441D7" w:rsidRDefault="002B1678">
      <w:pPr>
        <w:spacing w:after="40"/>
        <w:rPr>
          <w:lang w:val="nl-NL"/>
        </w:rPr>
      </w:pPr>
    </w:p>
    <w:p w14:paraId="4D583A13" w14:textId="77777777" w:rsidR="002B1678" w:rsidRPr="004441D7" w:rsidRDefault="0029217F">
      <w:pPr>
        <w:spacing w:after="40"/>
        <w:rPr>
          <w:lang w:val="nl-NL"/>
        </w:rPr>
      </w:pPr>
      <w:r w:rsidRPr="004441D7">
        <w:rPr>
          <w:i/>
          <w:sz w:val="18"/>
          <w:lang w:val="nl-NL"/>
        </w:rPr>
        <w:t>* Deze contactpersoon dient bereikbaar te zijn zes weken na de uiterste indieningsdatum van het invulsjabloon.</w:t>
      </w:r>
    </w:p>
    <w:p w14:paraId="4CB8CC62" w14:textId="77777777" w:rsidR="002B1678" w:rsidRPr="004441D7" w:rsidRDefault="0029217F">
      <w:pPr>
        <w:rPr>
          <w:lang w:val="nl-NL"/>
        </w:rPr>
      </w:pPr>
      <w:r w:rsidRPr="004441D7">
        <w:rPr>
          <w:i/>
          <w:sz w:val="18"/>
          <w:lang w:val="nl-NL"/>
        </w:rPr>
        <w:t>** De gerealiseerde jaaromzet dient exclusief btw te worden uitgedrukt; de opdrachtwaarde heeft alleen betrekking op de onder eigen verantwoordelijkheid (van de aanbiedende partij) uitgevoerde opdracht.</w:t>
      </w:r>
    </w:p>
    <w:p w14:paraId="5E949451" w14:textId="77777777" w:rsidR="00AF5096" w:rsidRPr="004441D7" w:rsidRDefault="00AF5096">
      <w:pPr>
        <w:rPr>
          <w:lang w:val="nl-NL"/>
        </w:rPr>
      </w:pPr>
    </w:p>
    <w:sectPr w:rsidR="00AF5096" w:rsidRPr="004441D7" w:rsidSect="00034616">
      <w:headerReference w:type="default" r:id="rId12"/>
      <w:footerReference w:type="default" r:id="rId13"/>
      <w:pgSz w:w="11906" w:h="16838"/>
      <w:pgMar w:top="1134" w:right="1134" w:bottom="1134"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54D0" w14:textId="77777777" w:rsidR="00AA5CDC" w:rsidRDefault="00AA5CDC">
      <w:pPr>
        <w:spacing w:after="0" w:line="240" w:lineRule="auto"/>
      </w:pPr>
      <w:r>
        <w:separator/>
      </w:r>
    </w:p>
  </w:endnote>
  <w:endnote w:type="continuationSeparator" w:id="0">
    <w:p w14:paraId="366D7505" w14:textId="77777777" w:rsidR="00AA5CDC" w:rsidRDefault="00AA5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3F5C" w14:textId="4F3D735D" w:rsidR="002B1678" w:rsidRPr="004A19F0" w:rsidRDefault="0029217F">
    <w:pPr>
      <w:pStyle w:val="Voettekst"/>
      <w:pBdr>
        <w:top w:val="double" w:sz="18" w:space="4" w:color="6F2F9F"/>
      </w:pBdr>
      <w:tabs>
        <w:tab w:val="clear" w:pos="9360"/>
        <w:tab w:val="right" w:pos="9355"/>
      </w:tabs>
      <w:spacing w:before="80"/>
      <w:rPr>
        <w:lang w:val="nl-NL"/>
      </w:rPr>
    </w:pPr>
    <w:r w:rsidRPr="004A19F0">
      <w:rPr>
        <w:sz w:val="18"/>
        <w:lang w:val="nl-NL"/>
      </w:rPr>
      <w:t xml:space="preserve">Bijlage </w:t>
    </w:r>
    <w:r w:rsidR="009979A9">
      <w:rPr>
        <w:sz w:val="18"/>
        <w:lang w:val="nl-NL"/>
      </w:rPr>
      <w:t>2</w:t>
    </w:r>
    <w:r w:rsidRPr="004A19F0">
      <w:rPr>
        <w:sz w:val="18"/>
        <w:lang w:val="nl-NL"/>
      </w:rPr>
      <w:t xml:space="preserve"> Invulsjabloon Kleinschalige Woonvoorzieningen (KWV) versie 1.0 d.d. </w:t>
    </w:r>
    <w:r w:rsidR="00004D12">
      <w:rPr>
        <w:sz w:val="18"/>
        <w:lang w:val="nl-NL"/>
      </w:rPr>
      <w:t>27 augustus 2026</w:t>
    </w:r>
    <w:r w:rsidRPr="004A19F0">
      <w:rPr>
        <w:lang w:val="nl-NL"/>
      </w:rPr>
      <w:tab/>
      <w:t xml:space="preserve">Pagina | </w:t>
    </w:r>
    <w:r>
      <w:rPr>
        <w:sz w:val="18"/>
      </w:rPr>
      <w:fldChar w:fldCharType="begin"/>
    </w:r>
    <w:r w:rsidRPr="004A19F0">
      <w:rPr>
        <w:sz w:val="18"/>
        <w:lang w:val="nl-NL"/>
      </w:rPr>
      <w:instrText xml:space="preserve"> PAGE 1</w:instrText>
    </w:r>
    <w:r>
      <w:rPr>
        <w:sz w:val="18"/>
      </w:rPr>
      <w:fldChar w:fldCharType="separate"/>
    </w:r>
    <w:r w:rsidR="006C060C" w:rsidRPr="004A19F0">
      <w:rPr>
        <w:noProof/>
        <w:sz w:val="18"/>
        <w:lang w:val="nl-NL"/>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458DC" w14:textId="77777777" w:rsidR="00AA5CDC" w:rsidRDefault="00AA5CDC">
      <w:pPr>
        <w:spacing w:after="0" w:line="240" w:lineRule="auto"/>
      </w:pPr>
      <w:r>
        <w:separator/>
      </w:r>
    </w:p>
  </w:footnote>
  <w:footnote w:type="continuationSeparator" w:id="0">
    <w:p w14:paraId="549257FD" w14:textId="77777777" w:rsidR="00AA5CDC" w:rsidRDefault="00AA5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4DB3" w14:textId="77777777" w:rsidR="002B1678" w:rsidRDefault="0029217F">
    <w:pPr>
      <w:pStyle w:val="Koptekst"/>
      <w:jc w:val="right"/>
    </w:pPr>
    <w:r>
      <w:rPr>
        <w:noProof/>
      </w:rPr>
      <w:drawing>
        <wp:inline distT="0" distB="0" distL="0" distR="0" wp14:anchorId="657BFFF5" wp14:editId="61174D9E">
          <wp:extent cx="1655999" cy="5810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j_logo.png"/>
                  <pic:cNvPicPr/>
                </pic:nvPicPr>
                <pic:blipFill>
                  <a:blip r:embed="rId1"/>
                  <a:stretch>
                    <a:fillRect/>
                  </a:stretch>
                </pic:blipFill>
                <pic:spPr>
                  <a:xfrm>
                    <a:off x="0" y="0"/>
                    <a:ext cx="1655999" cy="5810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081412653">
    <w:abstractNumId w:val="8"/>
  </w:num>
  <w:num w:numId="2" w16cid:durableId="1678729882">
    <w:abstractNumId w:val="6"/>
  </w:num>
  <w:num w:numId="3" w16cid:durableId="371004793">
    <w:abstractNumId w:val="5"/>
  </w:num>
  <w:num w:numId="4" w16cid:durableId="898830841">
    <w:abstractNumId w:val="4"/>
  </w:num>
  <w:num w:numId="5" w16cid:durableId="1498376161">
    <w:abstractNumId w:val="7"/>
  </w:num>
  <w:num w:numId="6" w16cid:durableId="1862863320">
    <w:abstractNumId w:val="3"/>
  </w:num>
  <w:num w:numId="7" w16cid:durableId="901407394">
    <w:abstractNumId w:val="2"/>
  </w:num>
  <w:num w:numId="8" w16cid:durableId="1155023991">
    <w:abstractNumId w:val="1"/>
  </w:num>
  <w:num w:numId="9" w16cid:durableId="25752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D12"/>
    <w:rsid w:val="00034616"/>
    <w:rsid w:val="0006063C"/>
    <w:rsid w:val="00071CA8"/>
    <w:rsid w:val="000A7D01"/>
    <w:rsid w:val="00124099"/>
    <w:rsid w:val="0015074B"/>
    <w:rsid w:val="0019010A"/>
    <w:rsid w:val="001B6FB1"/>
    <w:rsid w:val="00213A48"/>
    <w:rsid w:val="0029217F"/>
    <w:rsid w:val="00294645"/>
    <w:rsid w:val="0029639D"/>
    <w:rsid w:val="00296C03"/>
    <w:rsid w:val="002B1678"/>
    <w:rsid w:val="002E00FD"/>
    <w:rsid w:val="00326F90"/>
    <w:rsid w:val="004134B3"/>
    <w:rsid w:val="004441D7"/>
    <w:rsid w:val="004A19F0"/>
    <w:rsid w:val="004B0760"/>
    <w:rsid w:val="00500E40"/>
    <w:rsid w:val="005459DE"/>
    <w:rsid w:val="006C060C"/>
    <w:rsid w:val="006F0744"/>
    <w:rsid w:val="00786108"/>
    <w:rsid w:val="007A3278"/>
    <w:rsid w:val="007D6338"/>
    <w:rsid w:val="007E35E7"/>
    <w:rsid w:val="00885565"/>
    <w:rsid w:val="008E766D"/>
    <w:rsid w:val="009979A9"/>
    <w:rsid w:val="009F346E"/>
    <w:rsid w:val="00A85D09"/>
    <w:rsid w:val="00AA1D8D"/>
    <w:rsid w:val="00AA5CDC"/>
    <w:rsid w:val="00AF22B5"/>
    <w:rsid w:val="00AF5096"/>
    <w:rsid w:val="00B0216D"/>
    <w:rsid w:val="00B2005E"/>
    <w:rsid w:val="00B375AE"/>
    <w:rsid w:val="00B4083A"/>
    <w:rsid w:val="00B47730"/>
    <w:rsid w:val="00B7762B"/>
    <w:rsid w:val="00B83856"/>
    <w:rsid w:val="00BD5EC8"/>
    <w:rsid w:val="00C07137"/>
    <w:rsid w:val="00CB04C1"/>
    <w:rsid w:val="00CB0664"/>
    <w:rsid w:val="00D02A92"/>
    <w:rsid w:val="00D22581"/>
    <w:rsid w:val="00D9509E"/>
    <w:rsid w:val="00DC1A17"/>
    <w:rsid w:val="00E0257C"/>
    <w:rsid w:val="00E65EA0"/>
    <w:rsid w:val="00E8167F"/>
    <w:rsid w:val="00EE542E"/>
    <w:rsid w:val="00F225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1903DB"/>
  <w14:defaultImageDpi w14:val="300"/>
  <w15:docId w15:val="{1D23936E-DA6B-43A7-8F32-B349C1AF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60" w:line="259" w:lineRule="auto"/>
    </w:pPr>
    <w:rPr>
      <w:rFonts w:ascii="Arial" w:hAnsi="Arial" w:cs="Arial"/>
      <w:color w:val="000000"/>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7E35E7"/>
    <w:rPr>
      <w:color w:val="0000FF" w:themeColor="hyperlink"/>
      <w:u w:val="single"/>
    </w:rPr>
  </w:style>
  <w:style w:type="character" w:styleId="Onopgelostemelding">
    <w:name w:val="Unresolved Mention"/>
    <w:basedOn w:val="Standaardalinea-lettertype"/>
    <w:uiPriority w:val="99"/>
    <w:semiHidden/>
    <w:unhideWhenUsed/>
    <w:rsid w:val="007E35E7"/>
    <w:rPr>
      <w:color w:val="605E5C"/>
      <w:shd w:val="clear" w:color="auto" w:fill="E1DFDD"/>
    </w:rPr>
  </w:style>
  <w:style w:type="character" w:styleId="Verwijzingopmerking">
    <w:name w:val="annotation reference"/>
    <w:basedOn w:val="Standaardalinea-lettertype"/>
    <w:uiPriority w:val="99"/>
    <w:semiHidden/>
    <w:unhideWhenUsed/>
    <w:rsid w:val="004B0760"/>
    <w:rPr>
      <w:sz w:val="16"/>
      <w:szCs w:val="16"/>
    </w:rPr>
  </w:style>
  <w:style w:type="paragraph" w:styleId="Tekstopmerking">
    <w:name w:val="annotation text"/>
    <w:basedOn w:val="Standaard"/>
    <w:link w:val="TekstopmerkingChar"/>
    <w:uiPriority w:val="99"/>
    <w:unhideWhenUsed/>
    <w:rsid w:val="004B0760"/>
    <w:pPr>
      <w:spacing w:line="240" w:lineRule="auto"/>
    </w:pPr>
    <w:rPr>
      <w:szCs w:val="20"/>
    </w:rPr>
  </w:style>
  <w:style w:type="character" w:customStyle="1" w:styleId="TekstopmerkingChar">
    <w:name w:val="Tekst opmerking Char"/>
    <w:basedOn w:val="Standaardalinea-lettertype"/>
    <w:link w:val="Tekstopmerking"/>
    <w:uiPriority w:val="99"/>
    <w:rsid w:val="004B0760"/>
    <w:rPr>
      <w:rFonts w:ascii="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4B0760"/>
    <w:rPr>
      <w:b/>
      <w:bCs/>
    </w:rPr>
  </w:style>
  <w:style w:type="character" w:customStyle="1" w:styleId="OnderwerpvanopmerkingChar">
    <w:name w:val="Onderwerp van opmerking Char"/>
    <w:basedOn w:val="TekstopmerkingChar"/>
    <w:link w:val="Onderwerpvanopmerking"/>
    <w:uiPriority w:val="99"/>
    <w:semiHidden/>
    <w:rsid w:val="004B0760"/>
    <w:rPr>
      <w:rFonts w:ascii="Arial" w:hAnsi="Arial" w:cs="Arial"/>
      <w:b/>
      <w:bCs/>
      <w:color w:val="000000"/>
      <w:sz w:val="20"/>
      <w:szCs w:val="20"/>
    </w:rPr>
  </w:style>
  <w:style w:type="paragraph" w:styleId="Revisie">
    <w:name w:val="Revision"/>
    <w:hidden/>
    <w:uiPriority w:val="99"/>
    <w:semiHidden/>
    <w:rsid w:val="00213A48"/>
    <w:pPr>
      <w:spacing w:after="0" w:line="240" w:lineRule="auto"/>
    </w:pPr>
    <w:rPr>
      <w:rFonts w:ascii="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beheer@rsj-ijssel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3301F-E68D-4EBC-A012-EABEE39AB400}">
  <ds:schemaRefs>
    <ds:schemaRef ds:uri="http://schemas.microsoft.com/sharepoint/v3/contenttype/forms"/>
  </ds:schemaRefs>
</ds:datastoreItem>
</file>

<file path=customXml/itemProps2.xml><?xml version="1.0" encoding="utf-8"?>
<ds:datastoreItem xmlns:ds="http://schemas.openxmlformats.org/officeDocument/2006/customXml" ds:itemID="{117C10B6-8DA6-4AB2-9E12-00CE5036C532}">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7A76C974-82D6-44BC-BAB0-9576673EC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f4809-a167-4d57-8406-7512ad2fe051"/>
    <ds:schemaRef ds:uri="70c40110-8597-4bdd-8177-65c2b055a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1853</Words>
  <Characters>10194</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12023</CharactersWithSpaces>
  <SharedDoc>false</SharedDoc>
  <HyperlinkBase/>
  <HLinks>
    <vt:vector size="6" baseType="variant">
      <vt:variant>
        <vt:i4>1114237</vt:i4>
      </vt:variant>
      <vt:variant>
        <vt:i4>0</vt:i4>
      </vt:variant>
      <vt:variant>
        <vt:i4>0</vt:i4>
      </vt:variant>
      <vt:variant>
        <vt:i4>5</vt:i4>
      </vt:variant>
      <vt:variant>
        <vt:lpwstr>mailto:contractbeheer@rsj-ijsselland.nl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Matthijs Boonstra</cp:lastModifiedBy>
  <cp:revision>33</cp:revision>
  <dcterms:created xsi:type="dcterms:W3CDTF">2026-08-24T18:00:00Z</dcterms:created>
  <dcterms:modified xsi:type="dcterms:W3CDTF">2026-08-26T17:33:00Z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MediaServiceImageTags">
    <vt:lpwstr/>
  </property>
</Properties>
</file>