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14:paraId="56251BE6" wp14:textId="77777777">
      <w:pPr>
        <w:jc w:val="center"/>
      </w:pPr>
      <w:r>
        <w:rPr>
          <w:b/>
          <w:sz w:val="28"/>
        </w:rPr>
        <w:t>BIJLAGE: Derdenverklaring financiële en economische draagkracht</w:t>
      </w:r>
    </w:p>
    <w:p xmlns:wp14="http://schemas.microsoft.com/office/word/2010/wordml" w14:paraId="672A6659" wp14:textId="77777777"/>
    <w:p xmlns:wp14="http://schemas.microsoft.com/office/word/2010/wordml" w14:paraId="289D8C72" wp14:textId="77777777">
      <w:r>
        <w:t>Inschrijver verklaart dat zij een beroep doet op de financieel/economische draagkracht van de hierna genoemde derde en daadwerkelijk over die draagkracht van die derde kan beschikken, zoals opgenomen in paragraaf 3.3.1 inzake financieel-economische draagkracht van:</w:t>
      </w:r>
    </w:p>
    <w:p xmlns:wp14="http://schemas.microsoft.com/office/word/2010/wordml" w14:paraId="3B1D0D6B" wp14:textId="77777777">
      <w:r>
        <w:t>Naam derde: __________________________________________</w:t>
      </w:r>
    </w:p>
    <w:p xmlns:wp14="http://schemas.microsoft.com/office/word/2010/wordml" w14:paraId="56183B1F" wp14:textId="77777777">
      <w:r>
        <w:t>Gevestigd te: __________________________________________</w:t>
      </w:r>
    </w:p>
    <w:p xmlns:wp14="http://schemas.microsoft.com/office/word/2010/wordml" w14:paraId="30D47E5F" wp14:textId="77777777">
      <w:r>
        <w:t>Ingeschreven in het handelsregister onder nummer: __________________________________________</w:t>
      </w:r>
    </w:p>
    <w:p xmlns:wp14="http://schemas.microsoft.com/office/word/2010/wordml" w14:paraId="0A37501D" wp14:textId="77777777"/>
    <w:p xmlns:wp14="http://schemas.microsoft.com/office/word/2010/wordml" w14:paraId="30161C83" wp14:textId="77777777">
      <w:r>
        <w:t>Geschiktheidseis(en): omschrijving van de geschiktheidseis waarvoor een beroep op derden wordt gedaan:</w:t>
      </w:r>
    </w:p>
    <w:p xmlns:wp14="http://schemas.microsoft.com/office/word/2010/wordml" w14:paraId="268CC65C" wp14:textId="0DB455E6">
      <w:r w:rsidR="78A7D538">
        <w:rPr/>
        <w:t>__________________________________________________________________________</w:t>
      </w:r>
      <w:r w:rsidR="30FCF4CB">
        <w:rPr/>
        <w:t xml:space="preserve"> </w:t>
      </w:r>
      <w:r w:rsidRPr="78A7D538" w:rsidR="30FCF4CB">
        <w:rPr>
          <w:i w:val="1"/>
          <w:iCs w:val="1"/>
        </w:rPr>
        <w:t xml:space="preserve">(Naam </w:t>
      </w:r>
      <w:r w:rsidRPr="78A7D538" w:rsidR="30FCF4CB">
        <w:rPr>
          <w:i w:val="1"/>
          <w:iCs w:val="1"/>
        </w:rPr>
        <w:t>derde</w:t>
      </w:r>
      <w:r w:rsidRPr="78A7D538" w:rsidR="30FCF4CB">
        <w:rPr>
          <w:i w:val="1"/>
          <w:iCs w:val="1"/>
        </w:rPr>
        <w:t xml:space="preserve"> </w:t>
      </w:r>
      <w:r w:rsidRPr="78A7D538" w:rsidR="30FCF4CB">
        <w:rPr>
          <w:i w:val="1"/>
          <w:iCs w:val="1"/>
        </w:rPr>
        <w:t>invullen)</w:t>
      </w:r>
      <w:r w:rsidR="30FCF4CB">
        <w:rPr/>
        <w:t xml:space="preserve"> </w:t>
      </w:r>
      <w:r w:rsidR="30FCF4CB">
        <w:rPr/>
        <w:t>verklaart</w:t>
      </w:r>
      <w:r w:rsidR="30FCF4CB">
        <w:rPr/>
        <w:t xml:space="preserve"> door </w:t>
      </w:r>
      <w:r w:rsidR="30FCF4CB">
        <w:rPr/>
        <w:t>medeondertekening</w:t>
      </w:r>
      <w:r w:rsidR="30FCF4CB">
        <w:rPr/>
        <w:t xml:space="preserve"> van </w:t>
      </w:r>
      <w:r w:rsidR="30FCF4CB">
        <w:rPr/>
        <w:t>deze</w:t>
      </w:r>
      <w:r w:rsidR="30FCF4CB">
        <w:rPr/>
        <w:t xml:space="preserve"> </w:t>
      </w:r>
      <w:r w:rsidR="30FCF4CB">
        <w:rPr/>
        <w:t>verklaring</w:t>
      </w:r>
      <w:r w:rsidR="30FCF4CB">
        <w:rPr/>
        <w:t xml:space="preserve"> </w:t>
      </w:r>
      <w:r w:rsidR="30FCF4CB">
        <w:rPr/>
        <w:t>dat</w:t>
      </w:r>
      <w:r w:rsidR="30FCF4CB">
        <w:rPr/>
        <w:t xml:space="preserve"> </w:t>
      </w:r>
      <w:r w:rsidR="30FCF4CB">
        <w:rPr/>
        <w:t>zij</w:t>
      </w:r>
      <w:r w:rsidR="30FCF4CB">
        <w:rPr/>
        <w:t xml:space="preserve"> </w:t>
      </w:r>
      <w:r w:rsidR="30FCF4CB">
        <w:rPr/>
        <w:t>bekend</w:t>
      </w:r>
      <w:r w:rsidR="30FCF4CB">
        <w:rPr/>
        <w:t xml:space="preserve"> is met de </w:t>
      </w:r>
      <w:r w:rsidR="30FCF4CB">
        <w:rPr/>
        <w:t>inhoud</w:t>
      </w:r>
      <w:r w:rsidR="30FCF4CB">
        <w:rPr/>
        <w:t xml:space="preserve"> van de </w:t>
      </w:r>
      <w:r w:rsidR="30FCF4CB">
        <w:rPr/>
        <w:t>aanbestedingsstukken</w:t>
      </w:r>
      <w:r w:rsidR="30FCF4CB">
        <w:rPr/>
        <w:t xml:space="preserve"> </w:t>
      </w:r>
      <w:r w:rsidR="30FCF4CB">
        <w:rPr/>
        <w:t>en</w:t>
      </w:r>
      <w:r w:rsidR="30FCF4CB">
        <w:rPr/>
        <w:t xml:space="preserve"> </w:t>
      </w:r>
      <w:r w:rsidR="30FCF4CB">
        <w:rPr/>
        <w:t>dat</w:t>
      </w:r>
      <w:r w:rsidR="30FCF4CB">
        <w:rPr/>
        <w:t xml:space="preserve"> </w:t>
      </w:r>
      <w:r w:rsidR="30FCF4CB">
        <w:rPr/>
        <w:t>Aanbieder</w:t>
      </w:r>
      <w:r w:rsidR="30FCF4CB">
        <w:rPr/>
        <w:t xml:space="preserve"> </w:t>
      </w:r>
      <w:r w:rsidR="30FCF4CB">
        <w:rPr/>
        <w:t>bij</w:t>
      </w:r>
      <w:r w:rsidR="30FCF4CB">
        <w:rPr/>
        <w:t xml:space="preserve"> de </w:t>
      </w:r>
      <w:r w:rsidR="30FCF4CB">
        <w:rPr/>
        <w:t>uitvoering</w:t>
      </w:r>
      <w:r w:rsidR="30FCF4CB">
        <w:rPr/>
        <w:t xml:space="preserve"> van de </w:t>
      </w:r>
      <w:r w:rsidR="30FCF4CB">
        <w:rPr/>
        <w:t>opdracht</w:t>
      </w:r>
      <w:r w:rsidR="30FCF4CB">
        <w:rPr/>
        <w:t xml:space="preserve"> </w:t>
      </w:r>
      <w:r w:rsidR="30FCF4CB">
        <w:rPr/>
        <w:t>daadwerkelijk</w:t>
      </w:r>
      <w:r w:rsidR="30FCF4CB">
        <w:rPr/>
        <w:t xml:space="preserve"> </w:t>
      </w:r>
      <w:r w:rsidR="30FCF4CB">
        <w:rPr/>
        <w:t>kan</w:t>
      </w:r>
      <w:r w:rsidR="30FCF4CB">
        <w:rPr/>
        <w:t xml:space="preserve"> </w:t>
      </w:r>
      <w:r w:rsidR="30FCF4CB">
        <w:rPr/>
        <w:t>beschikken</w:t>
      </w:r>
      <w:r w:rsidR="30FCF4CB">
        <w:rPr/>
        <w:t xml:space="preserve"> over </w:t>
      </w:r>
      <w:r w:rsidR="30FCF4CB">
        <w:rPr/>
        <w:t>haar</w:t>
      </w:r>
      <w:r w:rsidR="30FCF4CB">
        <w:rPr/>
        <w:t xml:space="preserve"> </w:t>
      </w:r>
      <w:r w:rsidR="30FCF4CB">
        <w:rPr/>
        <w:t>kennis</w:t>
      </w:r>
      <w:r w:rsidR="30FCF4CB">
        <w:rPr/>
        <w:t xml:space="preserve">, </w:t>
      </w:r>
      <w:r w:rsidR="30FCF4CB">
        <w:rPr/>
        <w:t>ervaring</w:t>
      </w:r>
      <w:r w:rsidR="30FCF4CB">
        <w:rPr/>
        <w:t xml:space="preserve"> </w:t>
      </w:r>
      <w:r w:rsidR="30FCF4CB">
        <w:rPr/>
        <w:t>en</w:t>
      </w:r>
      <w:r w:rsidR="30FCF4CB">
        <w:rPr/>
        <w:t xml:space="preserve">/of </w:t>
      </w:r>
      <w:r w:rsidR="30FCF4CB">
        <w:rPr/>
        <w:t>middelen</w:t>
      </w:r>
      <w:r w:rsidR="30FCF4CB">
        <w:rPr/>
        <w:t xml:space="preserve"> die </w:t>
      </w:r>
      <w:r w:rsidR="30FCF4CB">
        <w:rPr/>
        <w:t>noodzakelijk</w:t>
      </w:r>
      <w:r w:rsidR="30FCF4CB">
        <w:rPr/>
        <w:t xml:space="preserve"> </w:t>
      </w:r>
      <w:r w:rsidR="30FCF4CB">
        <w:rPr/>
        <w:t>zijn</w:t>
      </w:r>
      <w:r w:rsidR="30FCF4CB">
        <w:rPr/>
        <w:t xml:space="preserve"> </w:t>
      </w:r>
      <w:r w:rsidR="30FCF4CB">
        <w:rPr/>
        <w:t>voor</w:t>
      </w:r>
      <w:r w:rsidR="30FCF4CB">
        <w:rPr/>
        <w:t xml:space="preserve"> de </w:t>
      </w:r>
      <w:r w:rsidR="30FCF4CB">
        <w:rPr/>
        <w:t>uitvoering</w:t>
      </w:r>
      <w:r w:rsidR="30FCF4CB">
        <w:rPr/>
        <w:t xml:space="preserve"> van de </w:t>
      </w:r>
      <w:r w:rsidR="30FCF4CB">
        <w:rPr/>
        <w:t>opdracht</w:t>
      </w:r>
      <w:r w:rsidR="30FCF4CB">
        <w:rPr/>
        <w:t>.</w:t>
      </w:r>
    </w:p>
    <w:p xmlns:wp14="http://schemas.microsoft.com/office/word/2010/wordml" w14:paraId="55E511E8" wp14:textId="77777777">
      <w:r>
        <w:t>Aanbieder verklaart dat hij de kennis, ervaring en/of middelen van naam derde invullen waarop hij het beroep doet, daadwerkelijk zal inzetten voor de uitvoering van de opdracht.</w:t>
      </w:r>
    </w:p>
    <w:p xmlns:wp14="http://schemas.microsoft.com/office/word/2010/wordml" w14:paraId="1ABE172D" wp14:textId="77777777">
      <w:r>
        <w:t>Inschrijver en derde verklaren dat derde zich, conform artikel 2.92 lid 3 Aanbestedingswet 2012, onvoorwaardelijk hoofdelijk aansprakelijk stelt jegens Opdrachtgever voor de nakoming van de overeenkomst, voor zover deze rust op de financiële draagkracht waarvoor op derde een beroep wordt gedaan.</w:t>
      </w:r>
    </w:p>
    <w:p xmlns:wp14="http://schemas.microsoft.com/office/word/2010/wordml" w14:paraId="566F04CC" wp14:textId="77777777">
      <w:r>
        <w:t>Deze verklaring is naar waarheid ingevuld en aldus ondertekend.</w:t>
      </w:r>
    </w:p>
    <w:p xmlns:wp14="http://schemas.microsoft.com/office/word/2010/wordml" w14:paraId="5DAB6C7B" wp14:textId="77777777"/>
    <w:p xmlns:wp14="http://schemas.microsoft.com/office/word/2010/wordml" w14:paraId="1E8D57AA" wp14:textId="77777777">
      <w:r>
        <w:rPr>
          <w:b/>
        </w:rPr>
        <w:t>Inschrijver</w:t>
      </w:r>
    </w:p>
    <w:p xmlns:wp14="http://schemas.microsoft.com/office/word/2010/wordml" w14:paraId="17E7F419" wp14:textId="77777777">
      <w:r>
        <w:t>Naam: __________________________________________</w:t>
      </w:r>
    </w:p>
    <w:p xmlns:wp14="http://schemas.microsoft.com/office/word/2010/wordml" w14:paraId="37FD8593" wp14:textId="77777777">
      <w:r>
        <w:t>Functie: __________________________________________</w:t>
      </w:r>
    </w:p>
    <w:p xmlns:wp14="http://schemas.microsoft.com/office/word/2010/wordml" w14:paraId="2F8099A6" wp14:textId="77777777">
      <w:r>
        <w:t>Plaats: __________________________________________</w:t>
      </w:r>
    </w:p>
    <w:p xmlns:wp14="http://schemas.microsoft.com/office/word/2010/wordml" w14:paraId="5D1DC6FD" wp14:textId="77777777">
      <w:r>
        <w:t>Datum: __________________________________________</w:t>
      </w:r>
    </w:p>
    <w:p xmlns:wp14="http://schemas.microsoft.com/office/word/2010/wordml" w14:paraId="2F0AB416" wp14:textId="77777777">
      <w:r>
        <w:t>Handtekening: __________________________________________</w:t>
      </w:r>
    </w:p>
    <w:p xmlns:wp14="http://schemas.microsoft.com/office/word/2010/wordml" w14:paraId="02EB378F" wp14:textId="77777777"/>
    <w:p xmlns:wp14="http://schemas.microsoft.com/office/word/2010/wordml" w14:paraId="6027AAB1" wp14:textId="77777777">
      <w:r>
        <w:rPr>
          <w:b/>
        </w:rPr>
        <w:t>Derde</w:t>
      </w:r>
    </w:p>
    <w:p xmlns:wp14="http://schemas.microsoft.com/office/word/2010/wordml" w14:paraId="3EA2BFD3" wp14:textId="77777777">
      <w:r>
        <w:t>Naam: __________________________________________</w:t>
      </w:r>
    </w:p>
    <w:p xmlns:wp14="http://schemas.microsoft.com/office/word/2010/wordml" w14:paraId="243E140B" wp14:textId="77777777">
      <w:r>
        <w:t>Functie: __________________________________________</w:t>
      </w:r>
    </w:p>
    <w:p xmlns:wp14="http://schemas.microsoft.com/office/word/2010/wordml" w14:paraId="2D0272C2" wp14:textId="77777777">
      <w:r>
        <w:t>Plaats: __________________________________________</w:t>
      </w:r>
    </w:p>
    <w:p xmlns:wp14="http://schemas.microsoft.com/office/word/2010/wordml" w14:paraId="04F671D6" wp14:textId="77777777">
      <w:r>
        <w:t>Datum: __________________________________________</w:t>
      </w:r>
    </w:p>
    <w:p xmlns:wp14="http://schemas.microsoft.com/office/word/2010/wordml" w14:paraId="41CF8321" wp14:textId="77777777">
      <w:r>
        <w:t>Handtekening: __________________________________________</w:t>
      </w:r>
    </w:p>
    <w:sectPr w:rsidRPr="0006063C" w:rsidR="00FC693F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0FCF4CB"/>
    <w:rsid w:val="78A7D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97AEFF8C-8705-4444-BB92-DB460609EDA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Bakker, TJT (Thijs)</dc:creator>
  <keywords/>
  <dc:description>generated by python-docx</dc:description>
  <lastModifiedBy>Bakker, TJT (Thijs)</lastModifiedBy>
  <revision>2</revision>
  <dcterms:created xsi:type="dcterms:W3CDTF">2026-07-22T09:25:31.2450671Z</dcterms:created>
  <dcterms:modified xsi:type="dcterms:W3CDTF">2026-07-22T09:27:03.5341079Z</dcterms:modified>
  <category/>
</coreProperties>
</file>