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37BE6" w:rsidR="00D527BF" w:rsidP="5000CE8F" w:rsidRDefault="4D6C6A8F" w14:paraId="2E780BC9" w14:textId="03734CCB">
      <w:pPr>
        <w:pStyle w:val="Kop1"/>
        <w:rPr>
          <w:color w:val="auto"/>
          <w:lang w:val="nl-NL"/>
        </w:rPr>
      </w:pPr>
      <w:r w:rsidRPr="5000CE8F" w:rsidR="4D6C6A8F">
        <w:rPr>
          <w:color w:val="auto"/>
          <w:lang w:val="nl-NL"/>
        </w:rPr>
        <w:t>Verklaring aansprakelijkheden bij combinatievorming</w:t>
      </w:r>
    </w:p>
    <w:p w:rsidRPr="00B37BE6" w:rsidR="00D527BF" w:rsidRDefault="00D527BF" w14:paraId="672A6659" w14:textId="77777777">
      <w:pPr>
        <w:rPr>
          <w:lang w:val="nl-NL"/>
        </w:rPr>
      </w:pPr>
    </w:p>
    <w:p w:rsidRPr="00B37BE6" w:rsidR="00D527BF" w:rsidP="5000CE8F" w:rsidRDefault="758CCA29" w14:paraId="489635D1" w14:textId="75338F61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Pr="5000CE8F" w:rsidR="758CCA29">
        <w:rPr>
          <w:lang w:val="nl-NL"/>
        </w:rPr>
        <w:t>Overwegende dat ______________________________________ (</w:t>
      </w:r>
      <w:r w:rsidRPr="5000CE8F" w:rsidR="758CCA29">
        <w:rPr>
          <w:i w:val="1"/>
          <w:iCs w:val="1"/>
          <w:lang w:val="nl-NL"/>
        </w:rPr>
        <w:t>naam van de combinatie</w:t>
      </w:r>
      <w:r w:rsidRPr="5000CE8F" w:rsidR="758CCA29">
        <w:rPr>
          <w:lang w:val="nl-NL"/>
        </w:rPr>
        <w:t xml:space="preserve">) zich als inschrijver aanmeldt voor de aanbesteding van Parkeergarage </w:t>
      </w:r>
      <w:r w:rsidRPr="5000CE8F" w:rsidR="3463A0B3">
        <w:rPr>
          <w:lang w:val="nl-NL"/>
        </w:rPr>
        <w:t>D&amp;B Veldhuis gemeente Apeldoorn.</w:t>
      </w:r>
    </w:p>
    <w:p w:rsidRPr="00B37BE6" w:rsidR="00D527BF" w:rsidRDefault="00D527BF" w14:paraId="0A37501D" w14:textId="77777777">
      <w:pPr>
        <w:rPr>
          <w:lang w:val="nl-NL"/>
        </w:rPr>
      </w:pPr>
    </w:p>
    <w:p w:rsidRPr="00B37BE6" w:rsidR="00D527BF" w:rsidRDefault="758CCA29" w14:paraId="57B3375E" w14:textId="7A3E633B">
      <w:pPr>
        <w:rPr>
          <w:lang w:val="nl-NL"/>
        </w:rPr>
      </w:pPr>
      <w:r w:rsidRPr="5000CE8F" w:rsidR="758CCA29">
        <w:rPr>
          <w:lang w:val="nl-NL"/>
        </w:rPr>
        <w:t>Ondergetekende, in zijn hoedanigheid als rechtsgeldig vertegenwoordiger van______________________________</w:t>
      </w:r>
      <w:r w:rsidRPr="5000CE8F" w:rsidR="4D6C6A8F">
        <w:rPr>
          <w:lang w:val="nl-NL"/>
        </w:rPr>
        <w:t>________________________________ (</w:t>
      </w:r>
      <w:r w:rsidRPr="5000CE8F" w:rsidR="4D6C6A8F">
        <w:rPr>
          <w:i w:val="1"/>
          <w:iCs w:val="1"/>
          <w:lang w:val="nl-NL"/>
        </w:rPr>
        <w:t xml:space="preserve">statutaire naam </w:t>
      </w:r>
      <w:r w:rsidRPr="5000CE8F" w:rsidR="4D6C6A8F">
        <w:rPr>
          <w:i w:val="1"/>
          <w:iCs w:val="1"/>
          <w:lang w:val="nl-NL"/>
        </w:rPr>
        <w:t>combinant</w:t>
      </w:r>
      <w:r w:rsidRPr="5000CE8F" w:rsidR="4D6C6A8F">
        <w:rPr>
          <w:i w:val="1"/>
          <w:iCs w:val="1"/>
          <w:lang w:val="nl-NL"/>
        </w:rPr>
        <w:t>)</w:t>
      </w:r>
      <w:r w:rsidRPr="5000CE8F" w:rsidR="4D6C6A8F">
        <w:rPr>
          <w:lang w:val="nl-NL"/>
        </w:rPr>
        <w:t xml:space="preserve"> </w:t>
      </w:r>
      <w:r w:rsidRPr="5000CE8F" w:rsidR="07518C8A">
        <w:rPr>
          <w:lang w:val="nl-NL"/>
        </w:rPr>
        <w:t xml:space="preserve">gevestigd te________________________________ als lid van de combinatie, </w:t>
      </w:r>
      <w:r w:rsidRPr="5000CE8F" w:rsidR="4D6C6A8F">
        <w:rPr>
          <w:lang w:val="nl-NL"/>
        </w:rPr>
        <w:t>verklaart dat hij hoofdelijk aansprakelijk is voor de juiste en volledige nakoming van de wettelijke en contractuele verplichtingen welke voortvloeien uit de uitvoering van onderhavig project.</w:t>
      </w:r>
    </w:p>
    <w:p w:rsidRPr="00B37BE6" w:rsidR="00D527BF" w:rsidRDefault="00D527BF" w14:paraId="5DAB6C7B" w14:textId="77777777">
      <w:pPr>
        <w:rPr>
          <w:lang w:val="nl-NL"/>
        </w:rPr>
      </w:pPr>
    </w:p>
    <w:p w:rsidRPr="00B37BE6" w:rsidR="00D527BF" w:rsidRDefault="7D62E7CE" w14:paraId="55EECD2D" w14:textId="231AA1B0">
      <w:pPr>
        <w:rPr>
          <w:lang w:val="nl-NL"/>
        </w:rPr>
      </w:pPr>
      <w:r w:rsidRPr="5000CE8F" w:rsidR="7D62E7CE">
        <w:rPr>
          <w:lang w:val="nl-NL"/>
        </w:rPr>
        <w:t>De leiding van de combinatie is in handen van___________________</w:t>
      </w:r>
      <w:r w:rsidRPr="5000CE8F" w:rsidR="4D6C6A8F">
        <w:rPr>
          <w:lang w:val="nl-NL"/>
        </w:rPr>
        <w:t>________________________________ (</w:t>
      </w:r>
      <w:r w:rsidRPr="5000CE8F" w:rsidR="4D6C6A8F">
        <w:rPr>
          <w:i w:val="1"/>
          <w:iCs w:val="1"/>
          <w:lang w:val="nl-NL"/>
        </w:rPr>
        <w:t xml:space="preserve">naam </w:t>
      </w:r>
      <w:r w:rsidRPr="5000CE8F" w:rsidR="4D6C6A8F">
        <w:rPr>
          <w:i w:val="1"/>
          <w:iCs w:val="1"/>
          <w:lang w:val="nl-NL"/>
        </w:rPr>
        <w:t>penvoerende</w:t>
      </w:r>
      <w:r w:rsidRPr="5000CE8F" w:rsidR="4D6C6A8F">
        <w:rPr>
          <w:i w:val="1"/>
          <w:iCs w:val="1"/>
          <w:lang w:val="nl-NL"/>
        </w:rPr>
        <w:t xml:space="preserve"> lid van de combinatie)</w:t>
      </w:r>
      <w:r w:rsidRPr="5000CE8F" w:rsidR="4D6C6A8F">
        <w:rPr>
          <w:lang w:val="nl-NL"/>
        </w:rPr>
        <w:t xml:space="preserve"> welke als penvoerder van de combinatie zal optreden en het enig aanspreekpunt voor de aanbestedende dienst/opdrachtgever zal zijn.</w:t>
      </w:r>
    </w:p>
    <w:p w:rsidRPr="00B37BE6" w:rsidR="00D527BF" w:rsidRDefault="00D527BF" w14:paraId="02EB378F" w14:textId="77777777">
      <w:pPr>
        <w:rPr>
          <w:lang w:val="nl-NL"/>
        </w:rPr>
      </w:pPr>
    </w:p>
    <w:p w:rsidRPr="00B37BE6" w:rsidR="00D527BF" w:rsidRDefault="534495E1" w14:paraId="3B90E083" w14:textId="36601D43">
      <w:pPr>
        <w:rPr>
          <w:lang w:val="nl-NL"/>
        </w:rPr>
      </w:pPr>
      <w:r w:rsidRPr="00B37BE6">
        <w:rPr>
          <w:lang w:val="nl-NL"/>
        </w:rPr>
        <w:t xml:space="preserve">Aldus naar waarheid opgemaakt op </w:t>
      </w:r>
      <w:r w:rsidRPr="00B37BE6" w:rsidR="4D6C6A8F">
        <w:rPr>
          <w:lang w:val="nl-NL"/>
        </w:rPr>
        <w:t>Datum: __________   Plaats: __________</w:t>
      </w:r>
      <w:r w:rsidRPr="00B37BE6" w:rsidR="1410E897">
        <w:rPr>
          <w:lang w:val="nl-NL"/>
        </w:rPr>
        <w:t>________</w:t>
      </w:r>
    </w:p>
    <w:p w:rsidRPr="00B37BE6" w:rsidR="00D527BF" w:rsidRDefault="00D527BF" w14:paraId="6A05A809" w14:textId="77777777">
      <w:pPr>
        <w:rPr>
          <w:lang w:val="nl-NL"/>
        </w:rPr>
      </w:pPr>
    </w:p>
    <w:p w:rsidRPr="00B37BE6" w:rsidR="00D527BF" w:rsidRDefault="4D6C6A8F" w14:paraId="33D4AECC" w14:textId="539C093E">
      <w:pPr>
        <w:rPr>
          <w:lang w:val="nl-NL"/>
        </w:rPr>
      </w:pPr>
      <w:r w:rsidRPr="00B37BE6">
        <w:rPr>
          <w:lang w:val="nl-NL"/>
        </w:rPr>
        <w:t xml:space="preserve">Naam rechtsgeldig vertegenwoordiger </w:t>
      </w:r>
      <w:proofErr w:type="spellStart"/>
      <w:r w:rsidRPr="00B37BE6">
        <w:rPr>
          <w:lang w:val="nl-NL"/>
        </w:rPr>
        <w:t>combinant</w:t>
      </w:r>
      <w:proofErr w:type="spellEnd"/>
      <w:r w:rsidRPr="00B37BE6">
        <w:rPr>
          <w:lang w:val="nl-NL"/>
        </w:rPr>
        <w:t>: ____________________</w:t>
      </w:r>
      <w:r w:rsidRPr="00B37BE6" w:rsidR="16ECCFB2">
        <w:rPr>
          <w:lang w:val="nl-NL"/>
        </w:rPr>
        <w:t>______________</w:t>
      </w:r>
    </w:p>
    <w:p w:rsidRPr="00B37BE6" w:rsidR="00D527BF" w:rsidRDefault="00000000" w14:paraId="2ACE47A3" w14:textId="77777777">
      <w:pPr>
        <w:rPr>
          <w:lang w:val="nl-NL"/>
        </w:rPr>
      </w:pPr>
      <w:r w:rsidRPr="00B37BE6">
        <w:rPr>
          <w:lang w:val="nl-NL"/>
        </w:rPr>
        <w:t>Functie: ____________________</w:t>
      </w:r>
    </w:p>
    <w:p w:rsidRPr="00B37BE6" w:rsidR="00D527BF" w:rsidRDefault="4D6C6A8F" w14:paraId="76C02C7C" w14:textId="77777777">
      <w:pPr>
        <w:rPr>
          <w:lang w:val="nl-NL"/>
        </w:rPr>
      </w:pPr>
      <w:r w:rsidRPr="00B37BE6">
        <w:rPr>
          <w:lang w:val="nl-NL"/>
        </w:rPr>
        <w:t>Handtekening: ____________________</w:t>
      </w:r>
    </w:p>
    <w:p w:rsidRPr="00B37BE6" w:rsidR="4D6C6A8F" w:rsidP="4D6C6A8F" w:rsidRDefault="4D6C6A8F" w14:paraId="6DA3CD0E" w14:textId="403787AE">
      <w:pPr>
        <w:rPr>
          <w:lang w:val="nl-NL"/>
        </w:rPr>
      </w:pPr>
    </w:p>
    <w:p w:rsidRPr="00B37BE6" w:rsidR="4D6C6A8F" w:rsidP="4D6C6A8F" w:rsidRDefault="4D6C6A8F" w14:paraId="56E24154" w14:textId="7AFBD51C">
      <w:pPr>
        <w:rPr>
          <w:lang w:val="nl-NL"/>
        </w:rPr>
      </w:pPr>
    </w:p>
    <w:p w:rsidRPr="00B37BE6" w:rsidR="2F6D08E0" w:rsidP="4D6C6A8F" w:rsidRDefault="2F6D08E0" w14:paraId="3B095440" w14:textId="2900749E">
      <w:pPr>
        <w:rPr>
          <w:lang w:val="nl-NL"/>
        </w:rPr>
      </w:pPr>
      <w:r w:rsidRPr="00B37BE6">
        <w:rPr>
          <w:b/>
          <w:bCs/>
          <w:i/>
          <w:iCs/>
          <w:lang w:val="nl-NL"/>
        </w:rPr>
        <w:t xml:space="preserve">(Door elke </w:t>
      </w:r>
      <w:proofErr w:type="spellStart"/>
      <w:r w:rsidRPr="00B37BE6">
        <w:rPr>
          <w:b/>
          <w:bCs/>
          <w:i/>
          <w:iCs/>
          <w:lang w:val="nl-NL"/>
        </w:rPr>
        <w:t>combinant</w:t>
      </w:r>
      <w:proofErr w:type="spellEnd"/>
      <w:r w:rsidRPr="00B37BE6">
        <w:rPr>
          <w:b/>
          <w:bCs/>
          <w:i/>
          <w:iCs/>
          <w:lang w:val="nl-NL"/>
        </w:rPr>
        <w:t xml:space="preserve"> in te vullen en aan te reiken)</w:t>
      </w:r>
    </w:p>
    <w:p w:rsidRPr="00B37BE6" w:rsidR="00D527BF" w:rsidRDefault="00D527BF" w14:paraId="3271DC32" w14:textId="038D06E7">
      <w:pPr>
        <w:rPr>
          <w:lang w:val="nl-NL"/>
        </w:rPr>
      </w:pPr>
    </w:p>
    <w:sectPr w:rsidRPr="00B37BE6" w:rsidR="00D527BF" w:rsidSect="00034616">
      <w:headerReference w:type="default" r:id="rId8"/>
      <w:footerReference w:type="default" r:id="rId9"/>
      <w:pgSz w:w="12240" w:h="15840" w:orient="portrait"/>
      <w:pgMar w:top="1440" w:right="1134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6480" w:rsidRDefault="00956480" w14:paraId="00BD38E1" w14:textId="77777777">
      <w:pPr>
        <w:spacing w:after="0" w:line="240" w:lineRule="auto"/>
      </w:pPr>
      <w:r>
        <w:separator/>
      </w:r>
    </w:p>
  </w:endnote>
  <w:endnote w:type="continuationSeparator" w:id="0">
    <w:p w:rsidR="00956480" w:rsidRDefault="00956480" w14:paraId="6CA8F31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4D6C6A8F" w:rsidTr="4D6C6A8F" w14:paraId="5577EBBC" w14:textId="77777777">
      <w:trPr>
        <w:trHeight w:val="300"/>
      </w:trPr>
      <w:tc>
        <w:tcPr>
          <w:tcW w:w="3320" w:type="dxa"/>
        </w:tcPr>
        <w:p w:rsidR="4D6C6A8F" w:rsidP="4D6C6A8F" w:rsidRDefault="4D6C6A8F" w14:paraId="72CAB30F" w14:textId="0351D1D0">
          <w:pPr>
            <w:pStyle w:val="Koptekst"/>
            <w:ind w:left="-115"/>
          </w:pPr>
        </w:p>
      </w:tc>
      <w:tc>
        <w:tcPr>
          <w:tcW w:w="3320" w:type="dxa"/>
        </w:tcPr>
        <w:p w:rsidR="4D6C6A8F" w:rsidP="4D6C6A8F" w:rsidRDefault="4D6C6A8F" w14:paraId="0EFB8E5D" w14:textId="7E7F48FD">
          <w:pPr>
            <w:pStyle w:val="Koptekst"/>
            <w:jc w:val="center"/>
          </w:pPr>
        </w:p>
      </w:tc>
      <w:tc>
        <w:tcPr>
          <w:tcW w:w="3320" w:type="dxa"/>
        </w:tcPr>
        <w:p w:rsidR="4D6C6A8F" w:rsidP="4D6C6A8F" w:rsidRDefault="4D6C6A8F" w14:paraId="3CC73371" w14:textId="394F2162">
          <w:pPr>
            <w:pStyle w:val="Koptekst"/>
            <w:ind w:right="-115"/>
            <w:jc w:val="right"/>
          </w:pPr>
        </w:p>
      </w:tc>
    </w:tr>
  </w:tbl>
  <w:p w:rsidR="4D6C6A8F" w:rsidP="4D6C6A8F" w:rsidRDefault="4D6C6A8F" w14:paraId="288D08ED" w14:textId="3807AE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6480" w:rsidRDefault="00956480" w14:paraId="4A61233A" w14:textId="77777777">
      <w:pPr>
        <w:spacing w:after="0" w:line="240" w:lineRule="auto"/>
      </w:pPr>
      <w:r>
        <w:separator/>
      </w:r>
    </w:p>
  </w:footnote>
  <w:footnote w:type="continuationSeparator" w:id="0">
    <w:p w:rsidR="00956480" w:rsidRDefault="00956480" w14:paraId="5D7AE63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4D6C6A8F" w:rsidP="4D6C6A8F" w:rsidRDefault="4D6C6A8F" w14:paraId="5A71B67D" w14:textId="46DD8ABF">
    <w:pPr>
      <w:pStyle w:val="Koptekst"/>
      <w:jc w:val="right"/>
    </w:pPr>
    <w:r>
      <w:rPr>
        <w:noProof/>
      </w:rPr>
      <w:drawing>
        <wp:inline distT="0" distB="0" distL="0" distR="0" wp14:anchorId="2E183F2B" wp14:editId="63B0A8B2">
          <wp:extent cx="2381250" cy="1097664"/>
          <wp:effectExtent l="0" t="0" r="0" b="0"/>
          <wp:docPr id="200261035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610352" name="Picture 20026103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1097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868376535">
    <w:abstractNumId w:val="8"/>
  </w:num>
  <w:num w:numId="2" w16cid:durableId="1049845767">
    <w:abstractNumId w:val="6"/>
  </w:num>
  <w:num w:numId="3" w16cid:durableId="900864857">
    <w:abstractNumId w:val="5"/>
  </w:num>
  <w:num w:numId="4" w16cid:durableId="15497828">
    <w:abstractNumId w:val="4"/>
  </w:num>
  <w:num w:numId="5" w16cid:durableId="1142115785">
    <w:abstractNumId w:val="7"/>
  </w:num>
  <w:num w:numId="6" w16cid:durableId="955600216">
    <w:abstractNumId w:val="3"/>
  </w:num>
  <w:num w:numId="7" w16cid:durableId="1734161462">
    <w:abstractNumId w:val="2"/>
  </w:num>
  <w:num w:numId="8" w16cid:durableId="44138294">
    <w:abstractNumId w:val="1"/>
  </w:num>
  <w:num w:numId="9" w16cid:durableId="101583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34616"/>
    <w:rsid w:val="0006063C"/>
    <w:rsid w:val="0015074B"/>
    <w:rsid w:val="0029639D"/>
    <w:rsid w:val="00326F90"/>
    <w:rsid w:val="003E3C8B"/>
    <w:rsid w:val="00956480"/>
    <w:rsid w:val="00AA1D8D"/>
    <w:rsid w:val="00B37BE6"/>
    <w:rsid w:val="00B47730"/>
    <w:rsid w:val="00CB0664"/>
    <w:rsid w:val="00D527BF"/>
    <w:rsid w:val="00FC693F"/>
    <w:rsid w:val="011D27F0"/>
    <w:rsid w:val="07518C8A"/>
    <w:rsid w:val="07AAE546"/>
    <w:rsid w:val="0E855C93"/>
    <w:rsid w:val="1410E897"/>
    <w:rsid w:val="16ECCFB2"/>
    <w:rsid w:val="1E9BE492"/>
    <w:rsid w:val="23E051D9"/>
    <w:rsid w:val="25C2510A"/>
    <w:rsid w:val="297032AF"/>
    <w:rsid w:val="29F0BB66"/>
    <w:rsid w:val="2CE4813A"/>
    <w:rsid w:val="2D28E888"/>
    <w:rsid w:val="2D6B6807"/>
    <w:rsid w:val="2F6D08E0"/>
    <w:rsid w:val="33AA29E6"/>
    <w:rsid w:val="3463A0B3"/>
    <w:rsid w:val="3C8A489E"/>
    <w:rsid w:val="4068C2BA"/>
    <w:rsid w:val="4B98A065"/>
    <w:rsid w:val="4D6C6A8F"/>
    <w:rsid w:val="4F34A6EA"/>
    <w:rsid w:val="4F975807"/>
    <w:rsid w:val="5000CE8F"/>
    <w:rsid w:val="534495E1"/>
    <w:rsid w:val="5747A0F4"/>
    <w:rsid w:val="592E4AA7"/>
    <w:rsid w:val="5931F779"/>
    <w:rsid w:val="5A553D22"/>
    <w:rsid w:val="650D7223"/>
    <w:rsid w:val="758CCA29"/>
    <w:rsid w:val="779C6D24"/>
    <w:rsid w:val="79459C39"/>
    <w:rsid w:val="7D62E7CE"/>
    <w:rsid w:val="7F44D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045DBAB2-2EFF-42D8-8362-C765B82B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styleId="Kop1Char" w:customStyle="1">
    <w:name w:val="Kop 1 Char"/>
    <w:basedOn w:val="Standaardalinea-lettertype"/>
    <w:link w:val="Kop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0641C4E04A3449D947273CFC6A08F" ma:contentTypeVersion="3" ma:contentTypeDescription="Een nieuw document maken." ma:contentTypeScope="" ma:versionID="e70d31e567d0feadc0dca4468d626f70">
  <xsd:schema xmlns:xsd="http://www.w3.org/2001/XMLSchema" xmlns:xs="http://www.w3.org/2001/XMLSchema" xmlns:p="http://schemas.microsoft.com/office/2006/metadata/properties" xmlns:ns2="16e3c61d-403e-4ef6-ac5e-cb5c0b7183fb" targetNamespace="http://schemas.microsoft.com/office/2006/metadata/properties" ma:root="true" ma:fieldsID="ed1a20150ea0adb0b92e05339e0a39cf" ns2:_="">
    <xsd:import namespace="16e3c61d-403e-4ef6-ac5e-cb5c0b71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3c61d-403e-4ef6-ac5e-cb5c0b718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525E44-433F-430A-8DBE-89FA1A7ADB71}"/>
</file>

<file path=customXml/itemProps3.xml><?xml version="1.0" encoding="utf-8"?>
<ds:datastoreItem xmlns:ds="http://schemas.openxmlformats.org/officeDocument/2006/customXml" ds:itemID="{DB7B00D9-4F30-4E97-94E5-75F421CABA71}"/>
</file>

<file path=customXml/itemProps4.xml><?xml version="1.0" encoding="utf-8"?>
<ds:datastoreItem xmlns:ds="http://schemas.openxmlformats.org/officeDocument/2006/customXml" ds:itemID="{34DE9494-8C80-4574-A308-26E3EFBF886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Bakker, TJT (Thijs)</dc:creator>
  <keywords/>
  <dc:description>generated by python-docx</dc:description>
  <lastModifiedBy>Bakker, TJT (Thijs)</lastModifiedBy>
  <revision>3</revision>
  <dcterms:created xsi:type="dcterms:W3CDTF">2026-07-20T11:01:00.0000000Z</dcterms:created>
  <dcterms:modified xsi:type="dcterms:W3CDTF">2026-07-21T12:10:41.2741078Z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0x010100A6A0641C4E04A3449D947273CFC6A08F</vt:lpwstr>
  </property>
</Properties>
</file>