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4C3A2" w14:textId="31AE0773" w:rsidR="005744B1" w:rsidRPr="00CA7C02" w:rsidRDefault="00000000">
      <w:pPr>
        <w:pStyle w:val="Titel"/>
        <w:rPr>
          <w:lang w:val="nl-NL"/>
        </w:rPr>
      </w:pPr>
      <w:r w:rsidRPr="00CA7C02">
        <w:rPr>
          <w:lang w:val="nl-NL"/>
        </w:rPr>
        <w:t>Antwoordtemplate RFI – NWM Rekenomgeving</w:t>
      </w:r>
    </w:p>
    <w:p w14:paraId="0D31E350" w14:textId="77777777" w:rsidR="005744B1" w:rsidRPr="00CA7C02" w:rsidRDefault="00000000">
      <w:pPr>
        <w:pStyle w:val="Kop1"/>
        <w:rPr>
          <w:lang w:val="nl-NL"/>
        </w:rPr>
      </w:pPr>
      <w:r w:rsidRPr="00CA7C02">
        <w:rPr>
          <w:lang w:val="nl-NL"/>
        </w:rPr>
        <w:t>Algemene gegevens</w:t>
      </w:r>
    </w:p>
    <w:p w14:paraId="4DEA3626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Naam organisatie: [Vul hier uw antwoord in]</w:t>
      </w:r>
    </w:p>
    <w:p w14:paraId="2D2C3196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Contactpersoon: [Vul hier uw antwoord in]</w:t>
      </w:r>
    </w:p>
    <w:p w14:paraId="137722E8" w14:textId="77777777" w:rsidR="005744B1" w:rsidRPr="00CA7C02" w:rsidRDefault="00000000">
      <w:pPr>
        <w:rPr>
          <w:lang w:val="nl-NL"/>
        </w:rPr>
      </w:pPr>
      <w:proofErr w:type="gramStart"/>
      <w:r w:rsidRPr="00CA7C02">
        <w:rPr>
          <w:lang w:val="nl-NL"/>
        </w:rPr>
        <w:t>Email /</w:t>
      </w:r>
      <w:proofErr w:type="gramEnd"/>
      <w:r w:rsidRPr="00CA7C02">
        <w:rPr>
          <w:lang w:val="nl-NL"/>
        </w:rPr>
        <w:t xml:space="preserve"> telefoon: [Vul hier uw antwoord in]</w:t>
      </w:r>
    </w:p>
    <w:p w14:paraId="5C82E8D5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Datum indiening: [Vul hier uw antwoord in]</w:t>
      </w:r>
    </w:p>
    <w:p w14:paraId="252B2951" w14:textId="77777777" w:rsidR="005744B1" w:rsidRPr="00CA7C02" w:rsidRDefault="00000000">
      <w:pPr>
        <w:pStyle w:val="Kop1"/>
        <w:rPr>
          <w:lang w:val="nl-NL"/>
        </w:rPr>
      </w:pPr>
      <w:r w:rsidRPr="00CA7C02">
        <w:rPr>
          <w:lang w:val="nl-NL"/>
        </w:rPr>
        <w:t>1. Profiel organisatie</w:t>
      </w:r>
    </w:p>
    <w:p w14:paraId="03DCDE86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Beschrijf uw antwoord hieronder:</w:t>
      </w:r>
    </w:p>
    <w:p w14:paraId="4B5162D7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[Vul hier uw antwoord in]</w:t>
      </w:r>
      <w:r w:rsidRPr="00CA7C02">
        <w:rPr>
          <w:lang w:val="nl-NL"/>
        </w:rPr>
        <w:br/>
      </w:r>
    </w:p>
    <w:p w14:paraId="0C49B9BC" w14:textId="1B06051B" w:rsidR="005744B1" w:rsidRPr="00CA7C02" w:rsidRDefault="00000000">
      <w:pPr>
        <w:pStyle w:val="Kop1"/>
        <w:rPr>
          <w:lang w:val="nl-NL"/>
        </w:rPr>
      </w:pPr>
      <w:r w:rsidRPr="00CA7C02">
        <w:rPr>
          <w:lang w:val="nl-NL"/>
        </w:rPr>
        <w:t>2. Oplossingsrichting en dienstverlening</w:t>
      </w:r>
      <w:r w:rsidR="003D0F1A">
        <w:rPr>
          <w:lang w:val="nl-NL"/>
        </w:rPr>
        <w:t xml:space="preserve"> (vragen 4.1)</w:t>
      </w:r>
    </w:p>
    <w:p w14:paraId="03671CCB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Beschrijf uw antwoord hieronder:</w:t>
      </w:r>
    </w:p>
    <w:p w14:paraId="25C853C4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[Vul hier uw antwoord in]</w:t>
      </w:r>
      <w:r w:rsidRPr="00CA7C02">
        <w:rPr>
          <w:lang w:val="nl-NL"/>
        </w:rPr>
        <w:br/>
      </w:r>
    </w:p>
    <w:p w14:paraId="11424CA4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Gebruik onderstaande tabel waar relevant: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744B1" w14:paraId="464F401C" w14:textId="77777777" w:rsidTr="00CA7C02">
        <w:tc>
          <w:tcPr>
            <w:tcW w:w="2880" w:type="dxa"/>
          </w:tcPr>
          <w:p w14:paraId="3782D92A" w14:textId="77777777" w:rsidR="005744B1" w:rsidRDefault="00000000">
            <w:proofErr w:type="spellStart"/>
            <w:r>
              <w:t>Onderdeel</w:t>
            </w:r>
            <w:proofErr w:type="spellEnd"/>
          </w:p>
        </w:tc>
        <w:tc>
          <w:tcPr>
            <w:tcW w:w="2880" w:type="dxa"/>
          </w:tcPr>
          <w:p w14:paraId="31D1F2D4" w14:textId="77777777" w:rsidR="005744B1" w:rsidRDefault="00000000">
            <w:r>
              <w:t>Antwoord</w:t>
            </w:r>
          </w:p>
        </w:tc>
        <w:tc>
          <w:tcPr>
            <w:tcW w:w="2880" w:type="dxa"/>
          </w:tcPr>
          <w:p w14:paraId="5E5D8F4C" w14:textId="77777777" w:rsidR="005744B1" w:rsidRDefault="00000000">
            <w:proofErr w:type="spellStart"/>
            <w:r>
              <w:t>Toelichting</w:t>
            </w:r>
            <w:proofErr w:type="spellEnd"/>
          </w:p>
        </w:tc>
      </w:tr>
      <w:tr w:rsidR="005744B1" w14:paraId="5CA8F5C7" w14:textId="77777777" w:rsidTr="00CA7C02">
        <w:tc>
          <w:tcPr>
            <w:tcW w:w="2880" w:type="dxa"/>
          </w:tcPr>
          <w:p w14:paraId="695B426B" w14:textId="77777777" w:rsidR="005744B1" w:rsidRDefault="005744B1"/>
        </w:tc>
        <w:tc>
          <w:tcPr>
            <w:tcW w:w="2880" w:type="dxa"/>
          </w:tcPr>
          <w:p w14:paraId="6D0FF150" w14:textId="77777777" w:rsidR="005744B1" w:rsidRDefault="005744B1"/>
        </w:tc>
        <w:tc>
          <w:tcPr>
            <w:tcW w:w="2880" w:type="dxa"/>
          </w:tcPr>
          <w:p w14:paraId="17A9803A" w14:textId="77777777" w:rsidR="005744B1" w:rsidRDefault="005744B1"/>
        </w:tc>
      </w:tr>
    </w:tbl>
    <w:p w14:paraId="58E9C2C9" w14:textId="04793216" w:rsidR="005744B1" w:rsidRDefault="00000000">
      <w:pPr>
        <w:pStyle w:val="Kop1"/>
      </w:pPr>
      <w:r>
        <w:t xml:space="preserve">3. </w:t>
      </w:r>
      <w:proofErr w:type="spellStart"/>
      <w:r>
        <w:t>Schaalbaarheid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rekencapaciteit</w:t>
      </w:r>
      <w:proofErr w:type="spellEnd"/>
      <w:r w:rsidR="003D0F1A">
        <w:t xml:space="preserve"> (</w:t>
      </w:r>
      <w:proofErr w:type="spellStart"/>
      <w:r w:rsidR="003D0F1A">
        <w:t>vragen</w:t>
      </w:r>
      <w:proofErr w:type="spellEnd"/>
      <w:r w:rsidR="003D0F1A">
        <w:t xml:space="preserve"> 4.2)</w:t>
      </w:r>
    </w:p>
    <w:p w14:paraId="1AE27DA7" w14:textId="77777777" w:rsidR="005744B1" w:rsidRDefault="00000000">
      <w:proofErr w:type="spellStart"/>
      <w:r>
        <w:t>Beschrijf</w:t>
      </w:r>
      <w:proofErr w:type="spellEnd"/>
      <w:r>
        <w:t xml:space="preserve"> </w:t>
      </w:r>
      <w:proofErr w:type="spellStart"/>
      <w:r>
        <w:t>uw</w:t>
      </w:r>
      <w:proofErr w:type="spellEnd"/>
      <w:r>
        <w:t xml:space="preserve"> </w:t>
      </w:r>
      <w:proofErr w:type="spellStart"/>
      <w:r>
        <w:t>antwoord</w:t>
      </w:r>
      <w:proofErr w:type="spellEnd"/>
      <w:r>
        <w:t xml:space="preserve"> </w:t>
      </w:r>
      <w:proofErr w:type="spellStart"/>
      <w:r>
        <w:t>hieronder</w:t>
      </w:r>
      <w:proofErr w:type="spellEnd"/>
      <w:r>
        <w:t>:</w:t>
      </w:r>
    </w:p>
    <w:p w14:paraId="7DFB20F8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[Vul hier uw antwoord in]</w:t>
      </w:r>
      <w:r w:rsidRPr="00CA7C02">
        <w:rPr>
          <w:lang w:val="nl-NL"/>
        </w:rPr>
        <w:br/>
      </w:r>
    </w:p>
    <w:p w14:paraId="262CB7DE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Gebruik onderstaande tabel waar relevant: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744B1" w14:paraId="0487662E" w14:textId="77777777" w:rsidTr="00CA7C02">
        <w:tc>
          <w:tcPr>
            <w:tcW w:w="2880" w:type="dxa"/>
          </w:tcPr>
          <w:p w14:paraId="1C96772C" w14:textId="77777777" w:rsidR="005744B1" w:rsidRDefault="00000000">
            <w:proofErr w:type="spellStart"/>
            <w:r>
              <w:t>Onderdeel</w:t>
            </w:r>
            <w:proofErr w:type="spellEnd"/>
          </w:p>
        </w:tc>
        <w:tc>
          <w:tcPr>
            <w:tcW w:w="2880" w:type="dxa"/>
          </w:tcPr>
          <w:p w14:paraId="53669D50" w14:textId="77777777" w:rsidR="005744B1" w:rsidRDefault="00000000">
            <w:r>
              <w:t>Antwoord</w:t>
            </w:r>
          </w:p>
        </w:tc>
        <w:tc>
          <w:tcPr>
            <w:tcW w:w="2880" w:type="dxa"/>
          </w:tcPr>
          <w:p w14:paraId="22ADE719" w14:textId="77777777" w:rsidR="005744B1" w:rsidRDefault="00000000">
            <w:proofErr w:type="spellStart"/>
            <w:r>
              <w:t>Toelichting</w:t>
            </w:r>
            <w:proofErr w:type="spellEnd"/>
          </w:p>
        </w:tc>
      </w:tr>
      <w:tr w:rsidR="005744B1" w14:paraId="251CF8F5" w14:textId="77777777" w:rsidTr="00CA7C02">
        <w:tc>
          <w:tcPr>
            <w:tcW w:w="2880" w:type="dxa"/>
          </w:tcPr>
          <w:p w14:paraId="596799BF" w14:textId="77777777" w:rsidR="005744B1" w:rsidRDefault="005744B1"/>
        </w:tc>
        <w:tc>
          <w:tcPr>
            <w:tcW w:w="2880" w:type="dxa"/>
          </w:tcPr>
          <w:p w14:paraId="76822693" w14:textId="77777777" w:rsidR="005744B1" w:rsidRDefault="005744B1"/>
        </w:tc>
        <w:tc>
          <w:tcPr>
            <w:tcW w:w="2880" w:type="dxa"/>
          </w:tcPr>
          <w:p w14:paraId="7A0ECEB5" w14:textId="77777777" w:rsidR="005744B1" w:rsidRDefault="005744B1"/>
        </w:tc>
      </w:tr>
    </w:tbl>
    <w:p w14:paraId="63878493" w14:textId="38B84AFF" w:rsidR="005744B1" w:rsidRDefault="00000000">
      <w:pPr>
        <w:pStyle w:val="Kop1"/>
      </w:pPr>
      <w:r>
        <w:t xml:space="preserve">4. </w:t>
      </w:r>
      <w:proofErr w:type="spellStart"/>
      <w:r>
        <w:t>Prijsmodel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kostenstructuur</w:t>
      </w:r>
      <w:proofErr w:type="spellEnd"/>
      <w:r w:rsidR="003D0F1A">
        <w:t xml:space="preserve"> (</w:t>
      </w:r>
      <w:proofErr w:type="spellStart"/>
      <w:r w:rsidR="003D0F1A">
        <w:t>vragen</w:t>
      </w:r>
      <w:proofErr w:type="spellEnd"/>
      <w:r w:rsidR="003D0F1A">
        <w:t xml:space="preserve"> 4.3)</w:t>
      </w:r>
    </w:p>
    <w:p w14:paraId="60F5F6BC" w14:textId="77777777" w:rsidR="005744B1" w:rsidRDefault="00000000">
      <w:proofErr w:type="spellStart"/>
      <w:r>
        <w:t>Beschrijf</w:t>
      </w:r>
      <w:proofErr w:type="spellEnd"/>
      <w:r>
        <w:t xml:space="preserve"> </w:t>
      </w:r>
      <w:proofErr w:type="spellStart"/>
      <w:r>
        <w:t>uw</w:t>
      </w:r>
      <w:proofErr w:type="spellEnd"/>
      <w:r>
        <w:t xml:space="preserve"> </w:t>
      </w:r>
      <w:proofErr w:type="spellStart"/>
      <w:r>
        <w:t>antwoord</w:t>
      </w:r>
      <w:proofErr w:type="spellEnd"/>
      <w:r>
        <w:t xml:space="preserve"> </w:t>
      </w:r>
      <w:proofErr w:type="spellStart"/>
      <w:r>
        <w:t>hieronder</w:t>
      </w:r>
      <w:proofErr w:type="spellEnd"/>
      <w:r>
        <w:t>:</w:t>
      </w:r>
    </w:p>
    <w:p w14:paraId="57076363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[Vul hier uw antwoord in]</w:t>
      </w:r>
      <w:r w:rsidRPr="00CA7C02">
        <w:rPr>
          <w:lang w:val="nl-NL"/>
        </w:rPr>
        <w:br/>
      </w:r>
    </w:p>
    <w:p w14:paraId="517CA5AE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Gebruik onderstaande tabel waar relevant: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744B1" w14:paraId="7B88C057" w14:textId="77777777" w:rsidTr="00CA7C02">
        <w:tc>
          <w:tcPr>
            <w:tcW w:w="2880" w:type="dxa"/>
          </w:tcPr>
          <w:p w14:paraId="35ECE073" w14:textId="77777777" w:rsidR="005744B1" w:rsidRDefault="00000000">
            <w:proofErr w:type="spellStart"/>
            <w:r>
              <w:t>Onderdeel</w:t>
            </w:r>
            <w:proofErr w:type="spellEnd"/>
          </w:p>
        </w:tc>
        <w:tc>
          <w:tcPr>
            <w:tcW w:w="2880" w:type="dxa"/>
          </w:tcPr>
          <w:p w14:paraId="5B6B6641" w14:textId="77777777" w:rsidR="005744B1" w:rsidRDefault="00000000">
            <w:r>
              <w:t>Antwoord</w:t>
            </w:r>
          </w:p>
        </w:tc>
        <w:tc>
          <w:tcPr>
            <w:tcW w:w="2880" w:type="dxa"/>
          </w:tcPr>
          <w:p w14:paraId="423EBA95" w14:textId="77777777" w:rsidR="005744B1" w:rsidRDefault="00000000">
            <w:proofErr w:type="spellStart"/>
            <w:r>
              <w:t>Toelichting</w:t>
            </w:r>
            <w:proofErr w:type="spellEnd"/>
          </w:p>
        </w:tc>
      </w:tr>
      <w:tr w:rsidR="005744B1" w14:paraId="4AA06EE7" w14:textId="77777777" w:rsidTr="00CA7C02">
        <w:tc>
          <w:tcPr>
            <w:tcW w:w="2880" w:type="dxa"/>
          </w:tcPr>
          <w:p w14:paraId="4847BE1E" w14:textId="77777777" w:rsidR="005744B1" w:rsidRDefault="005744B1"/>
        </w:tc>
        <w:tc>
          <w:tcPr>
            <w:tcW w:w="2880" w:type="dxa"/>
          </w:tcPr>
          <w:p w14:paraId="03557020" w14:textId="77777777" w:rsidR="005744B1" w:rsidRDefault="005744B1"/>
        </w:tc>
        <w:tc>
          <w:tcPr>
            <w:tcW w:w="2880" w:type="dxa"/>
          </w:tcPr>
          <w:p w14:paraId="7FBB2C53" w14:textId="77777777" w:rsidR="005744B1" w:rsidRDefault="005744B1"/>
        </w:tc>
      </w:tr>
    </w:tbl>
    <w:p w14:paraId="07CB8357" w14:textId="7B332E13" w:rsidR="005744B1" w:rsidRDefault="00000000">
      <w:pPr>
        <w:pStyle w:val="Kop1"/>
      </w:pPr>
      <w:r>
        <w:t xml:space="preserve">5. </w:t>
      </w:r>
      <w:proofErr w:type="spellStart"/>
      <w:r>
        <w:t>Servicelevels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ondersteuning</w:t>
      </w:r>
      <w:proofErr w:type="spellEnd"/>
      <w:r w:rsidR="003D0F1A">
        <w:t xml:space="preserve"> (</w:t>
      </w:r>
      <w:proofErr w:type="spellStart"/>
      <w:r w:rsidR="003D0F1A">
        <w:t>vragen</w:t>
      </w:r>
      <w:proofErr w:type="spellEnd"/>
      <w:r w:rsidR="003D0F1A">
        <w:t xml:space="preserve"> 4.4)</w:t>
      </w:r>
    </w:p>
    <w:p w14:paraId="257A57E8" w14:textId="77777777" w:rsidR="005744B1" w:rsidRDefault="00000000">
      <w:proofErr w:type="spellStart"/>
      <w:r>
        <w:t>Beschrijf</w:t>
      </w:r>
      <w:proofErr w:type="spellEnd"/>
      <w:r>
        <w:t xml:space="preserve"> </w:t>
      </w:r>
      <w:proofErr w:type="spellStart"/>
      <w:r>
        <w:t>uw</w:t>
      </w:r>
      <w:proofErr w:type="spellEnd"/>
      <w:r>
        <w:t xml:space="preserve"> </w:t>
      </w:r>
      <w:proofErr w:type="spellStart"/>
      <w:r>
        <w:t>antwoord</w:t>
      </w:r>
      <w:proofErr w:type="spellEnd"/>
      <w:r>
        <w:t xml:space="preserve"> </w:t>
      </w:r>
      <w:proofErr w:type="spellStart"/>
      <w:r>
        <w:t>hieronder</w:t>
      </w:r>
      <w:proofErr w:type="spellEnd"/>
      <w:r>
        <w:t>:</w:t>
      </w:r>
    </w:p>
    <w:p w14:paraId="618B14B4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[Vul hier uw antwoord in]</w:t>
      </w:r>
      <w:r w:rsidRPr="00CA7C02">
        <w:rPr>
          <w:lang w:val="nl-NL"/>
        </w:rPr>
        <w:br/>
      </w:r>
    </w:p>
    <w:p w14:paraId="2FA62ACA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Gebruik onderstaande tabel waar relevant: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744B1" w14:paraId="2921962D" w14:textId="77777777" w:rsidTr="00CA7C02">
        <w:tc>
          <w:tcPr>
            <w:tcW w:w="2880" w:type="dxa"/>
          </w:tcPr>
          <w:p w14:paraId="14C4425B" w14:textId="77777777" w:rsidR="005744B1" w:rsidRDefault="00000000">
            <w:proofErr w:type="spellStart"/>
            <w:r>
              <w:t>Onderdeel</w:t>
            </w:r>
            <w:proofErr w:type="spellEnd"/>
          </w:p>
        </w:tc>
        <w:tc>
          <w:tcPr>
            <w:tcW w:w="2880" w:type="dxa"/>
          </w:tcPr>
          <w:p w14:paraId="48324EA9" w14:textId="77777777" w:rsidR="005744B1" w:rsidRDefault="00000000">
            <w:r>
              <w:t>Antwoord</w:t>
            </w:r>
          </w:p>
        </w:tc>
        <w:tc>
          <w:tcPr>
            <w:tcW w:w="2880" w:type="dxa"/>
          </w:tcPr>
          <w:p w14:paraId="4D008CAD" w14:textId="77777777" w:rsidR="005744B1" w:rsidRDefault="00000000">
            <w:proofErr w:type="spellStart"/>
            <w:r>
              <w:t>Toelichting</w:t>
            </w:r>
            <w:proofErr w:type="spellEnd"/>
          </w:p>
        </w:tc>
      </w:tr>
      <w:tr w:rsidR="005744B1" w14:paraId="185271C4" w14:textId="77777777" w:rsidTr="00CA7C02">
        <w:tc>
          <w:tcPr>
            <w:tcW w:w="2880" w:type="dxa"/>
          </w:tcPr>
          <w:p w14:paraId="088B0136" w14:textId="77777777" w:rsidR="005744B1" w:rsidRDefault="005744B1"/>
        </w:tc>
        <w:tc>
          <w:tcPr>
            <w:tcW w:w="2880" w:type="dxa"/>
          </w:tcPr>
          <w:p w14:paraId="57BA2552" w14:textId="77777777" w:rsidR="005744B1" w:rsidRDefault="005744B1"/>
        </w:tc>
        <w:tc>
          <w:tcPr>
            <w:tcW w:w="2880" w:type="dxa"/>
          </w:tcPr>
          <w:p w14:paraId="1B36972E" w14:textId="77777777" w:rsidR="005744B1" w:rsidRDefault="005744B1"/>
        </w:tc>
      </w:tr>
    </w:tbl>
    <w:p w14:paraId="2DE32C91" w14:textId="10BC0EB2" w:rsidR="005744B1" w:rsidRDefault="00000000">
      <w:pPr>
        <w:pStyle w:val="Kop1"/>
      </w:pPr>
      <w:r>
        <w:t xml:space="preserve">6. </w:t>
      </w:r>
      <w:proofErr w:type="spellStart"/>
      <w:r>
        <w:t>Functioneel</w:t>
      </w:r>
      <w:proofErr w:type="spellEnd"/>
      <w:r>
        <w:t xml:space="preserve"> </w:t>
      </w:r>
      <w:r w:rsidR="003D0F1A">
        <w:t>Beheer (</w:t>
      </w:r>
      <w:proofErr w:type="spellStart"/>
      <w:r w:rsidR="003D0F1A">
        <w:t>vragen</w:t>
      </w:r>
      <w:proofErr w:type="spellEnd"/>
      <w:r w:rsidR="003D0F1A">
        <w:t xml:space="preserve"> 4.5)</w:t>
      </w:r>
    </w:p>
    <w:p w14:paraId="7F3191A3" w14:textId="77777777" w:rsidR="005744B1" w:rsidRDefault="00000000">
      <w:proofErr w:type="spellStart"/>
      <w:r>
        <w:t>Beschrijf</w:t>
      </w:r>
      <w:proofErr w:type="spellEnd"/>
      <w:r>
        <w:t xml:space="preserve"> </w:t>
      </w:r>
      <w:proofErr w:type="spellStart"/>
      <w:r>
        <w:t>uw</w:t>
      </w:r>
      <w:proofErr w:type="spellEnd"/>
      <w:r>
        <w:t xml:space="preserve"> </w:t>
      </w:r>
      <w:proofErr w:type="spellStart"/>
      <w:r>
        <w:t>antwoord</w:t>
      </w:r>
      <w:proofErr w:type="spellEnd"/>
      <w:r>
        <w:t xml:space="preserve"> </w:t>
      </w:r>
      <w:proofErr w:type="spellStart"/>
      <w:r>
        <w:t>hieronder</w:t>
      </w:r>
      <w:proofErr w:type="spellEnd"/>
      <w:r>
        <w:t>:</w:t>
      </w:r>
    </w:p>
    <w:p w14:paraId="2BAD07B0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[Vul hier uw antwoord in]</w:t>
      </w:r>
      <w:r w:rsidRPr="00CA7C02">
        <w:rPr>
          <w:lang w:val="nl-NL"/>
        </w:rPr>
        <w:br/>
      </w:r>
    </w:p>
    <w:p w14:paraId="280CACF3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Gebruik onderstaande tabel waar relevant: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744B1" w14:paraId="5E817EF8" w14:textId="77777777" w:rsidTr="00CA7C02">
        <w:tc>
          <w:tcPr>
            <w:tcW w:w="2880" w:type="dxa"/>
          </w:tcPr>
          <w:p w14:paraId="0953C118" w14:textId="77777777" w:rsidR="005744B1" w:rsidRDefault="00000000">
            <w:proofErr w:type="spellStart"/>
            <w:r>
              <w:t>Onderdeel</w:t>
            </w:r>
            <w:proofErr w:type="spellEnd"/>
          </w:p>
        </w:tc>
        <w:tc>
          <w:tcPr>
            <w:tcW w:w="2880" w:type="dxa"/>
          </w:tcPr>
          <w:p w14:paraId="6D236EE3" w14:textId="77777777" w:rsidR="005744B1" w:rsidRDefault="00000000">
            <w:r>
              <w:t>Antwoord</w:t>
            </w:r>
          </w:p>
        </w:tc>
        <w:tc>
          <w:tcPr>
            <w:tcW w:w="2880" w:type="dxa"/>
          </w:tcPr>
          <w:p w14:paraId="0361EB03" w14:textId="77777777" w:rsidR="005744B1" w:rsidRDefault="00000000">
            <w:proofErr w:type="spellStart"/>
            <w:r>
              <w:t>Toelichting</w:t>
            </w:r>
            <w:proofErr w:type="spellEnd"/>
          </w:p>
        </w:tc>
      </w:tr>
      <w:tr w:rsidR="005744B1" w14:paraId="3025A89B" w14:textId="77777777" w:rsidTr="00CA7C02">
        <w:tc>
          <w:tcPr>
            <w:tcW w:w="2880" w:type="dxa"/>
          </w:tcPr>
          <w:p w14:paraId="28F0E8BB" w14:textId="77777777" w:rsidR="005744B1" w:rsidRDefault="005744B1"/>
        </w:tc>
        <w:tc>
          <w:tcPr>
            <w:tcW w:w="2880" w:type="dxa"/>
          </w:tcPr>
          <w:p w14:paraId="3D1D1258" w14:textId="77777777" w:rsidR="005744B1" w:rsidRDefault="005744B1"/>
        </w:tc>
        <w:tc>
          <w:tcPr>
            <w:tcW w:w="2880" w:type="dxa"/>
          </w:tcPr>
          <w:p w14:paraId="1F558D97" w14:textId="77777777" w:rsidR="005744B1" w:rsidRDefault="005744B1"/>
        </w:tc>
      </w:tr>
    </w:tbl>
    <w:p w14:paraId="2FC2187A" w14:textId="429EE526" w:rsidR="005744B1" w:rsidRDefault="00000000">
      <w:pPr>
        <w:pStyle w:val="Kop1"/>
      </w:pPr>
      <w:r>
        <w:t xml:space="preserve">7. </w:t>
      </w:r>
      <w:proofErr w:type="spellStart"/>
      <w:r>
        <w:t>Samenwerking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governance</w:t>
      </w:r>
      <w:r w:rsidR="003D0F1A">
        <w:t xml:space="preserve"> (</w:t>
      </w:r>
      <w:proofErr w:type="spellStart"/>
      <w:r w:rsidR="003D0F1A">
        <w:t>vragen</w:t>
      </w:r>
      <w:proofErr w:type="spellEnd"/>
      <w:r w:rsidR="003D0F1A">
        <w:t xml:space="preserve"> 4.6)</w:t>
      </w:r>
    </w:p>
    <w:p w14:paraId="4431D5D0" w14:textId="77777777" w:rsidR="005744B1" w:rsidRDefault="00000000">
      <w:proofErr w:type="spellStart"/>
      <w:r>
        <w:t>Beschrijf</w:t>
      </w:r>
      <w:proofErr w:type="spellEnd"/>
      <w:r>
        <w:t xml:space="preserve"> </w:t>
      </w:r>
      <w:proofErr w:type="spellStart"/>
      <w:r>
        <w:t>uw</w:t>
      </w:r>
      <w:proofErr w:type="spellEnd"/>
      <w:r>
        <w:t xml:space="preserve"> </w:t>
      </w:r>
      <w:proofErr w:type="spellStart"/>
      <w:r>
        <w:t>antwoord</w:t>
      </w:r>
      <w:proofErr w:type="spellEnd"/>
      <w:r>
        <w:t xml:space="preserve"> </w:t>
      </w:r>
      <w:proofErr w:type="spellStart"/>
      <w:r>
        <w:t>hieronder</w:t>
      </w:r>
      <w:proofErr w:type="spellEnd"/>
      <w:r>
        <w:t>:</w:t>
      </w:r>
    </w:p>
    <w:p w14:paraId="46E47011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lastRenderedPageBreak/>
        <w:t>[Vul hier uw antwoord in]</w:t>
      </w:r>
      <w:r w:rsidRPr="00CA7C02">
        <w:rPr>
          <w:lang w:val="nl-NL"/>
        </w:rPr>
        <w:br/>
      </w:r>
    </w:p>
    <w:p w14:paraId="44AC1E68" w14:textId="2D734746" w:rsidR="005744B1" w:rsidRPr="00CA7C02" w:rsidRDefault="00000000">
      <w:pPr>
        <w:pStyle w:val="Kop1"/>
        <w:rPr>
          <w:lang w:val="nl-NL"/>
        </w:rPr>
      </w:pPr>
      <w:r w:rsidRPr="00CA7C02">
        <w:rPr>
          <w:lang w:val="nl-NL"/>
        </w:rPr>
        <w:t>8. Europese wetgeving en compliance</w:t>
      </w:r>
      <w:r w:rsidR="003D0F1A">
        <w:rPr>
          <w:lang w:val="nl-NL"/>
        </w:rPr>
        <w:t xml:space="preserve"> (vragen 4.7)</w:t>
      </w:r>
    </w:p>
    <w:p w14:paraId="1A175AA5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Beschrijf uw antwoord hieronder:</w:t>
      </w:r>
    </w:p>
    <w:p w14:paraId="0CFD1DC6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[Vul hier uw antwoord in]</w:t>
      </w:r>
      <w:r w:rsidRPr="00CA7C02">
        <w:rPr>
          <w:lang w:val="nl-NL"/>
        </w:rPr>
        <w:br/>
      </w:r>
    </w:p>
    <w:p w14:paraId="656BE063" w14:textId="0FDCBC8C" w:rsidR="005744B1" w:rsidRPr="00CA7C02" w:rsidRDefault="00000000">
      <w:pPr>
        <w:pStyle w:val="Kop1"/>
        <w:rPr>
          <w:lang w:val="nl-NL"/>
        </w:rPr>
      </w:pPr>
      <w:r w:rsidRPr="00CA7C02">
        <w:rPr>
          <w:lang w:val="nl-NL"/>
        </w:rPr>
        <w:t>9. Risico’s en aandachtspunten</w:t>
      </w:r>
      <w:r w:rsidR="003D0F1A">
        <w:rPr>
          <w:lang w:val="nl-NL"/>
        </w:rPr>
        <w:t xml:space="preserve"> (vragen 4.8)</w:t>
      </w:r>
    </w:p>
    <w:p w14:paraId="768C1D4A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Beschrijf uw antwoord hieronder:</w:t>
      </w:r>
    </w:p>
    <w:p w14:paraId="784C8C3A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[Vul hier uw antwoord in]</w:t>
      </w:r>
      <w:r w:rsidRPr="00CA7C02">
        <w:rPr>
          <w:lang w:val="nl-NL"/>
        </w:rPr>
        <w:br/>
      </w:r>
    </w:p>
    <w:p w14:paraId="2BAC8016" w14:textId="77777777" w:rsidR="005744B1" w:rsidRPr="00CA7C02" w:rsidRDefault="00000000">
      <w:pPr>
        <w:pStyle w:val="Kop1"/>
        <w:rPr>
          <w:lang w:val="nl-NL"/>
        </w:rPr>
      </w:pPr>
      <w:r w:rsidRPr="00CA7C02">
        <w:rPr>
          <w:lang w:val="nl-NL"/>
        </w:rPr>
        <w:t>10. Aanvullingen en opmerkingen</w:t>
      </w:r>
    </w:p>
    <w:p w14:paraId="13BA9EF1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Beschrijf uw antwoord hieronder:</w:t>
      </w:r>
    </w:p>
    <w:p w14:paraId="797039F2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[Vul hier uw antwoord in]</w:t>
      </w:r>
      <w:r w:rsidRPr="00CA7C02">
        <w:rPr>
          <w:lang w:val="nl-NL"/>
        </w:rPr>
        <w:br/>
      </w:r>
    </w:p>
    <w:p w14:paraId="616BF42B" w14:textId="77777777" w:rsidR="005744B1" w:rsidRPr="00CA7C02" w:rsidRDefault="00000000">
      <w:pPr>
        <w:pStyle w:val="Kop1"/>
        <w:rPr>
          <w:lang w:val="nl-NL"/>
        </w:rPr>
      </w:pPr>
      <w:r w:rsidRPr="00CA7C02">
        <w:rPr>
          <w:lang w:val="nl-NL"/>
        </w:rPr>
        <w:t>Instructies voor invullen</w:t>
      </w:r>
    </w:p>
    <w:p w14:paraId="05830E2F" w14:textId="77777777" w:rsidR="005744B1" w:rsidRPr="00CA7C02" w:rsidRDefault="00000000">
      <w:pPr>
        <w:rPr>
          <w:lang w:val="nl-NL"/>
        </w:rPr>
      </w:pPr>
      <w:r w:rsidRPr="00CA7C02">
        <w:rPr>
          <w:lang w:val="nl-NL"/>
        </w:rPr>
        <w:t>- Maximaal 20 pagina's</w:t>
      </w:r>
      <w:r w:rsidRPr="00CA7C02">
        <w:rPr>
          <w:lang w:val="nl-NL"/>
        </w:rPr>
        <w:br/>
        <w:t>- Wees concreet en bondig</w:t>
      </w:r>
      <w:r w:rsidRPr="00CA7C02">
        <w:rPr>
          <w:lang w:val="nl-NL"/>
        </w:rPr>
        <w:br/>
        <w:t>- Onderbouw waar mogelijk met voorbeelden</w:t>
      </w:r>
      <w:r w:rsidRPr="00CA7C02">
        <w:rPr>
          <w:lang w:val="nl-NL"/>
        </w:rPr>
        <w:br/>
        <w:t>- Geen detailprijsvorming vereist</w:t>
      </w:r>
    </w:p>
    <w:sectPr w:rsidR="005744B1" w:rsidRPr="00CA7C0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4435405">
    <w:abstractNumId w:val="8"/>
  </w:num>
  <w:num w:numId="2" w16cid:durableId="3630427">
    <w:abstractNumId w:val="6"/>
  </w:num>
  <w:num w:numId="3" w16cid:durableId="1838768125">
    <w:abstractNumId w:val="5"/>
  </w:num>
  <w:num w:numId="4" w16cid:durableId="503983088">
    <w:abstractNumId w:val="4"/>
  </w:num>
  <w:num w:numId="5" w16cid:durableId="1415930307">
    <w:abstractNumId w:val="7"/>
  </w:num>
  <w:num w:numId="6" w16cid:durableId="1091967743">
    <w:abstractNumId w:val="3"/>
  </w:num>
  <w:num w:numId="7" w16cid:durableId="1038626655">
    <w:abstractNumId w:val="2"/>
  </w:num>
  <w:num w:numId="8" w16cid:durableId="1628704777">
    <w:abstractNumId w:val="1"/>
  </w:num>
  <w:num w:numId="9" w16cid:durableId="46670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248A"/>
    <w:rsid w:val="0029639D"/>
    <w:rsid w:val="00326F90"/>
    <w:rsid w:val="003D0F1A"/>
    <w:rsid w:val="005744B1"/>
    <w:rsid w:val="006933F8"/>
    <w:rsid w:val="00AA1D8D"/>
    <w:rsid w:val="00B47730"/>
    <w:rsid w:val="00CA7C0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B3553"/>
  <w14:defaultImageDpi w14:val="300"/>
  <w15:docId w15:val="{43FBD740-69A4-4BEE-8562-5F689BDC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Rorijs, Melvin (RWS PPO)</cp:lastModifiedBy>
  <cp:revision>2</cp:revision>
  <dcterms:created xsi:type="dcterms:W3CDTF">2026-07-15T06:20:00Z</dcterms:created>
  <dcterms:modified xsi:type="dcterms:W3CDTF">2026-07-15T06:20:00Z</dcterms:modified>
  <cp:category/>
</cp:coreProperties>
</file>