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3AB7D" w14:textId="4A27E83C" w:rsidR="00AE19F8" w:rsidRPr="00FB7CE6" w:rsidRDefault="00FB3262" w:rsidP="00FB7CE6">
      <w:pPr>
        <w:rPr>
          <w:rFonts w:ascii="Verdana" w:hAnsi="Verdana"/>
          <w:b/>
          <w:bCs/>
          <w:sz w:val="24"/>
          <w:szCs w:val="24"/>
          <w:lang w:val="nl-NL"/>
        </w:rPr>
      </w:pPr>
      <w:r w:rsidRPr="00FB7CE6">
        <w:rPr>
          <w:rFonts w:ascii="Verdana" w:hAnsi="Verdana"/>
          <w:b/>
          <w:bCs/>
          <w:sz w:val="24"/>
          <w:szCs w:val="24"/>
          <w:lang w:val="nl-NL"/>
        </w:rPr>
        <w:t>Bijlage 1.2 – Format referentie</w:t>
      </w:r>
      <w:r w:rsidR="00FB7CE6" w:rsidRPr="00FB7CE6">
        <w:rPr>
          <w:rFonts w:ascii="Verdana" w:hAnsi="Verdana"/>
          <w:b/>
          <w:bCs/>
          <w:sz w:val="24"/>
          <w:szCs w:val="24"/>
          <w:lang w:val="nl-NL"/>
        </w:rPr>
        <w:t>verklaring</w:t>
      </w:r>
    </w:p>
    <w:p w14:paraId="2F86C7E2" w14:textId="58117A9A" w:rsidR="00AE19F8" w:rsidRDefault="00FB3262">
      <w:pPr>
        <w:rPr>
          <w:rFonts w:ascii="Verdana" w:hAnsi="Verdana"/>
          <w:sz w:val="18"/>
          <w:szCs w:val="18"/>
          <w:lang w:val="nl-NL"/>
        </w:rPr>
      </w:pPr>
      <w:r w:rsidRPr="005124B9">
        <w:rPr>
          <w:rFonts w:ascii="Verdana" w:hAnsi="Verdana"/>
          <w:sz w:val="18"/>
          <w:szCs w:val="18"/>
          <w:lang w:val="nl-NL"/>
        </w:rPr>
        <w:t>Gebruik één ingevuld formulier per referentieopdracht (maximaal 12 referentieopdrachten).</w:t>
      </w:r>
    </w:p>
    <w:p w14:paraId="7422111F" w14:textId="77777777" w:rsidR="005124B9" w:rsidRPr="005124B9" w:rsidRDefault="005124B9">
      <w:pPr>
        <w:rPr>
          <w:rFonts w:ascii="Verdana" w:hAnsi="Verdana"/>
          <w:sz w:val="18"/>
          <w:szCs w:val="18"/>
          <w:lang w:val="nl-NL"/>
        </w:rPr>
      </w:pPr>
    </w:p>
    <w:p w14:paraId="60AEEB09" w14:textId="77777777" w:rsidR="00AE19F8" w:rsidRPr="00FB7CE6" w:rsidRDefault="00FB3262" w:rsidP="00FB7CE6">
      <w:pPr>
        <w:rPr>
          <w:rFonts w:ascii="Verdana" w:hAnsi="Verdana"/>
          <w:b/>
          <w:bCs/>
          <w:sz w:val="18"/>
          <w:szCs w:val="18"/>
          <w:lang w:val="nl-NL"/>
        </w:rPr>
      </w:pPr>
      <w:r w:rsidRPr="00FB7CE6">
        <w:rPr>
          <w:rFonts w:ascii="Verdana" w:hAnsi="Verdana"/>
          <w:b/>
          <w:bCs/>
          <w:sz w:val="18"/>
          <w:szCs w:val="18"/>
          <w:lang w:val="nl-NL"/>
        </w:rPr>
        <w:t>Algemene 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43"/>
        <w:gridCol w:w="5553"/>
      </w:tblGrid>
      <w:tr w:rsidR="00FB7CE6" w:rsidRPr="00FB7CE6" w14:paraId="0EDF9CEB" w14:textId="3B7EFE9A" w:rsidTr="00FB7CE6">
        <w:tc>
          <w:tcPr>
            <w:tcW w:w="2943" w:type="dxa"/>
          </w:tcPr>
          <w:p w14:paraId="29CBEA13" w14:textId="77777777" w:rsidR="00FB7CE6" w:rsidRP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FB7CE6">
              <w:rPr>
                <w:rFonts w:ascii="Verdana" w:hAnsi="Verdana"/>
                <w:sz w:val="18"/>
                <w:szCs w:val="18"/>
                <w:lang w:val="nl-NL"/>
              </w:rPr>
              <w:t>Naam Gegadigde:</w:t>
            </w:r>
          </w:p>
        </w:tc>
        <w:tc>
          <w:tcPr>
            <w:tcW w:w="5553" w:type="dxa"/>
          </w:tcPr>
          <w:p w14:paraId="7EE9F9B8" w14:textId="77777777" w:rsid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378C5F07" w14:textId="77777777" w:rsid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11FA2F38" w14:textId="77777777" w:rsidR="00FB7CE6" w:rsidRP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7CE6" w:rsidRPr="00FB7CE6" w14:paraId="403432D3" w14:textId="45F21F95" w:rsidTr="00FB7CE6">
        <w:tc>
          <w:tcPr>
            <w:tcW w:w="2943" w:type="dxa"/>
          </w:tcPr>
          <w:p w14:paraId="339397D2" w14:textId="4043D735" w:rsidR="00FB7CE6" w:rsidRP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FB7CE6">
              <w:rPr>
                <w:rFonts w:ascii="Verdana" w:hAnsi="Verdana"/>
                <w:sz w:val="18"/>
                <w:szCs w:val="18"/>
                <w:lang w:val="nl-NL"/>
              </w:rPr>
              <w:t>Referentieopdracht nummer</w:t>
            </w:r>
            <w:r w:rsidR="00A14178">
              <w:rPr>
                <w:rFonts w:ascii="Verdana" w:hAnsi="Verdana"/>
                <w:sz w:val="18"/>
                <w:szCs w:val="18"/>
                <w:lang w:val="nl-NL"/>
              </w:rPr>
              <w:t xml:space="preserve"> (1 t/m 12)</w:t>
            </w:r>
            <w:r w:rsidRPr="00FB7CE6">
              <w:rPr>
                <w:rFonts w:ascii="Verdana" w:hAnsi="Verdana"/>
                <w:sz w:val="18"/>
                <w:szCs w:val="18"/>
                <w:lang w:val="nl-NL"/>
              </w:rPr>
              <w:t>:</w:t>
            </w:r>
          </w:p>
        </w:tc>
        <w:tc>
          <w:tcPr>
            <w:tcW w:w="5553" w:type="dxa"/>
          </w:tcPr>
          <w:p w14:paraId="27D429EF" w14:textId="77777777" w:rsid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1C02502D" w14:textId="77777777" w:rsid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74B25F5B" w14:textId="77777777" w:rsidR="00FB7CE6" w:rsidRP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7CE6" w:rsidRPr="00FB7CE6" w14:paraId="51A3C879" w14:textId="7A012A27" w:rsidTr="00FB7CE6">
        <w:tc>
          <w:tcPr>
            <w:tcW w:w="2943" w:type="dxa"/>
          </w:tcPr>
          <w:p w14:paraId="2D8E92D5" w14:textId="77777777" w:rsidR="00FB7CE6" w:rsidRP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FB7CE6">
              <w:rPr>
                <w:rFonts w:ascii="Verdana" w:hAnsi="Verdana"/>
                <w:sz w:val="18"/>
                <w:szCs w:val="18"/>
                <w:lang w:val="nl-NL"/>
              </w:rPr>
              <w:t>Naam opdrachtgever:</w:t>
            </w:r>
          </w:p>
        </w:tc>
        <w:tc>
          <w:tcPr>
            <w:tcW w:w="5553" w:type="dxa"/>
          </w:tcPr>
          <w:p w14:paraId="30DB619C" w14:textId="77777777" w:rsid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3B7258D2" w14:textId="77777777" w:rsid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19BB235D" w14:textId="77777777" w:rsidR="00FB7CE6" w:rsidRP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7CE6" w:rsidRPr="00FB7CE6" w14:paraId="4D755DAF" w14:textId="3B4870BD" w:rsidTr="00FB7CE6">
        <w:tc>
          <w:tcPr>
            <w:tcW w:w="2943" w:type="dxa"/>
          </w:tcPr>
          <w:p w14:paraId="134EB4A8" w14:textId="435CF276" w:rsidR="00FB7CE6" w:rsidRP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 w:rsidRPr="00FB7CE6">
              <w:rPr>
                <w:rFonts w:ascii="Verdana" w:hAnsi="Verdana"/>
                <w:sz w:val="18"/>
                <w:szCs w:val="18"/>
                <w:lang w:val="nl-NL"/>
              </w:rPr>
              <w:t>Naam contactpersoon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 opdrachtgever</w:t>
            </w:r>
            <w:r w:rsidRPr="00FB7CE6">
              <w:rPr>
                <w:rFonts w:ascii="Verdana" w:hAnsi="Verdana"/>
                <w:sz w:val="18"/>
                <w:szCs w:val="18"/>
                <w:lang w:val="nl-NL"/>
              </w:rPr>
              <w:t>:</w:t>
            </w:r>
          </w:p>
        </w:tc>
        <w:tc>
          <w:tcPr>
            <w:tcW w:w="5553" w:type="dxa"/>
          </w:tcPr>
          <w:p w14:paraId="0532A2C6" w14:textId="77777777" w:rsid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4A7ECF0B" w14:textId="77777777" w:rsid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6519E736" w14:textId="77777777" w:rsidR="00FB7CE6" w:rsidRP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7CE6" w:rsidRPr="00FB7CE6" w14:paraId="1DE44C36" w14:textId="2DC7F9AE" w:rsidTr="00FB7CE6">
        <w:tc>
          <w:tcPr>
            <w:tcW w:w="2943" w:type="dxa"/>
          </w:tcPr>
          <w:p w14:paraId="2A97D572" w14:textId="38092E7E" w:rsidR="00FB7CE6" w:rsidRPr="00FB7CE6" w:rsidRDefault="00C773C3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E-mailadres</w:t>
            </w:r>
            <w:r w:rsidR="00FB7CE6">
              <w:rPr>
                <w:rFonts w:ascii="Verdana" w:hAnsi="Verdana"/>
                <w:sz w:val="18"/>
                <w:szCs w:val="18"/>
                <w:lang w:val="nl-NL"/>
              </w:rPr>
              <w:t xml:space="preserve"> opdrachtgever</w:t>
            </w:r>
            <w:r w:rsidR="00FB7CE6" w:rsidRPr="00FB7CE6">
              <w:rPr>
                <w:rFonts w:ascii="Verdana" w:hAnsi="Verdana"/>
                <w:sz w:val="18"/>
                <w:szCs w:val="18"/>
                <w:lang w:val="nl-NL"/>
              </w:rPr>
              <w:t>:</w:t>
            </w:r>
          </w:p>
        </w:tc>
        <w:tc>
          <w:tcPr>
            <w:tcW w:w="5553" w:type="dxa"/>
          </w:tcPr>
          <w:p w14:paraId="15ABB6D7" w14:textId="77777777" w:rsid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25C5355D" w14:textId="77777777" w:rsid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6BC253BC" w14:textId="77777777" w:rsidR="00FB7CE6" w:rsidRP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FB7CE6" w:rsidRPr="00FB7CE6" w14:paraId="3FFC36D0" w14:textId="19135719" w:rsidTr="00FB7CE6">
        <w:tc>
          <w:tcPr>
            <w:tcW w:w="2943" w:type="dxa"/>
          </w:tcPr>
          <w:p w14:paraId="5A4C6644" w14:textId="25869851" w:rsidR="00FB7CE6" w:rsidRPr="00FB7CE6" w:rsidRDefault="00C773C3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Telefoonnummer (optioneel)</w:t>
            </w:r>
            <w:r w:rsidR="00FB7CE6" w:rsidRPr="00FB7CE6">
              <w:rPr>
                <w:rFonts w:ascii="Verdana" w:hAnsi="Verdana"/>
                <w:sz w:val="18"/>
                <w:szCs w:val="18"/>
                <w:lang w:val="nl-NL"/>
              </w:rPr>
              <w:t>:</w:t>
            </w:r>
          </w:p>
        </w:tc>
        <w:tc>
          <w:tcPr>
            <w:tcW w:w="5553" w:type="dxa"/>
          </w:tcPr>
          <w:p w14:paraId="37F6C845" w14:textId="77777777" w:rsid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35A4FBE0" w14:textId="77777777" w:rsid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1601210B" w14:textId="77777777" w:rsidR="00FB7CE6" w:rsidRPr="00FB7CE6" w:rsidRDefault="00FB7CE6" w:rsidP="00FB7CE6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50028C87" w14:textId="77777777" w:rsidR="005124B9" w:rsidRDefault="005124B9" w:rsidP="005124B9">
      <w:pPr>
        <w:rPr>
          <w:rFonts w:ascii="Verdana" w:hAnsi="Verdana"/>
          <w:b/>
          <w:bCs/>
          <w:sz w:val="18"/>
          <w:szCs w:val="18"/>
          <w:lang w:val="nl-NL"/>
        </w:rPr>
      </w:pPr>
    </w:p>
    <w:p w14:paraId="56779FE8" w14:textId="0CF5E298" w:rsidR="00AE19F8" w:rsidRPr="00FB7CE6" w:rsidRDefault="00FB3262" w:rsidP="005124B9">
      <w:pPr>
        <w:rPr>
          <w:rFonts w:ascii="Verdana" w:hAnsi="Verdana"/>
          <w:sz w:val="18"/>
          <w:szCs w:val="18"/>
          <w:lang w:val="nl-NL"/>
        </w:rPr>
      </w:pPr>
      <w:r w:rsidRPr="005124B9">
        <w:rPr>
          <w:rFonts w:ascii="Verdana" w:hAnsi="Verdana"/>
          <w:b/>
          <w:bCs/>
          <w:sz w:val="18"/>
          <w:szCs w:val="18"/>
          <w:lang w:val="nl-NL"/>
        </w:rPr>
        <w:t>1. Gegevens ten behoeve van de geschiktheidseis (kerncompetentie)</w:t>
      </w:r>
    </w:p>
    <w:p w14:paraId="463E7401" w14:textId="77777777" w:rsidR="00AE19F8" w:rsidRPr="00FB7CE6" w:rsidRDefault="00FB3262">
      <w:pPr>
        <w:pStyle w:val="Lijstopsomteken"/>
        <w:rPr>
          <w:rFonts w:ascii="Verdana" w:hAnsi="Verdana"/>
          <w:sz w:val="18"/>
          <w:szCs w:val="18"/>
          <w:lang w:val="nl-NL"/>
        </w:rPr>
      </w:pPr>
      <w:r w:rsidRPr="00FB7CE6">
        <w:rPr>
          <w:rFonts w:ascii="Verdana" w:hAnsi="Verdana"/>
          <w:sz w:val="18"/>
          <w:szCs w:val="18"/>
          <w:lang w:val="nl-NL"/>
        </w:rPr>
        <w:t>Opdrachtomschrijving:</w:t>
      </w:r>
    </w:p>
    <w:tbl>
      <w:tblPr>
        <w:tblStyle w:val="Tabelraster"/>
        <w:tblW w:w="0" w:type="auto"/>
        <w:tblInd w:w="38" w:type="dxa"/>
        <w:tblLook w:val="04A0" w:firstRow="1" w:lastRow="0" w:firstColumn="1" w:lastColumn="0" w:noHBand="0" w:noVBand="1"/>
      </w:tblPr>
      <w:tblGrid>
        <w:gridCol w:w="8780"/>
      </w:tblGrid>
      <w:tr w:rsidR="005124B9" w14:paraId="1FDE680A" w14:textId="77777777" w:rsidTr="005124B9">
        <w:tc>
          <w:tcPr>
            <w:tcW w:w="8780" w:type="dxa"/>
          </w:tcPr>
          <w:p w14:paraId="79FB42A1" w14:textId="77777777" w:rsidR="005124B9" w:rsidRDefault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7E92C7FA" w14:textId="77777777" w:rsidR="005124B9" w:rsidRDefault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2E0E7658" w14:textId="77777777" w:rsidR="005124B9" w:rsidRDefault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2EC68086" w14:textId="77777777" w:rsidR="005124B9" w:rsidRDefault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1C9B1A76" w14:textId="77777777" w:rsidR="005124B9" w:rsidRDefault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5746F304" w14:textId="77777777" w:rsidR="005124B9" w:rsidRDefault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26253E85" w14:textId="77777777" w:rsidR="005124B9" w:rsidRDefault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0450CD01" w14:textId="77777777" w:rsidR="005124B9" w:rsidRDefault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5619C54B" w14:textId="77777777" w:rsidR="005124B9" w:rsidRDefault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21A7E883" w14:textId="77777777" w:rsidR="005124B9" w:rsidRDefault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3F8ECF92" w14:textId="77777777" w:rsidR="005124B9" w:rsidRDefault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00177B36" w14:textId="77777777" w:rsidR="005124B9" w:rsidRDefault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28F3EDAA" w14:textId="3F14663F" w:rsidR="00AE19F8" w:rsidRPr="005124B9" w:rsidRDefault="00AE19F8" w:rsidP="005124B9">
      <w:pPr>
        <w:pStyle w:val="Lijstopsomteken"/>
        <w:numPr>
          <w:ilvl w:val="0"/>
          <w:numId w:val="0"/>
        </w:numPr>
        <w:spacing w:line="360" w:lineRule="auto"/>
        <w:rPr>
          <w:rFonts w:ascii="Verdana" w:hAnsi="Verdana"/>
          <w:sz w:val="18"/>
          <w:szCs w:val="18"/>
          <w:lang w:val="nl-NL"/>
        </w:rPr>
      </w:pPr>
    </w:p>
    <w:p w14:paraId="30F14C4E" w14:textId="5CC1839D" w:rsidR="00AE19F8" w:rsidRPr="00FB7CE6" w:rsidRDefault="00FB3262" w:rsidP="005124B9">
      <w:pPr>
        <w:pStyle w:val="Lijstopsomteken"/>
        <w:spacing w:line="360" w:lineRule="auto"/>
        <w:rPr>
          <w:rFonts w:ascii="Verdana" w:hAnsi="Verdana"/>
          <w:sz w:val="18"/>
          <w:szCs w:val="18"/>
          <w:lang w:val="nl-NL"/>
        </w:rPr>
      </w:pPr>
      <w:r w:rsidRPr="00FB7CE6">
        <w:rPr>
          <w:rFonts w:ascii="Verdana" w:hAnsi="Verdana"/>
          <w:sz w:val="18"/>
          <w:szCs w:val="18"/>
          <w:lang w:val="nl-NL"/>
        </w:rPr>
        <w:t>Uitvoeringsdatum/-data fotografie:</w:t>
      </w:r>
      <w:r w:rsidR="005124B9">
        <w:rPr>
          <w:rFonts w:ascii="Verdana" w:hAnsi="Verdana"/>
          <w:sz w:val="18"/>
          <w:szCs w:val="18"/>
          <w:lang w:val="nl-NL"/>
        </w:rPr>
        <w:t xml:space="preserve"> ____________________________________________</w:t>
      </w:r>
    </w:p>
    <w:p w14:paraId="340912FF" w14:textId="2B69520D" w:rsidR="00AE19F8" w:rsidRPr="00FB7CE6" w:rsidRDefault="00FB3262" w:rsidP="005124B9">
      <w:pPr>
        <w:pStyle w:val="Lijstopsomteken"/>
        <w:spacing w:line="360" w:lineRule="auto"/>
        <w:rPr>
          <w:rFonts w:ascii="Verdana" w:hAnsi="Verdana"/>
          <w:sz w:val="18"/>
          <w:szCs w:val="18"/>
          <w:lang w:val="nl-NL"/>
        </w:rPr>
      </w:pPr>
      <w:r w:rsidRPr="00FB7CE6">
        <w:rPr>
          <w:rFonts w:ascii="Verdana" w:hAnsi="Verdana"/>
          <w:sz w:val="18"/>
          <w:szCs w:val="18"/>
          <w:lang w:val="nl-NL"/>
        </w:rPr>
        <w:t>Professionele opdrachtgever</w:t>
      </w:r>
      <w:r w:rsidR="001B76EF">
        <w:rPr>
          <w:rFonts w:ascii="Verdana" w:hAnsi="Verdana"/>
          <w:sz w:val="18"/>
          <w:szCs w:val="18"/>
          <w:lang w:val="nl-NL"/>
        </w:rPr>
        <w:t xml:space="preserve"> (rechtspersoon)</w:t>
      </w:r>
      <w:r w:rsidRPr="00FB7CE6">
        <w:rPr>
          <w:rFonts w:ascii="Verdana" w:hAnsi="Verdana"/>
          <w:sz w:val="18"/>
          <w:szCs w:val="18"/>
          <w:lang w:val="nl-NL"/>
        </w:rPr>
        <w:t xml:space="preserve">: </w:t>
      </w:r>
      <w:r w:rsidRPr="00FB7CE6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FB7CE6">
        <w:rPr>
          <w:rFonts w:ascii="Verdana" w:hAnsi="Verdana"/>
          <w:sz w:val="18"/>
          <w:szCs w:val="18"/>
          <w:lang w:val="nl-NL"/>
        </w:rPr>
        <w:t xml:space="preserve"> Ja </w:t>
      </w:r>
      <w:r w:rsidRPr="00FB7CE6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FB7CE6">
        <w:rPr>
          <w:rFonts w:ascii="Verdana" w:hAnsi="Verdana"/>
          <w:sz w:val="18"/>
          <w:szCs w:val="18"/>
          <w:lang w:val="nl-NL"/>
        </w:rPr>
        <w:t xml:space="preserve"> Nee</w:t>
      </w:r>
    </w:p>
    <w:p w14:paraId="4DDBAC12" w14:textId="77777777" w:rsidR="005124B9" w:rsidRDefault="00FB3262" w:rsidP="005124B9">
      <w:pPr>
        <w:pStyle w:val="Lijstopsomteken"/>
        <w:spacing w:line="360" w:lineRule="auto"/>
        <w:rPr>
          <w:rFonts w:ascii="Verdana" w:hAnsi="Verdana"/>
          <w:sz w:val="18"/>
          <w:szCs w:val="18"/>
          <w:lang w:val="nl-NL"/>
        </w:rPr>
      </w:pPr>
      <w:r w:rsidRPr="00FB7CE6">
        <w:rPr>
          <w:rFonts w:ascii="Verdana" w:hAnsi="Verdana"/>
          <w:sz w:val="18"/>
          <w:szCs w:val="18"/>
          <w:lang w:val="nl-NL"/>
        </w:rPr>
        <w:t xml:space="preserve">Werkzaamheden uitgevoerd: </w:t>
      </w:r>
    </w:p>
    <w:p w14:paraId="16B0BCF1" w14:textId="77777777" w:rsidR="005124B9" w:rsidRDefault="00FB3262" w:rsidP="005124B9">
      <w:pPr>
        <w:pStyle w:val="Lijstopsomteken"/>
        <w:numPr>
          <w:ilvl w:val="0"/>
          <w:numId w:val="0"/>
        </w:numPr>
        <w:spacing w:line="360" w:lineRule="auto"/>
        <w:ind w:left="360"/>
        <w:rPr>
          <w:rFonts w:ascii="Verdana" w:hAnsi="Verdana"/>
          <w:sz w:val="18"/>
          <w:szCs w:val="18"/>
          <w:lang w:val="nl-NL"/>
        </w:rPr>
      </w:pPr>
      <w:r w:rsidRPr="00FB7CE6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FB7CE6">
        <w:rPr>
          <w:rFonts w:ascii="Verdana" w:hAnsi="Verdana"/>
          <w:sz w:val="18"/>
          <w:szCs w:val="18"/>
          <w:lang w:val="nl-NL"/>
        </w:rPr>
        <w:t xml:space="preserve"> Debrief/analyse</w:t>
      </w:r>
    </w:p>
    <w:p w14:paraId="09DBD74C" w14:textId="77777777" w:rsidR="005124B9" w:rsidRDefault="00FB3262" w:rsidP="005124B9">
      <w:pPr>
        <w:pStyle w:val="Lijstopsomteken"/>
        <w:numPr>
          <w:ilvl w:val="0"/>
          <w:numId w:val="0"/>
        </w:numPr>
        <w:spacing w:line="360" w:lineRule="auto"/>
        <w:ind w:left="360"/>
        <w:rPr>
          <w:rFonts w:ascii="Verdana" w:hAnsi="Verdana"/>
          <w:sz w:val="18"/>
          <w:szCs w:val="18"/>
          <w:lang w:val="nl-NL"/>
        </w:rPr>
      </w:pPr>
      <w:r w:rsidRPr="00FB7CE6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FB7CE6">
        <w:rPr>
          <w:rFonts w:ascii="Verdana" w:hAnsi="Verdana"/>
          <w:sz w:val="18"/>
          <w:szCs w:val="18"/>
          <w:lang w:val="nl-NL"/>
        </w:rPr>
        <w:t xml:space="preserve"> Offerte</w:t>
      </w:r>
    </w:p>
    <w:p w14:paraId="31FAA9B9" w14:textId="77777777" w:rsidR="005124B9" w:rsidRDefault="00FB3262" w:rsidP="005124B9">
      <w:pPr>
        <w:pStyle w:val="Lijstopsomteken"/>
        <w:numPr>
          <w:ilvl w:val="0"/>
          <w:numId w:val="0"/>
        </w:numPr>
        <w:spacing w:line="360" w:lineRule="auto"/>
        <w:ind w:left="360"/>
        <w:rPr>
          <w:rFonts w:ascii="Verdana" w:hAnsi="Verdana"/>
          <w:sz w:val="18"/>
          <w:szCs w:val="18"/>
          <w:lang w:val="nl-NL"/>
        </w:rPr>
      </w:pPr>
      <w:r w:rsidRPr="00FB7CE6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FB7CE6">
        <w:rPr>
          <w:rFonts w:ascii="Verdana" w:hAnsi="Verdana"/>
          <w:sz w:val="18"/>
          <w:szCs w:val="18"/>
          <w:lang w:val="nl-NL"/>
        </w:rPr>
        <w:t xml:space="preserve"> Planning</w:t>
      </w:r>
    </w:p>
    <w:p w14:paraId="28DBD8F0" w14:textId="45408A96" w:rsidR="005124B9" w:rsidRDefault="00FB3262" w:rsidP="005124B9">
      <w:pPr>
        <w:pStyle w:val="Lijstopsomteken"/>
        <w:numPr>
          <w:ilvl w:val="0"/>
          <w:numId w:val="0"/>
        </w:numPr>
        <w:spacing w:line="360" w:lineRule="auto"/>
        <w:ind w:left="360"/>
        <w:rPr>
          <w:rFonts w:ascii="Verdana" w:hAnsi="Verdana"/>
          <w:sz w:val="18"/>
          <w:szCs w:val="18"/>
          <w:lang w:val="nl-NL"/>
        </w:rPr>
      </w:pPr>
      <w:r w:rsidRPr="00FB7CE6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FB7CE6">
        <w:rPr>
          <w:rFonts w:ascii="Verdana" w:hAnsi="Verdana"/>
          <w:sz w:val="18"/>
          <w:szCs w:val="18"/>
          <w:lang w:val="nl-NL"/>
        </w:rPr>
        <w:t xml:space="preserve"> Foto</w:t>
      </w:r>
      <w:r w:rsidR="005124B9">
        <w:rPr>
          <w:rFonts w:ascii="Verdana" w:hAnsi="Verdana"/>
          <w:sz w:val="18"/>
          <w:szCs w:val="18"/>
          <w:lang w:val="nl-NL"/>
        </w:rPr>
        <w:t>’</w:t>
      </w:r>
      <w:r w:rsidRPr="00FB7CE6">
        <w:rPr>
          <w:rFonts w:ascii="Verdana" w:hAnsi="Verdana"/>
          <w:sz w:val="18"/>
          <w:szCs w:val="18"/>
          <w:lang w:val="nl-NL"/>
        </w:rPr>
        <w:t>s verzonden</w:t>
      </w:r>
    </w:p>
    <w:p w14:paraId="5B2A7F20" w14:textId="5DD0A878" w:rsidR="00AE19F8" w:rsidRDefault="00FB3262" w:rsidP="005124B9">
      <w:pPr>
        <w:pStyle w:val="Lijstopsomteken"/>
        <w:numPr>
          <w:ilvl w:val="0"/>
          <w:numId w:val="0"/>
        </w:numPr>
        <w:spacing w:line="360" w:lineRule="auto"/>
        <w:ind w:left="360"/>
        <w:rPr>
          <w:rFonts w:ascii="Verdana" w:hAnsi="Verdana"/>
          <w:sz w:val="18"/>
          <w:szCs w:val="18"/>
          <w:lang w:val="nl-NL"/>
        </w:rPr>
      </w:pPr>
      <w:r w:rsidRPr="00FB7CE6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FB7CE6">
        <w:rPr>
          <w:rFonts w:ascii="Verdana" w:hAnsi="Verdana"/>
          <w:sz w:val="18"/>
          <w:szCs w:val="18"/>
          <w:lang w:val="nl-NL"/>
        </w:rPr>
        <w:t xml:space="preserve"> Facturatie</w:t>
      </w:r>
    </w:p>
    <w:p w14:paraId="5FFFCA61" w14:textId="77777777" w:rsidR="005124B9" w:rsidRPr="00FB7CE6" w:rsidRDefault="005124B9" w:rsidP="005124B9">
      <w:pPr>
        <w:pStyle w:val="Lijstopsomteken"/>
        <w:numPr>
          <w:ilvl w:val="0"/>
          <w:numId w:val="0"/>
        </w:numPr>
        <w:spacing w:line="360" w:lineRule="auto"/>
        <w:ind w:left="360"/>
        <w:rPr>
          <w:rFonts w:ascii="Verdana" w:hAnsi="Verdana"/>
          <w:sz w:val="18"/>
          <w:szCs w:val="18"/>
          <w:lang w:val="nl-NL"/>
        </w:rPr>
      </w:pPr>
    </w:p>
    <w:p w14:paraId="085BDB33" w14:textId="77777777" w:rsidR="00AE19F8" w:rsidRPr="005124B9" w:rsidRDefault="00FB3262" w:rsidP="005124B9">
      <w:pPr>
        <w:rPr>
          <w:rFonts w:ascii="Verdana" w:hAnsi="Verdana"/>
          <w:b/>
          <w:bCs/>
          <w:sz w:val="18"/>
          <w:szCs w:val="18"/>
          <w:lang w:val="nl-NL"/>
        </w:rPr>
      </w:pPr>
      <w:r w:rsidRPr="005124B9">
        <w:rPr>
          <w:rFonts w:ascii="Verdana" w:hAnsi="Verdana"/>
          <w:b/>
          <w:bCs/>
          <w:sz w:val="18"/>
          <w:szCs w:val="18"/>
          <w:lang w:val="nl-NL"/>
        </w:rPr>
        <w:t>2. Selectiecriterium 1 – Ervaring met verschillende soorten fotografie</w:t>
      </w:r>
    </w:p>
    <w:p w14:paraId="00885209" w14:textId="77777777" w:rsidR="005124B9" w:rsidRDefault="00FB3262">
      <w:pPr>
        <w:pStyle w:val="Lijstopsomteken"/>
        <w:rPr>
          <w:rFonts w:ascii="Verdana" w:hAnsi="Verdana"/>
          <w:sz w:val="18"/>
          <w:szCs w:val="18"/>
          <w:lang w:val="nl-NL"/>
        </w:rPr>
      </w:pPr>
      <w:r w:rsidRPr="00FB7CE6">
        <w:rPr>
          <w:rFonts w:ascii="Verdana" w:hAnsi="Verdana"/>
          <w:sz w:val="18"/>
          <w:szCs w:val="18"/>
          <w:lang w:val="nl-NL"/>
        </w:rPr>
        <w:t xml:space="preserve">Fotografiedisciplines: </w:t>
      </w:r>
    </w:p>
    <w:p w14:paraId="4261D1C7" w14:textId="77777777" w:rsidR="005124B9" w:rsidRDefault="00FB3262" w:rsidP="005124B9">
      <w:pPr>
        <w:pStyle w:val="Lijstopsomteken"/>
        <w:numPr>
          <w:ilvl w:val="0"/>
          <w:numId w:val="0"/>
        </w:numPr>
        <w:ind w:left="360"/>
        <w:rPr>
          <w:rFonts w:ascii="Verdana" w:hAnsi="Verdana"/>
          <w:sz w:val="18"/>
          <w:szCs w:val="18"/>
          <w:lang w:val="nl-NL"/>
        </w:rPr>
      </w:pPr>
      <w:r w:rsidRPr="00FB7CE6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FB7CE6">
        <w:rPr>
          <w:rFonts w:ascii="Verdana" w:hAnsi="Verdana"/>
          <w:sz w:val="18"/>
          <w:szCs w:val="18"/>
          <w:lang w:val="nl-NL"/>
        </w:rPr>
        <w:t xml:space="preserve"> Portret </w:t>
      </w:r>
    </w:p>
    <w:p w14:paraId="11954D30" w14:textId="77777777" w:rsidR="005124B9" w:rsidRDefault="00FB3262" w:rsidP="005124B9">
      <w:pPr>
        <w:pStyle w:val="Lijstopsomteken"/>
        <w:numPr>
          <w:ilvl w:val="0"/>
          <w:numId w:val="0"/>
        </w:numPr>
        <w:ind w:left="360"/>
        <w:rPr>
          <w:rFonts w:ascii="Verdana" w:hAnsi="Verdana"/>
          <w:sz w:val="18"/>
          <w:szCs w:val="18"/>
          <w:lang w:val="nl-NL"/>
        </w:rPr>
      </w:pPr>
      <w:r w:rsidRPr="00FB7CE6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FB7CE6">
        <w:rPr>
          <w:rFonts w:ascii="Verdana" w:hAnsi="Verdana"/>
          <w:sz w:val="18"/>
          <w:szCs w:val="18"/>
          <w:lang w:val="nl-NL"/>
        </w:rPr>
        <w:t xml:space="preserve"> Reportage </w:t>
      </w:r>
    </w:p>
    <w:p w14:paraId="495C68B2" w14:textId="77777777" w:rsidR="005124B9" w:rsidRDefault="00FB3262" w:rsidP="005124B9">
      <w:pPr>
        <w:pStyle w:val="Lijstopsomteken"/>
        <w:numPr>
          <w:ilvl w:val="0"/>
          <w:numId w:val="0"/>
        </w:numPr>
        <w:ind w:left="360"/>
        <w:rPr>
          <w:rFonts w:ascii="Verdana" w:hAnsi="Verdana"/>
          <w:sz w:val="18"/>
          <w:szCs w:val="18"/>
          <w:lang w:val="nl-NL"/>
        </w:rPr>
      </w:pPr>
      <w:r w:rsidRPr="00FB7CE6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FB7CE6">
        <w:rPr>
          <w:rFonts w:ascii="Verdana" w:hAnsi="Verdana"/>
          <w:sz w:val="18"/>
          <w:szCs w:val="18"/>
          <w:lang w:val="nl-NL"/>
        </w:rPr>
        <w:t xml:space="preserve"> Event</w:t>
      </w:r>
    </w:p>
    <w:p w14:paraId="3E68370C" w14:textId="77777777" w:rsidR="005124B9" w:rsidRDefault="00FB3262" w:rsidP="005124B9">
      <w:pPr>
        <w:pStyle w:val="Lijstopsomteken"/>
        <w:numPr>
          <w:ilvl w:val="0"/>
          <w:numId w:val="0"/>
        </w:numPr>
        <w:ind w:left="360"/>
        <w:rPr>
          <w:rFonts w:ascii="Verdana" w:hAnsi="Verdana"/>
          <w:sz w:val="18"/>
          <w:szCs w:val="18"/>
          <w:lang w:val="nl-NL"/>
        </w:rPr>
      </w:pPr>
      <w:r w:rsidRPr="00FB7CE6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FB7CE6">
        <w:rPr>
          <w:rFonts w:ascii="Verdana" w:hAnsi="Verdana"/>
          <w:sz w:val="18"/>
          <w:szCs w:val="18"/>
          <w:lang w:val="nl-NL"/>
        </w:rPr>
        <w:t xml:space="preserve"> Thema </w:t>
      </w:r>
    </w:p>
    <w:p w14:paraId="158A326D" w14:textId="77777777" w:rsidR="005124B9" w:rsidRDefault="00FB3262" w:rsidP="005124B9">
      <w:pPr>
        <w:pStyle w:val="Lijstopsomteken"/>
        <w:numPr>
          <w:ilvl w:val="0"/>
          <w:numId w:val="0"/>
        </w:numPr>
        <w:ind w:left="360"/>
        <w:rPr>
          <w:rFonts w:ascii="Verdana" w:hAnsi="Verdana"/>
          <w:sz w:val="18"/>
          <w:szCs w:val="18"/>
          <w:lang w:val="nl-NL"/>
        </w:rPr>
      </w:pPr>
      <w:r w:rsidRPr="00FB7CE6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FB7CE6">
        <w:rPr>
          <w:rFonts w:ascii="Verdana" w:hAnsi="Verdana"/>
          <w:sz w:val="18"/>
          <w:szCs w:val="18"/>
          <w:lang w:val="nl-NL"/>
        </w:rPr>
        <w:t xml:space="preserve"> Architectuur </w:t>
      </w:r>
    </w:p>
    <w:p w14:paraId="46F4EE92" w14:textId="3F14A1A6" w:rsidR="00AE19F8" w:rsidRDefault="00FB3262" w:rsidP="005124B9">
      <w:pPr>
        <w:pStyle w:val="Lijstopsomteken"/>
        <w:numPr>
          <w:ilvl w:val="0"/>
          <w:numId w:val="0"/>
        </w:numPr>
        <w:ind w:left="360"/>
        <w:rPr>
          <w:rFonts w:ascii="Verdana" w:hAnsi="Verdana"/>
          <w:sz w:val="18"/>
          <w:szCs w:val="18"/>
          <w:lang w:val="nl-NL"/>
        </w:rPr>
      </w:pPr>
      <w:r w:rsidRPr="00FB7CE6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FB7CE6">
        <w:rPr>
          <w:rFonts w:ascii="Verdana" w:hAnsi="Verdana"/>
          <w:sz w:val="18"/>
          <w:szCs w:val="18"/>
          <w:lang w:val="nl-NL"/>
        </w:rPr>
        <w:t xml:space="preserve"> Stock</w:t>
      </w:r>
    </w:p>
    <w:p w14:paraId="04571AD1" w14:textId="77777777" w:rsidR="005124B9" w:rsidRPr="00FB7CE6" w:rsidRDefault="005124B9" w:rsidP="005124B9">
      <w:pPr>
        <w:pStyle w:val="Lijstopsomteken"/>
        <w:numPr>
          <w:ilvl w:val="0"/>
          <w:numId w:val="0"/>
        </w:numPr>
        <w:ind w:left="360"/>
        <w:rPr>
          <w:rFonts w:ascii="Verdana" w:hAnsi="Verdana"/>
          <w:sz w:val="18"/>
          <w:szCs w:val="18"/>
          <w:lang w:val="nl-NL"/>
        </w:rPr>
      </w:pPr>
    </w:p>
    <w:p w14:paraId="3D7135F9" w14:textId="77777777" w:rsidR="00AE19F8" w:rsidRDefault="00FB3262">
      <w:pPr>
        <w:pStyle w:val="Lijstopsomteken"/>
        <w:rPr>
          <w:rFonts w:ascii="Verdana" w:hAnsi="Verdana"/>
          <w:sz w:val="18"/>
          <w:szCs w:val="18"/>
          <w:lang w:val="nl-NL"/>
        </w:rPr>
      </w:pPr>
      <w:r w:rsidRPr="00FB7CE6">
        <w:rPr>
          <w:rFonts w:ascii="Verdana" w:hAnsi="Verdana"/>
          <w:sz w:val="18"/>
          <w:szCs w:val="18"/>
          <w:lang w:val="nl-NL"/>
        </w:rPr>
        <w:t>Toelichting:</w:t>
      </w:r>
    </w:p>
    <w:p w14:paraId="02989EF8" w14:textId="77777777" w:rsidR="005124B9" w:rsidRDefault="005124B9" w:rsidP="005124B9">
      <w:pPr>
        <w:pStyle w:val="Lijstopsomteken"/>
        <w:numPr>
          <w:ilvl w:val="0"/>
          <w:numId w:val="0"/>
        </w:numPr>
        <w:ind w:left="360"/>
        <w:rPr>
          <w:rFonts w:ascii="Verdana" w:hAnsi="Verdana"/>
          <w:sz w:val="18"/>
          <w:szCs w:val="18"/>
          <w:lang w:val="nl-NL"/>
        </w:rPr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8496"/>
      </w:tblGrid>
      <w:tr w:rsidR="005124B9" w14:paraId="4AE53764" w14:textId="77777777" w:rsidTr="005124B9">
        <w:tc>
          <w:tcPr>
            <w:tcW w:w="8780" w:type="dxa"/>
          </w:tcPr>
          <w:p w14:paraId="1C047B41" w14:textId="77777777" w:rsidR="005124B9" w:rsidRDefault="005124B9" w:rsidP="005124B9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40549847" w14:textId="77777777" w:rsidR="005124B9" w:rsidRDefault="005124B9" w:rsidP="005124B9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4AE51BCB" w14:textId="77777777" w:rsidR="005124B9" w:rsidRDefault="005124B9" w:rsidP="005124B9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5CB5287B" w14:textId="77777777" w:rsidR="005124B9" w:rsidRDefault="005124B9" w:rsidP="005124B9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7B936F1B" w14:textId="77777777" w:rsidR="005124B9" w:rsidRDefault="005124B9" w:rsidP="005124B9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7C8D9DF1" w14:textId="77777777" w:rsidR="005124B9" w:rsidRDefault="005124B9" w:rsidP="005124B9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289389A6" w14:textId="77777777" w:rsidR="005124B9" w:rsidRDefault="005124B9" w:rsidP="005124B9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341CAB52" w14:textId="77777777" w:rsidR="005124B9" w:rsidRDefault="005124B9" w:rsidP="005124B9">
            <w:pPr>
              <w:pStyle w:val="Lijstopsomteken"/>
              <w:numPr>
                <w:ilvl w:val="0"/>
                <w:numId w:val="0"/>
              </w:num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3B30709E" w14:textId="3A588AEF" w:rsidR="00AE19F8" w:rsidRPr="00FB7CE6" w:rsidRDefault="00AE19F8">
      <w:pPr>
        <w:rPr>
          <w:rFonts w:ascii="Verdana" w:hAnsi="Verdana"/>
          <w:sz w:val="18"/>
          <w:szCs w:val="18"/>
          <w:lang w:val="nl-NL"/>
        </w:rPr>
      </w:pPr>
    </w:p>
    <w:p w14:paraId="4C5D2B19" w14:textId="58649E2E" w:rsidR="00AE19F8" w:rsidRDefault="00FB3262" w:rsidP="005124B9">
      <w:pPr>
        <w:pStyle w:val="Lijstopsomteken"/>
        <w:rPr>
          <w:rFonts w:ascii="Verdana" w:hAnsi="Verdana"/>
          <w:sz w:val="18"/>
          <w:szCs w:val="18"/>
          <w:lang w:val="nl-NL"/>
        </w:rPr>
      </w:pPr>
      <w:r w:rsidRPr="00FB7CE6">
        <w:rPr>
          <w:rFonts w:ascii="Verdana" w:hAnsi="Verdana"/>
          <w:sz w:val="18"/>
          <w:szCs w:val="18"/>
          <w:lang w:val="nl-NL"/>
        </w:rPr>
        <w:t>Bewijs: voeg maximaal één representatieve foto</w:t>
      </w:r>
      <w:r w:rsidR="00AE01D7">
        <w:rPr>
          <w:rFonts w:ascii="Verdana" w:hAnsi="Verdana"/>
          <w:sz w:val="18"/>
          <w:szCs w:val="18"/>
          <w:lang w:val="nl-NL"/>
        </w:rPr>
        <w:t xml:space="preserve"> </w:t>
      </w:r>
      <w:r w:rsidRPr="00FB7CE6">
        <w:rPr>
          <w:rFonts w:ascii="Verdana" w:hAnsi="Verdana"/>
          <w:sz w:val="18"/>
          <w:szCs w:val="18"/>
          <w:lang w:val="nl-NL"/>
        </w:rPr>
        <w:t>van deze referentieopdracht toe</w:t>
      </w:r>
      <w:r w:rsidRPr="005124B9">
        <w:rPr>
          <w:rFonts w:ascii="Verdana" w:hAnsi="Verdana"/>
          <w:sz w:val="18"/>
          <w:szCs w:val="18"/>
          <w:lang w:val="nl-NL"/>
        </w:rPr>
        <w:t>.</w:t>
      </w:r>
      <w:r w:rsidR="00AE01D7">
        <w:rPr>
          <w:rFonts w:ascii="Verdana" w:hAnsi="Verdana"/>
          <w:sz w:val="18"/>
          <w:szCs w:val="18"/>
          <w:lang w:val="nl-NL"/>
        </w:rPr>
        <w:t xml:space="preserve"> </w:t>
      </w:r>
      <w:r w:rsidR="00AE01D7">
        <w:rPr>
          <w:rFonts w:ascii="Verdana" w:hAnsi="Verdana"/>
          <w:i/>
          <w:iCs/>
          <w:sz w:val="18"/>
          <w:szCs w:val="18"/>
          <w:lang w:val="nl-NL"/>
        </w:rPr>
        <w:t>Let op! Wanneer er</w:t>
      </w:r>
      <w:r w:rsidR="009E5635">
        <w:rPr>
          <w:rFonts w:ascii="Verdana" w:hAnsi="Verdana"/>
          <w:i/>
          <w:iCs/>
          <w:sz w:val="18"/>
          <w:szCs w:val="18"/>
          <w:lang w:val="nl-NL"/>
        </w:rPr>
        <w:t xml:space="preserve"> aan</w:t>
      </w:r>
      <w:r w:rsidR="00AE01D7">
        <w:rPr>
          <w:rFonts w:ascii="Verdana" w:hAnsi="Verdana"/>
          <w:i/>
          <w:iCs/>
          <w:sz w:val="18"/>
          <w:szCs w:val="18"/>
          <w:lang w:val="nl-NL"/>
        </w:rPr>
        <w:t xml:space="preserve"> meerdere </w:t>
      </w:r>
      <w:r w:rsidR="009E5635">
        <w:rPr>
          <w:rFonts w:ascii="Verdana" w:hAnsi="Verdana"/>
          <w:i/>
          <w:iCs/>
          <w:sz w:val="18"/>
          <w:szCs w:val="18"/>
          <w:lang w:val="nl-NL"/>
        </w:rPr>
        <w:t xml:space="preserve">disciplines binnen deze referentieopdracht worden voldaan, mag er per discipline </w:t>
      </w:r>
      <w:r w:rsidR="0065485E">
        <w:rPr>
          <w:rFonts w:ascii="Verdana" w:hAnsi="Verdana"/>
          <w:i/>
          <w:iCs/>
          <w:sz w:val="18"/>
          <w:szCs w:val="18"/>
          <w:lang w:val="nl-NL"/>
        </w:rPr>
        <w:t xml:space="preserve">een foto worden toegevoegd. </w:t>
      </w:r>
      <w:r w:rsidR="00AE1944">
        <w:rPr>
          <w:rFonts w:ascii="Verdana" w:hAnsi="Verdana"/>
          <w:i/>
          <w:iCs/>
          <w:sz w:val="18"/>
          <w:szCs w:val="18"/>
          <w:lang w:val="nl-NL"/>
        </w:rPr>
        <w:t>Voeg de foto(s) toe met de volgende titel: REFERENTIEOPDRACHT [nummer] - FOTO [discipline].</w:t>
      </w:r>
    </w:p>
    <w:p w14:paraId="59B030E6" w14:textId="77777777" w:rsidR="005124B9" w:rsidRDefault="005124B9" w:rsidP="005124B9">
      <w:pPr>
        <w:pStyle w:val="Lijstopsomteken"/>
        <w:numPr>
          <w:ilvl w:val="0"/>
          <w:numId w:val="0"/>
        </w:numPr>
        <w:spacing w:line="360" w:lineRule="auto"/>
        <w:rPr>
          <w:rFonts w:ascii="Verdana" w:hAnsi="Verdana"/>
          <w:sz w:val="18"/>
          <w:szCs w:val="18"/>
          <w:lang w:val="nl-NL"/>
        </w:rPr>
      </w:pPr>
    </w:p>
    <w:p w14:paraId="52AD339E" w14:textId="77777777" w:rsidR="005124B9" w:rsidRDefault="005124B9" w:rsidP="005124B9">
      <w:pPr>
        <w:pStyle w:val="Lijstopsomteken"/>
        <w:numPr>
          <w:ilvl w:val="0"/>
          <w:numId w:val="0"/>
        </w:numPr>
        <w:spacing w:line="360" w:lineRule="auto"/>
        <w:rPr>
          <w:rFonts w:ascii="Verdana" w:hAnsi="Verdana"/>
          <w:sz w:val="18"/>
          <w:szCs w:val="18"/>
          <w:lang w:val="nl-NL"/>
        </w:rPr>
      </w:pPr>
    </w:p>
    <w:p w14:paraId="25DBE543" w14:textId="77777777" w:rsidR="00B75BC0" w:rsidRDefault="00FB3262" w:rsidP="005124B9">
      <w:pPr>
        <w:pStyle w:val="Lijstopsomteken"/>
        <w:numPr>
          <w:ilvl w:val="0"/>
          <w:numId w:val="0"/>
        </w:numPr>
        <w:spacing w:line="360" w:lineRule="auto"/>
        <w:rPr>
          <w:rFonts w:ascii="Verdana" w:hAnsi="Verdana"/>
          <w:b/>
          <w:bCs/>
          <w:sz w:val="18"/>
          <w:szCs w:val="18"/>
          <w:lang w:val="nl-NL"/>
        </w:rPr>
      </w:pPr>
      <w:r w:rsidRPr="005124B9">
        <w:rPr>
          <w:rFonts w:ascii="Verdana" w:hAnsi="Verdana"/>
          <w:b/>
          <w:bCs/>
          <w:sz w:val="18"/>
          <w:szCs w:val="18"/>
          <w:lang w:val="nl-NL"/>
        </w:rPr>
        <w:t xml:space="preserve">3. Selectiecriterium 2 – </w:t>
      </w:r>
      <w:r w:rsidR="00B75BC0" w:rsidRPr="00B75BC0">
        <w:rPr>
          <w:rFonts w:ascii="Verdana" w:hAnsi="Verdana"/>
          <w:b/>
          <w:bCs/>
          <w:sz w:val="18"/>
          <w:szCs w:val="18"/>
          <w:lang w:val="nl-NL"/>
        </w:rPr>
        <w:t>Ervaring met fotografie in een politiek-bestuurlijke,</w:t>
      </w:r>
    </w:p>
    <w:p w14:paraId="2D4B45C9" w14:textId="1B6E2501" w:rsidR="00AE19F8" w:rsidRPr="005124B9" w:rsidRDefault="0048606A" w:rsidP="00B75BC0">
      <w:pPr>
        <w:pStyle w:val="Lijstopsomteken"/>
        <w:numPr>
          <w:ilvl w:val="0"/>
          <w:numId w:val="0"/>
        </w:numPr>
        <w:spacing w:line="360" w:lineRule="auto"/>
        <w:rPr>
          <w:rFonts w:ascii="Verdana" w:hAnsi="Verdana"/>
          <w:b/>
          <w:bCs/>
          <w:sz w:val="18"/>
          <w:szCs w:val="18"/>
          <w:lang w:val="nl-NL"/>
        </w:rPr>
      </w:pPr>
      <w:r>
        <w:rPr>
          <w:rFonts w:ascii="Verdana" w:hAnsi="Verdana"/>
          <w:b/>
          <w:bCs/>
          <w:sz w:val="18"/>
          <w:szCs w:val="18"/>
          <w:lang w:val="nl-NL"/>
        </w:rPr>
        <w:t xml:space="preserve">     </w:t>
      </w:r>
      <w:proofErr w:type="gramStart"/>
      <w:r w:rsidR="00B75BC0" w:rsidRPr="00B75BC0">
        <w:rPr>
          <w:rFonts w:ascii="Verdana" w:hAnsi="Verdana"/>
          <w:b/>
          <w:bCs/>
          <w:sz w:val="18"/>
          <w:szCs w:val="18"/>
          <w:lang w:val="nl-NL"/>
        </w:rPr>
        <w:t>bestuurlijke</w:t>
      </w:r>
      <w:proofErr w:type="gramEnd"/>
      <w:r w:rsidR="00B75BC0" w:rsidRPr="00B75BC0">
        <w:rPr>
          <w:rFonts w:ascii="Verdana" w:hAnsi="Verdana"/>
          <w:b/>
          <w:bCs/>
          <w:sz w:val="18"/>
          <w:szCs w:val="18"/>
          <w:lang w:val="nl-NL"/>
        </w:rPr>
        <w:t xml:space="preserve"> of maatschappelijk gevoelige omgeving</w:t>
      </w:r>
    </w:p>
    <w:p w14:paraId="3BC0F27B" w14:textId="0A850A69" w:rsidR="00AE19F8" w:rsidRPr="005124B9" w:rsidRDefault="005124B9" w:rsidP="005124B9">
      <w:pPr>
        <w:pStyle w:val="Lijstopsomteken"/>
        <w:spacing w:line="360" w:lineRule="auto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Referentieopdracht u</w:t>
      </w:r>
      <w:r w:rsidRPr="005124B9">
        <w:rPr>
          <w:rFonts w:ascii="Verdana" w:hAnsi="Verdana"/>
          <w:sz w:val="18"/>
          <w:szCs w:val="18"/>
          <w:lang w:val="nl-NL"/>
        </w:rPr>
        <w:t xml:space="preserve">itgevoerd in dergelijke omgeving? </w:t>
      </w:r>
      <w:r w:rsidRPr="005124B9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5124B9">
        <w:rPr>
          <w:rFonts w:ascii="Verdana" w:hAnsi="Verdana"/>
          <w:sz w:val="18"/>
          <w:szCs w:val="18"/>
          <w:lang w:val="nl-NL"/>
        </w:rPr>
        <w:t xml:space="preserve"> Ja </w:t>
      </w:r>
      <w:r w:rsidRPr="005124B9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5124B9">
        <w:rPr>
          <w:rFonts w:ascii="Verdana" w:hAnsi="Verdana"/>
          <w:sz w:val="18"/>
          <w:szCs w:val="18"/>
          <w:lang w:val="nl-NL"/>
        </w:rPr>
        <w:t xml:space="preserve"> Nee</w:t>
      </w:r>
    </w:p>
    <w:p w14:paraId="742336F1" w14:textId="77777777" w:rsidR="00AE19F8" w:rsidRPr="005124B9" w:rsidRDefault="00FB3262" w:rsidP="005124B9">
      <w:pPr>
        <w:pStyle w:val="Lijstopsomteken"/>
        <w:spacing w:line="360" w:lineRule="auto"/>
        <w:rPr>
          <w:rFonts w:ascii="Verdana" w:hAnsi="Verdana"/>
          <w:sz w:val="18"/>
          <w:szCs w:val="18"/>
          <w:lang w:val="nl-NL"/>
        </w:rPr>
      </w:pPr>
      <w:r w:rsidRPr="005124B9">
        <w:rPr>
          <w:rFonts w:ascii="Verdana" w:hAnsi="Verdana"/>
          <w:sz w:val="18"/>
          <w:szCs w:val="18"/>
          <w:lang w:val="nl-NL"/>
        </w:rPr>
        <w:t>Toelichting:</w:t>
      </w:r>
    </w:p>
    <w:tbl>
      <w:tblPr>
        <w:tblStyle w:val="Tabelraster"/>
        <w:tblW w:w="0" w:type="auto"/>
        <w:tblInd w:w="392" w:type="dxa"/>
        <w:tblLook w:val="04A0" w:firstRow="1" w:lastRow="0" w:firstColumn="1" w:lastColumn="0" w:noHBand="0" w:noVBand="1"/>
      </w:tblPr>
      <w:tblGrid>
        <w:gridCol w:w="8426"/>
      </w:tblGrid>
      <w:tr w:rsidR="005124B9" w14:paraId="74DBF9B5" w14:textId="77777777" w:rsidTr="005124B9">
        <w:tc>
          <w:tcPr>
            <w:tcW w:w="8426" w:type="dxa"/>
          </w:tcPr>
          <w:p w14:paraId="59029C72" w14:textId="77777777" w:rsidR="005124B9" w:rsidRPr="005124B9" w:rsidRDefault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1A63E164" w14:textId="77777777" w:rsidR="005124B9" w:rsidRPr="005124B9" w:rsidRDefault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67FE8700" w14:textId="77777777" w:rsidR="005124B9" w:rsidRPr="005124B9" w:rsidRDefault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255F266E" w14:textId="77777777" w:rsidR="005124B9" w:rsidRDefault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542B686B" w14:textId="77777777" w:rsidR="005124B9" w:rsidRPr="005124B9" w:rsidRDefault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787A569B" w14:textId="77777777" w:rsidR="005124B9" w:rsidRPr="005124B9" w:rsidRDefault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7BDD4DF2" w14:textId="77777777" w:rsidR="005124B9" w:rsidRDefault="005124B9">
            <w:pPr>
              <w:rPr>
                <w:rFonts w:ascii="Verdana" w:hAnsi="Verdana"/>
                <w:lang w:val="nl-NL"/>
              </w:rPr>
            </w:pPr>
          </w:p>
          <w:p w14:paraId="2AF42FD6" w14:textId="77777777" w:rsidR="005124B9" w:rsidRDefault="005124B9">
            <w:pPr>
              <w:rPr>
                <w:rFonts w:ascii="Verdana" w:hAnsi="Verdana"/>
                <w:lang w:val="nl-NL"/>
              </w:rPr>
            </w:pPr>
          </w:p>
        </w:tc>
      </w:tr>
    </w:tbl>
    <w:p w14:paraId="05FFA8BA" w14:textId="4CD6CE64" w:rsidR="00AE19F8" w:rsidRDefault="00AE19F8">
      <w:pPr>
        <w:rPr>
          <w:rFonts w:ascii="Verdana" w:hAnsi="Verdana"/>
          <w:lang w:val="nl-NL"/>
        </w:rPr>
      </w:pPr>
    </w:p>
    <w:p w14:paraId="09D91566" w14:textId="77777777" w:rsidR="005124B9" w:rsidRDefault="005124B9">
      <w:pPr>
        <w:rPr>
          <w:rFonts w:ascii="Verdana" w:hAnsi="Verdana"/>
          <w:lang w:val="nl-NL"/>
        </w:rPr>
      </w:pPr>
    </w:p>
    <w:p w14:paraId="45810945" w14:textId="77777777" w:rsidR="005124B9" w:rsidRDefault="005124B9">
      <w:pPr>
        <w:rPr>
          <w:rFonts w:ascii="Verdana" w:hAnsi="Verdana"/>
          <w:lang w:val="nl-NL"/>
        </w:rPr>
      </w:pPr>
    </w:p>
    <w:p w14:paraId="70609A92" w14:textId="77777777" w:rsidR="005124B9" w:rsidRDefault="005124B9">
      <w:pPr>
        <w:rPr>
          <w:rFonts w:ascii="Verdana" w:hAnsi="Verdana"/>
          <w:lang w:val="nl-NL"/>
        </w:rPr>
      </w:pPr>
    </w:p>
    <w:p w14:paraId="17AD1A76" w14:textId="77777777" w:rsidR="005124B9" w:rsidRDefault="005124B9">
      <w:pPr>
        <w:rPr>
          <w:rFonts w:ascii="Verdana" w:hAnsi="Verdana"/>
          <w:lang w:val="nl-NL"/>
        </w:rPr>
      </w:pPr>
    </w:p>
    <w:p w14:paraId="409A27D7" w14:textId="77777777" w:rsidR="005124B9" w:rsidRPr="00FB7CE6" w:rsidRDefault="005124B9">
      <w:pPr>
        <w:rPr>
          <w:rFonts w:ascii="Verdana" w:hAnsi="Verdana"/>
          <w:lang w:val="nl-NL"/>
        </w:rPr>
      </w:pPr>
    </w:p>
    <w:p w14:paraId="3BF88DB6" w14:textId="77777777" w:rsidR="00AE19F8" w:rsidRDefault="00FB3262" w:rsidP="005124B9">
      <w:pPr>
        <w:pStyle w:val="Lijstopsomteken"/>
        <w:numPr>
          <w:ilvl w:val="0"/>
          <w:numId w:val="0"/>
        </w:numPr>
        <w:spacing w:line="360" w:lineRule="auto"/>
        <w:rPr>
          <w:rFonts w:ascii="Verdana" w:hAnsi="Verdana"/>
          <w:b/>
          <w:bCs/>
          <w:sz w:val="18"/>
          <w:szCs w:val="18"/>
          <w:lang w:val="nl-NL"/>
        </w:rPr>
      </w:pPr>
      <w:r w:rsidRPr="005124B9">
        <w:rPr>
          <w:rFonts w:ascii="Verdana" w:hAnsi="Verdana"/>
          <w:b/>
          <w:bCs/>
          <w:sz w:val="18"/>
          <w:szCs w:val="18"/>
          <w:lang w:val="nl-NL"/>
        </w:rPr>
        <w:t>4. Selectiecriterium 3 – Actualiteitsgebonden opdracht of evenement</w:t>
      </w:r>
    </w:p>
    <w:p w14:paraId="5981624C" w14:textId="77777777" w:rsidR="005124B9" w:rsidRPr="005124B9" w:rsidRDefault="005124B9" w:rsidP="005124B9">
      <w:pPr>
        <w:pStyle w:val="Lijstopsomteken"/>
        <w:numPr>
          <w:ilvl w:val="0"/>
          <w:numId w:val="0"/>
        </w:numPr>
        <w:spacing w:line="360" w:lineRule="auto"/>
        <w:rPr>
          <w:rFonts w:ascii="Verdana" w:hAnsi="Verdana"/>
          <w:b/>
          <w:bCs/>
          <w:sz w:val="18"/>
          <w:szCs w:val="18"/>
          <w:lang w:val="nl-NL"/>
        </w:rPr>
      </w:pPr>
    </w:p>
    <w:p w14:paraId="4961440D" w14:textId="77777777" w:rsidR="00AE19F8" w:rsidRPr="005124B9" w:rsidRDefault="00FB3262" w:rsidP="005124B9">
      <w:pPr>
        <w:pStyle w:val="Lijstopsomteken"/>
        <w:spacing w:line="360" w:lineRule="auto"/>
        <w:rPr>
          <w:rFonts w:ascii="Verdana" w:hAnsi="Verdana"/>
          <w:sz w:val="18"/>
          <w:szCs w:val="18"/>
          <w:lang w:val="nl-NL"/>
        </w:rPr>
      </w:pPr>
      <w:r w:rsidRPr="005124B9">
        <w:rPr>
          <w:rFonts w:ascii="Verdana" w:hAnsi="Verdana"/>
          <w:sz w:val="18"/>
          <w:szCs w:val="18"/>
          <w:lang w:val="nl-NL"/>
        </w:rPr>
        <w:t xml:space="preserve">Actualiteitsgebonden opdracht/evenement? </w:t>
      </w:r>
      <w:r w:rsidRPr="005124B9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5124B9">
        <w:rPr>
          <w:rFonts w:ascii="Verdana" w:hAnsi="Verdana"/>
          <w:sz w:val="18"/>
          <w:szCs w:val="18"/>
          <w:lang w:val="nl-NL"/>
        </w:rPr>
        <w:t xml:space="preserve"> Ja </w:t>
      </w:r>
      <w:r w:rsidRPr="005124B9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5124B9">
        <w:rPr>
          <w:rFonts w:ascii="Verdana" w:hAnsi="Verdana"/>
          <w:sz w:val="18"/>
          <w:szCs w:val="18"/>
          <w:lang w:val="nl-NL"/>
        </w:rPr>
        <w:t xml:space="preserve"> Nee</w:t>
      </w:r>
    </w:p>
    <w:p w14:paraId="337C84C2" w14:textId="77777777" w:rsidR="00AE19F8" w:rsidRPr="005124B9" w:rsidRDefault="00FB3262" w:rsidP="005124B9">
      <w:pPr>
        <w:pStyle w:val="Lijstopsomteken"/>
        <w:spacing w:line="360" w:lineRule="auto"/>
        <w:rPr>
          <w:rFonts w:ascii="Verdana" w:hAnsi="Verdana"/>
          <w:sz w:val="18"/>
          <w:szCs w:val="18"/>
          <w:lang w:val="nl-NL"/>
        </w:rPr>
      </w:pPr>
      <w:r w:rsidRPr="005124B9">
        <w:rPr>
          <w:rFonts w:ascii="Verdana" w:hAnsi="Verdana"/>
          <w:sz w:val="18"/>
          <w:szCs w:val="18"/>
          <w:lang w:val="nl-NL"/>
        </w:rPr>
        <w:t xml:space="preserve">Flexibiliteit en/of snelle oplevering vereist? </w:t>
      </w:r>
      <w:r w:rsidRPr="005124B9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5124B9">
        <w:rPr>
          <w:rFonts w:ascii="Verdana" w:hAnsi="Verdana"/>
          <w:sz w:val="18"/>
          <w:szCs w:val="18"/>
          <w:lang w:val="nl-NL"/>
        </w:rPr>
        <w:t xml:space="preserve"> Ja </w:t>
      </w:r>
      <w:r w:rsidRPr="005124B9">
        <w:rPr>
          <w:rFonts w:ascii="Segoe UI Symbol" w:hAnsi="Segoe UI Symbol" w:cs="Segoe UI Symbol"/>
          <w:sz w:val="18"/>
          <w:szCs w:val="18"/>
          <w:lang w:val="nl-NL"/>
        </w:rPr>
        <w:t>☐</w:t>
      </w:r>
      <w:r w:rsidRPr="005124B9">
        <w:rPr>
          <w:rFonts w:ascii="Verdana" w:hAnsi="Verdana"/>
          <w:sz w:val="18"/>
          <w:szCs w:val="18"/>
          <w:lang w:val="nl-NL"/>
        </w:rPr>
        <w:t xml:space="preserve"> Nee</w:t>
      </w:r>
    </w:p>
    <w:p w14:paraId="4AD8CDDF" w14:textId="5E820730" w:rsidR="005124B9" w:rsidRPr="005124B9" w:rsidRDefault="00FB3262" w:rsidP="005124B9">
      <w:pPr>
        <w:pStyle w:val="Lijstopsomteken"/>
        <w:spacing w:line="360" w:lineRule="auto"/>
        <w:rPr>
          <w:rFonts w:ascii="Verdana" w:hAnsi="Verdana"/>
          <w:sz w:val="18"/>
          <w:szCs w:val="18"/>
          <w:lang w:val="nl-NL"/>
        </w:rPr>
      </w:pPr>
      <w:r w:rsidRPr="005124B9">
        <w:rPr>
          <w:rFonts w:ascii="Verdana" w:hAnsi="Verdana"/>
          <w:sz w:val="18"/>
          <w:szCs w:val="18"/>
          <w:lang w:val="nl-NL"/>
        </w:rPr>
        <w:t>Toelichting: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8496"/>
      </w:tblGrid>
      <w:tr w:rsidR="005124B9" w14:paraId="42910F1C" w14:textId="77777777" w:rsidTr="005124B9">
        <w:tc>
          <w:tcPr>
            <w:tcW w:w="8780" w:type="dxa"/>
          </w:tcPr>
          <w:p w14:paraId="23737C87" w14:textId="77777777" w:rsidR="005124B9" w:rsidRDefault="005124B9" w:rsidP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764A4A7C" w14:textId="77777777" w:rsidR="005124B9" w:rsidRDefault="005124B9" w:rsidP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133F3409" w14:textId="77777777" w:rsidR="005124B9" w:rsidRDefault="005124B9" w:rsidP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19E1209A" w14:textId="77777777" w:rsidR="005124B9" w:rsidRDefault="005124B9" w:rsidP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2D30AA19" w14:textId="77777777" w:rsidR="005124B9" w:rsidRDefault="005124B9" w:rsidP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2288038D" w14:textId="77777777" w:rsidR="005124B9" w:rsidRDefault="005124B9" w:rsidP="005124B9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581B89C4" w14:textId="77777777" w:rsidR="005124B9" w:rsidRDefault="005124B9" w:rsidP="005124B9">
            <w:pPr>
              <w:pStyle w:val="Lijstopsomteken"/>
              <w:numPr>
                <w:ilvl w:val="0"/>
                <w:numId w:val="0"/>
              </w:numPr>
              <w:spacing w:line="360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4A087C30" w14:textId="77777777" w:rsidR="005124B9" w:rsidRDefault="005124B9" w:rsidP="005124B9">
            <w:pPr>
              <w:pStyle w:val="Lijstopsomteken"/>
              <w:numPr>
                <w:ilvl w:val="0"/>
                <w:numId w:val="0"/>
              </w:numPr>
              <w:spacing w:line="360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20C598F0" w14:textId="6F9B3579" w:rsidR="005124B9" w:rsidRPr="005124B9" w:rsidRDefault="005124B9" w:rsidP="005124B9">
      <w:pPr>
        <w:pStyle w:val="Lijstopsomteken"/>
        <w:numPr>
          <w:ilvl w:val="0"/>
          <w:numId w:val="0"/>
        </w:numPr>
        <w:spacing w:line="360" w:lineRule="auto"/>
        <w:ind w:left="360" w:hanging="360"/>
        <w:rPr>
          <w:rFonts w:ascii="Verdana" w:hAnsi="Verdana"/>
          <w:sz w:val="18"/>
          <w:szCs w:val="18"/>
          <w:lang w:val="nl-NL"/>
        </w:rPr>
      </w:pPr>
    </w:p>
    <w:p w14:paraId="400A3A50" w14:textId="636BF616" w:rsidR="00702CAC" w:rsidRPr="00FB7CE6" w:rsidRDefault="00FB3262">
      <w:pPr>
        <w:rPr>
          <w:rFonts w:ascii="Verdana" w:hAnsi="Verdana"/>
          <w:lang w:val="nl-NL"/>
        </w:rPr>
      </w:pPr>
      <w:r w:rsidRPr="00FB7CE6">
        <w:rPr>
          <w:rFonts w:ascii="Verdana" w:hAnsi="Verdana"/>
          <w:lang w:val="nl-NL"/>
        </w:rPr>
        <w:br/>
      </w:r>
    </w:p>
    <w:p w14:paraId="0B6DC9C5" w14:textId="77777777" w:rsidR="00AE19F8" w:rsidRDefault="00FB3262">
      <w:pPr>
        <w:pStyle w:val="Kop2"/>
        <w:rPr>
          <w:rFonts w:ascii="Verdana" w:hAnsi="Verdana"/>
          <w:color w:val="auto"/>
          <w:sz w:val="18"/>
          <w:szCs w:val="18"/>
          <w:lang w:val="nl-NL"/>
        </w:rPr>
      </w:pPr>
      <w:r w:rsidRPr="00702CAC">
        <w:rPr>
          <w:rFonts w:ascii="Verdana" w:hAnsi="Verdana"/>
          <w:color w:val="auto"/>
          <w:sz w:val="18"/>
          <w:szCs w:val="18"/>
          <w:lang w:val="nl-NL"/>
        </w:rPr>
        <w:t>Verklaring</w:t>
      </w:r>
    </w:p>
    <w:p w14:paraId="2842C201" w14:textId="77777777" w:rsidR="00702CAC" w:rsidRPr="00702CAC" w:rsidRDefault="00702CAC" w:rsidP="00702CAC">
      <w:pPr>
        <w:rPr>
          <w:sz w:val="18"/>
          <w:szCs w:val="18"/>
          <w:lang w:val="nl-NL"/>
        </w:rPr>
      </w:pPr>
    </w:p>
    <w:p w14:paraId="0DE250ED" w14:textId="77777777" w:rsidR="00AE19F8" w:rsidRDefault="00FB3262" w:rsidP="00702CAC">
      <w:pPr>
        <w:pStyle w:val="Lijstopsomteken"/>
        <w:spacing w:line="360" w:lineRule="auto"/>
        <w:rPr>
          <w:rFonts w:ascii="Verdana" w:hAnsi="Verdana"/>
          <w:sz w:val="18"/>
          <w:szCs w:val="18"/>
          <w:lang w:val="nl-NL"/>
        </w:rPr>
      </w:pPr>
      <w:r w:rsidRPr="00702CAC">
        <w:rPr>
          <w:rFonts w:ascii="Verdana" w:hAnsi="Verdana"/>
          <w:sz w:val="18"/>
          <w:szCs w:val="18"/>
          <w:lang w:val="nl-NL"/>
        </w:rPr>
        <w:t>Ondergetekende verklaart dat bovenstaande gegevens volledig en naar waarheid zijn ingevuld en geeft toestemming de referentie te verifiëren.</w:t>
      </w:r>
    </w:p>
    <w:p w14:paraId="1725095A" w14:textId="77777777" w:rsidR="00702CAC" w:rsidRPr="00702CAC" w:rsidRDefault="00702CAC" w:rsidP="00702CAC">
      <w:pPr>
        <w:pStyle w:val="Lijstopsomteken"/>
        <w:numPr>
          <w:ilvl w:val="0"/>
          <w:numId w:val="0"/>
        </w:numPr>
        <w:spacing w:line="360" w:lineRule="auto"/>
        <w:ind w:left="360"/>
        <w:rPr>
          <w:rFonts w:ascii="Verdana" w:hAnsi="Verdana"/>
          <w:sz w:val="18"/>
          <w:szCs w:val="18"/>
          <w:lang w:val="nl-NL"/>
        </w:rPr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1875"/>
        <w:gridCol w:w="6621"/>
      </w:tblGrid>
      <w:tr w:rsidR="00702CAC" w:rsidRPr="00702CAC" w14:paraId="1ED732C9" w14:textId="6512AAE1" w:rsidTr="00702CAC">
        <w:tc>
          <w:tcPr>
            <w:tcW w:w="1875" w:type="dxa"/>
          </w:tcPr>
          <w:p w14:paraId="12C4B16C" w14:textId="19004880" w:rsidR="00702CAC" w:rsidRPr="00702CAC" w:rsidRDefault="00702CAC" w:rsidP="00037B5C">
            <w:pPr>
              <w:pStyle w:val="Lijstopsomteken"/>
              <w:numPr>
                <w:ilvl w:val="0"/>
                <w:numId w:val="0"/>
              </w:numPr>
              <w:spacing w:line="360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 w:rsidRPr="00702CAC">
              <w:rPr>
                <w:rFonts w:ascii="Verdana" w:hAnsi="Verdana"/>
                <w:sz w:val="18"/>
                <w:szCs w:val="18"/>
                <w:lang w:val="nl-NL"/>
              </w:rPr>
              <w:t>Naam:</w:t>
            </w:r>
          </w:p>
        </w:tc>
        <w:tc>
          <w:tcPr>
            <w:tcW w:w="6621" w:type="dxa"/>
          </w:tcPr>
          <w:p w14:paraId="18326B2F" w14:textId="77777777" w:rsidR="00702CAC" w:rsidRPr="00702CAC" w:rsidRDefault="00702CAC" w:rsidP="00037B5C">
            <w:pPr>
              <w:pStyle w:val="Lijstopsomteken"/>
              <w:numPr>
                <w:ilvl w:val="0"/>
                <w:numId w:val="0"/>
              </w:numPr>
              <w:spacing w:line="360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702CAC" w:rsidRPr="00702CAC" w14:paraId="3B13564A" w14:textId="61469DB3" w:rsidTr="00702CAC">
        <w:tc>
          <w:tcPr>
            <w:tcW w:w="1875" w:type="dxa"/>
          </w:tcPr>
          <w:p w14:paraId="40C4057D" w14:textId="1355870C" w:rsidR="00702CAC" w:rsidRPr="00702CAC" w:rsidRDefault="00702CAC" w:rsidP="00037B5C">
            <w:pPr>
              <w:pStyle w:val="Lijstopsomteken"/>
              <w:numPr>
                <w:ilvl w:val="0"/>
                <w:numId w:val="0"/>
              </w:numPr>
              <w:spacing w:line="360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 w:rsidRPr="00702CAC">
              <w:rPr>
                <w:rFonts w:ascii="Verdana" w:hAnsi="Verdana"/>
                <w:sz w:val="18"/>
                <w:szCs w:val="18"/>
                <w:lang w:val="nl-NL"/>
              </w:rPr>
              <w:t xml:space="preserve">Functie: </w:t>
            </w:r>
          </w:p>
        </w:tc>
        <w:tc>
          <w:tcPr>
            <w:tcW w:w="6621" w:type="dxa"/>
          </w:tcPr>
          <w:p w14:paraId="6D1CBBA2" w14:textId="77777777" w:rsidR="00702CAC" w:rsidRPr="00702CAC" w:rsidRDefault="00702CAC" w:rsidP="00037B5C">
            <w:pPr>
              <w:pStyle w:val="Lijstopsomteken"/>
              <w:numPr>
                <w:ilvl w:val="0"/>
                <w:numId w:val="0"/>
              </w:numPr>
              <w:spacing w:line="360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702CAC" w:rsidRPr="00702CAC" w14:paraId="146B0359" w14:textId="02572D5E" w:rsidTr="00702CAC">
        <w:tc>
          <w:tcPr>
            <w:tcW w:w="1875" w:type="dxa"/>
          </w:tcPr>
          <w:p w14:paraId="5B84E5A6" w14:textId="0E6C35D5" w:rsidR="00702CAC" w:rsidRPr="00702CAC" w:rsidRDefault="00702CAC" w:rsidP="00037B5C">
            <w:pPr>
              <w:pStyle w:val="Lijstopsomteken"/>
              <w:numPr>
                <w:ilvl w:val="0"/>
                <w:numId w:val="0"/>
              </w:numPr>
              <w:spacing w:line="360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 w:rsidRPr="00702CAC">
              <w:rPr>
                <w:rFonts w:ascii="Verdana" w:hAnsi="Verdana"/>
                <w:sz w:val="18"/>
                <w:szCs w:val="18"/>
                <w:lang w:val="nl-NL"/>
              </w:rPr>
              <w:t xml:space="preserve">Datum: </w:t>
            </w:r>
          </w:p>
        </w:tc>
        <w:tc>
          <w:tcPr>
            <w:tcW w:w="6621" w:type="dxa"/>
          </w:tcPr>
          <w:p w14:paraId="657417D5" w14:textId="77777777" w:rsidR="00702CAC" w:rsidRPr="00702CAC" w:rsidRDefault="00702CAC" w:rsidP="00037B5C">
            <w:pPr>
              <w:pStyle w:val="Lijstopsomteken"/>
              <w:numPr>
                <w:ilvl w:val="0"/>
                <w:numId w:val="0"/>
              </w:numPr>
              <w:spacing w:line="360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702CAC" w:rsidRPr="00702CAC" w14:paraId="3A2EA05B" w14:textId="31C3386C" w:rsidTr="00702CAC">
        <w:tc>
          <w:tcPr>
            <w:tcW w:w="1875" w:type="dxa"/>
          </w:tcPr>
          <w:p w14:paraId="40C3FF86" w14:textId="667A0219" w:rsidR="00702CAC" w:rsidRPr="00702CAC" w:rsidRDefault="00702CAC" w:rsidP="00037B5C">
            <w:pPr>
              <w:pStyle w:val="Lijstopsomteken"/>
              <w:numPr>
                <w:ilvl w:val="0"/>
                <w:numId w:val="0"/>
              </w:numPr>
              <w:spacing w:line="360" w:lineRule="auto"/>
              <w:rPr>
                <w:rFonts w:ascii="Verdana" w:hAnsi="Verdana"/>
                <w:sz w:val="18"/>
                <w:szCs w:val="18"/>
                <w:lang w:val="nl-NL"/>
              </w:rPr>
            </w:pPr>
            <w:r w:rsidRPr="00702CAC">
              <w:rPr>
                <w:rFonts w:ascii="Verdana" w:hAnsi="Verdana"/>
                <w:sz w:val="18"/>
                <w:szCs w:val="18"/>
                <w:lang w:val="nl-NL"/>
              </w:rPr>
              <w:t xml:space="preserve">Handtekening: </w:t>
            </w:r>
          </w:p>
        </w:tc>
        <w:tc>
          <w:tcPr>
            <w:tcW w:w="6621" w:type="dxa"/>
          </w:tcPr>
          <w:p w14:paraId="3CE8FD07" w14:textId="77777777" w:rsidR="00702CAC" w:rsidRDefault="00702CAC" w:rsidP="00037B5C">
            <w:pPr>
              <w:pStyle w:val="Lijstopsomteken"/>
              <w:numPr>
                <w:ilvl w:val="0"/>
                <w:numId w:val="0"/>
              </w:numPr>
              <w:spacing w:line="360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155A72ED" w14:textId="77777777" w:rsidR="00702CAC" w:rsidRDefault="00702CAC" w:rsidP="00037B5C">
            <w:pPr>
              <w:pStyle w:val="Lijstopsomteken"/>
              <w:numPr>
                <w:ilvl w:val="0"/>
                <w:numId w:val="0"/>
              </w:numPr>
              <w:spacing w:line="360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3E909875" w14:textId="77777777" w:rsidR="00702CAC" w:rsidRDefault="00702CAC" w:rsidP="00037B5C">
            <w:pPr>
              <w:pStyle w:val="Lijstopsomteken"/>
              <w:numPr>
                <w:ilvl w:val="0"/>
                <w:numId w:val="0"/>
              </w:numPr>
              <w:spacing w:line="360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  <w:p w14:paraId="2958633F" w14:textId="77777777" w:rsidR="00702CAC" w:rsidRPr="00702CAC" w:rsidRDefault="00702CAC" w:rsidP="00037B5C">
            <w:pPr>
              <w:pStyle w:val="Lijstopsomteken"/>
              <w:numPr>
                <w:ilvl w:val="0"/>
                <w:numId w:val="0"/>
              </w:numPr>
              <w:spacing w:line="360" w:lineRule="auto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3E475D14" w14:textId="57B340AA" w:rsidR="00AE19F8" w:rsidRPr="00702CAC" w:rsidRDefault="00AE19F8" w:rsidP="00702CAC">
      <w:pPr>
        <w:pStyle w:val="Lijstopsomteken"/>
        <w:numPr>
          <w:ilvl w:val="0"/>
          <w:numId w:val="0"/>
        </w:numPr>
        <w:spacing w:line="360" w:lineRule="auto"/>
        <w:rPr>
          <w:rFonts w:ascii="Verdana" w:hAnsi="Verdana"/>
          <w:sz w:val="18"/>
          <w:szCs w:val="18"/>
          <w:lang w:val="nl-NL"/>
        </w:rPr>
      </w:pPr>
    </w:p>
    <w:sectPr w:rsidR="00AE19F8" w:rsidRPr="00702CAC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08FD5" w14:textId="77777777" w:rsidR="00E06157" w:rsidRDefault="00E06157" w:rsidP="00FB7CE6">
      <w:pPr>
        <w:spacing w:after="0" w:line="240" w:lineRule="auto"/>
      </w:pPr>
      <w:r>
        <w:separator/>
      </w:r>
    </w:p>
  </w:endnote>
  <w:endnote w:type="continuationSeparator" w:id="0">
    <w:p w14:paraId="5A9DECCB" w14:textId="77777777" w:rsidR="00E06157" w:rsidRDefault="00E06157" w:rsidP="00FB7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FDF8C" w14:textId="77777777" w:rsidR="00086C87" w:rsidRPr="00E057DC" w:rsidRDefault="00086C87" w:rsidP="00086C87">
    <w:pPr>
      <w:pStyle w:val="Standaard65"/>
    </w:pPr>
    <w:r>
      <w:t>Format referentieprojecten – EA Fotografiediensten</w:t>
    </w:r>
  </w:p>
  <w:p w14:paraId="05D6D34A" w14:textId="77777777" w:rsidR="00086C87" w:rsidRDefault="00086C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0BF10" w14:textId="77777777" w:rsidR="00E06157" w:rsidRDefault="00E06157" w:rsidP="00FB7CE6">
      <w:pPr>
        <w:spacing w:after="0" w:line="240" w:lineRule="auto"/>
      </w:pPr>
      <w:r>
        <w:separator/>
      </w:r>
    </w:p>
  </w:footnote>
  <w:footnote w:type="continuationSeparator" w:id="0">
    <w:p w14:paraId="7144E611" w14:textId="77777777" w:rsidR="00E06157" w:rsidRDefault="00E06157" w:rsidP="00FB7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BE631" w14:textId="3DFD8095" w:rsidR="00FB7CE6" w:rsidRDefault="00FB7CE6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3AB550" wp14:editId="7F2E7606">
          <wp:simplePos x="0" y="0"/>
          <wp:positionH relativeFrom="column">
            <wp:posOffset>-762000</wp:posOffset>
          </wp:positionH>
          <wp:positionV relativeFrom="paragraph">
            <wp:posOffset>-142875</wp:posOffset>
          </wp:positionV>
          <wp:extent cx="431800" cy="860559"/>
          <wp:effectExtent l="0" t="0" r="6350" b="0"/>
          <wp:wrapThrough wrapText="bothSides">
            <wp:wrapPolygon edited="0">
              <wp:start x="7624" y="0"/>
              <wp:lineTo x="3812" y="2869"/>
              <wp:lineTo x="0" y="7173"/>
              <wp:lineTo x="0" y="13390"/>
              <wp:lineTo x="953" y="16260"/>
              <wp:lineTo x="6671" y="19607"/>
              <wp:lineTo x="7624" y="20564"/>
              <wp:lineTo x="13341" y="20564"/>
              <wp:lineTo x="14294" y="19607"/>
              <wp:lineTo x="20012" y="16260"/>
              <wp:lineTo x="20965" y="13390"/>
              <wp:lineTo x="20965" y="7173"/>
              <wp:lineTo x="17153" y="2869"/>
              <wp:lineTo x="13341" y="0"/>
              <wp:lineTo x="7624" y="0"/>
            </wp:wrapPolygon>
          </wp:wrapThrough>
          <wp:docPr id="13" name="Beeldmerk" descr="Afbeelding met symbool, logo, tekening, embleem&#10;&#10;Door AI gegenereerde inhoud is mogelijk onjuis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eeldmerk" descr="Afbeelding met symbool, logo, tekening, embleem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D8E5A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3248441">
    <w:abstractNumId w:val="8"/>
  </w:num>
  <w:num w:numId="2" w16cid:durableId="991102674">
    <w:abstractNumId w:val="6"/>
  </w:num>
  <w:num w:numId="3" w16cid:durableId="158733719">
    <w:abstractNumId w:val="5"/>
  </w:num>
  <w:num w:numId="4" w16cid:durableId="2045902996">
    <w:abstractNumId w:val="4"/>
  </w:num>
  <w:num w:numId="5" w16cid:durableId="1767383378">
    <w:abstractNumId w:val="7"/>
  </w:num>
  <w:num w:numId="6" w16cid:durableId="1321622093">
    <w:abstractNumId w:val="3"/>
  </w:num>
  <w:num w:numId="7" w16cid:durableId="1300496725">
    <w:abstractNumId w:val="2"/>
  </w:num>
  <w:num w:numId="8" w16cid:durableId="1272007171">
    <w:abstractNumId w:val="1"/>
  </w:num>
  <w:num w:numId="9" w16cid:durableId="434134307">
    <w:abstractNumId w:val="0"/>
  </w:num>
  <w:num w:numId="10" w16cid:durableId="1244297490">
    <w:abstractNumId w:val="8"/>
  </w:num>
  <w:num w:numId="11" w16cid:durableId="1164852617">
    <w:abstractNumId w:val="8"/>
  </w:num>
  <w:num w:numId="12" w16cid:durableId="2544838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6C87"/>
    <w:rsid w:val="0015074B"/>
    <w:rsid w:val="001664F3"/>
    <w:rsid w:val="0018572F"/>
    <w:rsid w:val="001B76EF"/>
    <w:rsid w:val="0029639D"/>
    <w:rsid w:val="00326F90"/>
    <w:rsid w:val="003611FD"/>
    <w:rsid w:val="0048606A"/>
    <w:rsid w:val="004C365C"/>
    <w:rsid w:val="005124B9"/>
    <w:rsid w:val="0065485E"/>
    <w:rsid w:val="00702CAC"/>
    <w:rsid w:val="0078507F"/>
    <w:rsid w:val="008A0AA8"/>
    <w:rsid w:val="0094448D"/>
    <w:rsid w:val="00990930"/>
    <w:rsid w:val="009E5635"/>
    <w:rsid w:val="00A14178"/>
    <w:rsid w:val="00A67948"/>
    <w:rsid w:val="00AA1D8D"/>
    <w:rsid w:val="00AB12D0"/>
    <w:rsid w:val="00AE01D7"/>
    <w:rsid w:val="00AE1944"/>
    <w:rsid w:val="00AE19F8"/>
    <w:rsid w:val="00B47730"/>
    <w:rsid w:val="00B75BC0"/>
    <w:rsid w:val="00C773C3"/>
    <w:rsid w:val="00CB0664"/>
    <w:rsid w:val="00D7427B"/>
    <w:rsid w:val="00E06157"/>
    <w:rsid w:val="00F64466"/>
    <w:rsid w:val="00FB3262"/>
    <w:rsid w:val="00FB7C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83559D"/>
  <w14:defaultImageDpi w14:val="300"/>
  <w15:docId w15:val="{C962C66F-E566-45FE-BED3-67E22225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andaard65">
    <w:name w:val="Standaard 6.5"/>
    <w:basedOn w:val="Standaard"/>
    <w:next w:val="Standaard"/>
    <w:rsid w:val="00086C87"/>
    <w:pPr>
      <w:tabs>
        <w:tab w:val="right" w:pos="1343"/>
        <w:tab w:val="left" w:pos="1440"/>
      </w:tabs>
      <w:autoSpaceDN w:val="0"/>
      <w:spacing w:after="0" w:line="200" w:lineRule="exact"/>
      <w:textAlignment w:val="baseline"/>
    </w:pPr>
    <w:rPr>
      <w:rFonts w:ascii="Verdana" w:eastAsia="DejaVu Sans" w:hAnsi="Verdana" w:cs="Lohit Hindi"/>
      <w:color w:val="000000"/>
      <w:sz w:val="13"/>
      <w:szCs w:val="13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cfed7e7-a1d6-4f5e-9abe-afeb32182e25">P0133-1731194008-7117</_dlc_DocId>
    <_ip_UnifiedCompliancePolicyUIAction xmlns="http://schemas.microsoft.com/sharepoint/v3" xsi:nil="true"/>
    <_dlc_DocIdUrl xmlns="5cfed7e7-a1d6-4f5e-9abe-afeb32182e25">
      <Url>https://tweedekamer.sharepoint.com/sites/FEZ-Inkoop-Europeseaanbestedingenuitvoeren/_layouts/15/DocIdRedir.aspx?ID=P0133-1731194008-7117</Url>
      <Description>P0133-1731194008-7117</Description>
    </_dlc_DocIdUrl>
    <_ip_UnifiedCompliancePolicyProperties xmlns="http://schemas.microsoft.com/sharepoint/v3" xsi:nil="true"/>
    <lcf76f155ced4ddcb4097134ff3c332f xmlns="08a9df33-3ea9-421f-ad4e-4a3c7d21f27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D7BEF80389B428AA3F7FFFEC16AE9" ma:contentTypeVersion="12" ma:contentTypeDescription="Een nieuw document maken." ma:contentTypeScope="" ma:versionID="ceb0d7fbb04b7960e7ca016f04db8581">
  <xsd:schema xmlns:xsd="http://www.w3.org/2001/XMLSchema" xmlns:xs="http://www.w3.org/2001/XMLSchema" xmlns:p="http://schemas.microsoft.com/office/2006/metadata/properties" xmlns:ns1="http://schemas.microsoft.com/sharepoint/v3" xmlns:ns2="5cfed7e7-a1d6-4f5e-9abe-afeb32182e25" xmlns:ns3="08a9df33-3ea9-421f-ad4e-4a3c7d21f278" targetNamespace="http://schemas.microsoft.com/office/2006/metadata/properties" ma:root="true" ma:fieldsID="1a5e7bb4db4775a00e254dd97d8ab81b" ns1:_="" ns2:_="" ns3:_="">
    <xsd:import namespace="http://schemas.microsoft.com/sharepoint/v3"/>
    <xsd:import namespace="5cfed7e7-a1d6-4f5e-9abe-afeb32182e25"/>
    <xsd:import namespace="08a9df33-3ea9-421f-ad4e-4a3c7d21f27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9df33-3ea9-421f-ad4e-4a3c7d21f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b8c1cdf-23ab-43f3-b52c-9c854cac9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A6ED0A-DA5F-4EF1-A307-A1D166F03C13}">
  <ds:schemaRefs>
    <ds:schemaRef ds:uri="http://schemas.microsoft.com/office/2006/metadata/properties"/>
    <ds:schemaRef ds:uri="http://schemas.microsoft.com/office/infopath/2007/PartnerControls"/>
    <ds:schemaRef ds:uri="5cfed7e7-a1d6-4f5e-9abe-afeb32182e25"/>
    <ds:schemaRef ds:uri="http://schemas.microsoft.com/sharepoint/v3"/>
    <ds:schemaRef ds:uri="08a9df33-3ea9-421f-ad4e-4a3c7d21f278"/>
  </ds:schemaRefs>
</ds:datastoreItem>
</file>

<file path=customXml/itemProps3.xml><?xml version="1.0" encoding="utf-8"?>
<ds:datastoreItem xmlns:ds="http://schemas.openxmlformats.org/officeDocument/2006/customXml" ds:itemID="{359026B6-B30F-4527-9DFE-58B8D0968B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BC304F-7203-4AA4-B533-CB0EE8FAFED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BCEEE8D-372B-4C5B-BE4D-DF1E8209B0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fed7e7-a1d6-4f5e-9abe-afeb32182e25"/>
    <ds:schemaRef ds:uri="08a9df33-3ea9-421f-ad4e-4a3c7d21f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254</Words>
  <Characters>1560</Characters>
  <Application>Microsoft Office Word</Application>
  <DocSecurity>0</DocSecurity>
  <Lines>40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Gestel, Kirsten van</cp:lastModifiedBy>
  <cp:revision>14</cp:revision>
  <dcterms:created xsi:type="dcterms:W3CDTF">2026-07-06T09:31:00Z</dcterms:created>
  <dcterms:modified xsi:type="dcterms:W3CDTF">2026-07-14T07:40:00Z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8059d02f088452aaeb98febffd942f6">
    <vt:lpwstr/>
  </property>
  <property fmtid="{D5CDD505-2E9C-101B-9397-08002B2CF9AE}" pid="3" name="MediaServiceImageTags">
    <vt:lpwstr/>
  </property>
  <property fmtid="{D5CDD505-2E9C-101B-9397-08002B2CF9AE}" pid="4" name="ContentTypeId">
    <vt:lpwstr>0x01010052CD7BEF80389B428AA3F7FFFEC16AE9</vt:lpwstr>
  </property>
  <property fmtid="{D5CDD505-2E9C-101B-9397-08002B2CF9AE}" pid="5" name="_dlc_DocIdItemGuid">
    <vt:lpwstr>698e830e-f942-4599-a611-206a4adbc436</vt:lpwstr>
  </property>
  <property fmtid="{D5CDD505-2E9C-101B-9397-08002B2CF9AE}" pid="6" name="k570b61d1c8344118cf7041903a91b3a">
    <vt:lpwstr>71. Het inkopen en (Europees) aanbesteden van goederen en diensten|1737c6ca-4109-4271-b4a3-6e4e1392d192</vt:lpwstr>
  </property>
  <property fmtid="{D5CDD505-2E9C-101B-9397-08002B2CF9AE}" pid="7" name="Dossierstatus">
    <vt:lpwstr>Concept</vt:lpwstr>
  </property>
  <property fmtid="{D5CDD505-2E9C-101B-9397-08002B2CF9AE}" pid="8" name="Process">
    <vt:lpwstr>FEZ Inkoop Europese aanbestedingen uitvoeren</vt:lpwstr>
  </property>
  <property fmtid="{D5CDD505-2E9C-101B-9397-08002B2CF9AE}" pid="9" name="Selectielijstproces">
    <vt:lpwstr>1;#71. Het inkopen en (Europees) aanbesteden van goederen en diensten|1737c6ca-4109-4271-b4a3-6e4e1392d192</vt:lpwstr>
  </property>
  <property fmtid="{D5CDD505-2E9C-101B-9397-08002B2CF9AE}" pid="10" name="Beperking">
    <vt:lpwstr/>
  </property>
  <property fmtid="{D5CDD505-2E9C-101B-9397-08002B2CF9AE}" pid="11" name="Processnummer">
    <vt:lpwstr>P0133</vt:lpwstr>
  </property>
  <property fmtid="{D5CDD505-2E9C-101B-9397-08002B2CF9AE}" pid="12" name="TaxCatchAll">
    <vt:lpwstr>1;#71. Het inkopen en (Europees) aanbesteden van goederen en diensten|1737c6ca-4109-4271-b4a3-6e4e1392d192</vt:lpwstr>
  </property>
</Properties>
</file>