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22081"/>
      </w:tblGrid>
      <w:tr w:rsidR="000F6CC8" w:rsidRPr="00AE60E6" w14:paraId="26C79834" w14:textId="77777777" w:rsidTr="00CA1F7F">
        <w:trPr>
          <w:jc w:val="center"/>
        </w:trPr>
        <w:tc>
          <w:tcPr>
            <w:tcW w:w="22111" w:type="dxa"/>
            <w:tcBorders>
              <w:top w:val="single" w:sz="12" w:space="0" w:color="0B2F5B"/>
              <w:left w:val="single" w:sz="12" w:space="0" w:color="0B2F5B"/>
              <w:bottom w:val="single" w:sz="12" w:space="0" w:color="0B2F5B"/>
              <w:right w:val="single" w:sz="12" w:space="0" w:color="0B2F5B"/>
            </w:tcBorders>
            <w:shd w:val="clear" w:color="auto" w:fill="5F497A" w:themeFill="accent4" w:themeFillShade="BF"/>
            <w:tcMar>
              <w:top w:w="120" w:type="dxa"/>
              <w:left w:w="140" w:type="dxa"/>
              <w:bottom w:w="120" w:type="dxa"/>
              <w:right w:w="140" w:type="dxa"/>
            </w:tcMar>
          </w:tcPr>
          <w:p w14:paraId="20042EA8" w14:textId="2CF1BE54" w:rsidR="000F6CC8" w:rsidRPr="00AE60E6" w:rsidRDefault="000D3CB6">
            <w:pPr>
              <w:rPr>
                <w:lang w:val="nl-NL"/>
              </w:rPr>
            </w:pPr>
            <w:r>
              <w:rPr>
                <w:b/>
                <w:color w:val="FFFFFF"/>
                <w:sz w:val="36"/>
                <w:lang w:val="nl-NL"/>
              </w:rPr>
              <w:t xml:space="preserve">Invulformat kwaliteit t.b.v. aanbesteding accountantsdiensten gemeente Borger-Odoorn </w:t>
            </w:r>
          </w:p>
          <w:p w14:paraId="5B7EB3E1" w14:textId="77777777" w:rsidR="000F6CC8" w:rsidRPr="00AE60E6" w:rsidRDefault="00B05F6D">
            <w:pPr>
              <w:jc w:val="right"/>
              <w:rPr>
                <w:lang w:val="nl-NL"/>
              </w:rPr>
            </w:pPr>
            <w:r w:rsidRPr="00AE60E6">
              <w:rPr>
                <w:color w:val="FFFFFF"/>
                <w:sz w:val="18"/>
                <w:lang w:val="nl-NL"/>
              </w:rPr>
              <w:t>Bijlage bij inschrijving | Accountantsdiensten</w:t>
            </w:r>
          </w:p>
        </w:tc>
      </w:tr>
    </w:tbl>
    <w:p w14:paraId="5226D815" w14:textId="535CB4DC" w:rsidR="000F6CC8" w:rsidRDefault="000F6CC8">
      <w:pPr>
        <w:rPr>
          <w:lang w:val="nl-NL"/>
        </w:rPr>
      </w:pPr>
    </w:p>
    <w:p w14:paraId="748BFCA6" w14:textId="396868B0" w:rsidR="003E2311" w:rsidRPr="00CA1F7F" w:rsidRDefault="00CA1F7F" w:rsidP="00CA1F7F">
      <w:pPr>
        <w:rPr>
          <w:color w:val="595959" w:themeColor="text1" w:themeTint="A6"/>
          <w:lang w:val="nl-NL"/>
        </w:rPr>
      </w:pPr>
      <w:r w:rsidRPr="00CA1F7F">
        <w:rPr>
          <w:color w:val="595959" w:themeColor="text1" w:themeTint="A6"/>
          <w:lang w:val="nl-NL"/>
        </w:rPr>
        <w:t>U kunt de gevraagde onderdelen digitaal invullen in dit format. Sla het document daarna op als PDF en voeg het toe aan uw inschrijving.</w:t>
      </w:r>
      <w:r>
        <w:rPr>
          <w:color w:val="595959" w:themeColor="text1" w:themeTint="A6"/>
          <w:lang w:val="nl-NL"/>
        </w:rPr>
        <w:t xml:space="preserve"> </w:t>
      </w:r>
      <w:r w:rsidRPr="00CA1F7F">
        <w:rPr>
          <w:color w:val="595959" w:themeColor="text1" w:themeTint="A6"/>
          <w:lang w:val="nl-NL"/>
        </w:rPr>
        <w:t>De gemeente kiest bewust voor een vast invulformat. Zo beantwoordt iedere inschrijver dezelfde onderdelen op dezelfde manier. De beoordeling richt zich daardoor op de inhoud van de antwoorden. Opmaak, visualisaties en andere randzaken spelen hierbij geen rol. Zo kunnen de inschrijvingen eerlijk en gelijkwaardig worden vergeleken.</w:t>
      </w:r>
      <w:r>
        <w:rPr>
          <w:color w:val="595959" w:themeColor="text1" w:themeTint="A6"/>
          <w:lang w:val="nl-NL"/>
        </w:rPr>
        <w:t xml:space="preserve"> </w:t>
      </w:r>
      <w:r w:rsidR="003E2311" w:rsidRPr="003E2311">
        <w:rPr>
          <w:color w:val="595959" w:themeColor="text1" w:themeTint="A6"/>
          <w:lang w:val="nl-NL"/>
        </w:rPr>
        <w:t>Op de laatste pagina van ieder onderdeel kunt u ondersteunende afbeeldingen toevoegen. U kunt in uw uitwerking naar deze afbeeldingen verwijzen.</w:t>
      </w:r>
      <w:r w:rsidR="003E2311">
        <w:rPr>
          <w:color w:val="595959" w:themeColor="text1" w:themeTint="A6"/>
          <w:lang w:val="nl-NL"/>
        </w:rPr>
        <w:t xml:space="preserve"> </w:t>
      </w:r>
      <w:r w:rsidR="003E2311" w:rsidRPr="003E2311">
        <w:rPr>
          <w:color w:val="595959" w:themeColor="text1" w:themeTint="A6"/>
          <w:lang w:val="nl-NL"/>
        </w:rPr>
        <w:t>Bij ieder onderdeel staat het maximale aantal woorden. Hiermee beperken we de inschrijflast voor inschrijvers. Ook blijft de beoordeling voor de gemeente overzichtelijk en praktisch uitvoerbaar.</w:t>
      </w:r>
    </w:p>
    <w:tbl>
      <w:tblPr>
        <w:tblW w:w="0" w:type="auto"/>
        <w:jc w:val="center"/>
        <w:tblLook w:val="04A0" w:firstRow="1" w:lastRow="0" w:firstColumn="1" w:lastColumn="0" w:noHBand="0" w:noVBand="1"/>
      </w:tblPr>
      <w:tblGrid>
        <w:gridCol w:w="11046"/>
        <w:gridCol w:w="11045"/>
      </w:tblGrid>
      <w:tr w:rsidR="000F6CC8" w14:paraId="330736AF" w14:textId="77777777">
        <w:trPr>
          <w:jc w:val="center"/>
        </w:trPr>
        <w:tc>
          <w:tcPr>
            <w:tcW w:w="11055" w:type="dxa"/>
            <w:tcBorders>
              <w:top w:val="single" w:sz="8" w:space="0" w:color="D9E2EC"/>
              <w:left w:val="single" w:sz="8" w:space="0" w:color="D9E2EC"/>
              <w:bottom w:val="single" w:sz="8" w:space="0" w:color="D9E2EC"/>
              <w:right w:val="single" w:sz="8" w:space="0" w:color="D9E2EC"/>
            </w:tcBorders>
            <w:shd w:val="clear" w:color="auto" w:fill="F5F7FA"/>
            <w:tcMar>
              <w:top w:w="80" w:type="dxa"/>
              <w:left w:w="120" w:type="dxa"/>
              <w:bottom w:w="80" w:type="dxa"/>
              <w:right w:w="120" w:type="dxa"/>
            </w:tcMar>
          </w:tcPr>
          <w:p w14:paraId="373C8BA0" w14:textId="77777777" w:rsidR="000F6CC8" w:rsidRDefault="00B05F6D">
            <w:r>
              <w:rPr>
                <w:b/>
                <w:color w:val="0B2F5B"/>
              </w:rPr>
              <w:t>Naam inschrijver</w:t>
            </w:r>
          </w:p>
        </w:tc>
        <w:tc>
          <w:tcPr>
            <w:tcW w:w="11055" w:type="dxa"/>
            <w:tcBorders>
              <w:top w:val="single" w:sz="8" w:space="0" w:color="D9E2EC"/>
              <w:left w:val="single" w:sz="8" w:space="0" w:color="D9E2EC"/>
              <w:bottom w:val="single" w:sz="8" w:space="0" w:color="D9E2EC"/>
              <w:right w:val="single" w:sz="8" w:space="0" w:color="D9E2EC"/>
            </w:tcBorders>
            <w:tcMar>
              <w:top w:w="80" w:type="dxa"/>
              <w:left w:w="120" w:type="dxa"/>
              <w:bottom w:w="80" w:type="dxa"/>
              <w:right w:w="120" w:type="dxa"/>
            </w:tcMar>
          </w:tcPr>
          <w:p w14:paraId="28C5457B" w14:textId="77777777" w:rsidR="000F6CC8" w:rsidRDefault="000F6CC8"/>
        </w:tc>
      </w:tr>
    </w:tbl>
    <w:p w14:paraId="36C9977D" w14:textId="341E6FF0" w:rsidR="000F6CC8" w:rsidRDefault="000F6CC8"/>
    <w:p w14:paraId="40627276" w14:textId="6DECBEFF" w:rsidR="00953E1E" w:rsidRDefault="00953E1E" w:rsidP="000D3CB6">
      <w:pPr>
        <w:tabs>
          <w:tab w:val="left" w:pos="20070"/>
        </w:tabs>
        <w:rPr>
          <w:lang w:val="nl-NL"/>
        </w:rPr>
      </w:pPr>
    </w:p>
    <w:p w14:paraId="45890B13" w14:textId="064D9543" w:rsidR="00953E1E" w:rsidRPr="00953E1E" w:rsidRDefault="00953E1E" w:rsidP="00953E1E">
      <w:pPr>
        <w:rPr>
          <w:lang w:val="nl-NL"/>
        </w:rPr>
      </w:pPr>
    </w:p>
    <w:tbl>
      <w:tblPr>
        <w:tblStyle w:val="Tabelraster"/>
        <w:tblpPr w:leftFromText="141" w:rightFromText="141" w:vertAnchor="text" w:horzAnchor="margin" w:tblpY="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3"/>
      </w:tblGrid>
      <w:tr w:rsidR="00332516" w14:paraId="0B2FF14B" w14:textId="77777777" w:rsidTr="00332516">
        <w:trPr>
          <w:trHeight w:val="480"/>
        </w:trPr>
        <w:tc>
          <w:tcPr>
            <w:tcW w:w="8733" w:type="dxa"/>
          </w:tcPr>
          <w:p w14:paraId="6144103D" w14:textId="77777777" w:rsidR="00332516" w:rsidRDefault="00332516" w:rsidP="00332516">
            <w:pPr>
              <w:jc w:val="center"/>
              <w:rPr>
                <w:color w:val="595959" w:themeColor="text1" w:themeTint="A6"/>
                <w:lang w:val="nl-NL"/>
              </w:rPr>
            </w:pPr>
            <w:r w:rsidRPr="00CA1F7F">
              <w:rPr>
                <w:color w:val="595959" w:themeColor="text1" w:themeTint="A6"/>
                <w:sz w:val="32"/>
                <w:szCs w:val="32"/>
                <w:lang w:val="nl-NL"/>
              </w:rPr>
              <w:t>Gunningscriterium 1: Controle</w:t>
            </w:r>
            <w:r>
              <w:rPr>
                <w:color w:val="595959" w:themeColor="text1" w:themeTint="A6"/>
                <w:sz w:val="32"/>
                <w:szCs w:val="32"/>
                <w:lang w:val="nl-NL"/>
              </w:rPr>
              <w:t>werkzaamheden</w:t>
            </w:r>
          </w:p>
        </w:tc>
      </w:tr>
    </w:tbl>
    <w:tbl>
      <w:tblPr>
        <w:tblStyle w:val="Tabelraster"/>
        <w:tblpPr w:leftFromText="141" w:rightFromText="141" w:vertAnchor="text" w:horzAnchor="page" w:tblpX="13709" w:tblpY="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38"/>
      </w:tblGrid>
      <w:tr w:rsidR="00332516" w14:paraId="1AFC1A94" w14:textId="77777777" w:rsidTr="00332516">
        <w:tc>
          <w:tcPr>
            <w:tcW w:w="7338" w:type="dxa"/>
          </w:tcPr>
          <w:p w14:paraId="757169FE" w14:textId="77777777" w:rsidR="00332516" w:rsidRPr="00CA1F7F" w:rsidRDefault="00332516" w:rsidP="00332516">
            <w:pPr>
              <w:jc w:val="center"/>
              <w:rPr>
                <w:color w:val="595959" w:themeColor="text1" w:themeTint="A6"/>
                <w:sz w:val="32"/>
                <w:szCs w:val="32"/>
                <w:lang w:val="nl-NL"/>
              </w:rPr>
            </w:pPr>
            <w:r w:rsidRPr="00CA1F7F">
              <w:rPr>
                <w:color w:val="595959" w:themeColor="text1" w:themeTint="A6"/>
                <w:sz w:val="32"/>
                <w:szCs w:val="32"/>
                <w:lang w:val="nl-NL"/>
              </w:rPr>
              <w:t xml:space="preserve">Gunningscriteria 2: </w:t>
            </w:r>
            <w:r>
              <w:rPr>
                <w:color w:val="595959" w:themeColor="text1" w:themeTint="A6"/>
                <w:sz w:val="32"/>
                <w:szCs w:val="32"/>
                <w:lang w:val="nl-NL"/>
              </w:rPr>
              <w:t>Teamsamenstelling</w:t>
            </w:r>
          </w:p>
        </w:tc>
      </w:tr>
    </w:tbl>
    <w:p w14:paraId="0CF2F2E5" w14:textId="3257AA9F" w:rsidR="00953E1E" w:rsidRPr="00953E1E" w:rsidRDefault="00953E1E" w:rsidP="00953E1E">
      <w:pPr>
        <w:rPr>
          <w:lang w:val="nl-NL"/>
        </w:rPr>
      </w:pPr>
    </w:p>
    <w:p w14:paraId="0CD23590" w14:textId="23D2173B" w:rsidR="00953E1E" w:rsidRPr="00953E1E" w:rsidRDefault="00953E1E" w:rsidP="00953E1E">
      <w:pPr>
        <w:rPr>
          <w:lang w:val="nl-NL"/>
        </w:rPr>
      </w:pPr>
    </w:p>
    <w:p w14:paraId="596CA987" w14:textId="7BA7DCFD" w:rsidR="00953E1E" w:rsidRPr="00953E1E" w:rsidRDefault="00953E1E" w:rsidP="00953E1E">
      <w:pPr>
        <w:rPr>
          <w:lang w:val="nl-NL"/>
        </w:rPr>
      </w:pPr>
    </w:p>
    <w:p w14:paraId="693A36FD" w14:textId="0C5E9C6E" w:rsidR="00953E1E" w:rsidRPr="00953E1E" w:rsidRDefault="00953E1E" w:rsidP="00953E1E">
      <w:pPr>
        <w:rPr>
          <w:lang w:val="nl-NL"/>
        </w:rPr>
      </w:pPr>
    </w:p>
    <w:p w14:paraId="6DA514CB" w14:textId="25B3D689" w:rsidR="00953E1E" w:rsidRPr="00953E1E" w:rsidRDefault="00953E1E" w:rsidP="00953E1E">
      <w:pPr>
        <w:rPr>
          <w:lang w:val="nl-NL"/>
        </w:rPr>
      </w:pPr>
    </w:p>
    <w:p w14:paraId="494907ED" w14:textId="0F45F476" w:rsidR="00953E1E" w:rsidRPr="00953E1E" w:rsidRDefault="00953E1E" w:rsidP="00953E1E">
      <w:pPr>
        <w:rPr>
          <w:lang w:val="nl-NL"/>
        </w:rPr>
      </w:pPr>
    </w:p>
    <w:p w14:paraId="5995F3E4" w14:textId="60578266" w:rsidR="00953E1E" w:rsidRPr="00953E1E" w:rsidRDefault="00953E1E" w:rsidP="00953E1E">
      <w:pPr>
        <w:rPr>
          <w:lang w:val="nl-NL"/>
        </w:rPr>
      </w:pPr>
    </w:p>
    <w:p w14:paraId="4D8875B5" w14:textId="4226281F" w:rsidR="00953E1E" w:rsidRPr="00953E1E" w:rsidRDefault="00953E1E" w:rsidP="00953E1E">
      <w:pPr>
        <w:rPr>
          <w:lang w:val="nl-NL"/>
        </w:rPr>
      </w:pPr>
    </w:p>
    <w:p w14:paraId="518B663C" w14:textId="15901722" w:rsidR="00953E1E" w:rsidRPr="00953E1E" w:rsidRDefault="00953E1E" w:rsidP="00953E1E">
      <w:pPr>
        <w:rPr>
          <w:lang w:val="nl-NL"/>
        </w:rPr>
      </w:pPr>
    </w:p>
    <w:p w14:paraId="3B71A7DE" w14:textId="699F9728" w:rsidR="00953E1E" w:rsidRPr="00953E1E" w:rsidRDefault="00953E1E" w:rsidP="00953E1E">
      <w:pPr>
        <w:rPr>
          <w:lang w:val="nl-NL"/>
        </w:rPr>
      </w:pPr>
    </w:p>
    <w:p w14:paraId="02F2F352" w14:textId="77777777" w:rsidR="00E21FB2" w:rsidRPr="00953E1E" w:rsidRDefault="00CA1F7F" w:rsidP="00953E1E">
      <w:pPr>
        <w:rPr>
          <w:lang w:val="nl-NL"/>
        </w:rPr>
      </w:pPr>
      <w:r>
        <w:rPr>
          <w:lang w:val="nl-NL"/>
        </w:rPr>
        <w:t xml:space="preserve">                        </w:t>
      </w:r>
    </w:p>
    <w:p w14:paraId="31B8CE71" w14:textId="48DDE04E" w:rsidR="00CA1F7F" w:rsidRPr="00953E1E" w:rsidRDefault="00CA1F7F" w:rsidP="00953E1E">
      <w:pPr>
        <w:rPr>
          <w:lang w:val="nl-NL"/>
        </w:rPr>
      </w:pPr>
    </w:p>
    <w:p w14:paraId="02BE7C5C" w14:textId="27C25A25" w:rsidR="00953E1E" w:rsidRPr="00953E1E" w:rsidRDefault="00E21FB2" w:rsidP="00953E1E">
      <w:pPr>
        <w:rPr>
          <w:lang w:val="nl-NL"/>
        </w:rPr>
      </w:pPr>
      <w:r>
        <w:rPr>
          <w:noProof/>
          <w:lang w:val="nl-NL"/>
        </w:rPr>
        <w:drawing>
          <wp:anchor distT="0" distB="0" distL="114300" distR="114300" simplePos="0" relativeHeight="251670528" behindDoc="1" locked="0" layoutInCell="1" allowOverlap="1" wp14:anchorId="3766CF6A" wp14:editId="5DB123D1">
            <wp:simplePos x="0" y="0"/>
            <wp:positionH relativeFrom="column">
              <wp:posOffset>4367152</wp:posOffset>
            </wp:positionH>
            <wp:positionV relativeFrom="paragraph">
              <wp:posOffset>129408</wp:posOffset>
            </wp:positionV>
            <wp:extent cx="5305425" cy="2074507"/>
            <wp:effectExtent l="0" t="0" r="0" b="2540"/>
            <wp:wrapNone/>
            <wp:docPr id="999912952"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912952" name="Afbeelding 999912952"/>
                    <pic:cNvPicPr/>
                  </pic:nvPicPr>
                  <pic:blipFill>
                    <a:blip r:embed="rId9"/>
                    <a:stretch>
                      <a:fillRect/>
                    </a:stretch>
                  </pic:blipFill>
                  <pic:spPr>
                    <a:xfrm>
                      <a:off x="0" y="0"/>
                      <a:ext cx="5305425" cy="2074507"/>
                    </a:xfrm>
                    <a:prstGeom prst="rect">
                      <a:avLst/>
                    </a:prstGeom>
                  </pic:spPr>
                </pic:pic>
              </a:graphicData>
            </a:graphic>
            <wp14:sizeRelH relativeFrom="page">
              <wp14:pctWidth>0</wp14:pctWidth>
            </wp14:sizeRelH>
            <wp14:sizeRelV relativeFrom="page">
              <wp14:pctHeight>0</wp14:pctHeight>
            </wp14:sizeRelV>
          </wp:anchor>
        </w:drawing>
      </w:r>
    </w:p>
    <w:p w14:paraId="2EFB751C" w14:textId="6DC10084" w:rsidR="00953E1E" w:rsidRPr="00953E1E" w:rsidRDefault="00953E1E" w:rsidP="00953E1E">
      <w:pPr>
        <w:rPr>
          <w:lang w:val="nl-NL"/>
        </w:rPr>
      </w:pPr>
    </w:p>
    <w:p w14:paraId="0CE328C3" w14:textId="1C168A3F" w:rsidR="00953E1E" w:rsidRDefault="00953E1E" w:rsidP="000D3CB6">
      <w:pPr>
        <w:tabs>
          <w:tab w:val="left" w:pos="20070"/>
        </w:tabs>
        <w:rPr>
          <w:lang w:val="nl-NL"/>
        </w:rPr>
      </w:pPr>
    </w:p>
    <w:p w14:paraId="5E85CA5A" w14:textId="77777777" w:rsidR="00953E1E" w:rsidRDefault="00953E1E" w:rsidP="00953E1E">
      <w:pPr>
        <w:tabs>
          <w:tab w:val="left" w:pos="20070"/>
        </w:tabs>
        <w:ind w:firstLine="720"/>
        <w:rPr>
          <w:lang w:val="nl-NL"/>
        </w:rPr>
      </w:pPr>
    </w:p>
    <w:p w14:paraId="3F4F52B2" w14:textId="7CF8B244" w:rsidR="000F6CC8" w:rsidRPr="00AE60E6" w:rsidRDefault="00B05F6D" w:rsidP="000D3CB6">
      <w:pPr>
        <w:tabs>
          <w:tab w:val="left" w:pos="20070"/>
        </w:tabs>
        <w:rPr>
          <w:lang w:val="nl-NL"/>
        </w:rPr>
      </w:pPr>
      <w:r w:rsidRPr="00953E1E">
        <w:rPr>
          <w:lang w:val="nl-NL"/>
        </w:rPr>
        <w:br w:type="page"/>
      </w:r>
      <w:r w:rsidR="000D3CB6">
        <w:rPr>
          <w:lang w:val="nl-NL"/>
        </w:rPr>
        <w:lastRenderedPageBreak/>
        <w:tab/>
      </w:r>
    </w:p>
    <w:tbl>
      <w:tblPr>
        <w:tblW w:w="0" w:type="auto"/>
        <w:jc w:val="center"/>
        <w:tblLook w:val="04A0" w:firstRow="1" w:lastRow="0" w:firstColumn="1" w:lastColumn="0" w:noHBand="0" w:noVBand="1"/>
      </w:tblPr>
      <w:tblGrid>
        <w:gridCol w:w="22081"/>
      </w:tblGrid>
      <w:tr w:rsidR="00AE60E6" w:rsidRPr="00960319" w14:paraId="407711FF" w14:textId="77777777" w:rsidTr="00CA1F7F">
        <w:trPr>
          <w:jc w:val="center"/>
        </w:trPr>
        <w:tc>
          <w:tcPr>
            <w:tcW w:w="22395" w:type="dxa"/>
            <w:tcBorders>
              <w:top w:val="single" w:sz="12" w:space="0" w:color="0B2F5B"/>
              <w:left w:val="single" w:sz="12" w:space="0" w:color="0B2F5B"/>
              <w:bottom w:val="single" w:sz="12" w:space="0" w:color="0B2F5B"/>
              <w:right w:val="single" w:sz="12" w:space="0" w:color="0B2F5B"/>
            </w:tcBorders>
            <w:shd w:val="clear" w:color="auto" w:fill="5F497A" w:themeFill="accent4" w:themeFillShade="BF"/>
            <w:tcMar>
              <w:top w:w="120" w:type="dxa"/>
              <w:left w:w="140" w:type="dxa"/>
              <w:bottom w:w="120" w:type="dxa"/>
              <w:right w:w="140" w:type="dxa"/>
            </w:tcMar>
          </w:tcPr>
          <w:p w14:paraId="4ABE00C6" w14:textId="097A1897" w:rsidR="00AE60E6" w:rsidRPr="00AE60E6" w:rsidRDefault="00AE60E6" w:rsidP="00F65375">
            <w:pPr>
              <w:rPr>
                <w:lang w:val="nl-NL"/>
              </w:rPr>
            </w:pPr>
            <w:r w:rsidRPr="00AE60E6">
              <w:rPr>
                <w:b/>
                <w:color w:val="FFFFFF"/>
                <w:sz w:val="36"/>
                <w:lang w:val="nl-NL"/>
              </w:rPr>
              <w:t>Controle</w:t>
            </w:r>
            <w:r w:rsidR="002070A3">
              <w:rPr>
                <w:b/>
                <w:color w:val="FFFFFF"/>
                <w:sz w:val="36"/>
                <w:lang w:val="nl-NL"/>
              </w:rPr>
              <w:t xml:space="preserve"> werkzaamheden</w:t>
            </w:r>
            <w:r w:rsidRPr="00AE60E6">
              <w:rPr>
                <w:b/>
                <w:color w:val="FFFFFF"/>
                <w:sz w:val="36"/>
                <w:lang w:val="nl-NL"/>
              </w:rPr>
              <w:t xml:space="preserve"> - invulformat</w:t>
            </w:r>
          </w:p>
          <w:p w14:paraId="763092A7" w14:textId="77777777" w:rsidR="00AE60E6" w:rsidRPr="00AE60E6" w:rsidRDefault="00AE60E6" w:rsidP="00F65375">
            <w:pPr>
              <w:jc w:val="right"/>
              <w:rPr>
                <w:lang w:val="nl-NL"/>
              </w:rPr>
            </w:pPr>
            <w:r w:rsidRPr="00AE60E6">
              <w:rPr>
                <w:color w:val="FFFFFF"/>
                <w:sz w:val="18"/>
                <w:lang w:val="nl-NL"/>
              </w:rPr>
              <w:t>Bijlage bij inschrijving | Accountantsdiensten</w:t>
            </w:r>
          </w:p>
        </w:tc>
      </w:tr>
    </w:tbl>
    <w:tbl>
      <w:tblPr>
        <w:tblpPr w:leftFromText="141" w:rightFromText="141" w:vertAnchor="text" w:horzAnchor="margin" w:tblpY="423"/>
        <w:tblOverlap w:val="never"/>
        <w:tblW w:w="22375" w:type="dxa"/>
        <w:tblLook w:val="04A0" w:firstRow="1" w:lastRow="0" w:firstColumn="1" w:lastColumn="0" w:noHBand="0" w:noVBand="1"/>
      </w:tblPr>
      <w:tblGrid>
        <w:gridCol w:w="22375"/>
      </w:tblGrid>
      <w:tr w:rsidR="00AE60E6" w:rsidRPr="00960319" w14:paraId="4F5456DC" w14:textId="77777777" w:rsidTr="00977B3E">
        <w:tc>
          <w:tcPr>
            <w:tcW w:w="22375" w:type="dxa"/>
            <w:tcBorders>
              <w:top w:val="single" w:sz="10" w:space="0" w:color="0B2F5B"/>
              <w:left w:val="single" w:sz="10" w:space="0" w:color="0B2F5B"/>
              <w:bottom w:val="single" w:sz="10" w:space="0" w:color="0B2F5B"/>
              <w:right w:val="single" w:sz="10" w:space="0" w:color="0B2F5B"/>
            </w:tcBorders>
            <w:shd w:val="clear" w:color="auto" w:fill="E1A54D"/>
            <w:tcMar>
              <w:top w:w="100" w:type="dxa"/>
              <w:left w:w="120" w:type="dxa"/>
              <w:bottom w:w="100" w:type="dxa"/>
              <w:right w:w="120" w:type="dxa"/>
            </w:tcMar>
          </w:tcPr>
          <w:p w14:paraId="026C882C" w14:textId="77777777" w:rsidR="00AE60E6" w:rsidRPr="00AE60E6" w:rsidRDefault="00AE60E6" w:rsidP="00AE60E6">
            <w:pPr>
              <w:rPr>
                <w:lang w:val="nl-NL"/>
              </w:rPr>
            </w:pPr>
            <w:r w:rsidRPr="00AE60E6">
              <w:rPr>
                <w:b/>
                <w:color w:val="0B2F5B"/>
                <w:sz w:val="26"/>
                <w:lang w:val="nl-NL"/>
              </w:rPr>
              <w:t xml:space="preserve">1. Aanpak </w:t>
            </w:r>
            <w:r>
              <w:rPr>
                <w:b/>
                <w:color w:val="0B2F5B"/>
                <w:sz w:val="26"/>
                <w:lang w:val="nl-NL"/>
              </w:rPr>
              <w:t>interimcontrole</w:t>
            </w:r>
          </w:p>
          <w:p w14:paraId="18B0BD21" w14:textId="77777777" w:rsidR="00AE60E6" w:rsidRPr="00AE60E6" w:rsidRDefault="00AE60E6" w:rsidP="00AE60E6">
            <w:pPr>
              <w:rPr>
                <w:lang w:val="nl-NL"/>
              </w:rPr>
            </w:pPr>
            <w:r w:rsidRPr="00AE60E6">
              <w:rPr>
                <w:color w:val="334E68"/>
                <w:sz w:val="19"/>
                <w:lang w:val="nl-NL"/>
              </w:rPr>
              <w:t>Beschrijf hoe u de interimcontrole en jaarrekeningcontrole voorbereidt, uitvoert en afrondt.</w:t>
            </w:r>
          </w:p>
        </w:tc>
      </w:tr>
      <w:tr w:rsidR="00AE60E6" w:rsidRPr="00960319" w14:paraId="3008CF12" w14:textId="77777777" w:rsidTr="00977B3E">
        <w:trPr>
          <w:trHeight w:val="1032"/>
        </w:trPr>
        <w:tc>
          <w:tcPr>
            <w:tcW w:w="22375" w:type="dxa"/>
            <w:tcBorders>
              <w:top w:val="single" w:sz="10" w:space="0" w:color="0B2F5B"/>
              <w:left w:val="single" w:sz="10" w:space="0" w:color="0B2F5B"/>
              <w:bottom w:val="single" w:sz="10" w:space="0" w:color="0B2F5B"/>
              <w:right w:val="single" w:sz="10" w:space="0" w:color="0B2F5B"/>
            </w:tcBorders>
            <w:tcMar>
              <w:top w:w="120" w:type="dxa"/>
              <w:left w:w="120" w:type="dxa"/>
              <w:bottom w:w="120" w:type="dxa"/>
              <w:right w:w="120" w:type="dxa"/>
            </w:tcMar>
          </w:tcPr>
          <w:p w14:paraId="7195056B" w14:textId="77777777" w:rsidR="00AE60E6" w:rsidRPr="00AE60E6" w:rsidRDefault="00AE60E6" w:rsidP="00AE60E6">
            <w:pPr>
              <w:rPr>
                <w:lang w:val="nl-NL"/>
              </w:rPr>
            </w:pPr>
            <w:r w:rsidRPr="00AE60E6">
              <w:rPr>
                <w:b/>
                <w:color w:val="0B2F5B"/>
                <w:sz w:val="19"/>
                <w:lang w:val="nl-NL"/>
              </w:rPr>
              <w:t>Uitwerking inschrijver</w:t>
            </w:r>
          </w:p>
          <w:p w14:paraId="68EA0B3B" w14:textId="77777777" w:rsidR="00AE60E6" w:rsidRDefault="00AE60E6" w:rsidP="00AE60E6">
            <w:pPr>
              <w:spacing w:after="0"/>
              <w:rPr>
                <w:rFonts w:ascii="Verdana" w:hAnsi="Verdana"/>
                <w:sz w:val="20"/>
                <w:szCs w:val="20"/>
                <w:lang w:val="nl-NL"/>
              </w:rPr>
            </w:pPr>
            <w:r>
              <w:rPr>
                <w:rFonts w:ascii="Verdana" w:hAnsi="Verdana"/>
                <w:sz w:val="20"/>
                <w:szCs w:val="20"/>
                <w:lang w:val="nl-NL"/>
              </w:rPr>
              <w:t xml:space="preserve">Werk hier uw antwoord uit in maximaal </w:t>
            </w:r>
            <w:r w:rsidR="00977B3E">
              <w:rPr>
                <w:rFonts w:ascii="Verdana" w:hAnsi="Verdana"/>
                <w:sz w:val="20"/>
                <w:szCs w:val="20"/>
                <w:lang w:val="nl-NL"/>
              </w:rPr>
              <w:t>350</w:t>
            </w:r>
            <w:r>
              <w:rPr>
                <w:rFonts w:ascii="Verdana" w:hAnsi="Verdana"/>
                <w:sz w:val="20"/>
                <w:szCs w:val="20"/>
                <w:lang w:val="nl-NL"/>
              </w:rPr>
              <w:t xml:space="preserve"> woorden, lettertype Verdana, lettergrootte 10. </w:t>
            </w:r>
          </w:p>
          <w:p w14:paraId="7CFDCF5B" w14:textId="787F3788" w:rsidR="00332516" w:rsidRPr="00AE60E6" w:rsidRDefault="00332516" w:rsidP="00AE60E6">
            <w:pPr>
              <w:spacing w:after="0"/>
              <w:rPr>
                <w:rFonts w:ascii="Verdana" w:hAnsi="Verdana"/>
                <w:sz w:val="20"/>
                <w:szCs w:val="20"/>
                <w:lang w:val="nl-NL"/>
              </w:rPr>
            </w:pPr>
          </w:p>
        </w:tc>
      </w:tr>
    </w:tbl>
    <w:p w14:paraId="62BB1CE7" w14:textId="77777777" w:rsidR="00AE60E6" w:rsidRDefault="00AE60E6">
      <w:pPr>
        <w:rPr>
          <w:lang w:val="nl-NL"/>
        </w:rPr>
      </w:pPr>
    </w:p>
    <w:tbl>
      <w:tblPr>
        <w:tblpPr w:leftFromText="141" w:rightFromText="141" w:vertAnchor="text" w:horzAnchor="margin" w:tblpY="423"/>
        <w:tblOverlap w:val="never"/>
        <w:tblW w:w="22375" w:type="dxa"/>
        <w:tblLook w:val="04A0" w:firstRow="1" w:lastRow="0" w:firstColumn="1" w:lastColumn="0" w:noHBand="0" w:noVBand="1"/>
      </w:tblPr>
      <w:tblGrid>
        <w:gridCol w:w="22375"/>
      </w:tblGrid>
      <w:tr w:rsidR="00332516" w:rsidRPr="00960319" w14:paraId="401FCE18" w14:textId="77777777" w:rsidTr="002604A0">
        <w:tc>
          <w:tcPr>
            <w:tcW w:w="22375" w:type="dxa"/>
            <w:tcBorders>
              <w:top w:val="single" w:sz="10" w:space="0" w:color="0B2F5B"/>
              <w:left w:val="single" w:sz="10" w:space="0" w:color="0B2F5B"/>
              <w:bottom w:val="single" w:sz="10" w:space="0" w:color="0B2F5B"/>
              <w:right w:val="single" w:sz="10" w:space="0" w:color="0B2F5B"/>
            </w:tcBorders>
            <w:shd w:val="clear" w:color="auto" w:fill="E1A54D"/>
            <w:tcMar>
              <w:top w:w="100" w:type="dxa"/>
              <w:left w:w="120" w:type="dxa"/>
              <w:bottom w:w="100" w:type="dxa"/>
              <w:right w:w="120" w:type="dxa"/>
            </w:tcMar>
          </w:tcPr>
          <w:p w14:paraId="23FFCAB2" w14:textId="77777777" w:rsidR="00332516" w:rsidRPr="00AE60E6" w:rsidRDefault="00332516" w:rsidP="00332516">
            <w:pPr>
              <w:rPr>
                <w:lang w:val="nl-NL"/>
              </w:rPr>
            </w:pPr>
            <w:r>
              <w:rPr>
                <w:b/>
                <w:color w:val="0B2F5B"/>
                <w:sz w:val="26"/>
                <w:lang w:val="nl-NL"/>
              </w:rPr>
              <w:t xml:space="preserve">2. </w:t>
            </w:r>
            <w:r w:rsidRPr="00AE60E6">
              <w:rPr>
                <w:b/>
                <w:color w:val="0B2F5B"/>
                <w:sz w:val="26"/>
                <w:lang w:val="nl-NL"/>
              </w:rPr>
              <w:t xml:space="preserve">Aanpak </w:t>
            </w:r>
            <w:r>
              <w:rPr>
                <w:b/>
                <w:color w:val="0B2F5B"/>
                <w:sz w:val="26"/>
                <w:lang w:val="nl-NL"/>
              </w:rPr>
              <w:t>jaarrekeningscontrole</w:t>
            </w:r>
          </w:p>
          <w:p w14:paraId="049AC262" w14:textId="2E3F70DD" w:rsidR="00332516" w:rsidRPr="00AE60E6" w:rsidRDefault="00332516" w:rsidP="002604A0">
            <w:pPr>
              <w:rPr>
                <w:lang w:val="nl-NL"/>
              </w:rPr>
            </w:pPr>
            <w:r w:rsidRPr="00AE60E6">
              <w:rPr>
                <w:color w:val="334E68"/>
                <w:sz w:val="19"/>
                <w:lang w:val="nl-NL"/>
              </w:rPr>
              <w:t>Beschrijf hoe u de jaarrekeningcontrole voorbereidt, uitvoert en afrondt.</w:t>
            </w:r>
          </w:p>
        </w:tc>
      </w:tr>
      <w:tr w:rsidR="00332516" w:rsidRPr="00960319" w14:paraId="0F618471" w14:textId="77777777" w:rsidTr="002604A0">
        <w:trPr>
          <w:trHeight w:val="1032"/>
        </w:trPr>
        <w:tc>
          <w:tcPr>
            <w:tcW w:w="22375" w:type="dxa"/>
            <w:tcBorders>
              <w:top w:val="single" w:sz="10" w:space="0" w:color="0B2F5B"/>
              <w:left w:val="single" w:sz="10" w:space="0" w:color="0B2F5B"/>
              <w:bottom w:val="single" w:sz="10" w:space="0" w:color="0B2F5B"/>
              <w:right w:val="single" w:sz="10" w:space="0" w:color="0B2F5B"/>
            </w:tcBorders>
            <w:tcMar>
              <w:top w:w="120" w:type="dxa"/>
              <w:left w:w="120" w:type="dxa"/>
              <w:bottom w:w="120" w:type="dxa"/>
              <w:right w:w="120" w:type="dxa"/>
            </w:tcMar>
          </w:tcPr>
          <w:p w14:paraId="1F3233CE" w14:textId="77777777" w:rsidR="00332516" w:rsidRPr="00AE60E6" w:rsidRDefault="00332516" w:rsidP="002604A0">
            <w:pPr>
              <w:rPr>
                <w:lang w:val="nl-NL"/>
              </w:rPr>
            </w:pPr>
            <w:r w:rsidRPr="00AE60E6">
              <w:rPr>
                <w:b/>
                <w:color w:val="0B2F5B"/>
                <w:sz w:val="19"/>
                <w:lang w:val="nl-NL"/>
              </w:rPr>
              <w:t>Uitwerking inschrijver</w:t>
            </w:r>
          </w:p>
          <w:p w14:paraId="63FA2B71" w14:textId="77777777" w:rsidR="00332516" w:rsidRPr="00AE60E6" w:rsidRDefault="00332516" w:rsidP="002604A0">
            <w:pPr>
              <w:spacing w:after="0"/>
              <w:rPr>
                <w:rFonts w:ascii="Verdana" w:hAnsi="Verdana"/>
                <w:sz w:val="20"/>
                <w:szCs w:val="20"/>
                <w:lang w:val="nl-NL"/>
              </w:rPr>
            </w:pPr>
            <w:r>
              <w:rPr>
                <w:rFonts w:ascii="Verdana" w:hAnsi="Verdana"/>
                <w:sz w:val="20"/>
                <w:szCs w:val="20"/>
                <w:lang w:val="nl-NL"/>
              </w:rPr>
              <w:t xml:space="preserve">Werk hier uw antwoord uit in maximaal 350 woorden, lettertype Verdana, lettergrootte 10. </w:t>
            </w:r>
          </w:p>
        </w:tc>
      </w:tr>
      <w:tr w:rsidR="00332516" w:rsidRPr="00960319" w14:paraId="71B64536" w14:textId="77777777" w:rsidTr="002604A0">
        <w:tc>
          <w:tcPr>
            <w:tcW w:w="22375" w:type="dxa"/>
            <w:tcBorders>
              <w:top w:val="single" w:sz="10" w:space="0" w:color="0B2F5B"/>
              <w:left w:val="single" w:sz="10" w:space="0" w:color="0B2F5B"/>
              <w:bottom w:val="single" w:sz="10" w:space="0" w:color="0B2F5B"/>
              <w:right w:val="single" w:sz="10" w:space="0" w:color="0B2F5B"/>
            </w:tcBorders>
            <w:shd w:val="clear" w:color="auto" w:fill="E1A54D"/>
            <w:tcMar>
              <w:top w:w="100" w:type="dxa"/>
              <w:left w:w="120" w:type="dxa"/>
              <w:bottom w:w="100" w:type="dxa"/>
              <w:right w:w="120" w:type="dxa"/>
            </w:tcMar>
          </w:tcPr>
          <w:p w14:paraId="7004463F" w14:textId="77777777" w:rsidR="00332516" w:rsidRPr="00AE60E6" w:rsidRDefault="00332516" w:rsidP="00332516">
            <w:pPr>
              <w:rPr>
                <w:lang w:val="nl-NL"/>
              </w:rPr>
            </w:pPr>
            <w:r>
              <w:rPr>
                <w:b/>
                <w:color w:val="0B2F5B"/>
                <w:sz w:val="26"/>
                <w:lang w:val="nl-NL"/>
              </w:rPr>
              <w:t>3</w:t>
            </w:r>
            <w:r w:rsidRPr="00AE60E6">
              <w:rPr>
                <w:b/>
                <w:color w:val="0B2F5B"/>
                <w:sz w:val="26"/>
                <w:lang w:val="nl-NL"/>
              </w:rPr>
              <w:t>. Controlerisico's</w:t>
            </w:r>
          </w:p>
          <w:p w14:paraId="7093D098" w14:textId="6F07DC50" w:rsidR="00332516" w:rsidRPr="00AE60E6" w:rsidRDefault="00332516" w:rsidP="00332516">
            <w:pPr>
              <w:rPr>
                <w:lang w:val="nl-NL"/>
              </w:rPr>
            </w:pPr>
            <w:r w:rsidRPr="00AE60E6">
              <w:rPr>
                <w:color w:val="334E68"/>
                <w:sz w:val="19"/>
                <w:lang w:val="nl-NL"/>
              </w:rPr>
              <w:t>Beschrijf de belangrijkste controlerisico’s voor deze opdracht en licht toe waarom deze relevant zijn.</w:t>
            </w:r>
          </w:p>
        </w:tc>
      </w:tr>
      <w:tr w:rsidR="00332516" w:rsidRPr="00960319" w14:paraId="3A7AFCF7" w14:textId="77777777" w:rsidTr="002604A0">
        <w:trPr>
          <w:trHeight w:val="1032"/>
        </w:trPr>
        <w:tc>
          <w:tcPr>
            <w:tcW w:w="22375" w:type="dxa"/>
            <w:tcBorders>
              <w:top w:val="single" w:sz="10" w:space="0" w:color="0B2F5B"/>
              <w:left w:val="single" w:sz="10" w:space="0" w:color="0B2F5B"/>
              <w:bottom w:val="single" w:sz="10" w:space="0" w:color="0B2F5B"/>
              <w:right w:val="single" w:sz="10" w:space="0" w:color="0B2F5B"/>
            </w:tcBorders>
            <w:tcMar>
              <w:top w:w="120" w:type="dxa"/>
              <w:left w:w="120" w:type="dxa"/>
              <w:bottom w:w="120" w:type="dxa"/>
              <w:right w:w="120" w:type="dxa"/>
            </w:tcMar>
          </w:tcPr>
          <w:p w14:paraId="788A1B54" w14:textId="77777777" w:rsidR="00332516" w:rsidRPr="00AE60E6" w:rsidRDefault="00332516" w:rsidP="002604A0">
            <w:pPr>
              <w:rPr>
                <w:lang w:val="nl-NL"/>
              </w:rPr>
            </w:pPr>
            <w:r w:rsidRPr="00AE60E6">
              <w:rPr>
                <w:b/>
                <w:color w:val="0B2F5B"/>
                <w:sz w:val="19"/>
                <w:lang w:val="nl-NL"/>
              </w:rPr>
              <w:t>Uitwerking inschrijver</w:t>
            </w:r>
          </w:p>
          <w:p w14:paraId="65476950" w14:textId="06839B1F" w:rsidR="00332516" w:rsidRDefault="00332516" w:rsidP="002604A0">
            <w:pPr>
              <w:spacing w:after="0"/>
              <w:rPr>
                <w:rFonts w:ascii="Verdana" w:hAnsi="Verdana"/>
                <w:sz w:val="20"/>
                <w:szCs w:val="20"/>
                <w:lang w:val="nl-NL"/>
              </w:rPr>
            </w:pPr>
            <w:r>
              <w:rPr>
                <w:rFonts w:ascii="Verdana" w:hAnsi="Verdana"/>
                <w:sz w:val="20"/>
                <w:szCs w:val="20"/>
                <w:lang w:val="nl-NL"/>
              </w:rPr>
              <w:t xml:space="preserve">Werk hier uw antwoord uit in maximaal 200 woorden, lettertype Verdana, lettergrootte 10. </w:t>
            </w:r>
          </w:p>
          <w:p w14:paraId="7FA00F61" w14:textId="77777777" w:rsidR="00332516" w:rsidRPr="00AE60E6" w:rsidRDefault="00332516" w:rsidP="002604A0">
            <w:pPr>
              <w:spacing w:after="0"/>
              <w:rPr>
                <w:rFonts w:ascii="Verdana" w:hAnsi="Verdana"/>
                <w:sz w:val="20"/>
                <w:szCs w:val="20"/>
                <w:lang w:val="nl-NL"/>
              </w:rPr>
            </w:pPr>
          </w:p>
        </w:tc>
      </w:tr>
      <w:tr w:rsidR="00332516" w:rsidRPr="00960319" w14:paraId="5D43197B" w14:textId="77777777" w:rsidTr="002604A0">
        <w:tc>
          <w:tcPr>
            <w:tcW w:w="22375" w:type="dxa"/>
            <w:tcBorders>
              <w:top w:val="single" w:sz="10" w:space="0" w:color="0B2F5B"/>
              <w:left w:val="single" w:sz="10" w:space="0" w:color="0B2F5B"/>
              <w:bottom w:val="single" w:sz="10" w:space="0" w:color="0B2F5B"/>
              <w:right w:val="single" w:sz="10" w:space="0" w:color="0B2F5B"/>
            </w:tcBorders>
            <w:shd w:val="clear" w:color="auto" w:fill="E1A54D"/>
            <w:tcMar>
              <w:top w:w="100" w:type="dxa"/>
              <w:left w:w="120" w:type="dxa"/>
              <w:bottom w:w="100" w:type="dxa"/>
              <w:right w:w="120" w:type="dxa"/>
            </w:tcMar>
          </w:tcPr>
          <w:p w14:paraId="240C4844" w14:textId="77777777" w:rsidR="00332516" w:rsidRPr="00AE60E6" w:rsidRDefault="00332516" w:rsidP="00332516">
            <w:pPr>
              <w:rPr>
                <w:lang w:val="nl-NL"/>
              </w:rPr>
            </w:pPr>
            <w:r>
              <w:rPr>
                <w:b/>
                <w:color w:val="0B2F5B"/>
                <w:sz w:val="26"/>
                <w:lang w:val="nl-NL"/>
              </w:rPr>
              <w:t>4</w:t>
            </w:r>
            <w:r w:rsidRPr="00AE60E6">
              <w:rPr>
                <w:b/>
                <w:color w:val="0B2F5B"/>
                <w:sz w:val="26"/>
                <w:lang w:val="nl-NL"/>
              </w:rPr>
              <w:t>. Rechtmatigheidsverantwoording</w:t>
            </w:r>
          </w:p>
          <w:p w14:paraId="0A61994F" w14:textId="063D2AD4" w:rsidR="00332516" w:rsidRPr="00AE60E6" w:rsidRDefault="00332516" w:rsidP="00332516">
            <w:pPr>
              <w:rPr>
                <w:lang w:val="nl-NL"/>
              </w:rPr>
            </w:pPr>
            <w:r w:rsidRPr="00AE60E6">
              <w:rPr>
                <w:color w:val="334E68"/>
                <w:sz w:val="19"/>
                <w:lang w:val="nl-NL"/>
              </w:rPr>
              <w:t>Beschrijf hoe u de controle op de rechtmatigheidsverantwoording inricht.</w:t>
            </w:r>
          </w:p>
        </w:tc>
      </w:tr>
      <w:tr w:rsidR="00332516" w:rsidRPr="00960319" w14:paraId="020ECD44" w14:textId="77777777" w:rsidTr="002604A0">
        <w:trPr>
          <w:trHeight w:val="1032"/>
        </w:trPr>
        <w:tc>
          <w:tcPr>
            <w:tcW w:w="22375" w:type="dxa"/>
            <w:tcBorders>
              <w:top w:val="single" w:sz="10" w:space="0" w:color="0B2F5B"/>
              <w:left w:val="single" w:sz="10" w:space="0" w:color="0B2F5B"/>
              <w:bottom w:val="single" w:sz="10" w:space="0" w:color="0B2F5B"/>
              <w:right w:val="single" w:sz="10" w:space="0" w:color="0B2F5B"/>
            </w:tcBorders>
            <w:tcMar>
              <w:top w:w="120" w:type="dxa"/>
              <w:left w:w="120" w:type="dxa"/>
              <w:bottom w:w="120" w:type="dxa"/>
              <w:right w:w="120" w:type="dxa"/>
            </w:tcMar>
          </w:tcPr>
          <w:p w14:paraId="72355CD8" w14:textId="77777777" w:rsidR="00332516" w:rsidRPr="00AE60E6" w:rsidRDefault="00332516" w:rsidP="002604A0">
            <w:pPr>
              <w:rPr>
                <w:lang w:val="nl-NL"/>
              </w:rPr>
            </w:pPr>
            <w:r w:rsidRPr="00AE60E6">
              <w:rPr>
                <w:b/>
                <w:color w:val="0B2F5B"/>
                <w:sz w:val="19"/>
                <w:lang w:val="nl-NL"/>
              </w:rPr>
              <w:t>Uitwerking inschrijver</w:t>
            </w:r>
          </w:p>
          <w:p w14:paraId="0437D085" w14:textId="4BCF97FD" w:rsidR="00332516" w:rsidRDefault="00332516" w:rsidP="002604A0">
            <w:pPr>
              <w:spacing w:after="0"/>
              <w:rPr>
                <w:rFonts w:ascii="Verdana" w:hAnsi="Verdana"/>
                <w:sz w:val="20"/>
                <w:szCs w:val="20"/>
                <w:lang w:val="nl-NL"/>
              </w:rPr>
            </w:pPr>
            <w:r>
              <w:rPr>
                <w:rFonts w:ascii="Verdana" w:hAnsi="Verdana"/>
                <w:sz w:val="20"/>
                <w:szCs w:val="20"/>
                <w:lang w:val="nl-NL"/>
              </w:rPr>
              <w:t xml:space="preserve">Werk hier uw antwoord uit in maximaal 200 woorden, lettertype Verdana, lettergrootte 10. </w:t>
            </w:r>
          </w:p>
          <w:p w14:paraId="6C473024" w14:textId="77777777" w:rsidR="00332516" w:rsidRPr="00AE60E6" w:rsidRDefault="00332516" w:rsidP="002604A0">
            <w:pPr>
              <w:spacing w:after="0"/>
              <w:rPr>
                <w:rFonts w:ascii="Verdana" w:hAnsi="Verdana"/>
                <w:sz w:val="20"/>
                <w:szCs w:val="20"/>
                <w:lang w:val="nl-NL"/>
              </w:rPr>
            </w:pPr>
          </w:p>
        </w:tc>
      </w:tr>
      <w:tr w:rsidR="00332516" w:rsidRPr="00960319" w14:paraId="490B5D28" w14:textId="77777777" w:rsidTr="002604A0">
        <w:tc>
          <w:tcPr>
            <w:tcW w:w="22375" w:type="dxa"/>
            <w:tcBorders>
              <w:top w:val="single" w:sz="10" w:space="0" w:color="0B2F5B"/>
              <w:left w:val="single" w:sz="10" w:space="0" w:color="0B2F5B"/>
              <w:bottom w:val="single" w:sz="10" w:space="0" w:color="0B2F5B"/>
              <w:right w:val="single" w:sz="10" w:space="0" w:color="0B2F5B"/>
            </w:tcBorders>
            <w:shd w:val="clear" w:color="auto" w:fill="E1A54D"/>
            <w:tcMar>
              <w:top w:w="100" w:type="dxa"/>
              <w:left w:w="120" w:type="dxa"/>
              <w:bottom w:w="100" w:type="dxa"/>
              <w:right w:w="120" w:type="dxa"/>
            </w:tcMar>
          </w:tcPr>
          <w:p w14:paraId="387881D4" w14:textId="77777777" w:rsidR="00332516" w:rsidRPr="00AE60E6" w:rsidRDefault="00332516" w:rsidP="00332516">
            <w:pPr>
              <w:rPr>
                <w:lang w:val="nl-NL"/>
              </w:rPr>
            </w:pPr>
            <w:r>
              <w:rPr>
                <w:b/>
                <w:color w:val="0B2F5B"/>
                <w:sz w:val="26"/>
                <w:lang w:val="nl-NL"/>
              </w:rPr>
              <w:t>5</w:t>
            </w:r>
            <w:r w:rsidRPr="00AE60E6">
              <w:rPr>
                <w:b/>
                <w:color w:val="0B2F5B"/>
                <w:sz w:val="26"/>
                <w:lang w:val="nl-NL"/>
              </w:rPr>
              <w:t>. SISA</w:t>
            </w:r>
          </w:p>
          <w:p w14:paraId="773BB7E9" w14:textId="02197B7C" w:rsidR="00332516" w:rsidRPr="00AE60E6" w:rsidRDefault="00332516" w:rsidP="00332516">
            <w:pPr>
              <w:rPr>
                <w:lang w:val="nl-NL"/>
              </w:rPr>
            </w:pPr>
            <w:r w:rsidRPr="00AE60E6">
              <w:rPr>
                <w:color w:val="334E68"/>
                <w:sz w:val="19"/>
                <w:lang w:val="nl-NL"/>
              </w:rPr>
              <w:t>Beschrijf hoe u SISA meeneemt in de controle en hoe u dit organiseert in planning en uitvoering.</w:t>
            </w:r>
          </w:p>
        </w:tc>
      </w:tr>
      <w:tr w:rsidR="00332516" w:rsidRPr="00960319" w14:paraId="5AA77D42" w14:textId="77777777" w:rsidTr="002604A0">
        <w:trPr>
          <w:trHeight w:val="1032"/>
        </w:trPr>
        <w:tc>
          <w:tcPr>
            <w:tcW w:w="22375" w:type="dxa"/>
            <w:tcBorders>
              <w:top w:val="single" w:sz="10" w:space="0" w:color="0B2F5B"/>
              <w:left w:val="single" w:sz="10" w:space="0" w:color="0B2F5B"/>
              <w:bottom w:val="single" w:sz="10" w:space="0" w:color="0B2F5B"/>
              <w:right w:val="single" w:sz="10" w:space="0" w:color="0B2F5B"/>
            </w:tcBorders>
            <w:tcMar>
              <w:top w:w="120" w:type="dxa"/>
              <w:left w:w="120" w:type="dxa"/>
              <w:bottom w:w="120" w:type="dxa"/>
              <w:right w:w="120" w:type="dxa"/>
            </w:tcMar>
          </w:tcPr>
          <w:p w14:paraId="54019694" w14:textId="77777777" w:rsidR="00332516" w:rsidRPr="00AE60E6" w:rsidRDefault="00332516" w:rsidP="002604A0">
            <w:pPr>
              <w:rPr>
                <w:lang w:val="nl-NL"/>
              </w:rPr>
            </w:pPr>
            <w:r w:rsidRPr="00AE60E6">
              <w:rPr>
                <w:b/>
                <w:color w:val="0B2F5B"/>
                <w:sz w:val="19"/>
                <w:lang w:val="nl-NL"/>
              </w:rPr>
              <w:t>Uitwerking inschrijver</w:t>
            </w:r>
          </w:p>
          <w:p w14:paraId="5BFA9DCE" w14:textId="6B25CCF1" w:rsidR="00332516" w:rsidRDefault="00332516" w:rsidP="002604A0">
            <w:pPr>
              <w:spacing w:after="0"/>
              <w:rPr>
                <w:rFonts w:ascii="Verdana" w:hAnsi="Verdana"/>
                <w:sz w:val="20"/>
                <w:szCs w:val="20"/>
                <w:lang w:val="nl-NL"/>
              </w:rPr>
            </w:pPr>
            <w:r>
              <w:rPr>
                <w:rFonts w:ascii="Verdana" w:hAnsi="Verdana"/>
                <w:sz w:val="20"/>
                <w:szCs w:val="20"/>
                <w:lang w:val="nl-NL"/>
              </w:rPr>
              <w:t xml:space="preserve">Werk hier uw antwoord uit in maximaal 200 woorden, lettertype Verdana, lettergrootte 10. </w:t>
            </w:r>
          </w:p>
          <w:p w14:paraId="3884D335" w14:textId="77777777" w:rsidR="00332516" w:rsidRPr="00AE60E6" w:rsidRDefault="00332516" w:rsidP="002604A0">
            <w:pPr>
              <w:spacing w:after="0"/>
              <w:rPr>
                <w:rFonts w:ascii="Verdana" w:hAnsi="Verdana"/>
                <w:sz w:val="20"/>
                <w:szCs w:val="20"/>
                <w:lang w:val="nl-NL"/>
              </w:rPr>
            </w:pPr>
          </w:p>
        </w:tc>
      </w:tr>
    </w:tbl>
    <w:p w14:paraId="283E808C" w14:textId="59B14F3D" w:rsidR="00332516" w:rsidRDefault="00332516">
      <w:pPr>
        <w:rPr>
          <w:lang w:val="nl-NL"/>
        </w:rPr>
      </w:pPr>
      <w:r>
        <w:rPr>
          <w:lang w:val="nl-NL"/>
        </w:rPr>
        <w:br w:type="page"/>
      </w:r>
    </w:p>
    <w:tbl>
      <w:tblPr>
        <w:tblpPr w:leftFromText="141" w:rightFromText="141" w:vertAnchor="text" w:horzAnchor="margin" w:tblpY="423"/>
        <w:tblOverlap w:val="never"/>
        <w:tblW w:w="22375" w:type="dxa"/>
        <w:tblLook w:val="04A0" w:firstRow="1" w:lastRow="0" w:firstColumn="1" w:lastColumn="0" w:noHBand="0" w:noVBand="1"/>
      </w:tblPr>
      <w:tblGrid>
        <w:gridCol w:w="22375"/>
      </w:tblGrid>
      <w:tr w:rsidR="00332516" w:rsidRPr="00960319" w14:paraId="54670EC9" w14:textId="77777777" w:rsidTr="002604A0">
        <w:tc>
          <w:tcPr>
            <w:tcW w:w="22375" w:type="dxa"/>
            <w:tcBorders>
              <w:top w:val="single" w:sz="10" w:space="0" w:color="0B2F5B"/>
              <w:left w:val="single" w:sz="10" w:space="0" w:color="0B2F5B"/>
              <w:bottom w:val="single" w:sz="10" w:space="0" w:color="0B2F5B"/>
              <w:right w:val="single" w:sz="10" w:space="0" w:color="0B2F5B"/>
            </w:tcBorders>
            <w:shd w:val="clear" w:color="auto" w:fill="E1A54D"/>
            <w:tcMar>
              <w:top w:w="100" w:type="dxa"/>
              <w:left w:w="120" w:type="dxa"/>
              <w:bottom w:w="100" w:type="dxa"/>
              <w:right w:w="120" w:type="dxa"/>
            </w:tcMar>
          </w:tcPr>
          <w:p w14:paraId="130F5A68" w14:textId="77777777" w:rsidR="00332516" w:rsidRPr="00AE60E6" w:rsidRDefault="00332516" w:rsidP="00332516">
            <w:pPr>
              <w:spacing w:after="120"/>
              <w:rPr>
                <w:lang w:val="nl-NL"/>
              </w:rPr>
            </w:pPr>
            <w:r w:rsidRPr="00AE60E6">
              <w:rPr>
                <w:b/>
                <w:color w:val="0B2F5B"/>
                <w:sz w:val="26"/>
                <w:lang w:val="nl-NL"/>
              </w:rPr>
              <w:lastRenderedPageBreak/>
              <w:t>6. Inzet gemeente</w:t>
            </w:r>
          </w:p>
          <w:p w14:paraId="2C7D0CF6" w14:textId="4F0C0D77" w:rsidR="00332516" w:rsidRPr="00AE60E6" w:rsidRDefault="00332516" w:rsidP="00332516">
            <w:pPr>
              <w:rPr>
                <w:lang w:val="nl-NL"/>
              </w:rPr>
            </w:pPr>
            <w:r w:rsidRPr="00AE60E6">
              <w:rPr>
                <w:color w:val="334E68"/>
                <w:sz w:val="19"/>
                <w:lang w:val="nl-NL"/>
              </w:rPr>
              <w:t>Beschrijf welke inzet u van de gemeente vraagt en hoe u deze inzet zo efficiënt mogelijk organiseert.</w:t>
            </w:r>
          </w:p>
        </w:tc>
      </w:tr>
      <w:tr w:rsidR="00332516" w:rsidRPr="00960319" w14:paraId="7343AD32" w14:textId="77777777" w:rsidTr="002604A0">
        <w:trPr>
          <w:trHeight w:val="1032"/>
        </w:trPr>
        <w:tc>
          <w:tcPr>
            <w:tcW w:w="22375" w:type="dxa"/>
            <w:tcBorders>
              <w:top w:val="single" w:sz="10" w:space="0" w:color="0B2F5B"/>
              <w:left w:val="single" w:sz="10" w:space="0" w:color="0B2F5B"/>
              <w:bottom w:val="single" w:sz="10" w:space="0" w:color="0B2F5B"/>
              <w:right w:val="single" w:sz="10" w:space="0" w:color="0B2F5B"/>
            </w:tcBorders>
            <w:tcMar>
              <w:top w:w="120" w:type="dxa"/>
              <w:left w:w="120" w:type="dxa"/>
              <w:bottom w:w="120" w:type="dxa"/>
              <w:right w:w="120" w:type="dxa"/>
            </w:tcMar>
          </w:tcPr>
          <w:p w14:paraId="10AF118F" w14:textId="77777777" w:rsidR="00332516" w:rsidRPr="00AE60E6" w:rsidRDefault="00332516" w:rsidP="002604A0">
            <w:pPr>
              <w:rPr>
                <w:lang w:val="nl-NL"/>
              </w:rPr>
            </w:pPr>
            <w:r w:rsidRPr="00AE60E6">
              <w:rPr>
                <w:b/>
                <w:color w:val="0B2F5B"/>
                <w:sz w:val="19"/>
                <w:lang w:val="nl-NL"/>
              </w:rPr>
              <w:t>Uitwerking inschrijver</w:t>
            </w:r>
          </w:p>
          <w:p w14:paraId="27415AF1" w14:textId="7F206C3E" w:rsidR="00332516" w:rsidRDefault="00332516" w:rsidP="002604A0">
            <w:pPr>
              <w:spacing w:after="0"/>
              <w:rPr>
                <w:rFonts w:ascii="Verdana" w:hAnsi="Verdana"/>
                <w:sz w:val="20"/>
                <w:szCs w:val="20"/>
                <w:lang w:val="nl-NL"/>
              </w:rPr>
            </w:pPr>
            <w:r>
              <w:rPr>
                <w:rFonts w:ascii="Verdana" w:hAnsi="Verdana"/>
                <w:sz w:val="20"/>
                <w:szCs w:val="20"/>
                <w:lang w:val="nl-NL"/>
              </w:rPr>
              <w:t xml:space="preserve">Werk hier uw antwoord uit in maximaal 200 woorden, lettertype Verdana, lettergrootte 10. </w:t>
            </w:r>
          </w:p>
          <w:p w14:paraId="114A87AD" w14:textId="77777777" w:rsidR="00332516" w:rsidRPr="00AE60E6" w:rsidRDefault="00332516" w:rsidP="002604A0">
            <w:pPr>
              <w:spacing w:after="0"/>
              <w:rPr>
                <w:rFonts w:ascii="Verdana" w:hAnsi="Verdana"/>
                <w:sz w:val="20"/>
                <w:szCs w:val="20"/>
                <w:lang w:val="nl-NL"/>
              </w:rPr>
            </w:pPr>
          </w:p>
        </w:tc>
      </w:tr>
    </w:tbl>
    <w:p w14:paraId="0239B367" w14:textId="77777777" w:rsidR="00057B8C" w:rsidRDefault="00057B8C">
      <w:pPr>
        <w:rPr>
          <w:lang w:val="nl-NL"/>
        </w:rPr>
      </w:pPr>
    </w:p>
    <w:tbl>
      <w:tblPr>
        <w:tblpPr w:leftFromText="141" w:rightFromText="141" w:vertAnchor="text" w:horzAnchor="margin" w:tblpY="423"/>
        <w:tblOverlap w:val="never"/>
        <w:tblW w:w="22375" w:type="dxa"/>
        <w:tblLook w:val="04A0" w:firstRow="1" w:lastRow="0" w:firstColumn="1" w:lastColumn="0" w:noHBand="0" w:noVBand="1"/>
      </w:tblPr>
      <w:tblGrid>
        <w:gridCol w:w="22375"/>
      </w:tblGrid>
      <w:tr w:rsidR="00332516" w:rsidRPr="00960319" w14:paraId="6C7A3649" w14:textId="77777777" w:rsidTr="002604A0">
        <w:tc>
          <w:tcPr>
            <w:tcW w:w="22375" w:type="dxa"/>
            <w:tcBorders>
              <w:top w:val="single" w:sz="10" w:space="0" w:color="0B2F5B"/>
              <w:left w:val="single" w:sz="10" w:space="0" w:color="0B2F5B"/>
              <w:bottom w:val="single" w:sz="10" w:space="0" w:color="0B2F5B"/>
              <w:right w:val="single" w:sz="10" w:space="0" w:color="0B2F5B"/>
            </w:tcBorders>
            <w:shd w:val="clear" w:color="auto" w:fill="E1A54D"/>
            <w:tcMar>
              <w:top w:w="100" w:type="dxa"/>
              <w:left w:w="120" w:type="dxa"/>
              <w:bottom w:w="100" w:type="dxa"/>
              <w:right w:w="120" w:type="dxa"/>
            </w:tcMar>
          </w:tcPr>
          <w:p w14:paraId="15C7E1D3" w14:textId="77777777" w:rsidR="00332516" w:rsidRPr="00AE60E6" w:rsidRDefault="00332516" w:rsidP="00332516">
            <w:pPr>
              <w:rPr>
                <w:lang w:val="nl-NL"/>
              </w:rPr>
            </w:pPr>
            <w:r w:rsidRPr="00AE60E6">
              <w:rPr>
                <w:b/>
                <w:color w:val="0B2F5B"/>
                <w:sz w:val="26"/>
                <w:lang w:val="nl-NL"/>
              </w:rPr>
              <w:t>7. Voorkomen van uitloop</w:t>
            </w:r>
          </w:p>
          <w:p w14:paraId="6AAC3BAC" w14:textId="302F1559" w:rsidR="00332516" w:rsidRPr="00AE60E6" w:rsidRDefault="00332516" w:rsidP="00332516">
            <w:pPr>
              <w:rPr>
                <w:lang w:val="nl-NL"/>
              </w:rPr>
            </w:pPr>
            <w:r w:rsidRPr="00AE60E6">
              <w:rPr>
                <w:color w:val="334E68"/>
                <w:sz w:val="19"/>
                <w:lang w:val="nl-NL"/>
              </w:rPr>
              <w:t>Beschrijf welke maatregelen u neemt om uitloop in de controle te voorkomen en hoe u handelt als vertraging dreigt.</w:t>
            </w:r>
          </w:p>
        </w:tc>
      </w:tr>
      <w:tr w:rsidR="00332516" w:rsidRPr="00960319" w14:paraId="7B47821E" w14:textId="77777777" w:rsidTr="002604A0">
        <w:trPr>
          <w:trHeight w:val="1032"/>
        </w:trPr>
        <w:tc>
          <w:tcPr>
            <w:tcW w:w="22375" w:type="dxa"/>
            <w:tcBorders>
              <w:top w:val="single" w:sz="10" w:space="0" w:color="0B2F5B"/>
              <w:left w:val="single" w:sz="10" w:space="0" w:color="0B2F5B"/>
              <w:bottom w:val="single" w:sz="10" w:space="0" w:color="0B2F5B"/>
              <w:right w:val="single" w:sz="10" w:space="0" w:color="0B2F5B"/>
            </w:tcBorders>
            <w:tcMar>
              <w:top w:w="120" w:type="dxa"/>
              <w:left w:w="120" w:type="dxa"/>
              <w:bottom w:w="120" w:type="dxa"/>
              <w:right w:w="120" w:type="dxa"/>
            </w:tcMar>
          </w:tcPr>
          <w:p w14:paraId="27817194" w14:textId="77777777" w:rsidR="00332516" w:rsidRPr="00AE60E6" w:rsidRDefault="00332516" w:rsidP="002604A0">
            <w:pPr>
              <w:rPr>
                <w:lang w:val="nl-NL"/>
              </w:rPr>
            </w:pPr>
            <w:r w:rsidRPr="00AE60E6">
              <w:rPr>
                <w:b/>
                <w:color w:val="0B2F5B"/>
                <w:sz w:val="19"/>
                <w:lang w:val="nl-NL"/>
              </w:rPr>
              <w:t>Uitwerking inschrijver</w:t>
            </w:r>
          </w:p>
          <w:p w14:paraId="2BEEF357" w14:textId="189BC345" w:rsidR="00332516" w:rsidRDefault="00332516" w:rsidP="002604A0">
            <w:pPr>
              <w:spacing w:after="0"/>
              <w:rPr>
                <w:rFonts w:ascii="Verdana" w:hAnsi="Verdana"/>
                <w:sz w:val="20"/>
                <w:szCs w:val="20"/>
                <w:lang w:val="nl-NL"/>
              </w:rPr>
            </w:pPr>
            <w:r>
              <w:rPr>
                <w:rFonts w:ascii="Verdana" w:hAnsi="Verdana"/>
                <w:sz w:val="20"/>
                <w:szCs w:val="20"/>
                <w:lang w:val="nl-NL"/>
              </w:rPr>
              <w:t xml:space="preserve">Werk hier uw antwoord uit in maximaal 200 woorden, lettertype Verdana, lettergrootte 10. </w:t>
            </w:r>
          </w:p>
          <w:p w14:paraId="08FA0968" w14:textId="77777777" w:rsidR="00332516" w:rsidRPr="00AE60E6" w:rsidRDefault="00332516" w:rsidP="002604A0">
            <w:pPr>
              <w:spacing w:after="0"/>
              <w:rPr>
                <w:rFonts w:ascii="Verdana" w:hAnsi="Verdana"/>
                <w:sz w:val="20"/>
                <w:szCs w:val="20"/>
                <w:lang w:val="nl-NL"/>
              </w:rPr>
            </w:pPr>
          </w:p>
        </w:tc>
      </w:tr>
    </w:tbl>
    <w:p w14:paraId="503D2971" w14:textId="77777777" w:rsidR="00057B8C" w:rsidRDefault="00057B8C">
      <w:pPr>
        <w:rPr>
          <w:lang w:val="nl-NL"/>
        </w:rPr>
      </w:pPr>
    </w:p>
    <w:p w14:paraId="1D8DC5ED" w14:textId="77777777" w:rsidR="00057B8C" w:rsidRDefault="00057B8C">
      <w:pPr>
        <w:rPr>
          <w:lang w:val="nl-NL"/>
        </w:rPr>
      </w:pPr>
    </w:p>
    <w:p w14:paraId="11F5B301" w14:textId="2944E1D9" w:rsidR="005D20DB" w:rsidRDefault="005D20DB">
      <w:pPr>
        <w:rPr>
          <w:lang w:val="nl-NL"/>
        </w:rPr>
      </w:pPr>
    </w:p>
    <w:p w14:paraId="368BA40D" w14:textId="57BD0430" w:rsidR="00BC0224" w:rsidRDefault="005D20DB">
      <w:pPr>
        <w:rPr>
          <w:lang w:val="nl-NL"/>
        </w:rPr>
      </w:pPr>
      <w:r>
        <w:rPr>
          <w:lang w:val="nl-NL"/>
        </w:rPr>
        <w:br w:type="page"/>
      </w:r>
    </w:p>
    <w:p w14:paraId="6F7D7BF8" w14:textId="095684AD" w:rsidR="00BC0224" w:rsidRDefault="00BC0224">
      <w:pPr>
        <w:rPr>
          <w:lang w:val="nl-NL"/>
        </w:rPr>
      </w:pPr>
    </w:p>
    <w:tbl>
      <w:tblPr>
        <w:tblW w:w="0" w:type="auto"/>
        <w:jc w:val="center"/>
        <w:tblLook w:val="04A0" w:firstRow="1" w:lastRow="0" w:firstColumn="1" w:lastColumn="0" w:noHBand="0" w:noVBand="1"/>
      </w:tblPr>
      <w:tblGrid>
        <w:gridCol w:w="22081"/>
      </w:tblGrid>
      <w:tr w:rsidR="00BC0224" w:rsidRPr="00960319" w14:paraId="48F050EC" w14:textId="77777777" w:rsidTr="00F65375">
        <w:trPr>
          <w:jc w:val="center"/>
        </w:trPr>
        <w:tc>
          <w:tcPr>
            <w:tcW w:w="22395" w:type="dxa"/>
            <w:tcBorders>
              <w:top w:val="single" w:sz="12" w:space="0" w:color="0B2F5B"/>
              <w:left w:val="single" w:sz="12" w:space="0" w:color="0B2F5B"/>
              <w:bottom w:val="single" w:sz="12" w:space="0" w:color="0B2F5B"/>
              <w:right w:val="single" w:sz="12" w:space="0" w:color="0B2F5B"/>
            </w:tcBorders>
            <w:shd w:val="clear" w:color="auto" w:fill="5F497A" w:themeFill="accent4" w:themeFillShade="BF"/>
            <w:tcMar>
              <w:top w:w="120" w:type="dxa"/>
              <w:left w:w="140" w:type="dxa"/>
              <w:bottom w:w="120" w:type="dxa"/>
              <w:right w:w="140" w:type="dxa"/>
            </w:tcMar>
          </w:tcPr>
          <w:p w14:paraId="62E7F5E9" w14:textId="74AF7DFD" w:rsidR="00BC0224" w:rsidRPr="00AE60E6" w:rsidRDefault="00BC0224" w:rsidP="00F65375">
            <w:pPr>
              <w:rPr>
                <w:lang w:val="nl-NL"/>
              </w:rPr>
            </w:pPr>
            <w:r>
              <w:rPr>
                <w:b/>
                <w:color w:val="FFFFFF"/>
                <w:sz w:val="36"/>
                <w:lang w:val="nl-NL"/>
              </w:rPr>
              <w:t>Team</w:t>
            </w:r>
            <w:r w:rsidR="00097580">
              <w:rPr>
                <w:b/>
                <w:color w:val="FFFFFF"/>
                <w:sz w:val="36"/>
                <w:lang w:val="nl-NL"/>
              </w:rPr>
              <w:t>samenstelling</w:t>
            </w:r>
            <w:r w:rsidRPr="00AE60E6">
              <w:rPr>
                <w:b/>
                <w:color w:val="FFFFFF"/>
                <w:sz w:val="36"/>
                <w:lang w:val="nl-NL"/>
              </w:rPr>
              <w:t>- invulformat</w:t>
            </w:r>
          </w:p>
          <w:p w14:paraId="77D1DBF5" w14:textId="77777777" w:rsidR="00BC0224" w:rsidRPr="00AE60E6" w:rsidRDefault="00BC0224" w:rsidP="00F65375">
            <w:pPr>
              <w:jc w:val="right"/>
              <w:rPr>
                <w:lang w:val="nl-NL"/>
              </w:rPr>
            </w:pPr>
            <w:r w:rsidRPr="00AE60E6">
              <w:rPr>
                <w:color w:val="FFFFFF"/>
                <w:sz w:val="18"/>
                <w:lang w:val="nl-NL"/>
              </w:rPr>
              <w:t>Bijlage bij inschrijving | Accountantsdiensten</w:t>
            </w:r>
          </w:p>
        </w:tc>
      </w:tr>
    </w:tbl>
    <w:p w14:paraId="22BF2DE4" w14:textId="77777777" w:rsidR="005D20DB" w:rsidRDefault="005D20DB">
      <w:pPr>
        <w:rPr>
          <w:lang w:val="nl-NL"/>
        </w:rPr>
      </w:pPr>
    </w:p>
    <w:tbl>
      <w:tblPr>
        <w:tblW w:w="0" w:type="auto"/>
        <w:jc w:val="center"/>
        <w:shd w:val="clear" w:color="auto" w:fill="E1A54D"/>
        <w:tblLook w:val="04A0" w:firstRow="1" w:lastRow="0" w:firstColumn="1" w:lastColumn="0" w:noHBand="0" w:noVBand="1"/>
      </w:tblPr>
      <w:tblGrid>
        <w:gridCol w:w="3356"/>
        <w:gridCol w:w="4010"/>
        <w:gridCol w:w="4678"/>
        <w:gridCol w:w="2835"/>
        <w:gridCol w:w="3969"/>
        <w:gridCol w:w="3253"/>
      </w:tblGrid>
      <w:tr w:rsidR="00C56E16" w14:paraId="6601B255" w14:textId="77777777" w:rsidTr="00C129D2">
        <w:trPr>
          <w:tblHeader/>
          <w:jc w:val="center"/>
        </w:trPr>
        <w:tc>
          <w:tcPr>
            <w:tcW w:w="3356" w:type="dxa"/>
            <w:tcBorders>
              <w:top w:val="single" w:sz="4" w:space="0" w:color="163A5F"/>
              <w:left w:val="single" w:sz="4" w:space="0" w:color="FFFFFF"/>
              <w:bottom w:val="single" w:sz="4" w:space="0" w:color="163A5F"/>
              <w:right w:val="single" w:sz="4" w:space="0" w:color="FFFFFF"/>
            </w:tcBorders>
            <w:shd w:val="clear" w:color="auto" w:fill="E1A54D"/>
            <w:tcMar>
              <w:top w:w="60" w:type="dxa"/>
              <w:left w:w="55" w:type="dxa"/>
              <w:bottom w:w="60" w:type="dxa"/>
              <w:right w:w="55" w:type="dxa"/>
            </w:tcMar>
            <w:vAlign w:val="center"/>
          </w:tcPr>
          <w:p w14:paraId="51F77177" w14:textId="77777777" w:rsidR="00C56E16" w:rsidRPr="00C56E16" w:rsidRDefault="00C56E16" w:rsidP="00F65375">
            <w:pPr>
              <w:rPr>
                <w:rFonts w:ascii="Verdana" w:hAnsi="Verdana"/>
                <w:sz w:val="20"/>
                <w:szCs w:val="32"/>
              </w:rPr>
            </w:pPr>
            <w:r w:rsidRPr="00C56E16">
              <w:rPr>
                <w:rFonts w:ascii="Verdana" w:eastAsia="Arial" w:hAnsi="Verdana"/>
                <w:b/>
                <w:color w:val="FFFFFF"/>
                <w:sz w:val="20"/>
                <w:szCs w:val="32"/>
              </w:rPr>
              <w:t>Rol</w:t>
            </w:r>
          </w:p>
        </w:tc>
        <w:tc>
          <w:tcPr>
            <w:tcW w:w="4010" w:type="dxa"/>
            <w:tcBorders>
              <w:top w:val="single" w:sz="4" w:space="0" w:color="163A5F"/>
              <w:left w:val="single" w:sz="4" w:space="0" w:color="FFFFFF"/>
              <w:bottom w:val="single" w:sz="4" w:space="0" w:color="163A5F"/>
              <w:right w:val="single" w:sz="4" w:space="0" w:color="FFFFFF"/>
            </w:tcBorders>
            <w:shd w:val="clear" w:color="auto" w:fill="E1A54D"/>
            <w:tcMar>
              <w:top w:w="60" w:type="dxa"/>
              <w:left w:w="55" w:type="dxa"/>
              <w:bottom w:w="60" w:type="dxa"/>
              <w:right w:w="55" w:type="dxa"/>
            </w:tcMar>
            <w:vAlign w:val="center"/>
          </w:tcPr>
          <w:p w14:paraId="1CC8B687" w14:textId="77777777" w:rsidR="00C56E16" w:rsidRPr="00C56E16" w:rsidRDefault="00C56E16" w:rsidP="00F65375">
            <w:pPr>
              <w:rPr>
                <w:rFonts w:ascii="Verdana" w:hAnsi="Verdana"/>
                <w:sz w:val="20"/>
                <w:szCs w:val="32"/>
              </w:rPr>
            </w:pPr>
            <w:r w:rsidRPr="00C56E16">
              <w:rPr>
                <w:rFonts w:ascii="Verdana" w:eastAsia="Arial" w:hAnsi="Verdana"/>
                <w:b/>
                <w:color w:val="FFFFFF"/>
                <w:sz w:val="20"/>
                <w:szCs w:val="32"/>
              </w:rPr>
              <w:t>Naam of functie</w:t>
            </w:r>
          </w:p>
        </w:tc>
        <w:tc>
          <w:tcPr>
            <w:tcW w:w="4678" w:type="dxa"/>
            <w:tcBorders>
              <w:top w:val="single" w:sz="4" w:space="0" w:color="163A5F"/>
              <w:left w:val="single" w:sz="4" w:space="0" w:color="FFFFFF"/>
              <w:bottom w:val="single" w:sz="4" w:space="0" w:color="163A5F"/>
              <w:right w:val="single" w:sz="4" w:space="0" w:color="FFFFFF"/>
            </w:tcBorders>
            <w:shd w:val="clear" w:color="auto" w:fill="E1A54D"/>
            <w:tcMar>
              <w:top w:w="60" w:type="dxa"/>
              <w:left w:w="55" w:type="dxa"/>
              <w:bottom w:w="60" w:type="dxa"/>
              <w:right w:w="55" w:type="dxa"/>
            </w:tcMar>
            <w:vAlign w:val="center"/>
          </w:tcPr>
          <w:p w14:paraId="5B0F19C8" w14:textId="77777777" w:rsidR="00C56E16" w:rsidRPr="00C56E16" w:rsidRDefault="00C56E16" w:rsidP="00F65375">
            <w:pPr>
              <w:rPr>
                <w:rFonts w:ascii="Verdana" w:hAnsi="Verdana"/>
                <w:sz w:val="20"/>
                <w:szCs w:val="32"/>
              </w:rPr>
            </w:pPr>
            <w:r w:rsidRPr="00C56E16">
              <w:rPr>
                <w:rFonts w:ascii="Verdana" w:eastAsia="Arial" w:hAnsi="Verdana"/>
                <w:b/>
                <w:color w:val="FFFFFF"/>
                <w:sz w:val="20"/>
                <w:szCs w:val="32"/>
              </w:rPr>
              <w:t>Ervaring met gemeenten</w:t>
            </w:r>
          </w:p>
        </w:tc>
        <w:tc>
          <w:tcPr>
            <w:tcW w:w="2835" w:type="dxa"/>
            <w:tcBorders>
              <w:top w:val="single" w:sz="4" w:space="0" w:color="163A5F"/>
              <w:left w:val="single" w:sz="4" w:space="0" w:color="FFFFFF"/>
              <w:bottom w:val="single" w:sz="4" w:space="0" w:color="163A5F"/>
              <w:right w:val="single" w:sz="4" w:space="0" w:color="FFFFFF"/>
            </w:tcBorders>
            <w:shd w:val="clear" w:color="auto" w:fill="E1A54D"/>
            <w:tcMar>
              <w:top w:w="60" w:type="dxa"/>
              <w:left w:w="55" w:type="dxa"/>
              <w:bottom w:w="60" w:type="dxa"/>
              <w:right w:w="55" w:type="dxa"/>
            </w:tcMar>
            <w:vAlign w:val="center"/>
          </w:tcPr>
          <w:p w14:paraId="6D5CE518" w14:textId="77777777" w:rsidR="00C56E16" w:rsidRPr="00C56E16" w:rsidRDefault="00C56E16" w:rsidP="00F65375">
            <w:pPr>
              <w:rPr>
                <w:rFonts w:ascii="Verdana" w:hAnsi="Verdana"/>
                <w:sz w:val="20"/>
                <w:szCs w:val="32"/>
              </w:rPr>
            </w:pPr>
            <w:r w:rsidRPr="00C56E16">
              <w:rPr>
                <w:rFonts w:ascii="Verdana" w:eastAsia="Arial" w:hAnsi="Verdana"/>
                <w:b/>
                <w:color w:val="FFFFFF"/>
                <w:sz w:val="20"/>
                <w:szCs w:val="32"/>
              </w:rPr>
              <w:t>Rol binnen opdracht</w:t>
            </w:r>
          </w:p>
        </w:tc>
        <w:tc>
          <w:tcPr>
            <w:tcW w:w="3969" w:type="dxa"/>
            <w:tcBorders>
              <w:top w:val="single" w:sz="4" w:space="0" w:color="163A5F"/>
              <w:left w:val="single" w:sz="4" w:space="0" w:color="FFFFFF"/>
              <w:bottom w:val="single" w:sz="4" w:space="0" w:color="163A5F"/>
              <w:right w:val="single" w:sz="4" w:space="0" w:color="FFFFFF"/>
            </w:tcBorders>
            <w:shd w:val="clear" w:color="auto" w:fill="E1A54D"/>
            <w:tcMar>
              <w:top w:w="60" w:type="dxa"/>
              <w:left w:w="55" w:type="dxa"/>
              <w:bottom w:w="60" w:type="dxa"/>
              <w:right w:w="55" w:type="dxa"/>
            </w:tcMar>
            <w:vAlign w:val="center"/>
          </w:tcPr>
          <w:p w14:paraId="1FCDC8F3" w14:textId="77777777" w:rsidR="00C56E16" w:rsidRPr="00C56E16" w:rsidRDefault="00C56E16" w:rsidP="00F65375">
            <w:pPr>
              <w:rPr>
                <w:rFonts w:ascii="Verdana" w:hAnsi="Verdana"/>
                <w:sz w:val="20"/>
                <w:szCs w:val="32"/>
              </w:rPr>
            </w:pPr>
            <w:r w:rsidRPr="00C56E16">
              <w:rPr>
                <w:rFonts w:ascii="Verdana" w:eastAsia="Arial" w:hAnsi="Verdana"/>
                <w:b/>
                <w:color w:val="FFFFFF"/>
                <w:sz w:val="20"/>
                <w:szCs w:val="32"/>
              </w:rPr>
              <w:t>Beschikbaarheid</w:t>
            </w:r>
          </w:p>
        </w:tc>
        <w:tc>
          <w:tcPr>
            <w:tcW w:w="3253" w:type="dxa"/>
            <w:tcBorders>
              <w:top w:val="single" w:sz="4" w:space="0" w:color="163A5F"/>
              <w:left w:val="single" w:sz="4" w:space="0" w:color="FFFFFF"/>
              <w:bottom w:val="single" w:sz="4" w:space="0" w:color="163A5F"/>
              <w:right w:val="single" w:sz="4" w:space="0" w:color="FFFFFF"/>
            </w:tcBorders>
            <w:shd w:val="clear" w:color="auto" w:fill="E1A54D"/>
            <w:tcMar>
              <w:top w:w="60" w:type="dxa"/>
              <w:left w:w="55" w:type="dxa"/>
              <w:bottom w:w="60" w:type="dxa"/>
              <w:right w:w="55" w:type="dxa"/>
            </w:tcMar>
            <w:vAlign w:val="center"/>
          </w:tcPr>
          <w:p w14:paraId="34A2D63D" w14:textId="77777777" w:rsidR="00C56E16" w:rsidRPr="00C56E16" w:rsidRDefault="00C56E16" w:rsidP="00F65375">
            <w:pPr>
              <w:rPr>
                <w:rFonts w:ascii="Verdana" w:hAnsi="Verdana"/>
                <w:sz w:val="20"/>
                <w:szCs w:val="32"/>
              </w:rPr>
            </w:pPr>
            <w:r w:rsidRPr="00C56E16">
              <w:rPr>
                <w:rFonts w:ascii="Verdana" w:eastAsia="Arial" w:hAnsi="Verdana"/>
                <w:b/>
                <w:color w:val="FFFFFF"/>
                <w:sz w:val="20"/>
                <w:szCs w:val="32"/>
              </w:rPr>
              <w:t>Vervanging bij uitval</w:t>
            </w:r>
          </w:p>
        </w:tc>
      </w:tr>
      <w:tr w:rsidR="00C56E16" w14:paraId="4ABF4A1B" w14:textId="77777777" w:rsidTr="00C129D2">
        <w:trPr>
          <w:cantSplit/>
          <w:jc w:val="center"/>
        </w:trPr>
        <w:tc>
          <w:tcPr>
            <w:tcW w:w="3356" w:type="dxa"/>
            <w:tcBorders>
              <w:top w:val="single" w:sz="3" w:space="0" w:color="C9D8DE"/>
              <w:left w:val="single" w:sz="3" w:space="0" w:color="C9D8DE"/>
              <w:bottom w:val="single" w:sz="3" w:space="0" w:color="C9D8DE"/>
              <w:right w:val="single" w:sz="3" w:space="0" w:color="C9D8DE"/>
            </w:tcBorders>
            <w:shd w:val="clear" w:color="auto" w:fill="FFFFFF" w:themeFill="background1"/>
            <w:tcMar>
              <w:top w:w="45" w:type="dxa"/>
              <w:left w:w="45" w:type="dxa"/>
              <w:bottom w:w="45" w:type="dxa"/>
              <w:right w:w="45" w:type="dxa"/>
            </w:tcMar>
          </w:tcPr>
          <w:p w14:paraId="6A234E5A" w14:textId="77777777" w:rsidR="00C56E16" w:rsidRPr="00C56E16" w:rsidRDefault="00C56E16" w:rsidP="00F65375">
            <w:pPr>
              <w:rPr>
                <w:rFonts w:ascii="Verdana" w:hAnsi="Verdana"/>
                <w:sz w:val="20"/>
                <w:szCs w:val="32"/>
              </w:rPr>
            </w:pPr>
            <w:r w:rsidRPr="00C56E16">
              <w:rPr>
                <w:rFonts w:ascii="Verdana" w:eastAsia="Arial" w:hAnsi="Verdana"/>
                <w:b/>
                <w:color w:val="163A5F"/>
                <w:sz w:val="20"/>
                <w:szCs w:val="32"/>
              </w:rPr>
              <w:t>Eindverantwoordelijk accountant</w:t>
            </w:r>
          </w:p>
        </w:tc>
        <w:tc>
          <w:tcPr>
            <w:tcW w:w="4010" w:type="dxa"/>
            <w:tcBorders>
              <w:top w:val="single" w:sz="3" w:space="0" w:color="C9D8DE"/>
              <w:left w:val="single" w:sz="3" w:space="0" w:color="C9D8DE"/>
              <w:bottom w:val="single" w:sz="3" w:space="0" w:color="C9D8DE"/>
              <w:right w:val="single" w:sz="3" w:space="0" w:color="C9D8DE"/>
            </w:tcBorders>
            <w:shd w:val="clear" w:color="auto" w:fill="FFFFFF" w:themeFill="background1"/>
            <w:tcMar>
              <w:top w:w="45" w:type="dxa"/>
              <w:left w:w="45" w:type="dxa"/>
              <w:bottom w:w="45" w:type="dxa"/>
              <w:right w:w="45" w:type="dxa"/>
            </w:tcMar>
          </w:tcPr>
          <w:p w14:paraId="6781CCFA" w14:textId="77777777" w:rsidR="00C56E16" w:rsidRPr="00C56E16" w:rsidRDefault="00C56E16" w:rsidP="00F65375">
            <w:pPr>
              <w:rPr>
                <w:rFonts w:ascii="Verdana" w:hAnsi="Verdana"/>
                <w:sz w:val="20"/>
                <w:szCs w:val="32"/>
              </w:rPr>
            </w:pPr>
            <w:r w:rsidRPr="00C56E16">
              <w:rPr>
                <w:rFonts w:ascii="Verdana" w:eastAsia="Arial" w:hAnsi="Verdana"/>
                <w:color w:val="666666"/>
                <w:sz w:val="20"/>
                <w:szCs w:val="32"/>
              </w:rPr>
              <w:t>[invullen]</w:t>
            </w:r>
          </w:p>
        </w:tc>
        <w:tc>
          <w:tcPr>
            <w:tcW w:w="4678" w:type="dxa"/>
            <w:tcBorders>
              <w:top w:val="single" w:sz="3" w:space="0" w:color="C9D8DE"/>
              <w:left w:val="single" w:sz="3" w:space="0" w:color="C9D8DE"/>
              <w:bottom w:val="single" w:sz="3" w:space="0" w:color="C9D8DE"/>
              <w:right w:val="single" w:sz="3" w:space="0" w:color="C9D8DE"/>
            </w:tcBorders>
            <w:shd w:val="clear" w:color="auto" w:fill="FFFFFF" w:themeFill="background1"/>
            <w:tcMar>
              <w:top w:w="45" w:type="dxa"/>
              <w:left w:w="45" w:type="dxa"/>
              <w:bottom w:w="45" w:type="dxa"/>
              <w:right w:w="45" w:type="dxa"/>
            </w:tcMar>
          </w:tcPr>
          <w:p w14:paraId="79A17D71" w14:textId="77777777" w:rsidR="00C56E16" w:rsidRPr="00C56E16" w:rsidRDefault="00C56E16" w:rsidP="00F65375">
            <w:pPr>
              <w:rPr>
                <w:rFonts w:ascii="Verdana" w:hAnsi="Verdana"/>
                <w:sz w:val="20"/>
                <w:szCs w:val="32"/>
              </w:rPr>
            </w:pPr>
            <w:r w:rsidRPr="00C56E16">
              <w:rPr>
                <w:rFonts w:ascii="Verdana" w:eastAsia="Arial" w:hAnsi="Verdana"/>
                <w:color w:val="666666"/>
                <w:sz w:val="20"/>
                <w:szCs w:val="32"/>
              </w:rPr>
              <w:t>[invullen]</w:t>
            </w:r>
          </w:p>
        </w:tc>
        <w:tc>
          <w:tcPr>
            <w:tcW w:w="2835" w:type="dxa"/>
            <w:tcBorders>
              <w:top w:val="single" w:sz="3" w:space="0" w:color="C9D8DE"/>
              <w:left w:val="single" w:sz="3" w:space="0" w:color="C9D8DE"/>
              <w:bottom w:val="single" w:sz="3" w:space="0" w:color="C9D8DE"/>
              <w:right w:val="single" w:sz="3" w:space="0" w:color="C9D8DE"/>
            </w:tcBorders>
            <w:shd w:val="clear" w:color="auto" w:fill="FFFFFF" w:themeFill="background1"/>
            <w:tcMar>
              <w:top w:w="45" w:type="dxa"/>
              <w:left w:w="45" w:type="dxa"/>
              <w:bottom w:w="45" w:type="dxa"/>
              <w:right w:w="45" w:type="dxa"/>
            </w:tcMar>
          </w:tcPr>
          <w:p w14:paraId="43564419" w14:textId="77777777" w:rsidR="00C56E16" w:rsidRPr="00C56E16" w:rsidRDefault="00C56E16" w:rsidP="00F65375">
            <w:pPr>
              <w:rPr>
                <w:rFonts w:ascii="Verdana" w:hAnsi="Verdana"/>
                <w:sz w:val="20"/>
                <w:szCs w:val="32"/>
              </w:rPr>
            </w:pPr>
            <w:r w:rsidRPr="00C56E16">
              <w:rPr>
                <w:rFonts w:ascii="Verdana" w:eastAsia="Arial" w:hAnsi="Verdana"/>
                <w:color w:val="666666"/>
                <w:sz w:val="20"/>
                <w:szCs w:val="32"/>
              </w:rPr>
              <w:t>[invullen]</w:t>
            </w:r>
          </w:p>
        </w:tc>
        <w:tc>
          <w:tcPr>
            <w:tcW w:w="3969" w:type="dxa"/>
            <w:tcBorders>
              <w:top w:val="single" w:sz="3" w:space="0" w:color="C9D8DE"/>
              <w:left w:val="single" w:sz="3" w:space="0" w:color="C9D8DE"/>
              <w:bottom w:val="single" w:sz="3" w:space="0" w:color="C9D8DE"/>
              <w:right w:val="single" w:sz="3" w:space="0" w:color="C9D8DE"/>
            </w:tcBorders>
            <w:shd w:val="clear" w:color="auto" w:fill="FFFFFF" w:themeFill="background1"/>
            <w:tcMar>
              <w:top w:w="45" w:type="dxa"/>
              <w:left w:w="45" w:type="dxa"/>
              <w:bottom w:w="45" w:type="dxa"/>
              <w:right w:w="45" w:type="dxa"/>
            </w:tcMar>
          </w:tcPr>
          <w:p w14:paraId="5F7F4A39" w14:textId="77777777" w:rsidR="00C56E16" w:rsidRPr="00C56E16" w:rsidRDefault="00C56E16" w:rsidP="00F65375">
            <w:pPr>
              <w:rPr>
                <w:rFonts w:ascii="Verdana" w:hAnsi="Verdana"/>
                <w:sz w:val="20"/>
                <w:szCs w:val="32"/>
              </w:rPr>
            </w:pPr>
            <w:r w:rsidRPr="00C56E16">
              <w:rPr>
                <w:rFonts w:ascii="Verdana" w:eastAsia="Arial" w:hAnsi="Verdana"/>
                <w:color w:val="666666"/>
                <w:sz w:val="20"/>
                <w:szCs w:val="32"/>
              </w:rPr>
              <w:t>[invullen]</w:t>
            </w:r>
          </w:p>
        </w:tc>
        <w:tc>
          <w:tcPr>
            <w:tcW w:w="3253" w:type="dxa"/>
            <w:tcBorders>
              <w:top w:val="single" w:sz="3" w:space="0" w:color="C9D8DE"/>
              <w:left w:val="single" w:sz="3" w:space="0" w:color="C9D8DE"/>
              <w:bottom w:val="single" w:sz="3" w:space="0" w:color="C9D8DE"/>
              <w:right w:val="single" w:sz="3" w:space="0" w:color="C9D8DE"/>
            </w:tcBorders>
            <w:shd w:val="clear" w:color="auto" w:fill="FFFFFF" w:themeFill="background1"/>
            <w:tcMar>
              <w:top w:w="45" w:type="dxa"/>
              <w:left w:w="45" w:type="dxa"/>
              <w:bottom w:w="45" w:type="dxa"/>
              <w:right w:w="45" w:type="dxa"/>
            </w:tcMar>
          </w:tcPr>
          <w:p w14:paraId="314F5010" w14:textId="77777777" w:rsidR="00C56E16" w:rsidRPr="00C56E16" w:rsidRDefault="00C56E16" w:rsidP="00F65375">
            <w:pPr>
              <w:rPr>
                <w:rFonts w:ascii="Verdana" w:hAnsi="Verdana"/>
                <w:sz w:val="20"/>
                <w:szCs w:val="32"/>
              </w:rPr>
            </w:pPr>
            <w:r w:rsidRPr="00C56E16">
              <w:rPr>
                <w:rFonts w:ascii="Verdana" w:eastAsia="Arial" w:hAnsi="Verdana"/>
                <w:color w:val="666666"/>
                <w:sz w:val="20"/>
                <w:szCs w:val="32"/>
              </w:rPr>
              <w:t>[invullen]</w:t>
            </w:r>
          </w:p>
        </w:tc>
      </w:tr>
      <w:tr w:rsidR="00C56E16" w14:paraId="652E42CB" w14:textId="77777777" w:rsidTr="00C129D2">
        <w:trPr>
          <w:cantSplit/>
          <w:jc w:val="center"/>
        </w:trPr>
        <w:tc>
          <w:tcPr>
            <w:tcW w:w="3356" w:type="dxa"/>
            <w:tcBorders>
              <w:top w:val="single" w:sz="3" w:space="0" w:color="C9D8DE"/>
              <w:left w:val="single" w:sz="3" w:space="0" w:color="C9D8DE"/>
              <w:bottom w:val="single" w:sz="3" w:space="0" w:color="C9D8DE"/>
              <w:right w:val="single" w:sz="3" w:space="0" w:color="C9D8DE"/>
            </w:tcBorders>
            <w:shd w:val="clear" w:color="auto" w:fill="FFFFFF" w:themeFill="background1"/>
            <w:tcMar>
              <w:top w:w="45" w:type="dxa"/>
              <w:left w:w="45" w:type="dxa"/>
              <w:bottom w:w="45" w:type="dxa"/>
              <w:right w:w="45" w:type="dxa"/>
            </w:tcMar>
          </w:tcPr>
          <w:p w14:paraId="278AD4E9" w14:textId="77777777" w:rsidR="00C56E16" w:rsidRPr="00C56E16" w:rsidRDefault="00C56E16" w:rsidP="00F65375">
            <w:pPr>
              <w:rPr>
                <w:rFonts w:ascii="Verdana" w:hAnsi="Verdana"/>
                <w:sz w:val="20"/>
                <w:szCs w:val="32"/>
              </w:rPr>
            </w:pPr>
            <w:r w:rsidRPr="00C56E16">
              <w:rPr>
                <w:rFonts w:ascii="Verdana" w:eastAsia="Arial" w:hAnsi="Verdana"/>
                <w:b/>
                <w:color w:val="163A5F"/>
                <w:sz w:val="20"/>
                <w:szCs w:val="32"/>
              </w:rPr>
              <w:t>Manager</w:t>
            </w:r>
          </w:p>
        </w:tc>
        <w:tc>
          <w:tcPr>
            <w:tcW w:w="4010" w:type="dxa"/>
            <w:tcBorders>
              <w:top w:val="single" w:sz="3" w:space="0" w:color="C9D8DE"/>
              <w:left w:val="single" w:sz="3" w:space="0" w:color="C9D8DE"/>
              <w:bottom w:val="single" w:sz="3" w:space="0" w:color="C9D8DE"/>
              <w:right w:val="single" w:sz="3" w:space="0" w:color="C9D8DE"/>
            </w:tcBorders>
            <w:shd w:val="clear" w:color="auto" w:fill="FFFFFF" w:themeFill="background1"/>
            <w:tcMar>
              <w:top w:w="45" w:type="dxa"/>
              <w:left w:w="45" w:type="dxa"/>
              <w:bottom w:w="45" w:type="dxa"/>
              <w:right w:w="45" w:type="dxa"/>
            </w:tcMar>
          </w:tcPr>
          <w:p w14:paraId="1416C617" w14:textId="77777777" w:rsidR="00C56E16" w:rsidRPr="00C56E16" w:rsidRDefault="00C56E16" w:rsidP="00F65375">
            <w:pPr>
              <w:rPr>
                <w:rFonts w:ascii="Verdana" w:hAnsi="Verdana"/>
                <w:sz w:val="20"/>
                <w:szCs w:val="32"/>
              </w:rPr>
            </w:pPr>
            <w:r w:rsidRPr="00C56E16">
              <w:rPr>
                <w:rFonts w:ascii="Verdana" w:eastAsia="Arial" w:hAnsi="Verdana"/>
                <w:color w:val="666666"/>
                <w:sz w:val="20"/>
                <w:szCs w:val="32"/>
              </w:rPr>
              <w:t>[invullen]</w:t>
            </w:r>
          </w:p>
        </w:tc>
        <w:tc>
          <w:tcPr>
            <w:tcW w:w="4678" w:type="dxa"/>
            <w:tcBorders>
              <w:top w:val="single" w:sz="3" w:space="0" w:color="C9D8DE"/>
              <w:left w:val="single" w:sz="3" w:space="0" w:color="C9D8DE"/>
              <w:bottom w:val="single" w:sz="3" w:space="0" w:color="C9D8DE"/>
              <w:right w:val="single" w:sz="3" w:space="0" w:color="C9D8DE"/>
            </w:tcBorders>
            <w:shd w:val="clear" w:color="auto" w:fill="FFFFFF" w:themeFill="background1"/>
            <w:tcMar>
              <w:top w:w="45" w:type="dxa"/>
              <w:left w:w="45" w:type="dxa"/>
              <w:bottom w:w="45" w:type="dxa"/>
              <w:right w:w="45" w:type="dxa"/>
            </w:tcMar>
          </w:tcPr>
          <w:p w14:paraId="48BA12DB" w14:textId="77777777" w:rsidR="00C56E16" w:rsidRPr="00C56E16" w:rsidRDefault="00C56E16" w:rsidP="00F65375">
            <w:pPr>
              <w:rPr>
                <w:rFonts w:ascii="Verdana" w:hAnsi="Verdana"/>
                <w:sz w:val="20"/>
                <w:szCs w:val="32"/>
              </w:rPr>
            </w:pPr>
            <w:r w:rsidRPr="00C56E16">
              <w:rPr>
                <w:rFonts w:ascii="Verdana" w:eastAsia="Arial" w:hAnsi="Verdana"/>
                <w:color w:val="666666"/>
                <w:sz w:val="20"/>
                <w:szCs w:val="32"/>
              </w:rPr>
              <w:t>[invullen]</w:t>
            </w:r>
          </w:p>
        </w:tc>
        <w:tc>
          <w:tcPr>
            <w:tcW w:w="2835" w:type="dxa"/>
            <w:tcBorders>
              <w:top w:val="single" w:sz="3" w:space="0" w:color="C9D8DE"/>
              <w:left w:val="single" w:sz="3" w:space="0" w:color="C9D8DE"/>
              <w:bottom w:val="single" w:sz="3" w:space="0" w:color="C9D8DE"/>
              <w:right w:val="single" w:sz="3" w:space="0" w:color="C9D8DE"/>
            </w:tcBorders>
            <w:shd w:val="clear" w:color="auto" w:fill="FFFFFF" w:themeFill="background1"/>
            <w:tcMar>
              <w:top w:w="45" w:type="dxa"/>
              <w:left w:w="45" w:type="dxa"/>
              <w:bottom w:w="45" w:type="dxa"/>
              <w:right w:w="45" w:type="dxa"/>
            </w:tcMar>
          </w:tcPr>
          <w:p w14:paraId="257245BC" w14:textId="77777777" w:rsidR="00C56E16" w:rsidRPr="00C56E16" w:rsidRDefault="00C56E16" w:rsidP="00F65375">
            <w:pPr>
              <w:rPr>
                <w:rFonts w:ascii="Verdana" w:hAnsi="Verdana"/>
                <w:sz w:val="20"/>
                <w:szCs w:val="32"/>
              </w:rPr>
            </w:pPr>
            <w:r w:rsidRPr="00C56E16">
              <w:rPr>
                <w:rFonts w:ascii="Verdana" w:eastAsia="Arial" w:hAnsi="Verdana"/>
                <w:color w:val="666666"/>
                <w:sz w:val="20"/>
                <w:szCs w:val="32"/>
              </w:rPr>
              <w:t>[invullen]</w:t>
            </w:r>
          </w:p>
        </w:tc>
        <w:tc>
          <w:tcPr>
            <w:tcW w:w="3969" w:type="dxa"/>
            <w:tcBorders>
              <w:top w:val="single" w:sz="3" w:space="0" w:color="C9D8DE"/>
              <w:left w:val="single" w:sz="3" w:space="0" w:color="C9D8DE"/>
              <w:bottom w:val="single" w:sz="3" w:space="0" w:color="C9D8DE"/>
              <w:right w:val="single" w:sz="3" w:space="0" w:color="C9D8DE"/>
            </w:tcBorders>
            <w:shd w:val="clear" w:color="auto" w:fill="FFFFFF" w:themeFill="background1"/>
            <w:tcMar>
              <w:top w:w="45" w:type="dxa"/>
              <w:left w:w="45" w:type="dxa"/>
              <w:bottom w:w="45" w:type="dxa"/>
              <w:right w:w="45" w:type="dxa"/>
            </w:tcMar>
          </w:tcPr>
          <w:p w14:paraId="2BE9FF89" w14:textId="77777777" w:rsidR="00C56E16" w:rsidRPr="00C56E16" w:rsidRDefault="00C56E16" w:rsidP="00F65375">
            <w:pPr>
              <w:rPr>
                <w:rFonts w:ascii="Verdana" w:hAnsi="Verdana"/>
                <w:sz w:val="20"/>
                <w:szCs w:val="32"/>
              </w:rPr>
            </w:pPr>
            <w:r w:rsidRPr="00C56E16">
              <w:rPr>
                <w:rFonts w:ascii="Verdana" w:eastAsia="Arial" w:hAnsi="Verdana"/>
                <w:color w:val="666666"/>
                <w:sz w:val="20"/>
                <w:szCs w:val="32"/>
              </w:rPr>
              <w:t>[invullen]</w:t>
            </w:r>
          </w:p>
        </w:tc>
        <w:tc>
          <w:tcPr>
            <w:tcW w:w="3253" w:type="dxa"/>
            <w:tcBorders>
              <w:top w:val="single" w:sz="3" w:space="0" w:color="C9D8DE"/>
              <w:left w:val="single" w:sz="3" w:space="0" w:color="C9D8DE"/>
              <w:bottom w:val="single" w:sz="3" w:space="0" w:color="C9D8DE"/>
              <w:right w:val="single" w:sz="3" w:space="0" w:color="C9D8DE"/>
            </w:tcBorders>
            <w:shd w:val="clear" w:color="auto" w:fill="FFFFFF" w:themeFill="background1"/>
            <w:tcMar>
              <w:top w:w="45" w:type="dxa"/>
              <w:left w:w="45" w:type="dxa"/>
              <w:bottom w:w="45" w:type="dxa"/>
              <w:right w:w="45" w:type="dxa"/>
            </w:tcMar>
          </w:tcPr>
          <w:p w14:paraId="4AFCF420" w14:textId="77777777" w:rsidR="00C56E16" w:rsidRPr="00C56E16" w:rsidRDefault="00C56E16" w:rsidP="00F65375">
            <w:pPr>
              <w:rPr>
                <w:rFonts w:ascii="Verdana" w:hAnsi="Verdana"/>
                <w:sz w:val="20"/>
                <w:szCs w:val="32"/>
              </w:rPr>
            </w:pPr>
            <w:r w:rsidRPr="00C56E16">
              <w:rPr>
                <w:rFonts w:ascii="Verdana" w:eastAsia="Arial" w:hAnsi="Verdana"/>
                <w:color w:val="666666"/>
                <w:sz w:val="20"/>
                <w:szCs w:val="32"/>
              </w:rPr>
              <w:t>[invullen]</w:t>
            </w:r>
          </w:p>
        </w:tc>
      </w:tr>
      <w:tr w:rsidR="00C56E16" w14:paraId="7E01A2CA" w14:textId="77777777" w:rsidTr="00C129D2">
        <w:trPr>
          <w:cantSplit/>
          <w:jc w:val="center"/>
        </w:trPr>
        <w:tc>
          <w:tcPr>
            <w:tcW w:w="3356" w:type="dxa"/>
            <w:tcBorders>
              <w:top w:val="single" w:sz="3" w:space="0" w:color="C9D8DE"/>
              <w:left w:val="single" w:sz="3" w:space="0" w:color="C9D8DE"/>
              <w:bottom w:val="single" w:sz="3" w:space="0" w:color="C9D8DE"/>
              <w:right w:val="single" w:sz="3" w:space="0" w:color="C9D8DE"/>
            </w:tcBorders>
            <w:shd w:val="clear" w:color="auto" w:fill="FFFFFF" w:themeFill="background1"/>
            <w:tcMar>
              <w:top w:w="45" w:type="dxa"/>
              <w:left w:w="45" w:type="dxa"/>
              <w:bottom w:w="45" w:type="dxa"/>
              <w:right w:w="45" w:type="dxa"/>
            </w:tcMar>
          </w:tcPr>
          <w:p w14:paraId="3AC5576A" w14:textId="77777777" w:rsidR="00C56E16" w:rsidRPr="00C56E16" w:rsidRDefault="00C56E16" w:rsidP="00F65375">
            <w:pPr>
              <w:rPr>
                <w:rFonts w:ascii="Verdana" w:hAnsi="Verdana"/>
                <w:sz w:val="20"/>
                <w:szCs w:val="32"/>
              </w:rPr>
            </w:pPr>
            <w:r w:rsidRPr="00C56E16">
              <w:rPr>
                <w:rFonts w:ascii="Verdana" w:eastAsia="Arial" w:hAnsi="Verdana"/>
                <w:b/>
                <w:color w:val="163A5F"/>
                <w:sz w:val="20"/>
                <w:szCs w:val="32"/>
              </w:rPr>
              <w:t>Controleleider</w:t>
            </w:r>
          </w:p>
        </w:tc>
        <w:tc>
          <w:tcPr>
            <w:tcW w:w="4010" w:type="dxa"/>
            <w:tcBorders>
              <w:top w:val="single" w:sz="3" w:space="0" w:color="C9D8DE"/>
              <w:left w:val="single" w:sz="3" w:space="0" w:color="C9D8DE"/>
              <w:bottom w:val="single" w:sz="3" w:space="0" w:color="C9D8DE"/>
              <w:right w:val="single" w:sz="3" w:space="0" w:color="C9D8DE"/>
            </w:tcBorders>
            <w:shd w:val="clear" w:color="auto" w:fill="FFFFFF" w:themeFill="background1"/>
            <w:tcMar>
              <w:top w:w="45" w:type="dxa"/>
              <w:left w:w="45" w:type="dxa"/>
              <w:bottom w:w="45" w:type="dxa"/>
              <w:right w:w="45" w:type="dxa"/>
            </w:tcMar>
          </w:tcPr>
          <w:p w14:paraId="3FB7460A" w14:textId="77777777" w:rsidR="00C56E16" w:rsidRPr="00C56E16" w:rsidRDefault="00C56E16" w:rsidP="00F65375">
            <w:pPr>
              <w:rPr>
                <w:rFonts w:ascii="Verdana" w:hAnsi="Verdana"/>
                <w:sz w:val="20"/>
                <w:szCs w:val="32"/>
              </w:rPr>
            </w:pPr>
            <w:r w:rsidRPr="00C56E16">
              <w:rPr>
                <w:rFonts w:ascii="Verdana" w:eastAsia="Arial" w:hAnsi="Verdana"/>
                <w:color w:val="666666"/>
                <w:sz w:val="20"/>
                <w:szCs w:val="32"/>
              </w:rPr>
              <w:t>[invullen]</w:t>
            </w:r>
          </w:p>
        </w:tc>
        <w:tc>
          <w:tcPr>
            <w:tcW w:w="4678" w:type="dxa"/>
            <w:tcBorders>
              <w:top w:val="single" w:sz="3" w:space="0" w:color="C9D8DE"/>
              <w:left w:val="single" w:sz="3" w:space="0" w:color="C9D8DE"/>
              <w:bottom w:val="single" w:sz="3" w:space="0" w:color="C9D8DE"/>
              <w:right w:val="single" w:sz="3" w:space="0" w:color="C9D8DE"/>
            </w:tcBorders>
            <w:shd w:val="clear" w:color="auto" w:fill="FFFFFF" w:themeFill="background1"/>
            <w:tcMar>
              <w:top w:w="45" w:type="dxa"/>
              <w:left w:w="45" w:type="dxa"/>
              <w:bottom w:w="45" w:type="dxa"/>
              <w:right w:w="45" w:type="dxa"/>
            </w:tcMar>
          </w:tcPr>
          <w:p w14:paraId="7506C0E0" w14:textId="77777777" w:rsidR="00C56E16" w:rsidRPr="00C56E16" w:rsidRDefault="00C56E16" w:rsidP="00F65375">
            <w:pPr>
              <w:rPr>
                <w:rFonts w:ascii="Verdana" w:hAnsi="Verdana"/>
                <w:sz w:val="20"/>
                <w:szCs w:val="32"/>
              </w:rPr>
            </w:pPr>
            <w:r w:rsidRPr="00C56E16">
              <w:rPr>
                <w:rFonts w:ascii="Verdana" w:eastAsia="Arial" w:hAnsi="Verdana"/>
                <w:color w:val="666666"/>
                <w:sz w:val="20"/>
                <w:szCs w:val="32"/>
              </w:rPr>
              <w:t>[invullen]</w:t>
            </w:r>
          </w:p>
        </w:tc>
        <w:tc>
          <w:tcPr>
            <w:tcW w:w="2835" w:type="dxa"/>
            <w:tcBorders>
              <w:top w:val="single" w:sz="3" w:space="0" w:color="C9D8DE"/>
              <w:left w:val="single" w:sz="3" w:space="0" w:color="C9D8DE"/>
              <w:bottom w:val="single" w:sz="3" w:space="0" w:color="C9D8DE"/>
              <w:right w:val="single" w:sz="3" w:space="0" w:color="C9D8DE"/>
            </w:tcBorders>
            <w:shd w:val="clear" w:color="auto" w:fill="FFFFFF" w:themeFill="background1"/>
            <w:tcMar>
              <w:top w:w="45" w:type="dxa"/>
              <w:left w:w="45" w:type="dxa"/>
              <w:bottom w:w="45" w:type="dxa"/>
              <w:right w:w="45" w:type="dxa"/>
            </w:tcMar>
          </w:tcPr>
          <w:p w14:paraId="1F224A03" w14:textId="77777777" w:rsidR="00C56E16" w:rsidRPr="00C56E16" w:rsidRDefault="00C56E16" w:rsidP="00F65375">
            <w:pPr>
              <w:rPr>
                <w:rFonts w:ascii="Verdana" w:hAnsi="Verdana"/>
                <w:sz w:val="20"/>
                <w:szCs w:val="32"/>
              </w:rPr>
            </w:pPr>
            <w:r w:rsidRPr="00C56E16">
              <w:rPr>
                <w:rFonts w:ascii="Verdana" w:eastAsia="Arial" w:hAnsi="Verdana"/>
                <w:color w:val="666666"/>
                <w:sz w:val="20"/>
                <w:szCs w:val="32"/>
              </w:rPr>
              <w:t>[invullen]</w:t>
            </w:r>
          </w:p>
        </w:tc>
        <w:tc>
          <w:tcPr>
            <w:tcW w:w="3969" w:type="dxa"/>
            <w:tcBorders>
              <w:top w:val="single" w:sz="3" w:space="0" w:color="C9D8DE"/>
              <w:left w:val="single" w:sz="3" w:space="0" w:color="C9D8DE"/>
              <w:bottom w:val="single" w:sz="3" w:space="0" w:color="C9D8DE"/>
              <w:right w:val="single" w:sz="3" w:space="0" w:color="C9D8DE"/>
            </w:tcBorders>
            <w:shd w:val="clear" w:color="auto" w:fill="FFFFFF" w:themeFill="background1"/>
            <w:tcMar>
              <w:top w:w="45" w:type="dxa"/>
              <w:left w:w="45" w:type="dxa"/>
              <w:bottom w:w="45" w:type="dxa"/>
              <w:right w:w="45" w:type="dxa"/>
            </w:tcMar>
          </w:tcPr>
          <w:p w14:paraId="017E19A7" w14:textId="77777777" w:rsidR="00C56E16" w:rsidRPr="00C56E16" w:rsidRDefault="00C56E16" w:rsidP="00F65375">
            <w:pPr>
              <w:rPr>
                <w:rFonts w:ascii="Verdana" w:hAnsi="Verdana"/>
                <w:sz w:val="20"/>
                <w:szCs w:val="32"/>
              </w:rPr>
            </w:pPr>
            <w:r w:rsidRPr="00C56E16">
              <w:rPr>
                <w:rFonts w:ascii="Verdana" w:eastAsia="Arial" w:hAnsi="Verdana"/>
                <w:color w:val="666666"/>
                <w:sz w:val="20"/>
                <w:szCs w:val="32"/>
              </w:rPr>
              <w:t>[invullen]</w:t>
            </w:r>
          </w:p>
        </w:tc>
        <w:tc>
          <w:tcPr>
            <w:tcW w:w="3253" w:type="dxa"/>
            <w:tcBorders>
              <w:top w:val="single" w:sz="3" w:space="0" w:color="C9D8DE"/>
              <w:left w:val="single" w:sz="3" w:space="0" w:color="C9D8DE"/>
              <w:bottom w:val="single" w:sz="3" w:space="0" w:color="C9D8DE"/>
              <w:right w:val="single" w:sz="3" w:space="0" w:color="C9D8DE"/>
            </w:tcBorders>
            <w:shd w:val="clear" w:color="auto" w:fill="FFFFFF" w:themeFill="background1"/>
            <w:tcMar>
              <w:top w:w="45" w:type="dxa"/>
              <w:left w:w="45" w:type="dxa"/>
              <w:bottom w:w="45" w:type="dxa"/>
              <w:right w:w="45" w:type="dxa"/>
            </w:tcMar>
          </w:tcPr>
          <w:p w14:paraId="5DAAD6DC" w14:textId="77777777" w:rsidR="00C56E16" w:rsidRPr="00C56E16" w:rsidRDefault="00C56E16" w:rsidP="00F65375">
            <w:pPr>
              <w:rPr>
                <w:rFonts w:ascii="Verdana" w:hAnsi="Verdana"/>
                <w:sz w:val="20"/>
                <w:szCs w:val="32"/>
              </w:rPr>
            </w:pPr>
            <w:r w:rsidRPr="00C56E16">
              <w:rPr>
                <w:rFonts w:ascii="Verdana" w:eastAsia="Arial" w:hAnsi="Verdana"/>
                <w:color w:val="666666"/>
                <w:sz w:val="20"/>
                <w:szCs w:val="32"/>
              </w:rPr>
              <w:t>[invullen]</w:t>
            </w:r>
          </w:p>
        </w:tc>
      </w:tr>
      <w:tr w:rsidR="00C56E16" w14:paraId="1948D269" w14:textId="77777777" w:rsidTr="00C129D2">
        <w:trPr>
          <w:cantSplit/>
          <w:jc w:val="center"/>
        </w:trPr>
        <w:tc>
          <w:tcPr>
            <w:tcW w:w="3356" w:type="dxa"/>
            <w:tcBorders>
              <w:top w:val="single" w:sz="3" w:space="0" w:color="C9D8DE"/>
              <w:left w:val="single" w:sz="3" w:space="0" w:color="C9D8DE"/>
              <w:bottom w:val="single" w:sz="3" w:space="0" w:color="C9D8DE"/>
              <w:right w:val="single" w:sz="3" w:space="0" w:color="C9D8DE"/>
            </w:tcBorders>
            <w:shd w:val="clear" w:color="auto" w:fill="FFFFFF" w:themeFill="background1"/>
            <w:tcMar>
              <w:top w:w="45" w:type="dxa"/>
              <w:left w:w="45" w:type="dxa"/>
              <w:bottom w:w="45" w:type="dxa"/>
              <w:right w:w="45" w:type="dxa"/>
            </w:tcMar>
          </w:tcPr>
          <w:p w14:paraId="1FCF2821" w14:textId="77777777" w:rsidR="00C56E16" w:rsidRPr="00C56E16" w:rsidRDefault="00C56E16" w:rsidP="00F65375">
            <w:pPr>
              <w:rPr>
                <w:rFonts w:ascii="Verdana" w:hAnsi="Verdana"/>
                <w:sz w:val="20"/>
                <w:szCs w:val="32"/>
              </w:rPr>
            </w:pPr>
            <w:r w:rsidRPr="00C56E16">
              <w:rPr>
                <w:rFonts w:ascii="Verdana" w:eastAsia="Arial" w:hAnsi="Verdana"/>
                <w:b/>
                <w:color w:val="163A5F"/>
                <w:sz w:val="20"/>
                <w:szCs w:val="32"/>
              </w:rPr>
              <w:t>Overige teamleden / specialisten</w:t>
            </w:r>
          </w:p>
        </w:tc>
        <w:tc>
          <w:tcPr>
            <w:tcW w:w="4010" w:type="dxa"/>
            <w:tcBorders>
              <w:top w:val="single" w:sz="3" w:space="0" w:color="C9D8DE"/>
              <w:left w:val="single" w:sz="3" w:space="0" w:color="C9D8DE"/>
              <w:bottom w:val="single" w:sz="3" w:space="0" w:color="C9D8DE"/>
              <w:right w:val="single" w:sz="3" w:space="0" w:color="C9D8DE"/>
            </w:tcBorders>
            <w:shd w:val="clear" w:color="auto" w:fill="FFFFFF" w:themeFill="background1"/>
            <w:tcMar>
              <w:top w:w="45" w:type="dxa"/>
              <w:left w:w="45" w:type="dxa"/>
              <w:bottom w:w="45" w:type="dxa"/>
              <w:right w:w="45" w:type="dxa"/>
            </w:tcMar>
          </w:tcPr>
          <w:p w14:paraId="6943407E" w14:textId="77777777" w:rsidR="00C56E16" w:rsidRPr="00C56E16" w:rsidRDefault="00C56E16" w:rsidP="00F65375">
            <w:pPr>
              <w:rPr>
                <w:rFonts w:ascii="Verdana" w:hAnsi="Verdana"/>
                <w:sz w:val="20"/>
                <w:szCs w:val="32"/>
              </w:rPr>
            </w:pPr>
            <w:r w:rsidRPr="00C56E16">
              <w:rPr>
                <w:rFonts w:ascii="Verdana" w:eastAsia="Arial" w:hAnsi="Verdana"/>
                <w:color w:val="666666"/>
                <w:sz w:val="20"/>
                <w:szCs w:val="32"/>
              </w:rPr>
              <w:t>[invullen]</w:t>
            </w:r>
          </w:p>
        </w:tc>
        <w:tc>
          <w:tcPr>
            <w:tcW w:w="4678" w:type="dxa"/>
            <w:tcBorders>
              <w:top w:val="single" w:sz="3" w:space="0" w:color="C9D8DE"/>
              <w:left w:val="single" w:sz="3" w:space="0" w:color="C9D8DE"/>
              <w:bottom w:val="single" w:sz="3" w:space="0" w:color="C9D8DE"/>
              <w:right w:val="single" w:sz="3" w:space="0" w:color="C9D8DE"/>
            </w:tcBorders>
            <w:shd w:val="clear" w:color="auto" w:fill="FFFFFF" w:themeFill="background1"/>
            <w:tcMar>
              <w:top w:w="45" w:type="dxa"/>
              <w:left w:w="45" w:type="dxa"/>
              <w:bottom w:w="45" w:type="dxa"/>
              <w:right w:w="45" w:type="dxa"/>
            </w:tcMar>
          </w:tcPr>
          <w:p w14:paraId="540E1F0D" w14:textId="77777777" w:rsidR="00C56E16" w:rsidRPr="00C56E16" w:rsidRDefault="00C56E16" w:rsidP="00F65375">
            <w:pPr>
              <w:rPr>
                <w:rFonts w:ascii="Verdana" w:hAnsi="Verdana"/>
                <w:sz w:val="20"/>
                <w:szCs w:val="32"/>
              </w:rPr>
            </w:pPr>
            <w:r w:rsidRPr="00C56E16">
              <w:rPr>
                <w:rFonts w:ascii="Verdana" w:eastAsia="Arial" w:hAnsi="Verdana"/>
                <w:color w:val="666666"/>
                <w:sz w:val="20"/>
                <w:szCs w:val="32"/>
              </w:rPr>
              <w:t>[invullen]</w:t>
            </w:r>
          </w:p>
        </w:tc>
        <w:tc>
          <w:tcPr>
            <w:tcW w:w="2835" w:type="dxa"/>
            <w:tcBorders>
              <w:top w:val="single" w:sz="3" w:space="0" w:color="C9D8DE"/>
              <w:left w:val="single" w:sz="3" w:space="0" w:color="C9D8DE"/>
              <w:bottom w:val="single" w:sz="3" w:space="0" w:color="C9D8DE"/>
              <w:right w:val="single" w:sz="3" w:space="0" w:color="C9D8DE"/>
            </w:tcBorders>
            <w:shd w:val="clear" w:color="auto" w:fill="FFFFFF" w:themeFill="background1"/>
            <w:tcMar>
              <w:top w:w="45" w:type="dxa"/>
              <w:left w:w="45" w:type="dxa"/>
              <w:bottom w:w="45" w:type="dxa"/>
              <w:right w:w="45" w:type="dxa"/>
            </w:tcMar>
          </w:tcPr>
          <w:p w14:paraId="3CCA2A89" w14:textId="77777777" w:rsidR="00C56E16" w:rsidRPr="00C56E16" w:rsidRDefault="00C56E16" w:rsidP="00F65375">
            <w:pPr>
              <w:rPr>
                <w:rFonts w:ascii="Verdana" w:hAnsi="Verdana"/>
                <w:sz w:val="20"/>
                <w:szCs w:val="32"/>
              </w:rPr>
            </w:pPr>
            <w:r w:rsidRPr="00C56E16">
              <w:rPr>
                <w:rFonts w:ascii="Verdana" w:eastAsia="Arial" w:hAnsi="Verdana"/>
                <w:color w:val="666666"/>
                <w:sz w:val="20"/>
                <w:szCs w:val="32"/>
              </w:rPr>
              <w:t>[invullen]</w:t>
            </w:r>
          </w:p>
        </w:tc>
        <w:tc>
          <w:tcPr>
            <w:tcW w:w="3969" w:type="dxa"/>
            <w:tcBorders>
              <w:top w:val="single" w:sz="3" w:space="0" w:color="C9D8DE"/>
              <w:left w:val="single" w:sz="3" w:space="0" w:color="C9D8DE"/>
              <w:bottom w:val="single" w:sz="3" w:space="0" w:color="C9D8DE"/>
              <w:right w:val="single" w:sz="3" w:space="0" w:color="C9D8DE"/>
            </w:tcBorders>
            <w:shd w:val="clear" w:color="auto" w:fill="FFFFFF" w:themeFill="background1"/>
            <w:tcMar>
              <w:top w:w="45" w:type="dxa"/>
              <w:left w:w="45" w:type="dxa"/>
              <w:bottom w:w="45" w:type="dxa"/>
              <w:right w:w="45" w:type="dxa"/>
            </w:tcMar>
          </w:tcPr>
          <w:p w14:paraId="32CEAA6E" w14:textId="77777777" w:rsidR="00C56E16" w:rsidRPr="00C56E16" w:rsidRDefault="00C56E16" w:rsidP="00F65375">
            <w:pPr>
              <w:rPr>
                <w:rFonts w:ascii="Verdana" w:hAnsi="Verdana"/>
                <w:sz w:val="20"/>
                <w:szCs w:val="32"/>
              </w:rPr>
            </w:pPr>
            <w:r w:rsidRPr="00C56E16">
              <w:rPr>
                <w:rFonts w:ascii="Verdana" w:eastAsia="Arial" w:hAnsi="Verdana"/>
                <w:color w:val="666666"/>
                <w:sz w:val="20"/>
                <w:szCs w:val="32"/>
              </w:rPr>
              <w:t>[invullen]</w:t>
            </w:r>
          </w:p>
        </w:tc>
        <w:tc>
          <w:tcPr>
            <w:tcW w:w="3253" w:type="dxa"/>
            <w:tcBorders>
              <w:top w:val="single" w:sz="3" w:space="0" w:color="C9D8DE"/>
              <w:left w:val="single" w:sz="3" w:space="0" w:color="C9D8DE"/>
              <w:bottom w:val="single" w:sz="3" w:space="0" w:color="C9D8DE"/>
              <w:right w:val="single" w:sz="3" w:space="0" w:color="C9D8DE"/>
            </w:tcBorders>
            <w:shd w:val="clear" w:color="auto" w:fill="FFFFFF" w:themeFill="background1"/>
            <w:tcMar>
              <w:top w:w="45" w:type="dxa"/>
              <w:left w:w="45" w:type="dxa"/>
              <w:bottom w:w="45" w:type="dxa"/>
              <w:right w:w="45" w:type="dxa"/>
            </w:tcMar>
          </w:tcPr>
          <w:p w14:paraId="3D6CFD93" w14:textId="77777777" w:rsidR="00C56E16" w:rsidRPr="00C56E16" w:rsidRDefault="00C56E16" w:rsidP="00F65375">
            <w:pPr>
              <w:rPr>
                <w:rFonts w:ascii="Verdana" w:hAnsi="Verdana"/>
                <w:sz w:val="20"/>
                <w:szCs w:val="32"/>
              </w:rPr>
            </w:pPr>
            <w:r w:rsidRPr="00C56E16">
              <w:rPr>
                <w:rFonts w:ascii="Verdana" w:eastAsia="Arial" w:hAnsi="Verdana"/>
                <w:color w:val="666666"/>
                <w:sz w:val="20"/>
                <w:szCs w:val="32"/>
              </w:rPr>
              <w:t>[invullen]</w:t>
            </w:r>
          </w:p>
        </w:tc>
      </w:tr>
    </w:tbl>
    <w:p w14:paraId="05C42CCD" w14:textId="77777777" w:rsidR="00C56E16" w:rsidRDefault="00C56E16">
      <w:pPr>
        <w:rPr>
          <w:lang w:val="nl-NL"/>
        </w:rPr>
      </w:pPr>
    </w:p>
    <w:tbl>
      <w:tblPr>
        <w:tblW w:w="22132" w:type="dxa"/>
        <w:tblInd w:w="-5" w:type="dxa"/>
        <w:tblLook w:val="04A0" w:firstRow="1" w:lastRow="0" w:firstColumn="1" w:lastColumn="0" w:noHBand="0" w:noVBand="1"/>
      </w:tblPr>
      <w:tblGrid>
        <w:gridCol w:w="22132"/>
      </w:tblGrid>
      <w:tr w:rsidR="00960319" w:rsidRPr="00C571BF" w14:paraId="24A4A72E" w14:textId="77777777" w:rsidTr="00960319">
        <w:trPr>
          <w:trHeight w:val="1092"/>
        </w:trPr>
        <w:tc>
          <w:tcPr>
            <w:tcW w:w="22132" w:type="dxa"/>
            <w:tcBorders>
              <w:top w:val="single" w:sz="4" w:space="0" w:color="C9D8DE"/>
              <w:left w:val="single" w:sz="4" w:space="0" w:color="C9D8DE"/>
              <w:bottom w:val="single" w:sz="4" w:space="0" w:color="C9D8DE"/>
              <w:right w:val="single" w:sz="4" w:space="0" w:color="C9D8DE"/>
            </w:tcBorders>
            <w:shd w:val="clear" w:color="auto" w:fill="FFFFFF"/>
            <w:tcMar>
              <w:top w:w="80" w:type="dxa"/>
              <w:left w:w="80" w:type="dxa"/>
              <w:bottom w:w="80" w:type="dxa"/>
              <w:right w:w="80" w:type="dxa"/>
            </w:tcMar>
          </w:tcPr>
          <w:p w14:paraId="7925E415" w14:textId="77777777" w:rsidR="00960319" w:rsidRPr="00D67664" w:rsidRDefault="00960319" w:rsidP="00F65375">
            <w:pPr>
              <w:rPr>
                <w:sz w:val="36"/>
                <w:szCs w:val="36"/>
                <w:lang w:val="nl-NL"/>
              </w:rPr>
            </w:pPr>
            <w:r w:rsidRPr="00D67664">
              <w:rPr>
                <w:rFonts w:ascii="Arial" w:eastAsia="Arial" w:hAnsi="Arial"/>
                <w:b/>
                <w:sz w:val="28"/>
                <w:szCs w:val="36"/>
                <w:lang w:val="nl-NL"/>
              </w:rPr>
              <w:t>Deskundigheid van het team</w:t>
            </w:r>
          </w:p>
          <w:p w14:paraId="00423859" w14:textId="0F359312" w:rsidR="00960319" w:rsidRPr="00D67664" w:rsidRDefault="00960319" w:rsidP="00F65375">
            <w:pPr>
              <w:spacing w:after="0"/>
              <w:rPr>
                <w:rFonts w:ascii="Verdana" w:hAnsi="Verdana"/>
                <w:lang w:val="nl-NL"/>
              </w:rPr>
            </w:pPr>
            <w:r w:rsidRPr="00CB6492">
              <w:rPr>
                <w:rFonts w:ascii="Verdana" w:hAnsi="Verdana"/>
                <w:sz w:val="20"/>
                <w:szCs w:val="20"/>
                <w:lang w:val="nl-NL"/>
              </w:rPr>
              <w:t xml:space="preserve">Licht hier concreet en passend, kort de deskundigheid van het team toe. Maximaal 100 woorden, verdana 10. </w:t>
            </w:r>
          </w:p>
        </w:tc>
      </w:tr>
      <w:tr w:rsidR="00960319" w:rsidRPr="00FC40CE" w14:paraId="58745A36" w14:textId="77777777" w:rsidTr="00960319">
        <w:trPr>
          <w:trHeight w:val="1146"/>
        </w:trPr>
        <w:tc>
          <w:tcPr>
            <w:tcW w:w="22132" w:type="dxa"/>
            <w:tcBorders>
              <w:top w:val="single" w:sz="4" w:space="0" w:color="C9D8DE"/>
              <w:left w:val="single" w:sz="4" w:space="0" w:color="C9D8DE"/>
              <w:bottom w:val="single" w:sz="4" w:space="0" w:color="C9D8DE"/>
              <w:right w:val="single" w:sz="4" w:space="0" w:color="C9D8DE"/>
            </w:tcBorders>
            <w:shd w:val="clear" w:color="auto" w:fill="FFFFFF"/>
            <w:tcMar>
              <w:top w:w="80" w:type="dxa"/>
              <w:left w:w="80" w:type="dxa"/>
              <w:bottom w:w="80" w:type="dxa"/>
              <w:right w:w="80" w:type="dxa"/>
            </w:tcMar>
          </w:tcPr>
          <w:p w14:paraId="5BAE5B89" w14:textId="77777777" w:rsidR="00960319" w:rsidRPr="000C7D03" w:rsidRDefault="00960319" w:rsidP="00F65375">
            <w:pPr>
              <w:rPr>
                <w:sz w:val="36"/>
                <w:szCs w:val="36"/>
                <w:lang w:val="nl-NL"/>
              </w:rPr>
            </w:pPr>
            <w:r w:rsidRPr="000C7D03">
              <w:rPr>
                <w:rFonts w:ascii="Arial" w:eastAsia="Arial" w:hAnsi="Arial"/>
                <w:b/>
                <w:sz w:val="28"/>
                <w:szCs w:val="36"/>
                <w:lang w:val="nl-NL"/>
              </w:rPr>
              <w:t>Kennis van BBV, rechtmatigheid en SISA</w:t>
            </w:r>
          </w:p>
          <w:p w14:paraId="4AFA9014" w14:textId="0AA8BBD2" w:rsidR="00960319" w:rsidRPr="00CB6492" w:rsidRDefault="00960319" w:rsidP="00F65375">
            <w:pPr>
              <w:spacing w:after="40"/>
              <w:rPr>
                <w:rFonts w:ascii="Verdana" w:hAnsi="Verdana"/>
                <w:sz w:val="32"/>
                <w:szCs w:val="32"/>
                <w:lang w:val="nl-NL"/>
              </w:rPr>
            </w:pPr>
            <w:r w:rsidRPr="00CB6492">
              <w:rPr>
                <w:rFonts w:ascii="Verdana" w:eastAsia="Arial" w:hAnsi="Verdana"/>
                <w:sz w:val="20"/>
                <w:szCs w:val="32"/>
                <w:lang w:val="nl-NL"/>
              </w:rPr>
              <w:t xml:space="preserve">Beschrijf hoe deze kennis in het team is geborgd. Maximaal 100 woorden verdana 10. </w:t>
            </w:r>
          </w:p>
          <w:p w14:paraId="7B7A5908" w14:textId="3E0F052D" w:rsidR="00960319" w:rsidRPr="00C571BF" w:rsidRDefault="00960319" w:rsidP="00F65375">
            <w:pPr>
              <w:spacing w:after="0"/>
              <w:rPr>
                <w:lang w:val="nl-NL"/>
              </w:rPr>
            </w:pPr>
          </w:p>
        </w:tc>
      </w:tr>
    </w:tbl>
    <w:p w14:paraId="34D8B85F" w14:textId="77777777" w:rsidR="00D67664" w:rsidRPr="00977B3E" w:rsidRDefault="00D67664">
      <w:pPr>
        <w:rPr>
          <w:lang w:val="nl-NL"/>
        </w:rPr>
      </w:pPr>
    </w:p>
    <w:sectPr w:rsidR="00D67664" w:rsidRPr="00977B3E" w:rsidSect="00034616">
      <w:pgSz w:w="23811" w:h="16838" w:orient="landscape"/>
      <w:pgMar w:top="850" w:right="850" w:bottom="680"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54360532">
    <w:abstractNumId w:val="8"/>
  </w:num>
  <w:num w:numId="2" w16cid:durableId="1080062962">
    <w:abstractNumId w:val="6"/>
  </w:num>
  <w:num w:numId="3" w16cid:durableId="659507697">
    <w:abstractNumId w:val="5"/>
  </w:num>
  <w:num w:numId="4" w16cid:durableId="1153721326">
    <w:abstractNumId w:val="4"/>
  </w:num>
  <w:num w:numId="5" w16cid:durableId="1969165176">
    <w:abstractNumId w:val="7"/>
  </w:num>
  <w:num w:numId="6" w16cid:durableId="947471967">
    <w:abstractNumId w:val="3"/>
  </w:num>
  <w:num w:numId="7" w16cid:durableId="521166098">
    <w:abstractNumId w:val="2"/>
  </w:num>
  <w:num w:numId="8" w16cid:durableId="1134637058">
    <w:abstractNumId w:val="1"/>
  </w:num>
  <w:num w:numId="9" w16cid:durableId="732780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7B8C"/>
    <w:rsid w:val="0006063C"/>
    <w:rsid w:val="00097580"/>
    <w:rsid w:val="000C7D03"/>
    <w:rsid w:val="000D3CB6"/>
    <w:rsid w:val="000F6CC8"/>
    <w:rsid w:val="0015074B"/>
    <w:rsid w:val="002070A3"/>
    <w:rsid w:val="00215D76"/>
    <w:rsid w:val="0026122C"/>
    <w:rsid w:val="0029639D"/>
    <w:rsid w:val="00326F90"/>
    <w:rsid w:val="00332516"/>
    <w:rsid w:val="003E2311"/>
    <w:rsid w:val="00475024"/>
    <w:rsid w:val="0058389C"/>
    <w:rsid w:val="005D20DB"/>
    <w:rsid w:val="00651060"/>
    <w:rsid w:val="006940BF"/>
    <w:rsid w:val="007B3ECD"/>
    <w:rsid w:val="009205E4"/>
    <w:rsid w:val="009437ED"/>
    <w:rsid w:val="00953E1E"/>
    <w:rsid w:val="00960319"/>
    <w:rsid w:val="00977B3E"/>
    <w:rsid w:val="00A17BA5"/>
    <w:rsid w:val="00A4155D"/>
    <w:rsid w:val="00AA1D8D"/>
    <w:rsid w:val="00AE60E6"/>
    <w:rsid w:val="00B05F6D"/>
    <w:rsid w:val="00B47730"/>
    <w:rsid w:val="00BC0224"/>
    <w:rsid w:val="00C014E5"/>
    <w:rsid w:val="00C129D2"/>
    <w:rsid w:val="00C56E16"/>
    <w:rsid w:val="00C571BF"/>
    <w:rsid w:val="00C57209"/>
    <w:rsid w:val="00CA1F7F"/>
    <w:rsid w:val="00CB0664"/>
    <w:rsid w:val="00CB6492"/>
    <w:rsid w:val="00CE65AE"/>
    <w:rsid w:val="00D67664"/>
    <w:rsid w:val="00E21FB2"/>
    <w:rsid w:val="00E44628"/>
    <w:rsid w:val="00F04E02"/>
    <w:rsid w:val="00FC40CE"/>
    <w:rsid w:val="00FC693F"/>
    <w:rsid w:val="00FD0B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09A4B4"/>
  <w14:defaultImageDpi w14:val="300"/>
  <w15:docId w15:val="{015DA6FA-A902-42FA-AF75-A8ECA057E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E60E6"/>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alweb">
    <w:name w:val="Normal (Web)"/>
    <w:basedOn w:val="Standaard"/>
    <w:uiPriority w:val="99"/>
    <w:semiHidden/>
    <w:unhideWhenUsed/>
    <w:rsid w:val="003E2311"/>
    <w:rPr>
      <w:rFonts w:ascii="Times New Roman" w:hAnsi="Times New Roman" w:cs="Times New Roman"/>
      <w:sz w:val="24"/>
      <w:szCs w:val="24"/>
    </w:rPr>
  </w:style>
  <w:style w:type="character" w:styleId="Verwijzingopmerking">
    <w:name w:val="annotation reference"/>
    <w:basedOn w:val="Standaardalinea-lettertype"/>
    <w:uiPriority w:val="99"/>
    <w:semiHidden/>
    <w:unhideWhenUsed/>
    <w:rsid w:val="00A17BA5"/>
    <w:rPr>
      <w:sz w:val="16"/>
      <w:szCs w:val="16"/>
    </w:rPr>
  </w:style>
  <w:style w:type="paragraph" w:styleId="Tekstopmerking">
    <w:name w:val="annotation text"/>
    <w:basedOn w:val="Standaard"/>
    <w:link w:val="TekstopmerkingChar"/>
    <w:uiPriority w:val="99"/>
    <w:unhideWhenUsed/>
    <w:rsid w:val="00A17BA5"/>
    <w:pPr>
      <w:spacing w:line="240" w:lineRule="auto"/>
    </w:pPr>
    <w:rPr>
      <w:sz w:val="20"/>
      <w:szCs w:val="20"/>
    </w:rPr>
  </w:style>
  <w:style w:type="character" w:customStyle="1" w:styleId="TekstopmerkingChar">
    <w:name w:val="Tekst opmerking Char"/>
    <w:basedOn w:val="Standaardalinea-lettertype"/>
    <w:link w:val="Tekstopmerking"/>
    <w:uiPriority w:val="99"/>
    <w:rsid w:val="00A17BA5"/>
    <w:rPr>
      <w:sz w:val="20"/>
      <w:szCs w:val="20"/>
    </w:rPr>
  </w:style>
  <w:style w:type="paragraph" w:styleId="Onderwerpvanopmerking">
    <w:name w:val="annotation subject"/>
    <w:basedOn w:val="Tekstopmerking"/>
    <w:next w:val="Tekstopmerking"/>
    <w:link w:val="OnderwerpvanopmerkingChar"/>
    <w:uiPriority w:val="99"/>
    <w:semiHidden/>
    <w:unhideWhenUsed/>
    <w:rsid w:val="00A17BA5"/>
    <w:rPr>
      <w:b/>
      <w:bCs/>
    </w:rPr>
  </w:style>
  <w:style w:type="character" w:customStyle="1" w:styleId="OnderwerpvanopmerkingChar">
    <w:name w:val="Onderwerp van opmerking Char"/>
    <w:basedOn w:val="TekstopmerkingChar"/>
    <w:link w:val="Onderwerpvanopmerking"/>
    <w:uiPriority w:val="99"/>
    <w:semiHidden/>
    <w:rsid w:val="00A17BA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f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5da368c-11d0-4260-8ec4-2a341cceb531">
      <Terms xmlns="http://schemas.microsoft.com/office/infopath/2007/PartnerControls"/>
    </lcf76f155ced4ddcb4097134ff3c332f>
    <Wie xmlns="b5da368c-11d0-4260-8ec4-2a341cceb531">
      <UserInfo>
        <DisplayName/>
        <AccountId xsi:nil="true"/>
        <AccountType/>
      </UserInfo>
    </Wi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C512087A3A5334BBBEE1F76CA313A5E" ma:contentTypeVersion="11" ma:contentTypeDescription="Een nieuw document maken." ma:contentTypeScope="" ma:versionID="ccdd506858dde636dd37932af94a690b">
  <xsd:schema xmlns:xsd="http://www.w3.org/2001/XMLSchema" xmlns:xs="http://www.w3.org/2001/XMLSchema" xmlns:p="http://schemas.microsoft.com/office/2006/metadata/properties" xmlns:ns2="b5da368c-11d0-4260-8ec4-2a341cceb531" targetNamespace="http://schemas.microsoft.com/office/2006/metadata/properties" ma:root="true" ma:fieldsID="5bd4069cee437656fa17792a66568b08" ns2:_="">
    <xsd:import namespace="b5da368c-11d0-4260-8ec4-2a341cceb5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Wie"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da368c-11d0-4260-8ec4-2a341cceb5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Wie" ma:index="11" nillable="true" ma:displayName="Wie" ma:format="Dropdown" ma:list="UserInfo" ma:SharePointGroup="0" ma:internalName="Wi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5e36107-9fa1-4ac6-b55b-0a16aadbb14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4DB23EDC-0C4F-4D17-B800-822EEF0CC0B6}">
  <ds:schemaRefs>
    <ds:schemaRef ds:uri="http://schemas.microsoft.com/sharepoint/v3/contenttype/forms"/>
  </ds:schemaRefs>
</ds:datastoreItem>
</file>

<file path=customXml/itemProps3.xml><?xml version="1.0" encoding="utf-8"?>
<ds:datastoreItem xmlns:ds="http://schemas.openxmlformats.org/officeDocument/2006/customXml" ds:itemID="{46411B9A-55EF-47B9-83E8-C67D12F05A11}">
  <ds:schemaRefs>
    <ds:schemaRef ds:uri="http://schemas.microsoft.com/office/2006/metadata/properties"/>
    <ds:schemaRef ds:uri="http://schemas.microsoft.com/office/infopath/2007/PartnerControls"/>
    <ds:schemaRef ds:uri="b5da368c-11d0-4260-8ec4-2a341cceb531"/>
  </ds:schemaRefs>
</ds:datastoreItem>
</file>

<file path=customXml/itemProps4.xml><?xml version="1.0" encoding="utf-8"?>
<ds:datastoreItem xmlns:ds="http://schemas.openxmlformats.org/officeDocument/2006/customXml" ds:itemID="{91AEC767-1D8A-4F44-8D98-DEEEFF19E2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da368c-11d0-4260-8ec4-2a341cceb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Pages>
  <Words>549</Words>
  <Characters>3024</Characters>
  <Application>Microsoft Office Word</Application>
  <DocSecurity>0</DocSecurity>
  <Lines>25</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3566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Patrick Kuipers</cp:lastModifiedBy>
  <cp:revision>29</cp:revision>
  <dcterms:created xsi:type="dcterms:W3CDTF">2026-05-06T08:29:00Z</dcterms:created>
  <dcterms:modified xsi:type="dcterms:W3CDTF">2026-05-21T09:29:00Z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4cd95d-fb11-4cc5-b983-86c9412f844f_Enabled">
    <vt:lpwstr>true</vt:lpwstr>
  </property>
  <property fmtid="{D5CDD505-2E9C-101B-9397-08002B2CF9AE}" pid="3" name="MSIP_Label_704cd95d-fb11-4cc5-b983-86c9412f844f_SetDate">
    <vt:lpwstr>2026-05-06T08:27:17Z</vt:lpwstr>
  </property>
  <property fmtid="{D5CDD505-2E9C-101B-9397-08002B2CF9AE}" pid="4" name="MSIP_Label_704cd95d-fb11-4cc5-b983-86c9412f844f_Method">
    <vt:lpwstr>Standard</vt:lpwstr>
  </property>
  <property fmtid="{D5CDD505-2E9C-101B-9397-08002B2CF9AE}" pid="5" name="MSIP_Label_704cd95d-fb11-4cc5-b983-86c9412f844f_Name">
    <vt:lpwstr>Intern</vt:lpwstr>
  </property>
  <property fmtid="{D5CDD505-2E9C-101B-9397-08002B2CF9AE}" pid="6" name="MSIP_Label_704cd95d-fb11-4cc5-b983-86c9412f844f_SiteId">
    <vt:lpwstr>a75be28e-1ec3-4d7c-a219-4fff9ec122f6</vt:lpwstr>
  </property>
  <property fmtid="{D5CDD505-2E9C-101B-9397-08002B2CF9AE}" pid="7" name="MSIP_Label_704cd95d-fb11-4cc5-b983-86c9412f844f_ActionId">
    <vt:lpwstr>3b8f5cf7-a32d-49b5-831d-ced645cf83ee</vt:lpwstr>
  </property>
  <property fmtid="{D5CDD505-2E9C-101B-9397-08002B2CF9AE}" pid="8" name="MSIP_Label_704cd95d-fb11-4cc5-b983-86c9412f844f_ContentBits">
    <vt:lpwstr>0</vt:lpwstr>
  </property>
  <property fmtid="{D5CDD505-2E9C-101B-9397-08002B2CF9AE}" pid="9" name="MSIP_Label_704cd95d-fb11-4cc5-b983-86c9412f844f_Tag">
    <vt:lpwstr>10, 3, 0, 1</vt:lpwstr>
  </property>
  <property fmtid="{D5CDD505-2E9C-101B-9397-08002B2CF9AE}" pid="10" name="ContentTypeId">
    <vt:lpwstr>0x0101001C512087A3A5334BBBEE1F76CA313A5E</vt:lpwstr>
  </property>
  <property fmtid="{D5CDD505-2E9C-101B-9397-08002B2CF9AE}" pid="11" name="MediaServiceImageTags">
    <vt:lpwstr/>
  </property>
</Properties>
</file>