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3203" w14:textId="411996FE" w:rsidR="00643D95" w:rsidRPr="00132681" w:rsidRDefault="00E661C8" w:rsidP="00132681">
      <w:pPr>
        <w:pStyle w:val="Heading1"/>
        <w:rPr>
          <w:sz w:val="48"/>
          <w:szCs w:val="36"/>
          <w:lang w:val="nl-NL"/>
        </w:rPr>
      </w:pPr>
      <w:r w:rsidRPr="00132681">
        <w:rPr>
          <w:sz w:val="48"/>
          <w:szCs w:val="36"/>
          <w:lang w:val="nl-NL"/>
        </w:rPr>
        <w:t xml:space="preserve">Vragendocument Marktconsultatie </w:t>
      </w:r>
      <w:r w:rsidR="00132681" w:rsidRPr="00132681">
        <w:rPr>
          <w:sz w:val="48"/>
          <w:szCs w:val="36"/>
          <w:lang w:val="nl-NL"/>
        </w:rPr>
        <w:t>Brandweer Keuringen</w:t>
      </w:r>
    </w:p>
    <w:p w14:paraId="4B3DEEBB" w14:textId="77777777" w:rsidR="00132681" w:rsidRDefault="00132681">
      <w:pPr>
        <w:rPr>
          <w:sz w:val="24"/>
          <w:szCs w:val="24"/>
          <w:lang w:val="nl-NL"/>
        </w:rPr>
      </w:pPr>
    </w:p>
    <w:p w14:paraId="6D98A65C" w14:textId="0C8AFDF9" w:rsidR="00F27466" w:rsidRPr="00132681" w:rsidRDefault="00E661C8">
      <w:pPr>
        <w:rPr>
          <w:sz w:val="24"/>
          <w:szCs w:val="24"/>
          <w:lang w:val="nl-NL"/>
        </w:rPr>
      </w:pPr>
      <w:r w:rsidRPr="00132681">
        <w:rPr>
          <w:sz w:val="24"/>
          <w:szCs w:val="24"/>
          <w:lang w:val="nl-NL"/>
        </w:rPr>
        <w:t>VRBN nodigt marktpartijen uit om de onderstaande vragen zo volledig mogelijk te beantwoorden. De antwoorden worden gebruikt voor de verdere voorbereiding van de aanbesteding.</w:t>
      </w:r>
    </w:p>
    <w:p w14:paraId="14331288" w14:textId="77777777" w:rsidR="00F27466" w:rsidRDefault="00E661C8">
      <w:pPr>
        <w:rPr>
          <w:sz w:val="24"/>
          <w:szCs w:val="24"/>
          <w:lang w:val="nl-NL"/>
        </w:rPr>
      </w:pPr>
      <w:r w:rsidRPr="00132681">
        <w:rPr>
          <w:sz w:val="24"/>
          <w:szCs w:val="24"/>
          <w:lang w:val="nl-NL"/>
        </w:rPr>
        <w:t>Het staat marktpartijen vrij om aanvullende opmerkingen of aandachtspunten mee te geven.</w:t>
      </w:r>
    </w:p>
    <w:p w14:paraId="75605ADE" w14:textId="77777777" w:rsidR="00132681" w:rsidRPr="00132681" w:rsidRDefault="00132681">
      <w:pPr>
        <w:rPr>
          <w:sz w:val="24"/>
          <w:szCs w:val="24"/>
          <w:lang w:val="nl-NL"/>
        </w:rPr>
      </w:pPr>
    </w:p>
    <w:tbl>
      <w:tblPr>
        <w:tblStyle w:val="TableGrid"/>
        <w:tblW w:w="10065" w:type="dxa"/>
        <w:tblInd w:w="-714" w:type="dxa"/>
        <w:tblLook w:val="04A0" w:firstRow="1" w:lastRow="0" w:firstColumn="1" w:lastColumn="0" w:noHBand="0" w:noVBand="1"/>
      </w:tblPr>
      <w:tblGrid>
        <w:gridCol w:w="936"/>
        <w:gridCol w:w="9129"/>
      </w:tblGrid>
      <w:tr w:rsidR="006F75D5" w:rsidRPr="004F7745" w14:paraId="1D13FEDC" w14:textId="77777777" w:rsidTr="00132681">
        <w:tc>
          <w:tcPr>
            <w:tcW w:w="936" w:type="dxa"/>
          </w:tcPr>
          <w:p w14:paraId="3D832A32" w14:textId="1AB2D3B7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3788FB0D" w14:textId="12901BB2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Kunt u uw organisatie kort beschrijven (aard, omvang, relevante ervaring)?</w:t>
            </w:r>
          </w:p>
        </w:tc>
      </w:tr>
      <w:tr w:rsidR="00643D95" w:rsidRPr="004F7745" w14:paraId="409138D3" w14:textId="77777777" w:rsidTr="00132681">
        <w:trPr>
          <w:trHeight w:val="806"/>
        </w:trPr>
        <w:tc>
          <w:tcPr>
            <w:tcW w:w="10065" w:type="dxa"/>
            <w:gridSpan w:val="2"/>
          </w:tcPr>
          <w:p w14:paraId="4394DA8D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132681" w14:paraId="5FC89420" w14:textId="77777777" w:rsidTr="00132681">
        <w:tc>
          <w:tcPr>
            <w:tcW w:w="936" w:type="dxa"/>
          </w:tcPr>
          <w:p w14:paraId="6D56D75A" w14:textId="08EB2BF9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23250F4C" w14:textId="6BF69248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Heeft u ervaring met medische keuringen voor brandweer of vergelijkbare beroepen? Licht toe.</w:t>
            </w:r>
          </w:p>
        </w:tc>
      </w:tr>
      <w:tr w:rsidR="00643D95" w:rsidRPr="00132681" w14:paraId="58717521" w14:textId="77777777" w:rsidTr="00132681">
        <w:trPr>
          <w:trHeight w:val="1021"/>
        </w:trPr>
        <w:tc>
          <w:tcPr>
            <w:tcW w:w="10065" w:type="dxa"/>
            <w:gridSpan w:val="2"/>
          </w:tcPr>
          <w:p w14:paraId="7A9F9DB0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4580A37F" w14:textId="77777777" w:rsidTr="00132681">
        <w:tc>
          <w:tcPr>
            <w:tcW w:w="936" w:type="dxa"/>
          </w:tcPr>
          <w:p w14:paraId="70FF1223" w14:textId="41E72487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  <w:p w14:paraId="4170A0AE" w14:textId="57F78FF8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2CE76E56" w14:textId="379099FF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In hoeverre kunt u de opdracht uitvoeren? (</w:t>
            </w:r>
            <w:proofErr w:type="gramStart"/>
            <w:r w:rsidRPr="00132681">
              <w:rPr>
                <w:sz w:val="24"/>
                <w:szCs w:val="24"/>
                <w:lang w:val="nl-NL"/>
              </w:rPr>
              <w:t>Volledig /</w:t>
            </w:r>
            <w:proofErr w:type="gramEnd"/>
            <w:r w:rsidRPr="00132681">
              <w:rPr>
                <w:sz w:val="24"/>
                <w:szCs w:val="24"/>
                <w:lang w:val="nl-NL"/>
              </w:rPr>
              <w:t xml:space="preserve"> </w:t>
            </w:r>
            <w:proofErr w:type="gramStart"/>
            <w:r w:rsidRPr="00132681">
              <w:rPr>
                <w:sz w:val="24"/>
                <w:szCs w:val="24"/>
                <w:lang w:val="nl-NL"/>
              </w:rPr>
              <w:t>Gedeeltelijk /</w:t>
            </w:r>
            <w:proofErr w:type="gramEnd"/>
            <w:r w:rsidRPr="00132681">
              <w:rPr>
                <w:sz w:val="24"/>
                <w:szCs w:val="24"/>
                <w:lang w:val="nl-NL"/>
              </w:rPr>
              <w:t xml:space="preserve"> Niet) Licht toe.</w:t>
            </w:r>
          </w:p>
        </w:tc>
      </w:tr>
      <w:tr w:rsidR="00643D95" w:rsidRPr="004F7745" w14:paraId="689363BB" w14:textId="77777777" w:rsidTr="00132681">
        <w:trPr>
          <w:trHeight w:val="1017"/>
        </w:trPr>
        <w:tc>
          <w:tcPr>
            <w:tcW w:w="10065" w:type="dxa"/>
            <w:gridSpan w:val="2"/>
          </w:tcPr>
          <w:p w14:paraId="348B8C55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588CA01A" w14:textId="77777777" w:rsidTr="00132681">
        <w:tc>
          <w:tcPr>
            <w:tcW w:w="936" w:type="dxa"/>
          </w:tcPr>
          <w:p w14:paraId="27DD12AA" w14:textId="2C323308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730D1933" w14:textId="18D11346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Kunt u ook ondersteuning bij testbanen/fysieke testen uitvoeren?</w:t>
            </w:r>
          </w:p>
        </w:tc>
      </w:tr>
      <w:tr w:rsidR="00643D95" w:rsidRPr="004F7745" w14:paraId="4F12FF19" w14:textId="77777777" w:rsidTr="00132681">
        <w:trPr>
          <w:trHeight w:val="1008"/>
        </w:trPr>
        <w:tc>
          <w:tcPr>
            <w:tcW w:w="10065" w:type="dxa"/>
            <w:gridSpan w:val="2"/>
          </w:tcPr>
          <w:p w14:paraId="1C539F4D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28E7D8F7" w14:textId="77777777" w:rsidTr="00132681">
        <w:tc>
          <w:tcPr>
            <w:tcW w:w="936" w:type="dxa"/>
          </w:tcPr>
          <w:p w14:paraId="13E9A5B0" w14:textId="32DFE409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25E6F8E9" w14:textId="6721BA01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Hoe kijkt u aan tegen uitvoering op locaties van VRBN?</w:t>
            </w:r>
          </w:p>
        </w:tc>
      </w:tr>
      <w:tr w:rsidR="00643D95" w:rsidRPr="004F7745" w14:paraId="70411F27" w14:textId="77777777" w:rsidTr="00132681">
        <w:trPr>
          <w:trHeight w:val="856"/>
        </w:trPr>
        <w:tc>
          <w:tcPr>
            <w:tcW w:w="10065" w:type="dxa"/>
            <w:gridSpan w:val="2"/>
          </w:tcPr>
          <w:p w14:paraId="6C96CCF1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4F3EC55F" w14:textId="77777777" w:rsidTr="00132681">
        <w:tc>
          <w:tcPr>
            <w:tcW w:w="936" w:type="dxa"/>
          </w:tcPr>
          <w:p w14:paraId="01784747" w14:textId="737FECBA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617B38CC" w14:textId="1584C5A5" w:rsidR="006F75D5" w:rsidRPr="003D2B61" w:rsidRDefault="003D2B61" w:rsidP="00BD31F7">
            <w:pPr>
              <w:rPr>
                <w:sz w:val="24"/>
                <w:szCs w:val="24"/>
                <w:lang w:val="nl-NL"/>
              </w:rPr>
            </w:pPr>
            <w:r w:rsidRPr="003D2B61">
              <w:rPr>
                <w:sz w:val="24"/>
                <w:szCs w:val="24"/>
                <w:lang w:val="nl-NL"/>
              </w:rPr>
              <w:t>Beschikt uw organisatie over voldoende capaciteit om de in het informatiedocument beschreven aantallen en typen keuringen binnen de gewenste planning uit te voeren?</w:t>
            </w:r>
          </w:p>
        </w:tc>
      </w:tr>
      <w:tr w:rsidR="00643D95" w:rsidRPr="004F7745" w14:paraId="0FD3B11A" w14:textId="77777777" w:rsidTr="00132681">
        <w:trPr>
          <w:trHeight w:val="702"/>
        </w:trPr>
        <w:tc>
          <w:tcPr>
            <w:tcW w:w="10065" w:type="dxa"/>
            <w:gridSpan w:val="2"/>
          </w:tcPr>
          <w:p w14:paraId="71ACDE29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054DA998" w14:textId="77777777" w:rsidTr="00132681">
        <w:tc>
          <w:tcPr>
            <w:tcW w:w="936" w:type="dxa"/>
          </w:tcPr>
          <w:p w14:paraId="57B25317" w14:textId="6686DAB8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3626B07E" w14:textId="7E532B55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Verwacht u dat meerdere partijen dit kunnen uitvoeren?</w:t>
            </w:r>
          </w:p>
        </w:tc>
      </w:tr>
      <w:tr w:rsidR="00643D95" w:rsidRPr="004F7745" w14:paraId="4EF6A69D" w14:textId="77777777" w:rsidTr="00132681">
        <w:trPr>
          <w:trHeight w:val="718"/>
        </w:trPr>
        <w:tc>
          <w:tcPr>
            <w:tcW w:w="10065" w:type="dxa"/>
            <w:gridSpan w:val="2"/>
          </w:tcPr>
          <w:p w14:paraId="0E904012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51390918" w14:textId="77777777" w:rsidTr="00132681">
        <w:tc>
          <w:tcPr>
            <w:tcW w:w="936" w:type="dxa"/>
          </w:tcPr>
          <w:p w14:paraId="4C414370" w14:textId="231C79FB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0F6FDB34" w14:textId="736325AB" w:rsidR="006F75D5" w:rsidRPr="009F464F" w:rsidRDefault="009F464F" w:rsidP="00BD31F7">
            <w:pPr>
              <w:rPr>
                <w:sz w:val="24"/>
                <w:szCs w:val="24"/>
                <w:lang w:val="nl-NL"/>
              </w:rPr>
            </w:pPr>
            <w:r w:rsidRPr="009F464F">
              <w:rPr>
                <w:sz w:val="24"/>
                <w:szCs w:val="24"/>
                <w:lang w:val="nl-NL"/>
              </w:rPr>
              <w:t>Welke randvoorwaarden zijn volgens u nodig om goed samen te werken met een arbodienstverlener, als deze dienstverlening door een andere partij wordt uitgevoerd?</w:t>
            </w:r>
          </w:p>
        </w:tc>
      </w:tr>
      <w:tr w:rsidR="00643D95" w:rsidRPr="004F7745" w14:paraId="3788ADF6" w14:textId="77777777" w:rsidTr="00132681">
        <w:trPr>
          <w:trHeight w:val="717"/>
        </w:trPr>
        <w:tc>
          <w:tcPr>
            <w:tcW w:w="10065" w:type="dxa"/>
            <w:gridSpan w:val="2"/>
          </w:tcPr>
          <w:p w14:paraId="2C042EEB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7BF2DDE8" w14:textId="77777777" w:rsidTr="00132681">
        <w:tc>
          <w:tcPr>
            <w:tcW w:w="936" w:type="dxa"/>
          </w:tcPr>
          <w:p w14:paraId="64ED89FD" w14:textId="74700A02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141EC832" w14:textId="7EC4F4BA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Wat is een passende contractduur?</w:t>
            </w:r>
          </w:p>
        </w:tc>
      </w:tr>
      <w:tr w:rsidR="00643D95" w:rsidRPr="004F7745" w14:paraId="33AD6966" w14:textId="77777777" w:rsidTr="00132681">
        <w:trPr>
          <w:trHeight w:val="858"/>
        </w:trPr>
        <w:tc>
          <w:tcPr>
            <w:tcW w:w="10065" w:type="dxa"/>
            <w:gridSpan w:val="2"/>
          </w:tcPr>
          <w:p w14:paraId="68A2413B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47D3296F" w14:textId="77777777" w:rsidTr="00132681">
        <w:tc>
          <w:tcPr>
            <w:tcW w:w="936" w:type="dxa"/>
          </w:tcPr>
          <w:p w14:paraId="387A9937" w14:textId="3D15013E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288D17B4" w14:textId="1701BB49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Acht u de gestelde eisen in het algemeen proportioneel in relatie tot de aard en omvang van de opdracht?</w:t>
            </w:r>
          </w:p>
        </w:tc>
      </w:tr>
      <w:tr w:rsidR="00643D95" w:rsidRPr="004F7745" w14:paraId="0230B3C6" w14:textId="77777777" w:rsidTr="00132681">
        <w:trPr>
          <w:trHeight w:val="878"/>
        </w:trPr>
        <w:tc>
          <w:tcPr>
            <w:tcW w:w="10065" w:type="dxa"/>
            <w:gridSpan w:val="2"/>
          </w:tcPr>
          <w:p w14:paraId="2C8840F5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967F19" w14:paraId="372FEF32" w14:textId="77777777" w:rsidTr="00132681">
        <w:tc>
          <w:tcPr>
            <w:tcW w:w="936" w:type="dxa"/>
          </w:tcPr>
          <w:p w14:paraId="14AD8F04" w14:textId="4F1E6408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0AE96763" w14:textId="2802C5C1" w:rsidR="006F75D5" w:rsidRPr="00132681" w:rsidRDefault="006F75D5" w:rsidP="00BD31F7">
            <w:p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 xml:space="preserve">Zijn er eisen in het </w:t>
            </w:r>
            <w:proofErr w:type="spellStart"/>
            <w:r w:rsidRPr="00132681">
              <w:rPr>
                <w:sz w:val="24"/>
                <w:szCs w:val="24"/>
                <w:lang w:val="nl-NL"/>
              </w:rPr>
              <w:t>PvE</w:t>
            </w:r>
            <w:proofErr w:type="spellEnd"/>
            <w:r w:rsidRPr="00132681">
              <w:rPr>
                <w:sz w:val="24"/>
                <w:szCs w:val="24"/>
                <w:lang w:val="nl-NL"/>
              </w:rPr>
              <w:t xml:space="preserve"> </w:t>
            </w:r>
            <w:r w:rsidR="00967F19">
              <w:rPr>
                <w:sz w:val="24"/>
                <w:szCs w:val="24"/>
                <w:lang w:val="nl-NL"/>
              </w:rPr>
              <w:t xml:space="preserve">(Bijlage 5) </w:t>
            </w:r>
            <w:r w:rsidRPr="00132681">
              <w:rPr>
                <w:sz w:val="24"/>
                <w:szCs w:val="24"/>
                <w:lang w:val="nl-NL"/>
              </w:rPr>
              <w:t>die naar uw mening moeilijk of niet uitvoerbaar zijn?</w:t>
            </w:r>
          </w:p>
        </w:tc>
      </w:tr>
      <w:tr w:rsidR="00643D95" w:rsidRPr="00967F19" w14:paraId="0C326195" w14:textId="77777777" w:rsidTr="00132681">
        <w:trPr>
          <w:trHeight w:val="1135"/>
        </w:trPr>
        <w:tc>
          <w:tcPr>
            <w:tcW w:w="10065" w:type="dxa"/>
            <w:gridSpan w:val="2"/>
          </w:tcPr>
          <w:p w14:paraId="4CE1C43E" w14:textId="77777777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4F7745" w14:paraId="0000F241" w14:textId="77777777" w:rsidTr="00132681">
        <w:tc>
          <w:tcPr>
            <w:tcW w:w="936" w:type="dxa"/>
          </w:tcPr>
          <w:p w14:paraId="7B10BD81" w14:textId="78D521E1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2ED359E5" w14:textId="63FABEA9" w:rsidR="006F75D5" w:rsidRPr="00132681" w:rsidRDefault="006F75D5" w:rsidP="00643D95">
            <w:pPr>
              <w:rPr>
                <w:sz w:val="24"/>
                <w:szCs w:val="24"/>
                <w:lang w:val="nl-NL"/>
              </w:rPr>
            </w:pPr>
            <w:proofErr w:type="gramStart"/>
            <w:r w:rsidRPr="00132681">
              <w:rPr>
                <w:sz w:val="24"/>
                <w:szCs w:val="24"/>
                <w:lang w:val="nl-NL"/>
              </w:rPr>
              <w:t>Indien</w:t>
            </w:r>
            <w:proofErr w:type="gramEnd"/>
            <w:r w:rsidRPr="00132681">
              <w:rPr>
                <w:sz w:val="24"/>
                <w:szCs w:val="24"/>
                <w:lang w:val="nl-NL"/>
              </w:rPr>
              <w:t xml:space="preserve"> u verwacht niet te kunnen inschrijven op basis van dit </w:t>
            </w:r>
            <w:proofErr w:type="spellStart"/>
            <w:r w:rsidRPr="00132681">
              <w:rPr>
                <w:sz w:val="24"/>
                <w:szCs w:val="24"/>
                <w:lang w:val="nl-NL"/>
              </w:rPr>
              <w:t>PvE</w:t>
            </w:r>
            <w:proofErr w:type="spellEnd"/>
            <w:r w:rsidRPr="00132681">
              <w:rPr>
                <w:sz w:val="24"/>
                <w:szCs w:val="24"/>
                <w:lang w:val="nl-NL"/>
              </w:rPr>
              <w:t>:</w:t>
            </w:r>
          </w:p>
          <w:p w14:paraId="533B4A1B" w14:textId="77777777" w:rsidR="006F75D5" w:rsidRPr="00132681" w:rsidRDefault="006F75D5" w:rsidP="006F75D5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Welke eisen vormen hiervoor de belangrijkste belemmering?</w:t>
            </w:r>
          </w:p>
          <w:p w14:paraId="44F82DC7" w14:textId="2496C733" w:rsidR="006F75D5" w:rsidRPr="00132681" w:rsidRDefault="006F75D5" w:rsidP="006F75D5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nl-NL"/>
              </w:rPr>
            </w:pPr>
            <w:r w:rsidRPr="00132681">
              <w:rPr>
                <w:sz w:val="24"/>
                <w:szCs w:val="24"/>
                <w:lang w:val="nl-NL"/>
              </w:rPr>
              <w:t>Zijn er aanpassingen denkbaar waardoor deelname wel mogelijk wordt?</w:t>
            </w:r>
          </w:p>
        </w:tc>
      </w:tr>
      <w:tr w:rsidR="00643D95" w:rsidRPr="004F7745" w14:paraId="08797221" w14:textId="77777777" w:rsidTr="00132681">
        <w:trPr>
          <w:trHeight w:hRule="exact" w:val="890"/>
        </w:trPr>
        <w:tc>
          <w:tcPr>
            <w:tcW w:w="10065" w:type="dxa"/>
            <w:gridSpan w:val="2"/>
          </w:tcPr>
          <w:p w14:paraId="3F5A5B9D" w14:textId="4C430050" w:rsidR="00643D95" w:rsidRPr="00132681" w:rsidRDefault="00643D95" w:rsidP="00BD31F7">
            <w:pPr>
              <w:rPr>
                <w:sz w:val="24"/>
                <w:szCs w:val="24"/>
                <w:lang w:val="nl-NL"/>
              </w:rPr>
            </w:pPr>
          </w:p>
        </w:tc>
      </w:tr>
      <w:tr w:rsidR="006F75D5" w:rsidRPr="00132681" w14:paraId="792EA719" w14:textId="77777777" w:rsidTr="00132681">
        <w:tc>
          <w:tcPr>
            <w:tcW w:w="936" w:type="dxa"/>
          </w:tcPr>
          <w:p w14:paraId="2F3449E8" w14:textId="4D75FF99" w:rsidR="006F75D5" w:rsidRPr="00132681" w:rsidRDefault="006F75D5" w:rsidP="006F75D5">
            <w:pPr>
              <w:pStyle w:val="ListParagraph"/>
              <w:numPr>
                <w:ilvl w:val="0"/>
                <w:numId w:val="10"/>
              </w:numPr>
              <w:rPr>
                <w:sz w:val="24"/>
                <w:szCs w:val="24"/>
                <w:lang w:val="nl-NL"/>
              </w:rPr>
            </w:pPr>
          </w:p>
        </w:tc>
        <w:tc>
          <w:tcPr>
            <w:tcW w:w="9129" w:type="dxa"/>
          </w:tcPr>
          <w:p w14:paraId="3B20ECF1" w14:textId="7BF2DDCF" w:rsidR="006F75D5" w:rsidRPr="00132681" w:rsidRDefault="006F75D5" w:rsidP="00BD31F7">
            <w:pPr>
              <w:rPr>
                <w:sz w:val="24"/>
                <w:szCs w:val="24"/>
              </w:rPr>
            </w:pPr>
            <w:proofErr w:type="spellStart"/>
            <w:r w:rsidRPr="00132681">
              <w:rPr>
                <w:sz w:val="24"/>
                <w:szCs w:val="24"/>
              </w:rPr>
              <w:t>Overige</w:t>
            </w:r>
            <w:proofErr w:type="spellEnd"/>
            <w:r w:rsidRPr="00132681">
              <w:rPr>
                <w:sz w:val="24"/>
                <w:szCs w:val="24"/>
              </w:rPr>
              <w:t xml:space="preserve"> </w:t>
            </w:r>
            <w:proofErr w:type="spellStart"/>
            <w:r w:rsidRPr="00132681">
              <w:rPr>
                <w:sz w:val="24"/>
                <w:szCs w:val="24"/>
              </w:rPr>
              <w:t>opmerkingen</w:t>
            </w:r>
            <w:proofErr w:type="spellEnd"/>
            <w:r w:rsidRPr="00132681">
              <w:rPr>
                <w:sz w:val="24"/>
                <w:szCs w:val="24"/>
              </w:rPr>
              <w:t>?</w:t>
            </w:r>
          </w:p>
        </w:tc>
      </w:tr>
      <w:tr w:rsidR="00643D95" w:rsidRPr="00132681" w14:paraId="16343499" w14:textId="77777777" w:rsidTr="00132681">
        <w:trPr>
          <w:trHeight w:val="905"/>
        </w:trPr>
        <w:tc>
          <w:tcPr>
            <w:tcW w:w="10065" w:type="dxa"/>
            <w:gridSpan w:val="2"/>
          </w:tcPr>
          <w:p w14:paraId="78635802" w14:textId="77777777" w:rsidR="00643D95" w:rsidRPr="00132681" w:rsidRDefault="00643D95" w:rsidP="00BD31F7">
            <w:pPr>
              <w:rPr>
                <w:sz w:val="24"/>
                <w:szCs w:val="24"/>
              </w:rPr>
            </w:pPr>
          </w:p>
        </w:tc>
      </w:tr>
    </w:tbl>
    <w:p w14:paraId="658D8045" w14:textId="77777777" w:rsidR="006F75D5" w:rsidRPr="006F75D5" w:rsidRDefault="006F75D5" w:rsidP="006F75D5">
      <w:pPr>
        <w:rPr>
          <w:lang w:val="nl-NL"/>
        </w:rPr>
      </w:pPr>
    </w:p>
    <w:sectPr w:rsidR="006F75D5" w:rsidRPr="006F75D5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5E187" w14:textId="77777777" w:rsidR="00457915" w:rsidRDefault="00457915" w:rsidP="00643D95">
      <w:pPr>
        <w:spacing w:after="0" w:line="240" w:lineRule="auto"/>
      </w:pPr>
      <w:r>
        <w:separator/>
      </w:r>
    </w:p>
  </w:endnote>
  <w:endnote w:type="continuationSeparator" w:id="0">
    <w:p w14:paraId="5307B58C" w14:textId="77777777" w:rsidR="00457915" w:rsidRDefault="00457915" w:rsidP="00643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3985D" w14:textId="77777777" w:rsidR="00457915" w:rsidRDefault="00457915" w:rsidP="00643D95">
      <w:pPr>
        <w:spacing w:after="0" w:line="240" w:lineRule="auto"/>
      </w:pPr>
      <w:r>
        <w:separator/>
      </w:r>
    </w:p>
  </w:footnote>
  <w:footnote w:type="continuationSeparator" w:id="0">
    <w:p w14:paraId="37F007C4" w14:textId="77777777" w:rsidR="00457915" w:rsidRDefault="00457915" w:rsidP="00643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DFBF" w14:textId="78FC64D6" w:rsidR="00ED3A77" w:rsidRDefault="00ED3A77">
    <w:pPr/>
    <w:r>
      <w:rPr>
        <w:rFonts w:cs="Arial"/>
        <w:noProof/>
        <w:sz w:val="17"/>
        <w:szCs w:val="17"/>
      </w:rPr>
      <w:drawing>
        <wp:anchor distT="0" distB="0" distL="114300" distR="114300" simplePos="0" relativeHeight="251658241" behindDoc="0" locked="0" layoutInCell="1" allowOverlap="1" wp14:anchorId="68A59B0A" wp14:editId="3439B6B6">
          <wp:simplePos x="0" y="0"/>
          <wp:positionH relativeFrom="column">
            <wp:posOffset>3800475</wp:posOffset>
          </wp:positionH>
          <wp:positionV relativeFrom="paragraph">
            <wp:posOffset>-457200</wp:posOffset>
          </wp:positionV>
          <wp:extent cx="2824855" cy="1076325"/>
          <wp:effectExtent l="0" t="0" r="0" b="0"/>
          <wp:wrapNone/>
          <wp:docPr id="1" name="Afbeelding 1" descr="Veiligheidsregio Brabant-Noord">
            <a:extLst xmlns:a="http://schemas.openxmlformats.org/drawingml/2006/main">
              <a:ext uri="{FF2B5EF4-FFF2-40B4-BE49-F238E27FC236}">
                <a16:creationId xmlns:a16="http://schemas.microsoft.com/office/drawing/2014/main" id="{5D67488B-4883-4E32-A36A-EFDF58CE8B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Brabant-Noor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485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3D95">
      <w:rPr>
        <w:rFonts w:cs="Arial"/>
        <w:noProof/>
        <w:sz w:val="17"/>
        <w:szCs w:val="17"/>
      </w:rPr>
      <w:drawing>
        <wp:anchor distT="0" distB="0" distL="114300" distR="114300" simplePos="0" relativeHeight="251658240" behindDoc="0" locked="0" layoutInCell="1" allowOverlap="1" wp14:anchorId="1F314257" wp14:editId="35A8F588">
          <wp:simplePos x="0" y="0"/>
          <wp:positionH relativeFrom="column">
            <wp:posOffset>3800475</wp:posOffset>
          </wp:positionH>
          <wp:positionV relativeFrom="paragraph">
            <wp:posOffset>-457200</wp:posOffset>
          </wp:positionV>
          <wp:extent cx="2824855" cy="1076325"/>
          <wp:effectExtent l="0" t="0" r="0" b="0"/>
          <wp:wrapNone/>
          <wp:docPr id="2046103227" name="Afbeelding 2046103227" descr="Veiligheidsregio Brabant-Noord">
            <a:extLst xmlns:a="http://schemas.openxmlformats.org/drawingml/2006/main">
              <a:ext uri="{FF2B5EF4-FFF2-40B4-BE49-F238E27FC236}">
                <a16:creationId xmlns:a16="http://schemas.microsoft.com/office/drawing/2014/main" id="{69B350C9-B082-4DDF-A1E9-848B45BDC6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iligheidsregio Brabant-Noor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485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D5D2A75"/>
    <w:multiLevelType w:val="hybridMultilevel"/>
    <w:tmpl w:val="4EA6AD00"/>
    <w:lvl w:ilvl="0" w:tplc="8C1A6384">
      <w:start w:val="19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27AD1"/>
    <w:multiLevelType w:val="hybridMultilevel"/>
    <w:tmpl w:val="D744DB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60A48"/>
    <w:multiLevelType w:val="hybridMultilevel"/>
    <w:tmpl w:val="5A40A9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638564">
    <w:abstractNumId w:val="0"/>
  </w:num>
  <w:num w:numId="2" w16cid:durableId="1052003118">
    <w:abstractNumId w:val="2"/>
  </w:num>
  <w:num w:numId="3" w16cid:durableId="1263999970">
    <w:abstractNumId w:val="10"/>
  </w:num>
  <w:num w:numId="4" w16cid:durableId="1823814929">
    <w:abstractNumId w:val="3"/>
  </w:num>
  <w:num w:numId="5" w16cid:durableId="1905140001">
    <w:abstractNumId w:val="1"/>
  </w:num>
  <w:num w:numId="6" w16cid:durableId="1949239510">
    <w:abstractNumId w:val="4"/>
  </w:num>
  <w:num w:numId="7" w16cid:durableId="2006009296">
    <w:abstractNumId w:val="5"/>
  </w:num>
  <w:num w:numId="8" w16cid:durableId="2058045571">
    <w:abstractNumId w:val="6"/>
  </w:num>
  <w:num w:numId="9" w16cid:durableId="2088988737">
    <w:abstractNumId w:val="9"/>
  </w:num>
  <w:num w:numId="10" w16cid:durableId="526870745">
    <w:abstractNumId w:val="11"/>
  </w:num>
  <w:num w:numId="11" w16cid:durableId="72825069">
    <w:abstractNumId w:val="8"/>
  </w:num>
  <w:num w:numId="12" w16cid:durableId="985470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2681"/>
    <w:rsid w:val="0015074B"/>
    <w:rsid w:val="001E1B25"/>
    <w:rsid w:val="0029639D"/>
    <w:rsid w:val="00326F90"/>
    <w:rsid w:val="00350767"/>
    <w:rsid w:val="003A3C5F"/>
    <w:rsid w:val="003D0E43"/>
    <w:rsid w:val="003D2B61"/>
    <w:rsid w:val="00457915"/>
    <w:rsid w:val="004F7745"/>
    <w:rsid w:val="00510058"/>
    <w:rsid w:val="005D03C8"/>
    <w:rsid w:val="00643D95"/>
    <w:rsid w:val="00673BE6"/>
    <w:rsid w:val="006F75D5"/>
    <w:rsid w:val="008C4843"/>
    <w:rsid w:val="00967F19"/>
    <w:rsid w:val="009F464F"/>
    <w:rsid w:val="00AA1D8D"/>
    <w:rsid w:val="00B47730"/>
    <w:rsid w:val="00BD31F7"/>
    <w:rsid w:val="00C818B1"/>
    <w:rsid w:val="00CB0664"/>
    <w:rsid w:val="00E661C8"/>
    <w:rsid w:val="00ED3A77"/>
    <w:rsid w:val="00F01A9F"/>
    <w:rsid w:val="00F27466"/>
    <w:rsid w:val="00F41E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55CB2"/>
  <w14:defaultImageDpi w14:val="300"/>
  <w15:docId w15:val="{B16A1B96-7BA8-4BC8-9DFD-BC539A9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uiPriority w:val="9"/>
    <w:qFormat/>
    <w:rsid w:val="00643D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-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-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-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-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-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-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-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-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-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-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-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-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-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-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-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-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-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-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-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-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-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-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-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-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-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-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-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-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-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-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-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-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-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-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-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-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-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-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-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-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-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-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-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-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-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-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-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-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-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-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-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-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-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-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-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-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-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-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-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-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-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-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-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-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-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-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-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-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-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-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-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-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-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-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-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-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-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-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-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-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-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-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-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-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optekstChar">
    <w:name w:val="Koptekst Char"/>
    <w:basedOn w:val="DefaultParagraphFont"/>
    <w:uiPriority w:val="99"/>
    <w:rsid w:val="00F41E52"/>
  </w:style>
  <w:style w:type="character" w:customStyle="1" w:styleId="VoettekstChar">
    <w:name w:val="Voettekst Char"/>
    <w:basedOn w:val="DefaultParagraphFont"/>
    <w:uiPriority w:val="99"/>
    <w:rsid w:val="00F41E52"/>
  </w:style>
  <w:style w:type="character" w:customStyle="1" w:styleId="Kop1Char">
    <w:name w:val="Kop 1 Char"/>
    <w:basedOn w:val="DefaultParagraphFont"/>
    <w:uiPriority w:val="9"/>
    <w:rsid w:val="00F41E52"/>
    <w:rPr>
      <w:rFonts w:asciiTheme="majorHAnsi" w:eastAsiaTheme="majorEastAsia" w:hAnsiTheme="majorHAnsi" w:cstheme="majorBidi"/>
      <w:bCs/>
      <w:color w:val="365F91" w:themeColor="accent1" w:themeShade="BF"/>
      <w:sz w:val="40"/>
      <w:szCs w:val="28"/>
    </w:rPr>
  </w:style>
  <w:style w:type="character" w:customStyle="1" w:styleId="Kop2Char">
    <w:name w:val="Kop 2 Char"/>
    <w:basedOn w:val="DefaultParagraphFont"/>
    <w:uiPriority w:val="9"/>
    <w:rsid w:val="00F41E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DefaultParagraphFont"/>
    <w:uiPriority w:val="9"/>
    <w:rsid w:val="00F41E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elChar">
    <w:name w:val="Titel Char"/>
    <w:basedOn w:val="DefaultParagraphFont"/>
    <w:uiPriority w:val="10"/>
    <w:rsid w:val="00F41E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ndertitelChar">
    <w:name w:val="Ondertitel Char"/>
    <w:basedOn w:val="DefaultParagraphFont"/>
    <w:uiPriority w:val="11"/>
    <w:rsid w:val="00F41E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lattetekstChar">
    <w:name w:val="Platte tekst Char"/>
    <w:basedOn w:val="DefaultParagraphFont"/>
    <w:uiPriority w:val="99"/>
    <w:rsid w:val="00F41E52"/>
  </w:style>
  <w:style w:type="character" w:customStyle="1" w:styleId="Plattetekst2Char">
    <w:name w:val="Platte tekst 2 Char"/>
    <w:basedOn w:val="DefaultParagraphFont"/>
    <w:uiPriority w:val="99"/>
    <w:rsid w:val="00F41E52"/>
  </w:style>
  <w:style w:type="character" w:customStyle="1" w:styleId="Plattetekst3Char">
    <w:name w:val="Platte tekst 3 Char"/>
    <w:basedOn w:val="DefaultParagraphFont"/>
    <w:uiPriority w:val="99"/>
    <w:rsid w:val="00F41E52"/>
    <w:rPr>
      <w:sz w:val="16"/>
      <w:szCs w:val="16"/>
    </w:rPr>
  </w:style>
  <w:style w:type="character" w:customStyle="1" w:styleId="MacrotekstChar">
    <w:name w:val="Macrotekst Char"/>
    <w:basedOn w:val="DefaultParagraphFont"/>
    <w:uiPriority w:val="99"/>
    <w:rsid w:val="00F41E52"/>
    <w:rPr>
      <w:rFonts w:ascii="Courier" w:hAnsi="Courier"/>
      <w:sz w:val="20"/>
      <w:szCs w:val="20"/>
    </w:rPr>
  </w:style>
  <w:style w:type="character" w:customStyle="1" w:styleId="CitaatChar">
    <w:name w:val="Citaat Char"/>
    <w:basedOn w:val="DefaultParagraphFont"/>
    <w:uiPriority w:val="29"/>
    <w:rsid w:val="00F41E52"/>
    <w:rPr>
      <w:i/>
      <w:iCs/>
      <w:color w:val="000000" w:themeColor="text1"/>
    </w:rPr>
  </w:style>
  <w:style w:type="character" w:customStyle="1" w:styleId="Kop4Char">
    <w:name w:val="Kop 4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DefaultParagraphFont"/>
    <w:uiPriority w:val="9"/>
    <w:semiHidden/>
    <w:rsid w:val="00F41E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DuidelijkcitaatChar">
    <w:name w:val="Duidelijk citaat Char"/>
    <w:basedOn w:val="DefaultParagraphFont"/>
    <w:uiPriority w:val="30"/>
    <w:rsid w:val="00F41E5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637F.15B419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7DAB13B698C448A1848C742B0BDB4" ma:contentTypeVersion="3" ma:contentTypeDescription="Een nieuw document maken." ma:contentTypeScope="" ma:versionID="9e03b268b013d66242b8fe3c09c2b6d4">
  <xsd:schema xmlns:xsd="http://www.w3.org/2001/XMLSchema" xmlns:xs="http://www.w3.org/2001/XMLSchema" xmlns:p="http://schemas.microsoft.com/office/2006/metadata/properties" xmlns:ns2="2461ce7c-bca4-4805-8f22-ff9edc0daffd" targetNamespace="http://schemas.microsoft.com/office/2006/metadata/properties" ma:root="true" ma:fieldsID="97edce7f64c573c00e419552acf177c4" ns2:_="">
    <xsd:import namespace="2461ce7c-bca4-4805-8f22-ff9edc0daf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1ce7c-bca4-4805-8f22-ff9edc0daf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CA884F-42B9-4B23-B4C2-A6D4D431F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1ce7c-bca4-4805-8f22-ff9edc0daf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95D1E-68CD-4C34-BD83-1C7BE3BCB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668CB-D2F7-47FE-A6AC-C8E241B68E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795d848-c8de-4eb3-aee6-de7eb37b1637}" enabled="0" method="" siteId="{9795d848-c8de-4eb3-aee6-de7eb37b16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Mees van Strien</cp:lastModifiedBy>
  <cp:revision>11</cp:revision>
  <dcterms:created xsi:type="dcterms:W3CDTF">2026-04-12T21:39:00Z</dcterms:created>
  <dcterms:modified xsi:type="dcterms:W3CDTF">2026-05-27T08:43:00Z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0x0101009DD7DAB13B698C448A1848C742B0BDB4</vt:lpwstr>
  </property>
</Properties>
</file>