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86A95" w14:textId="3D787745" w:rsidR="00A915A6" w:rsidRPr="00A915A6" w:rsidRDefault="00A915A6" w:rsidP="00A915A6">
      <w:pPr>
        <w:keepNext/>
        <w:keepLines/>
        <w:numPr>
          <w:ilvl w:val="1"/>
          <w:numId w:val="0"/>
        </w:numPr>
        <w:pBdr>
          <w:bottom w:val="single" w:sz="4" w:space="1" w:color="BFBFBF"/>
        </w:pBdr>
        <w:spacing w:before="60" w:after="60"/>
        <w:contextualSpacing/>
        <w:jc w:val="both"/>
        <w:outlineLvl w:val="0"/>
        <w:rPr>
          <w:rFonts w:ascii="Univers" w:eastAsia="Times New Roman" w:hAnsi="Univers" w:cs="Times New Roman"/>
          <w:b/>
          <w:iCs/>
          <w:caps/>
          <w:color w:val="3DB7E4"/>
          <w:sz w:val="24"/>
          <w:szCs w:val="32"/>
          <w:lang w:val="nl-NL"/>
        </w:rPr>
      </w:pPr>
      <w:r w:rsidRPr="00A915A6">
        <w:rPr>
          <w:rFonts w:ascii="Univers" w:eastAsia="Times New Roman" w:hAnsi="Univers" w:cs="Times New Roman"/>
          <w:b/>
          <w:iCs/>
          <w:caps/>
          <w:color w:val="3DB7E4"/>
          <w:sz w:val="24"/>
          <w:szCs w:val="32"/>
          <w:lang w:val="nl-NL"/>
        </w:rPr>
        <w:t>Bijlage 1: Vragenlijst</w:t>
      </w:r>
    </w:p>
    <w:p w14:paraId="75D3ABB7" w14:textId="77777777" w:rsidR="00A915A6" w:rsidRDefault="00A915A6" w:rsidP="00A915A6">
      <w:pPr>
        <w:keepNext/>
        <w:keepLines/>
        <w:pBdr>
          <w:bottom w:val="single" w:sz="4" w:space="1" w:color="BFBFBF"/>
        </w:pBdr>
        <w:spacing w:before="60" w:after="60"/>
        <w:contextualSpacing/>
        <w:outlineLvl w:val="1"/>
        <w:rPr>
          <w:lang w:val="nl-NL"/>
        </w:rPr>
      </w:pPr>
    </w:p>
    <w:p w14:paraId="61BF399B" w14:textId="30A645E2" w:rsidR="0005075F" w:rsidRPr="00A915A6" w:rsidRDefault="00A915A6" w:rsidP="00A915A6">
      <w:pPr>
        <w:keepNext/>
        <w:keepLines/>
        <w:pBdr>
          <w:bottom w:val="single" w:sz="4" w:space="1" w:color="BFBFBF"/>
        </w:pBdr>
        <w:spacing w:before="60" w:after="60"/>
        <w:contextualSpacing/>
        <w:outlineLvl w:val="1"/>
        <w:rPr>
          <w:rFonts w:ascii="Univers" w:hAnsi="Univers"/>
          <w:lang w:val="nl-NL"/>
        </w:rPr>
      </w:pPr>
      <w:r w:rsidRPr="00A915A6">
        <w:rPr>
          <w:rFonts w:ascii="Univers" w:eastAsia="Times New Roman" w:hAnsi="Univers" w:cs="Times New Roman"/>
          <w:caps/>
          <w:color w:val="3DB7E4"/>
          <w:szCs w:val="26"/>
          <w:lang w:val="nl-NL"/>
        </w:rPr>
        <w:t>Vloeren</w:t>
      </w:r>
    </w:p>
    <w:p w14:paraId="0011EB52" w14:textId="77777777" w:rsidR="0005075F" w:rsidRPr="00A915A6" w:rsidRDefault="00A915A6" w:rsidP="00A915A6">
      <w:pPr>
        <w:spacing w:after="0"/>
        <w:rPr>
          <w:rFonts w:ascii="Univers" w:hAnsi="Univers"/>
          <w:lang w:val="nl-NL"/>
        </w:rPr>
      </w:pPr>
      <w:r w:rsidRPr="00A915A6">
        <w:rPr>
          <w:rFonts w:ascii="Univers" w:hAnsi="Univers"/>
          <w:b/>
          <w:lang w:val="nl-NL"/>
        </w:rPr>
        <w:t>1. Welke (verschillende) methoden, middelen en machines gebruikt u voor het schoonmaakonderhoud van tapijt, lino, pvc en rubber vloeren in kantooromgevingen?</w:t>
      </w:r>
    </w:p>
    <w:p w14:paraId="4A7D4D81" w14:textId="77777777" w:rsidR="0005075F" w:rsidRPr="00A915A6" w:rsidRDefault="00A915A6" w:rsidP="00A915A6">
      <w:pPr>
        <w:spacing w:after="0"/>
        <w:rPr>
          <w:rFonts w:ascii="Univers" w:hAnsi="Univers"/>
          <w:lang w:val="nl-NL"/>
        </w:rPr>
      </w:pPr>
      <w:r w:rsidRPr="00A915A6">
        <w:rPr>
          <w:rFonts w:ascii="Univers" w:hAnsi="Univers"/>
          <w:lang w:val="nl-NL"/>
        </w:rPr>
        <w:t>Antwoord:</w:t>
      </w:r>
    </w:p>
    <w:p w14:paraId="441327DB" w14:textId="77777777" w:rsidR="0005075F" w:rsidRPr="00A915A6" w:rsidRDefault="00A915A6" w:rsidP="00A915A6">
      <w:pPr>
        <w:spacing w:after="0"/>
        <w:rPr>
          <w:rFonts w:ascii="Univers" w:hAnsi="Univers"/>
          <w:lang w:val="nl-NL"/>
        </w:rPr>
      </w:pPr>
      <w:r w:rsidRPr="00A915A6">
        <w:rPr>
          <w:rFonts w:ascii="Univers" w:hAnsi="Univers"/>
          <w:lang w:val="nl-NL"/>
        </w:rPr>
        <w:br/>
        <w:t>_______________________________</w:t>
      </w:r>
      <w:r w:rsidRPr="00A915A6">
        <w:rPr>
          <w:rFonts w:ascii="Univers" w:hAnsi="Univers"/>
          <w:lang w:val="nl-NL"/>
        </w:rPr>
        <w:br/>
      </w:r>
    </w:p>
    <w:p w14:paraId="2DECC371" w14:textId="77777777" w:rsidR="0005075F" w:rsidRPr="00A915A6" w:rsidRDefault="00A915A6" w:rsidP="00A915A6">
      <w:pPr>
        <w:spacing w:after="0"/>
        <w:rPr>
          <w:rFonts w:ascii="Univers" w:hAnsi="Univers"/>
          <w:lang w:val="nl-NL"/>
        </w:rPr>
      </w:pPr>
      <w:r w:rsidRPr="00A915A6">
        <w:rPr>
          <w:rFonts w:ascii="Univers" w:hAnsi="Univers"/>
          <w:b/>
          <w:lang w:val="nl-NL"/>
        </w:rPr>
        <w:t>1a. Hoe verschillen deze per type vloer?</w:t>
      </w:r>
    </w:p>
    <w:p w14:paraId="6F129972" w14:textId="77777777" w:rsidR="0005075F" w:rsidRPr="00A915A6" w:rsidRDefault="00A915A6" w:rsidP="00A915A6">
      <w:pPr>
        <w:spacing w:after="0"/>
        <w:rPr>
          <w:rFonts w:ascii="Univers" w:hAnsi="Univers"/>
          <w:lang w:val="nl-NL"/>
        </w:rPr>
      </w:pPr>
      <w:r w:rsidRPr="00A915A6">
        <w:rPr>
          <w:rFonts w:ascii="Univers" w:hAnsi="Univers"/>
          <w:lang w:val="nl-NL"/>
        </w:rPr>
        <w:t>Antwoord:</w:t>
      </w:r>
    </w:p>
    <w:p w14:paraId="37958A9F" w14:textId="77777777" w:rsidR="0005075F" w:rsidRPr="00A915A6" w:rsidRDefault="00A915A6" w:rsidP="00A915A6">
      <w:pPr>
        <w:spacing w:after="0"/>
        <w:rPr>
          <w:rFonts w:ascii="Univers" w:hAnsi="Univers"/>
          <w:lang w:val="nl-NL"/>
        </w:rPr>
      </w:pPr>
      <w:r w:rsidRPr="00A915A6">
        <w:rPr>
          <w:rFonts w:ascii="Univers" w:hAnsi="Univers"/>
          <w:lang w:val="nl-NL"/>
        </w:rPr>
        <w:br/>
        <w:t>_______________________________</w:t>
      </w:r>
      <w:r w:rsidRPr="00A915A6">
        <w:rPr>
          <w:rFonts w:ascii="Univers" w:hAnsi="Univers"/>
          <w:lang w:val="nl-NL"/>
        </w:rPr>
        <w:br/>
      </w:r>
    </w:p>
    <w:p w14:paraId="7EF3D84A" w14:textId="77777777" w:rsidR="0005075F" w:rsidRPr="00A915A6" w:rsidRDefault="00A915A6" w:rsidP="00A915A6">
      <w:pPr>
        <w:spacing w:after="0"/>
        <w:rPr>
          <w:rFonts w:ascii="Univers" w:hAnsi="Univers"/>
          <w:lang w:val="nl-NL"/>
        </w:rPr>
      </w:pPr>
      <w:r w:rsidRPr="00A915A6">
        <w:rPr>
          <w:rFonts w:ascii="Univers" w:hAnsi="Univers"/>
          <w:b/>
          <w:lang w:val="nl-NL"/>
        </w:rPr>
        <w:t>1b. Waarom kiest u voor deze methoden?</w:t>
      </w:r>
    </w:p>
    <w:p w14:paraId="6BBD899D" w14:textId="77777777" w:rsidR="0005075F" w:rsidRPr="00A915A6" w:rsidRDefault="00A915A6" w:rsidP="00A915A6">
      <w:pPr>
        <w:spacing w:after="0"/>
        <w:rPr>
          <w:rFonts w:ascii="Univers" w:hAnsi="Univers"/>
        </w:rPr>
      </w:pPr>
      <w:r w:rsidRPr="00A915A6">
        <w:rPr>
          <w:rFonts w:ascii="Univers" w:hAnsi="Univers"/>
        </w:rPr>
        <w:t>Antwoord:</w:t>
      </w:r>
    </w:p>
    <w:p w14:paraId="61553A41" w14:textId="666CC904" w:rsidR="0005075F" w:rsidRPr="00A915A6" w:rsidRDefault="00A915A6" w:rsidP="00A915A6">
      <w:pPr>
        <w:spacing w:after="0"/>
        <w:rPr>
          <w:rFonts w:ascii="Univers" w:hAnsi="Univers"/>
        </w:rPr>
      </w:pPr>
      <w:r w:rsidRPr="00A915A6">
        <w:rPr>
          <w:rFonts w:ascii="Univers" w:hAnsi="Univers"/>
        </w:rPr>
        <w:br/>
        <w:t>_______________________________</w:t>
      </w:r>
      <w:r w:rsidRPr="00A915A6">
        <w:rPr>
          <w:rFonts w:ascii="Univers" w:hAnsi="Univers"/>
        </w:rPr>
        <w:br/>
      </w:r>
    </w:p>
    <w:p w14:paraId="1DA8B0F3" w14:textId="77777777" w:rsidR="0005075F" w:rsidRPr="00A915A6" w:rsidRDefault="00A915A6" w:rsidP="00A915A6">
      <w:pPr>
        <w:spacing w:after="0"/>
        <w:rPr>
          <w:rFonts w:ascii="Univers" w:hAnsi="Univers"/>
          <w:lang w:val="nl-NL"/>
        </w:rPr>
      </w:pPr>
      <w:r w:rsidRPr="00A915A6">
        <w:rPr>
          <w:rFonts w:ascii="Univers" w:hAnsi="Univers"/>
          <w:b/>
          <w:lang w:val="nl-NL"/>
        </w:rPr>
        <w:t>1c. Welke frequentie raadt u per methode aan?</w:t>
      </w:r>
    </w:p>
    <w:p w14:paraId="6B990BE1" w14:textId="77777777" w:rsidR="0005075F" w:rsidRPr="00A915A6" w:rsidRDefault="00A915A6" w:rsidP="00A915A6">
      <w:pPr>
        <w:spacing w:after="0"/>
        <w:rPr>
          <w:rFonts w:ascii="Univers" w:hAnsi="Univers"/>
          <w:lang w:val="nl-NL"/>
        </w:rPr>
      </w:pPr>
      <w:r w:rsidRPr="00A915A6">
        <w:rPr>
          <w:rFonts w:ascii="Univers" w:hAnsi="Univers"/>
          <w:lang w:val="nl-NL"/>
        </w:rPr>
        <w:t>Antwoord:</w:t>
      </w:r>
    </w:p>
    <w:p w14:paraId="69699A04" w14:textId="77777777" w:rsidR="0005075F" w:rsidRPr="00A915A6" w:rsidRDefault="00A915A6" w:rsidP="00A915A6">
      <w:pPr>
        <w:spacing w:after="0"/>
        <w:rPr>
          <w:rFonts w:ascii="Univers" w:hAnsi="Univers"/>
          <w:lang w:val="nl-NL"/>
        </w:rPr>
      </w:pPr>
      <w:r w:rsidRPr="00A915A6">
        <w:rPr>
          <w:rFonts w:ascii="Univers" w:hAnsi="Univers"/>
          <w:lang w:val="nl-NL"/>
        </w:rPr>
        <w:br/>
        <w:t>_______________________________</w:t>
      </w:r>
      <w:r w:rsidRPr="00A915A6">
        <w:rPr>
          <w:rFonts w:ascii="Univers" w:hAnsi="Univers"/>
          <w:lang w:val="nl-NL"/>
        </w:rPr>
        <w:br/>
      </w:r>
    </w:p>
    <w:p w14:paraId="13467F38" w14:textId="77777777" w:rsidR="0005075F" w:rsidRPr="00A915A6" w:rsidRDefault="00A915A6" w:rsidP="00A915A6">
      <w:pPr>
        <w:spacing w:after="0"/>
        <w:rPr>
          <w:rFonts w:ascii="Univers" w:hAnsi="Univers"/>
          <w:lang w:val="nl-NL"/>
        </w:rPr>
      </w:pPr>
      <w:r w:rsidRPr="00A915A6">
        <w:rPr>
          <w:rFonts w:ascii="Univers" w:hAnsi="Univers"/>
          <w:b/>
          <w:lang w:val="nl-NL"/>
        </w:rPr>
        <w:t>2. Welke reinigingsmethoden voor hardnekkige vervuiling past u toe?</w:t>
      </w:r>
    </w:p>
    <w:p w14:paraId="128B532D" w14:textId="77777777" w:rsidR="0005075F" w:rsidRPr="00A915A6" w:rsidRDefault="00A915A6" w:rsidP="00A915A6">
      <w:pPr>
        <w:spacing w:after="0"/>
        <w:rPr>
          <w:rFonts w:ascii="Univers" w:hAnsi="Univers"/>
          <w:lang w:val="nl-NL"/>
        </w:rPr>
      </w:pPr>
      <w:r w:rsidRPr="00A915A6">
        <w:rPr>
          <w:rFonts w:ascii="Univers" w:hAnsi="Univers"/>
          <w:lang w:val="nl-NL"/>
        </w:rPr>
        <w:t>Antwoord:</w:t>
      </w:r>
    </w:p>
    <w:p w14:paraId="060291EF" w14:textId="77777777" w:rsidR="0005075F" w:rsidRPr="00A915A6" w:rsidRDefault="00A915A6" w:rsidP="00A915A6">
      <w:pPr>
        <w:spacing w:after="0"/>
        <w:rPr>
          <w:rFonts w:ascii="Univers" w:hAnsi="Univers"/>
          <w:lang w:val="nl-NL"/>
        </w:rPr>
      </w:pPr>
      <w:r w:rsidRPr="00A915A6">
        <w:rPr>
          <w:rFonts w:ascii="Univers" w:hAnsi="Univers"/>
          <w:lang w:val="nl-NL"/>
        </w:rPr>
        <w:br/>
        <w:t>_______________________________</w:t>
      </w:r>
      <w:r w:rsidRPr="00A915A6">
        <w:rPr>
          <w:rFonts w:ascii="Univers" w:hAnsi="Univers"/>
          <w:lang w:val="nl-NL"/>
        </w:rPr>
        <w:br/>
      </w:r>
    </w:p>
    <w:p w14:paraId="2BA53439" w14:textId="77777777" w:rsidR="0005075F" w:rsidRPr="00A915A6" w:rsidRDefault="00A915A6" w:rsidP="00A915A6">
      <w:pPr>
        <w:spacing w:after="0"/>
        <w:rPr>
          <w:rFonts w:ascii="Univers" w:hAnsi="Univers"/>
          <w:lang w:val="nl-NL"/>
        </w:rPr>
      </w:pPr>
      <w:r w:rsidRPr="00A915A6">
        <w:rPr>
          <w:rFonts w:ascii="Univers" w:hAnsi="Univers"/>
          <w:b/>
          <w:lang w:val="nl-NL"/>
        </w:rPr>
        <w:t>3. Welke (preventieve) maatregelen/middelen kunnen wij als organisatie toepassen?</w:t>
      </w:r>
    </w:p>
    <w:p w14:paraId="7BD14399" w14:textId="77777777" w:rsidR="0005075F" w:rsidRPr="00A915A6" w:rsidRDefault="00A915A6" w:rsidP="00A915A6">
      <w:pPr>
        <w:spacing w:after="0"/>
        <w:rPr>
          <w:rFonts w:ascii="Univers" w:hAnsi="Univers"/>
          <w:lang w:val="nl-NL"/>
        </w:rPr>
      </w:pPr>
      <w:r w:rsidRPr="00A915A6">
        <w:rPr>
          <w:rFonts w:ascii="Univers" w:hAnsi="Univers"/>
          <w:lang w:val="nl-NL"/>
        </w:rPr>
        <w:t>Antwoord:</w:t>
      </w:r>
    </w:p>
    <w:p w14:paraId="261B3D12" w14:textId="7CAD413A" w:rsidR="00A915A6" w:rsidRDefault="00A915A6" w:rsidP="00A915A6">
      <w:pPr>
        <w:spacing w:after="0"/>
        <w:rPr>
          <w:rFonts w:ascii="Univers" w:hAnsi="Univers"/>
          <w:lang w:val="nl-NL"/>
        </w:rPr>
      </w:pPr>
      <w:r w:rsidRPr="00A915A6">
        <w:rPr>
          <w:rFonts w:ascii="Univers" w:hAnsi="Univers"/>
          <w:lang w:val="nl-NL"/>
        </w:rPr>
        <w:br/>
        <w:t>_______________________________</w:t>
      </w:r>
      <w:r w:rsidRPr="00A915A6">
        <w:rPr>
          <w:rFonts w:ascii="Univers" w:hAnsi="Univers"/>
          <w:lang w:val="nl-NL"/>
        </w:rPr>
        <w:br/>
      </w:r>
    </w:p>
    <w:p w14:paraId="5600EDBD" w14:textId="1EF55095" w:rsidR="0005075F" w:rsidRPr="00A915A6" w:rsidRDefault="00A915A6" w:rsidP="00A915A6">
      <w:pPr>
        <w:rPr>
          <w:rFonts w:ascii="Univers" w:hAnsi="Univers"/>
          <w:lang w:val="nl-NL"/>
        </w:rPr>
      </w:pPr>
      <w:r>
        <w:rPr>
          <w:rFonts w:ascii="Univers" w:hAnsi="Univers"/>
          <w:lang w:val="nl-NL"/>
        </w:rPr>
        <w:br w:type="page"/>
      </w:r>
    </w:p>
    <w:p w14:paraId="7E029202" w14:textId="77777777" w:rsidR="0005075F" w:rsidRPr="00A915A6" w:rsidRDefault="00A915A6" w:rsidP="00A915A6">
      <w:pPr>
        <w:spacing w:after="0"/>
        <w:rPr>
          <w:rFonts w:ascii="Univers" w:hAnsi="Univers"/>
          <w:lang w:val="nl-NL"/>
        </w:rPr>
      </w:pPr>
      <w:r w:rsidRPr="00A915A6">
        <w:rPr>
          <w:rFonts w:ascii="Univers" w:hAnsi="Univers"/>
          <w:b/>
          <w:lang w:val="nl-NL"/>
        </w:rPr>
        <w:lastRenderedPageBreak/>
        <w:t>4. Welke maatregelen kunt u nemen om de levensduur van vloeren te verlengen en slijtage te beperken? En hebben deze maatregelen invloed op vraag 1c?</w:t>
      </w:r>
    </w:p>
    <w:p w14:paraId="43A858F4" w14:textId="77777777" w:rsidR="0005075F" w:rsidRPr="00A915A6" w:rsidRDefault="00A915A6" w:rsidP="00A915A6">
      <w:pPr>
        <w:spacing w:after="0"/>
        <w:rPr>
          <w:rFonts w:ascii="Univers" w:hAnsi="Univers"/>
          <w:lang w:val="nl-NL"/>
        </w:rPr>
      </w:pPr>
      <w:r w:rsidRPr="00A915A6">
        <w:rPr>
          <w:rFonts w:ascii="Univers" w:hAnsi="Univers"/>
          <w:lang w:val="nl-NL"/>
        </w:rPr>
        <w:t>Antwoord:</w:t>
      </w:r>
    </w:p>
    <w:p w14:paraId="2C6956CB" w14:textId="77777777" w:rsidR="0005075F" w:rsidRPr="00A915A6" w:rsidRDefault="00A915A6" w:rsidP="00A915A6">
      <w:pPr>
        <w:spacing w:after="0"/>
        <w:rPr>
          <w:rFonts w:ascii="Univers" w:hAnsi="Univers"/>
          <w:lang w:val="nl-NL"/>
        </w:rPr>
      </w:pPr>
      <w:r w:rsidRPr="00A915A6">
        <w:rPr>
          <w:rFonts w:ascii="Univers" w:hAnsi="Univers"/>
          <w:lang w:val="nl-NL"/>
        </w:rPr>
        <w:br/>
        <w:t>_______________________________</w:t>
      </w:r>
      <w:r w:rsidRPr="00A915A6">
        <w:rPr>
          <w:rFonts w:ascii="Univers" w:hAnsi="Univers"/>
          <w:lang w:val="nl-NL"/>
        </w:rPr>
        <w:br/>
      </w:r>
    </w:p>
    <w:p w14:paraId="60336E87" w14:textId="77777777" w:rsidR="0005075F" w:rsidRPr="00A915A6" w:rsidRDefault="00A915A6" w:rsidP="00A915A6">
      <w:pPr>
        <w:spacing w:after="0"/>
        <w:rPr>
          <w:rFonts w:ascii="Univers" w:hAnsi="Univers"/>
          <w:lang w:val="nl-NL"/>
        </w:rPr>
      </w:pPr>
      <w:r w:rsidRPr="00A915A6">
        <w:rPr>
          <w:rFonts w:ascii="Univers" w:hAnsi="Univers"/>
          <w:b/>
          <w:lang w:val="nl-NL"/>
        </w:rPr>
        <w:t xml:space="preserve">5. Hoe waarborgt u de kwaliteit van het schoonmaakonderhoud, en op welke wijze wordt dit gemeten of gerapporteerd (bijv. inspecties, </w:t>
      </w:r>
      <w:proofErr w:type="spellStart"/>
      <w:r w:rsidRPr="00A915A6">
        <w:rPr>
          <w:rFonts w:ascii="Univers" w:hAnsi="Univers"/>
          <w:b/>
          <w:lang w:val="nl-NL"/>
        </w:rPr>
        <w:t>KPI’s</w:t>
      </w:r>
      <w:proofErr w:type="spellEnd"/>
      <w:r w:rsidRPr="00A915A6">
        <w:rPr>
          <w:rFonts w:ascii="Univers" w:hAnsi="Univers"/>
          <w:b/>
          <w:lang w:val="nl-NL"/>
        </w:rPr>
        <w:t>)?</w:t>
      </w:r>
    </w:p>
    <w:p w14:paraId="30242782" w14:textId="77777777" w:rsidR="0005075F" w:rsidRPr="00A915A6" w:rsidRDefault="00A915A6" w:rsidP="00A915A6">
      <w:pPr>
        <w:spacing w:after="0"/>
        <w:rPr>
          <w:rFonts w:ascii="Univers" w:hAnsi="Univers"/>
          <w:lang w:val="nl-NL"/>
        </w:rPr>
      </w:pPr>
      <w:r w:rsidRPr="00A915A6">
        <w:rPr>
          <w:rFonts w:ascii="Univers" w:hAnsi="Univers"/>
          <w:lang w:val="nl-NL"/>
        </w:rPr>
        <w:t>Antwoord:</w:t>
      </w:r>
    </w:p>
    <w:p w14:paraId="760C605E" w14:textId="77777777" w:rsidR="0005075F" w:rsidRPr="00A915A6" w:rsidRDefault="00A915A6" w:rsidP="00A915A6">
      <w:pPr>
        <w:spacing w:after="0"/>
        <w:rPr>
          <w:rFonts w:ascii="Univers" w:hAnsi="Univers"/>
          <w:lang w:val="nl-NL"/>
        </w:rPr>
      </w:pPr>
      <w:r w:rsidRPr="00A915A6">
        <w:rPr>
          <w:rFonts w:ascii="Univers" w:hAnsi="Univers"/>
          <w:lang w:val="nl-NL"/>
        </w:rPr>
        <w:br/>
        <w:t>_______________________________</w:t>
      </w:r>
      <w:r w:rsidRPr="00A915A6">
        <w:rPr>
          <w:rFonts w:ascii="Univers" w:hAnsi="Univers"/>
          <w:lang w:val="nl-NL"/>
        </w:rPr>
        <w:br/>
      </w:r>
    </w:p>
    <w:p w14:paraId="53D9F48D" w14:textId="77777777" w:rsidR="0005075F" w:rsidRPr="00A915A6" w:rsidRDefault="00A915A6" w:rsidP="00A915A6">
      <w:pPr>
        <w:spacing w:after="0"/>
        <w:rPr>
          <w:rFonts w:ascii="Univers" w:hAnsi="Univers"/>
          <w:lang w:val="nl-NL"/>
        </w:rPr>
      </w:pPr>
      <w:r w:rsidRPr="00A915A6">
        <w:rPr>
          <w:rFonts w:ascii="Univers" w:hAnsi="Univers"/>
          <w:b/>
          <w:lang w:val="nl-NL"/>
        </w:rPr>
        <w:t>6. Welke duurzame of milieuvriendelijke oplossingen biedt u (bijv. ecologische reinigingsmiddelen, waterbesparing, CO2-reductie)?</w:t>
      </w:r>
    </w:p>
    <w:p w14:paraId="6B87AF8B" w14:textId="77777777" w:rsidR="0005075F" w:rsidRPr="00A915A6" w:rsidRDefault="00A915A6" w:rsidP="00A915A6">
      <w:pPr>
        <w:spacing w:after="0"/>
        <w:rPr>
          <w:rFonts w:ascii="Univers" w:hAnsi="Univers"/>
          <w:lang w:val="nl-NL"/>
        </w:rPr>
      </w:pPr>
      <w:r w:rsidRPr="00A915A6">
        <w:rPr>
          <w:rFonts w:ascii="Univers" w:hAnsi="Univers"/>
          <w:lang w:val="nl-NL"/>
        </w:rPr>
        <w:t>Antwoord:</w:t>
      </w:r>
    </w:p>
    <w:p w14:paraId="4F665E08" w14:textId="77777777" w:rsidR="0005075F" w:rsidRPr="00A915A6" w:rsidRDefault="00A915A6" w:rsidP="00A915A6">
      <w:pPr>
        <w:spacing w:after="0"/>
        <w:rPr>
          <w:rFonts w:ascii="Univers" w:hAnsi="Univers"/>
          <w:lang w:val="nl-NL"/>
        </w:rPr>
      </w:pPr>
      <w:r w:rsidRPr="00A915A6">
        <w:rPr>
          <w:rFonts w:ascii="Univers" w:hAnsi="Univers"/>
          <w:lang w:val="nl-NL"/>
        </w:rPr>
        <w:br/>
        <w:t>_______________________________</w:t>
      </w:r>
      <w:r w:rsidRPr="00A915A6">
        <w:rPr>
          <w:rFonts w:ascii="Univers" w:hAnsi="Univers"/>
          <w:lang w:val="nl-NL"/>
        </w:rPr>
        <w:br/>
      </w:r>
    </w:p>
    <w:p w14:paraId="25324089" w14:textId="77777777" w:rsidR="0005075F" w:rsidRPr="00A915A6" w:rsidRDefault="00A915A6" w:rsidP="00A915A6">
      <w:pPr>
        <w:spacing w:after="0"/>
        <w:rPr>
          <w:rFonts w:ascii="Univers" w:hAnsi="Univers"/>
          <w:lang w:val="nl-NL"/>
        </w:rPr>
      </w:pPr>
      <w:r w:rsidRPr="00A915A6">
        <w:rPr>
          <w:rFonts w:ascii="Univers" w:hAnsi="Univers"/>
          <w:b/>
          <w:lang w:val="nl-NL"/>
        </w:rPr>
        <w:t>7. Hoe organiseert u de uitvoering in een kantooromgeving, rekening houdend met werktijden, hinderbeperking en veiligheid van medewerkers?</w:t>
      </w:r>
    </w:p>
    <w:p w14:paraId="13E28344" w14:textId="77777777" w:rsidR="0005075F" w:rsidRPr="00A915A6" w:rsidRDefault="00A915A6" w:rsidP="00A915A6">
      <w:pPr>
        <w:spacing w:after="0"/>
        <w:rPr>
          <w:rFonts w:ascii="Univers" w:hAnsi="Univers"/>
          <w:lang w:val="nl-NL"/>
        </w:rPr>
      </w:pPr>
      <w:r w:rsidRPr="00A915A6">
        <w:rPr>
          <w:rFonts w:ascii="Univers" w:hAnsi="Univers"/>
          <w:lang w:val="nl-NL"/>
        </w:rPr>
        <w:t>Antwoord:</w:t>
      </w:r>
    </w:p>
    <w:p w14:paraId="73D283B8" w14:textId="77777777" w:rsidR="0005075F" w:rsidRPr="00A915A6" w:rsidRDefault="00A915A6" w:rsidP="00A915A6">
      <w:pPr>
        <w:spacing w:after="0"/>
        <w:rPr>
          <w:rFonts w:ascii="Univers" w:hAnsi="Univers"/>
          <w:lang w:val="nl-NL"/>
        </w:rPr>
      </w:pPr>
      <w:r w:rsidRPr="00A915A6">
        <w:rPr>
          <w:rFonts w:ascii="Univers" w:hAnsi="Univers"/>
          <w:lang w:val="nl-NL"/>
        </w:rPr>
        <w:br/>
        <w:t>_______________________________</w:t>
      </w:r>
      <w:r w:rsidRPr="00A915A6">
        <w:rPr>
          <w:rFonts w:ascii="Univers" w:hAnsi="Univers"/>
          <w:lang w:val="nl-NL"/>
        </w:rPr>
        <w:br/>
      </w:r>
    </w:p>
    <w:p w14:paraId="6E1416A3" w14:textId="77777777" w:rsidR="0005075F" w:rsidRPr="00A915A6" w:rsidRDefault="00A915A6" w:rsidP="00A915A6">
      <w:pPr>
        <w:spacing w:after="0"/>
        <w:rPr>
          <w:rFonts w:ascii="Univers" w:hAnsi="Univers"/>
          <w:lang w:val="nl-NL"/>
        </w:rPr>
      </w:pPr>
      <w:r w:rsidRPr="00A915A6">
        <w:rPr>
          <w:rFonts w:ascii="Univers" w:hAnsi="Univers"/>
          <w:b/>
          <w:lang w:val="nl-NL"/>
        </w:rPr>
        <w:t>8. Wat zijn de belangrijkste kostenbepalende factoren voor het schoonmaakonderhoud van vloeren?</w:t>
      </w:r>
    </w:p>
    <w:p w14:paraId="13B56188" w14:textId="77777777" w:rsidR="0005075F" w:rsidRPr="00A915A6" w:rsidRDefault="00A915A6" w:rsidP="00A915A6">
      <w:pPr>
        <w:spacing w:after="0"/>
        <w:rPr>
          <w:rFonts w:ascii="Univers" w:hAnsi="Univers"/>
          <w:lang w:val="nl-NL"/>
        </w:rPr>
      </w:pPr>
      <w:r w:rsidRPr="00A915A6">
        <w:rPr>
          <w:rFonts w:ascii="Univers" w:hAnsi="Univers"/>
          <w:lang w:val="nl-NL"/>
        </w:rPr>
        <w:t>Antwoord:</w:t>
      </w:r>
    </w:p>
    <w:p w14:paraId="306B4AB1" w14:textId="77777777" w:rsidR="0005075F" w:rsidRPr="00A915A6" w:rsidRDefault="00A915A6" w:rsidP="00A915A6">
      <w:pPr>
        <w:spacing w:after="0"/>
        <w:rPr>
          <w:rFonts w:ascii="Univers" w:hAnsi="Univers"/>
          <w:lang w:val="nl-NL"/>
        </w:rPr>
      </w:pPr>
      <w:r w:rsidRPr="00A915A6">
        <w:rPr>
          <w:rFonts w:ascii="Univers" w:hAnsi="Univers"/>
          <w:lang w:val="nl-NL"/>
        </w:rPr>
        <w:br/>
        <w:t>_______________________________</w:t>
      </w:r>
      <w:r w:rsidRPr="00A915A6">
        <w:rPr>
          <w:rFonts w:ascii="Univers" w:hAnsi="Univers"/>
          <w:lang w:val="nl-NL"/>
        </w:rPr>
        <w:br/>
      </w:r>
    </w:p>
    <w:p w14:paraId="1F1D2931" w14:textId="77777777" w:rsidR="0005075F" w:rsidRPr="00A915A6" w:rsidRDefault="00A915A6" w:rsidP="00A915A6">
      <w:pPr>
        <w:spacing w:after="0"/>
        <w:rPr>
          <w:rFonts w:ascii="Univers" w:hAnsi="Univers"/>
          <w:lang w:val="nl-NL"/>
        </w:rPr>
      </w:pPr>
      <w:r w:rsidRPr="00A915A6">
        <w:rPr>
          <w:rFonts w:ascii="Univers" w:hAnsi="Univers"/>
          <w:b/>
          <w:lang w:val="nl-NL"/>
        </w:rPr>
        <w:t>8a. Kunt u een geraamde vierkante meterprijs geven voor de verschillende methoden?</w:t>
      </w:r>
    </w:p>
    <w:p w14:paraId="3CC1FBD1" w14:textId="77777777" w:rsidR="0005075F" w:rsidRPr="00A915A6" w:rsidRDefault="00A915A6" w:rsidP="00A915A6">
      <w:pPr>
        <w:spacing w:after="0"/>
        <w:rPr>
          <w:rFonts w:ascii="Univers" w:hAnsi="Univers"/>
          <w:lang w:val="nl-NL"/>
        </w:rPr>
      </w:pPr>
      <w:r w:rsidRPr="00A915A6">
        <w:rPr>
          <w:rFonts w:ascii="Univers" w:hAnsi="Univers"/>
          <w:lang w:val="nl-NL"/>
        </w:rPr>
        <w:t>Antwoord:</w:t>
      </w:r>
    </w:p>
    <w:p w14:paraId="78E6518C" w14:textId="2E90A3F8" w:rsidR="00A915A6" w:rsidRDefault="00A915A6" w:rsidP="00A915A6">
      <w:pPr>
        <w:spacing w:after="0"/>
        <w:rPr>
          <w:rFonts w:ascii="Univers" w:hAnsi="Univers"/>
          <w:lang w:val="nl-NL"/>
        </w:rPr>
      </w:pPr>
      <w:r w:rsidRPr="00A915A6">
        <w:rPr>
          <w:rFonts w:ascii="Univers" w:hAnsi="Univers"/>
          <w:lang w:val="nl-NL"/>
        </w:rPr>
        <w:br/>
        <w:t>_______________________________</w:t>
      </w:r>
      <w:r w:rsidRPr="00A915A6">
        <w:rPr>
          <w:rFonts w:ascii="Univers" w:hAnsi="Univers"/>
          <w:lang w:val="nl-NL"/>
        </w:rPr>
        <w:br/>
      </w:r>
    </w:p>
    <w:p w14:paraId="7DEF2D4B" w14:textId="77777777" w:rsidR="00A915A6" w:rsidRDefault="00A915A6">
      <w:pPr>
        <w:rPr>
          <w:rFonts w:ascii="Univers" w:hAnsi="Univers"/>
          <w:lang w:val="nl-NL"/>
        </w:rPr>
      </w:pPr>
      <w:r>
        <w:rPr>
          <w:rFonts w:ascii="Univers" w:hAnsi="Univers"/>
          <w:lang w:val="nl-NL"/>
        </w:rPr>
        <w:br w:type="page"/>
      </w:r>
    </w:p>
    <w:p w14:paraId="36D352C8" w14:textId="4818A768" w:rsidR="0005075F" w:rsidRPr="00A915A6" w:rsidRDefault="00A915A6" w:rsidP="00A915A6">
      <w:pPr>
        <w:keepNext/>
        <w:keepLines/>
        <w:pBdr>
          <w:bottom w:val="single" w:sz="4" w:space="1" w:color="BFBFBF"/>
        </w:pBdr>
        <w:spacing w:before="60" w:after="60"/>
        <w:contextualSpacing/>
        <w:outlineLvl w:val="1"/>
        <w:rPr>
          <w:rFonts w:ascii="Univers" w:hAnsi="Univers"/>
          <w:lang w:val="nl-NL"/>
        </w:rPr>
      </w:pPr>
      <w:r>
        <w:rPr>
          <w:rFonts w:ascii="Univers" w:eastAsia="Times New Roman" w:hAnsi="Univers" w:cs="Times New Roman"/>
          <w:caps/>
          <w:color w:val="3DB7E4"/>
          <w:szCs w:val="26"/>
          <w:lang w:val="nl-NL"/>
        </w:rPr>
        <w:lastRenderedPageBreak/>
        <w:t>Zitmeubilair</w:t>
      </w:r>
    </w:p>
    <w:p w14:paraId="641BA449" w14:textId="0F0C0AEB" w:rsidR="0005075F" w:rsidRPr="00A915A6" w:rsidRDefault="00A915A6" w:rsidP="00A915A6">
      <w:pPr>
        <w:spacing w:after="0"/>
        <w:rPr>
          <w:rFonts w:ascii="Univers" w:hAnsi="Univers"/>
          <w:lang w:val="nl-NL"/>
        </w:rPr>
      </w:pPr>
      <w:r w:rsidRPr="00A915A6">
        <w:rPr>
          <w:rFonts w:ascii="Univers" w:hAnsi="Univers"/>
          <w:b/>
          <w:lang w:val="nl-NL"/>
        </w:rPr>
        <w:t xml:space="preserve">9. Welke (verschillende) methoden, middelen en machines gebruikt u voor het reinigen van </w:t>
      </w:r>
      <w:r>
        <w:rPr>
          <w:rFonts w:ascii="Univers" w:hAnsi="Univers"/>
          <w:b/>
          <w:lang w:val="nl-NL"/>
        </w:rPr>
        <w:t>zitmeubilair (vanaf nu: stoelen)</w:t>
      </w:r>
      <w:r w:rsidRPr="00A915A6">
        <w:rPr>
          <w:rFonts w:ascii="Univers" w:hAnsi="Univers"/>
          <w:b/>
          <w:lang w:val="nl-NL"/>
        </w:rPr>
        <w:t>?</w:t>
      </w:r>
    </w:p>
    <w:p w14:paraId="137A785D" w14:textId="77777777" w:rsidR="0005075F" w:rsidRPr="00A915A6" w:rsidRDefault="00A915A6" w:rsidP="00A915A6">
      <w:pPr>
        <w:spacing w:after="0"/>
        <w:rPr>
          <w:rFonts w:ascii="Univers" w:hAnsi="Univers"/>
          <w:lang w:val="nl-NL"/>
        </w:rPr>
      </w:pPr>
      <w:r w:rsidRPr="00A915A6">
        <w:rPr>
          <w:rFonts w:ascii="Univers" w:hAnsi="Univers"/>
          <w:lang w:val="nl-NL"/>
        </w:rPr>
        <w:t>Antwoord:</w:t>
      </w:r>
    </w:p>
    <w:p w14:paraId="5C683437" w14:textId="77777777" w:rsidR="0005075F" w:rsidRPr="00A915A6" w:rsidRDefault="00A915A6" w:rsidP="00A915A6">
      <w:pPr>
        <w:spacing w:after="0"/>
        <w:rPr>
          <w:rFonts w:ascii="Univers" w:hAnsi="Univers"/>
          <w:lang w:val="nl-NL"/>
        </w:rPr>
      </w:pPr>
      <w:r w:rsidRPr="00A915A6">
        <w:rPr>
          <w:rFonts w:ascii="Univers" w:hAnsi="Univers"/>
          <w:lang w:val="nl-NL"/>
        </w:rPr>
        <w:br/>
        <w:t>_______________________________</w:t>
      </w:r>
      <w:r w:rsidRPr="00A915A6">
        <w:rPr>
          <w:rFonts w:ascii="Univers" w:hAnsi="Univers"/>
          <w:lang w:val="nl-NL"/>
        </w:rPr>
        <w:br/>
      </w:r>
    </w:p>
    <w:p w14:paraId="24A8172C" w14:textId="77777777" w:rsidR="0005075F" w:rsidRPr="00A915A6" w:rsidRDefault="00A915A6" w:rsidP="00A915A6">
      <w:pPr>
        <w:spacing w:after="0"/>
        <w:rPr>
          <w:rFonts w:ascii="Univers" w:hAnsi="Univers"/>
          <w:lang w:val="nl-NL"/>
        </w:rPr>
      </w:pPr>
      <w:r w:rsidRPr="00A915A6">
        <w:rPr>
          <w:rFonts w:ascii="Univers" w:hAnsi="Univers"/>
          <w:b/>
          <w:lang w:val="nl-NL"/>
        </w:rPr>
        <w:t>9a. Waarom kiest u voor deze methoden?</w:t>
      </w:r>
    </w:p>
    <w:p w14:paraId="5F8DA9C1" w14:textId="77777777" w:rsidR="0005075F" w:rsidRPr="00A915A6" w:rsidRDefault="00A915A6" w:rsidP="00A915A6">
      <w:pPr>
        <w:spacing w:after="0"/>
        <w:rPr>
          <w:rFonts w:ascii="Univers" w:hAnsi="Univers"/>
          <w:lang w:val="nl-NL"/>
        </w:rPr>
      </w:pPr>
      <w:r w:rsidRPr="00A915A6">
        <w:rPr>
          <w:rFonts w:ascii="Univers" w:hAnsi="Univers"/>
          <w:lang w:val="nl-NL"/>
        </w:rPr>
        <w:t>Antwoord:</w:t>
      </w:r>
    </w:p>
    <w:p w14:paraId="58B648D9" w14:textId="77777777" w:rsidR="0005075F" w:rsidRPr="00A915A6" w:rsidRDefault="00A915A6" w:rsidP="00A915A6">
      <w:pPr>
        <w:spacing w:after="0"/>
        <w:rPr>
          <w:rFonts w:ascii="Univers" w:hAnsi="Univers"/>
          <w:lang w:val="nl-NL"/>
        </w:rPr>
      </w:pPr>
      <w:r w:rsidRPr="00A915A6">
        <w:rPr>
          <w:rFonts w:ascii="Univers" w:hAnsi="Univers"/>
          <w:lang w:val="nl-NL"/>
        </w:rPr>
        <w:br/>
        <w:t>_______________________________</w:t>
      </w:r>
      <w:r w:rsidRPr="00A915A6">
        <w:rPr>
          <w:rFonts w:ascii="Univers" w:hAnsi="Univers"/>
          <w:lang w:val="nl-NL"/>
        </w:rPr>
        <w:br/>
      </w:r>
    </w:p>
    <w:p w14:paraId="641590B6" w14:textId="5E473F43" w:rsidR="0005075F" w:rsidRPr="00A915A6" w:rsidRDefault="00A915A6" w:rsidP="00A915A6">
      <w:pPr>
        <w:spacing w:after="0"/>
        <w:rPr>
          <w:rFonts w:ascii="Univers" w:hAnsi="Univers"/>
          <w:lang w:val="nl-NL"/>
        </w:rPr>
      </w:pPr>
      <w:r w:rsidRPr="00A915A6">
        <w:rPr>
          <w:rFonts w:ascii="Univers" w:hAnsi="Univers"/>
          <w:b/>
          <w:lang w:val="nl-NL"/>
        </w:rPr>
        <w:t xml:space="preserve">9b. Is dit te combineren met </w:t>
      </w:r>
      <w:r>
        <w:rPr>
          <w:rFonts w:ascii="Univers" w:hAnsi="Univers"/>
          <w:b/>
          <w:lang w:val="nl-NL"/>
        </w:rPr>
        <w:t xml:space="preserve">de specialistische reiniging </w:t>
      </w:r>
      <w:r w:rsidRPr="00A915A6">
        <w:rPr>
          <w:rFonts w:ascii="Univers" w:hAnsi="Univers"/>
          <w:b/>
          <w:lang w:val="nl-NL"/>
        </w:rPr>
        <w:t>van vloeren? En onder welke voorwaarden?</w:t>
      </w:r>
    </w:p>
    <w:p w14:paraId="2A5D74D4" w14:textId="77777777" w:rsidR="0005075F" w:rsidRPr="00A915A6" w:rsidRDefault="00A915A6" w:rsidP="00A915A6">
      <w:pPr>
        <w:spacing w:after="0"/>
        <w:rPr>
          <w:rFonts w:ascii="Univers" w:hAnsi="Univers"/>
          <w:lang w:val="nl-NL"/>
        </w:rPr>
      </w:pPr>
      <w:r w:rsidRPr="00A915A6">
        <w:rPr>
          <w:rFonts w:ascii="Univers" w:hAnsi="Univers"/>
          <w:lang w:val="nl-NL"/>
        </w:rPr>
        <w:t>Antwoord:</w:t>
      </w:r>
    </w:p>
    <w:p w14:paraId="5E57B345" w14:textId="77777777" w:rsidR="0005075F" w:rsidRPr="00A915A6" w:rsidRDefault="00A915A6" w:rsidP="00A915A6">
      <w:pPr>
        <w:spacing w:after="0"/>
        <w:rPr>
          <w:rFonts w:ascii="Univers" w:hAnsi="Univers"/>
          <w:lang w:val="nl-NL"/>
        </w:rPr>
      </w:pPr>
      <w:r w:rsidRPr="00A915A6">
        <w:rPr>
          <w:rFonts w:ascii="Univers" w:hAnsi="Univers"/>
          <w:lang w:val="nl-NL"/>
        </w:rPr>
        <w:br/>
        <w:t>_______________________________</w:t>
      </w:r>
      <w:r w:rsidRPr="00A915A6">
        <w:rPr>
          <w:rFonts w:ascii="Univers" w:hAnsi="Univers"/>
          <w:lang w:val="nl-NL"/>
        </w:rPr>
        <w:br/>
      </w:r>
    </w:p>
    <w:p w14:paraId="65853821" w14:textId="77777777" w:rsidR="0005075F" w:rsidRPr="00A915A6" w:rsidRDefault="00A915A6" w:rsidP="00A915A6">
      <w:pPr>
        <w:spacing w:after="0"/>
        <w:rPr>
          <w:rFonts w:ascii="Univers" w:hAnsi="Univers"/>
          <w:lang w:val="nl-NL"/>
        </w:rPr>
      </w:pPr>
      <w:r w:rsidRPr="00A915A6">
        <w:rPr>
          <w:rFonts w:ascii="Univers" w:hAnsi="Univers"/>
          <w:b/>
          <w:lang w:val="nl-NL"/>
        </w:rPr>
        <w:t>10. Is er schaalvoordeel te behalen met het combineren van vloeren en stoelen? Zo ja, motiveer.</w:t>
      </w:r>
    </w:p>
    <w:p w14:paraId="42C73091" w14:textId="77777777" w:rsidR="0005075F" w:rsidRPr="00A915A6" w:rsidRDefault="00A915A6" w:rsidP="00A915A6">
      <w:pPr>
        <w:spacing w:after="0"/>
        <w:rPr>
          <w:rFonts w:ascii="Univers" w:hAnsi="Univers"/>
          <w:lang w:val="nl-NL"/>
        </w:rPr>
      </w:pPr>
      <w:r w:rsidRPr="00A915A6">
        <w:rPr>
          <w:rFonts w:ascii="Univers" w:hAnsi="Univers"/>
          <w:lang w:val="nl-NL"/>
        </w:rPr>
        <w:t>Antwoord:</w:t>
      </w:r>
    </w:p>
    <w:p w14:paraId="6E9EF7B3" w14:textId="77777777" w:rsidR="0005075F" w:rsidRPr="00A915A6" w:rsidRDefault="00A915A6" w:rsidP="00A915A6">
      <w:pPr>
        <w:spacing w:after="0"/>
        <w:rPr>
          <w:rFonts w:ascii="Univers" w:hAnsi="Univers"/>
          <w:lang w:val="nl-NL"/>
        </w:rPr>
      </w:pPr>
      <w:r w:rsidRPr="00A915A6">
        <w:rPr>
          <w:rFonts w:ascii="Univers" w:hAnsi="Univers"/>
          <w:lang w:val="nl-NL"/>
        </w:rPr>
        <w:br/>
        <w:t>_______________________________</w:t>
      </w:r>
      <w:r w:rsidRPr="00A915A6">
        <w:rPr>
          <w:rFonts w:ascii="Univers" w:hAnsi="Univers"/>
          <w:lang w:val="nl-NL"/>
        </w:rPr>
        <w:br/>
      </w:r>
    </w:p>
    <w:p w14:paraId="639183BD" w14:textId="77777777" w:rsidR="0005075F" w:rsidRPr="00A915A6" w:rsidRDefault="00A915A6" w:rsidP="00A915A6">
      <w:pPr>
        <w:spacing w:after="0"/>
        <w:rPr>
          <w:rFonts w:ascii="Univers" w:hAnsi="Univers"/>
          <w:lang w:val="nl-NL"/>
        </w:rPr>
      </w:pPr>
      <w:r w:rsidRPr="00A915A6">
        <w:rPr>
          <w:rFonts w:ascii="Univers" w:hAnsi="Univers"/>
          <w:b/>
          <w:lang w:val="nl-NL"/>
        </w:rPr>
        <w:t>11. Welke maatregelen neemt u om de levensduur van stoelen te verlengen (denk aan vlekafstotende behandeling)?</w:t>
      </w:r>
    </w:p>
    <w:p w14:paraId="6077D149" w14:textId="77777777" w:rsidR="0005075F" w:rsidRPr="00A915A6" w:rsidRDefault="00A915A6" w:rsidP="00A915A6">
      <w:pPr>
        <w:spacing w:after="0"/>
        <w:rPr>
          <w:rFonts w:ascii="Univers" w:hAnsi="Univers"/>
          <w:lang w:val="nl-NL"/>
        </w:rPr>
      </w:pPr>
      <w:r w:rsidRPr="00A915A6">
        <w:rPr>
          <w:rFonts w:ascii="Univers" w:hAnsi="Univers"/>
          <w:lang w:val="nl-NL"/>
        </w:rPr>
        <w:t>Antwoord:</w:t>
      </w:r>
    </w:p>
    <w:p w14:paraId="6FA4BF60" w14:textId="77777777" w:rsidR="0005075F" w:rsidRPr="00A915A6" w:rsidRDefault="00A915A6" w:rsidP="00A915A6">
      <w:pPr>
        <w:spacing w:after="0"/>
        <w:rPr>
          <w:rFonts w:ascii="Univers" w:hAnsi="Univers"/>
          <w:lang w:val="nl-NL"/>
        </w:rPr>
      </w:pPr>
      <w:r w:rsidRPr="00A915A6">
        <w:rPr>
          <w:rFonts w:ascii="Univers" w:hAnsi="Univers"/>
          <w:lang w:val="nl-NL"/>
        </w:rPr>
        <w:br/>
        <w:t>_______________________________</w:t>
      </w:r>
      <w:r w:rsidRPr="00A915A6">
        <w:rPr>
          <w:rFonts w:ascii="Univers" w:hAnsi="Univers"/>
          <w:lang w:val="nl-NL"/>
        </w:rPr>
        <w:br/>
      </w:r>
    </w:p>
    <w:p w14:paraId="1E4EA842" w14:textId="77777777" w:rsidR="0005075F" w:rsidRPr="00A915A6" w:rsidRDefault="00A915A6" w:rsidP="00A915A6">
      <w:pPr>
        <w:spacing w:after="0"/>
        <w:rPr>
          <w:rFonts w:ascii="Univers" w:hAnsi="Univers"/>
          <w:lang w:val="nl-NL"/>
        </w:rPr>
      </w:pPr>
      <w:r w:rsidRPr="00A915A6">
        <w:rPr>
          <w:rFonts w:ascii="Univers" w:hAnsi="Univers"/>
          <w:b/>
          <w:lang w:val="nl-NL"/>
        </w:rPr>
        <w:t>12. Wat zijn de belangrijkste kostenbepalende factoren voor het reinigen van stoelen?</w:t>
      </w:r>
    </w:p>
    <w:p w14:paraId="4A99B27C" w14:textId="77777777" w:rsidR="0005075F" w:rsidRPr="00A915A6" w:rsidRDefault="00A915A6" w:rsidP="00A915A6">
      <w:pPr>
        <w:spacing w:after="0"/>
        <w:rPr>
          <w:rFonts w:ascii="Univers" w:hAnsi="Univers"/>
          <w:lang w:val="nl-NL"/>
        </w:rPr>
      </w:pPr>
      <w:r w:rsidRPr="00A915A6">
        <w:rPr>
          <w:rFonts w:ascii="Univers" w:hAnsi="Univers"/>
          <w:lang w:val="nl-NL"/>
        </w:rPr>
        <w:t>Antwoord:</w:t>
      </w:r>
    </w:p>
    <w:p w14:paraId="056115F8" w14:textId="20FE9705" w:rsidR="00A915A6" w:rsidRDefault="00A915A6" w:rsidP="00A915A6">
      <w:pPr>
        <w:spacing w:after="0"/>
        <w:rPr>
          <w:rFonts w:ascii="Univers" w:hAnsi="Univers"/>
          <w:lang w:val="nl-NL"/>
        </w:rPr>
      </w:pPr>
      <w:r w:rsidRPr="00A915A6">
        <w:rPr>
          <w:rFonts w:ascii="Univers" w:hAnsi="Univers"/>
          <w:lang w:val="nl-NL"/>
        </w:rPr>
        <w:br/>
        <w:t>_______________________________</w:t>
      </w:r>
      <w:r w:rsidRPr="00A915A6">
        <w:rPr>
          <w:rFonts w:ascii="Univers" w:hAnsi="Univers"/>
          <w:lang w:val="nl-NL"/>
        </w:rPr>
        <w:br/>
      </w:r>
    </w:p>
    <w:p w14:paraId="61F44DB1" w14:textId="77777777" w:rsidR="00A915A6" w:rsidRDefault="00A915A6">
      <w:pPr>
        <w:rPr>
          <w:rFonts w:ascii="Univers" w:hAnsi="Univers"/>
          <w:lang w:val="nl-NL"/>
        </w:rPr>
      </w:pPr>
      <w:r>
        <w:rPr>
          <w:rFonts w:ascii="Univers" w:hAnsi="Univers"/>
          <w:lang w:val="nl-NL"/>
        </w:rPr>
        <w:br w:type="page"/>
      </w:r>
    </w:p>
    <w:p w14:paraId="7894732D" w14:textId="77777777" w:rsidR="0005075F" w:rsidRPr="00A915A6" w:rsidRDefault="00A915A6" w:rsidP="00A915A6">
      <w:pPr>
        <w:spacing w:after="0"/>
        <w:rPr>
          <w:rFonts w:ascii="Univers" w:hAnsi="Univers"/>
          <w:lang w:val="nl-NL"/>
        </w:rPr>
      </w:pPr>
      <w:r w:rsidRPr="00A915A6">
        <w:rPr>
          <w:rFonts w:ascii="Univers" w:hAnsi="Univers"/>
          <w:b/>
          <w:lang w:val="nl-NL"/>
        </w:rPr>
        <w:lastRenderedPageBreak/>
        <w:t>12a. Kunt u een geraamde stuk/staffelprijs geven voor de verschillende methoden?</w:t>
      </w:r>
    </w:p>
    <w:p w14:paraId="72138C5E" w14:textId="77777777" w:rsidR="0005075F" w:rsidRPr="00A915A6" w:rsidRDefault="00A915A6" w:rsidP="00A915A6">
      <w:pPr>
        <w:spacing w:after="0"/>
        <w:rPr>
          <w:rFonts w:ascii="Univers" w:hAnsi="Univers"/>
          <w:lang w:val="nl-NL"/>
        </w:rPr>
      </w:pPr>
      <w:r w:rsidRPr="00A915A6">
        <w:rPr>
          <w:rFonts w:ascii="Univers" w:hAnsi="Univers"/>
          <w:lang w:val="nl-NL"/>
        </w:rPr>
        <w:t>Antwoord:</w:t>
      </w:r>
    </w:p>
    <w:p w14:paraId="72FCD846" w14:textId="77777777" w:rsidR="0005075F" w:rsidRDefault="00A915A6" w:rsidP="00A915A6">
      <w:pPr>
        <w:spacing w:after="0"/>
        <w:rPr>
          <w:rFonts w:ascii="Univers" w:hAnsi="Univers"/>
          <w:lang w:val="nl-NL"/>
        </w:rPr>
      </w:pPr>
      <w:r w:rsidRPr="00A915A6">
        <w:rPr>
          <w:rFonts w:ascii="Univers" w:hAnsi="Univers"/>
          <w:lang w:val="nl-NL"/>
        </w:rPr>
        <w:br/>
        <w:t>_______________________________</w:t>
      </w:r>
      <w:r w:rsidRPr="00A915A6">
        <w:rPr>
          <w:rFonts w:ascii="Univers" w:hAnsi="Univers"/>
          <w:lang w:val="nl-NL"/>
        </w:rPr>
        <w:br/>
      </w:r>
    </w:p>
    <w:p w14:paraId="6927C129" w14:textId="77777777" w:rsidR="00A915A6" w:rsidRPr="00A915A6" w:rsidRDefault="00A915A6" w:rsidP="00A915A6">
      <w:pPr>
        <w:spacing w:after="0"/>
        <w:rPr>
          <w:rFonts w:ascii="Univers" w:hAnsi="Univers"/>
          <w:lang w:val="nl-NL"/>
        </w:rPr>
      </w:pPr>
    </w:p>
    <w:p w14:paraId="6901E572" w14:textId="77777777" w:rsidR="0005075F" w:rsidRPr="00A915A6" w:rsidRDefault="00A915A6" w:rsidP="00A915A6">
      <w:pPr>
        <w:keepNext/>
        <w:keepLines/>
        <w:pBdr>
          <w:bottom w:val="single" w:sz="4" w:space="1" w:color="BFBFBF"/>
        </w:pBdr>
        <w:spacing w:before="60" w:after="60"/>
        <w:contextualSpacing/>
        <w:outlineLvl w:val="1"/>
        <w:rPr>
          <w:rFonts w:ascii="Univers" w:hAnsi="Univers"/>
          <w:lang w:val="nl-NL"/>
        </w:rPr>
      </w:pPr>
      <w:r w:rsidRPr="00A915A6">
        <w:rPr>
          <w:rFonts w:ascii="Univers" w:eastAsia="Times New Roman" w:hAnsi="Univers" w:cs="Times New Roman"/>
          <w:caps/>
          <w:color w:val="3DB7E4"/>
          <w:szCs w:val="26"/>
          <w:lang w:val="nl-NL"/>
        </w:rPr>
        <w:t>Overig</w:t>
      </w:r>
    </w:p>
    <w:p w14:paraId="31814765" w14:textId="77777777" w:rsidR="00A915A6" w:rsidRDefault="00A915A6" w:rsidP="00A915A6">
      <w:pPr>
        <w:spacing w:after="0"/>
        <w:rPr>
          <w:rFonts w:ascii="Univers" w:hAnsi="Univers"/>
          <w:b/>
          <w:lang w:val="nl-NL"/>
        </w:rPr>
      </w:pPr>
    </w:p>
    <w:p w14:paraId="45989E75" w14:textId="0760ECBD" w:rsidR="0005075F" w:rsidRDefault="00A915A6" w:rsidP="00A915A6">
      <w:pPr>
        <w:spacing w:after="0"/>
        <w:rPr>
          <w:rFonts w:ascii="Univers" w:hAnsi="Univers"/>
          <w:b/>
          <w:bCs/>
          <w:lang w:val="nl-NL"/>
        </w:rPr>
      </w:pPr>
      <w:r w:rsidRPr="04C8E082">
        <w:rPr>
          <w:rFonts w:ascii="Univers" w:hAnsi="Univers"/>
          <w:b/>
          <w:bCs/>
          <w:lang w:val="nl-NL"/>
        </w:rPr>
        <w:t>1</w:t>
      </w:r>
      <w:r w:rsidR="589A4A5D" w:rsidRPr="04C8E082">
        <w:rPr>
          <w:rFonts w:ascii="Univers" w:hAnsi="Univers"/>
          <w:b/>
          <w:bCs/>
          <w:lang w:val="nl-NL"/>
        </w:rPr>
        <w:t>3</w:t>
      </w:r>
      <w:r w:rsidRPr="04C8E082">
        <w:rPr>
          <w:rFonts w:ascii="Univers" w:hAnsi="Univers"/>
          <w:b/>
          <w:bCs/>
          <w:lang w:val="nl-NL"/>
        </w:rPr>
        <w:t>. Beschikt u over de volgende certificaten?</w:t>
      </w:r>
    </w:p>
    <w:p w14:paraId="0BFA83E1" w14:textId="0503519A" w:rsidR="00A915A6" w:rsidRPr="00A915A6" w:rsidRDefault="00A915A6" w:rsidP="00A915A6">
      <w:pPr>
        <w:spacing w:after="0"/>
        <w:rPr>
          <w:rFonts w:ascii="Univers" w:hAnsi="Univers"/>
          <w:lang w:val="nl-NL"/>
        </w:rPr>
      </w:pPr>
      <w:r>
        <w:rPr>
          <w:rFonts w:ascii="Univers" w:hAnsi="Univers"/>
          <w:lang w:val="nl-NL"/>
        </w:rPr>
        <w:t>Antwoord:</w:t>
      </w:r>
    </w:p>
    <w:p w14:paraId="0B03B790" w14:textId="6DE4E074" w:rsidR="0005075F" w:rsidRPr="00A915A6" w:rsidRDefault="00D95406" w:rsidP="00A915A6">
      <w:pPr>
        <w:spacing w:after="0"/>
        <w:rPr>
          <w:rFonts w:ascii="Univers" w:hAnsi="Univers"/>
        </w:rPr>
      </w:pPr>
      <w:sdt>
        <w:sdtPr>
          <w:rPr>
            <w:rFonts w:ascii="Univers" w:hAnsi="Univers"/>
          </w:rPr>
          <w:id w:val="2093804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15A6">
            <w:rPr>
              <w:rFonts w:ascii="MS Gothic" w:eastAsia="MS Gothic" w:hAnsi="MS Gothic" w:hint="eastAsia"/>
            </w:rPr>
            <w:t>☐</w:t>
          </w:r>
        </w:sdtContent>
      </w:sdt>
      <w:r w:rsidR="00A915A6" w:rsidRPr="00A915A6">
        <w:rPr>
          <w:rFonts w:ascii="Univers" w:hAnsi="Univers"/>
        </w:rPr>
        <w:t>ISO 9001</w:t>
      </w:r>
    </w:p>
    <w:p w14:paraId="28A5C69D" w14:textId="26F709D3" w:rsidR="0005075F" w:rsidRPr="00A915A6" w:rsidRDefault="00D95406" w:rsidP="00A915A6">
      <w:pPr>
        <w:spacing w:after="0"/>
        <w:rPr>
          <w:rFonts w:ascii="Univers" w:hAnsi="Univers"/>
        </w:rPr>
      </w:pPr>
      <w:sdt>
        <w:sdtPr>
          <w:rPr>
            <w:rFonts w:ascii="Univers" w:hAnsi="Univers"/>
          </w:rPr>
          <w:id w:val="-130256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15A6">
            <w:rPr>
              <w:rFonts w:ascii="MS Gothic" w:eastAsia="MS Gothic" w:hAnsi="MS Gothic" w:hint="eastAsia"/>
            </w:rPr>
            <w:t>☐</w:t>
          </w:r>
        </w:sdtContent>
      </w:sdt>
      <w:r w:rsidR="00A915A6" w:rsidRPr="00A915A6">
        <w:rPr>
          <w:rFonts w:ascii="Univers" w:hAnsi="Univers"/>
        </w:rPr>
        <w:t>ISO 14001</w:t>
      </w:r>
    </w:p>
    <w:p w14:paraId="7AC12A75" w14:textId="133F21ED" w:rsidR="0005075F" w:rsidRPr="00A915A6" w:rsidRDefault="00D95406" w:rsidP="00A915A6">
      <w:pPr>
        <w:spacing w:after="0"/>
        <w:rPr>
          <w:rFonts w:ascii="Univers" w:hAnsi="Univers"/>
        </w:rPr>
      </w:pPr>
      <w:sdt>
        <w:sdtPr>
          <w:rPr>
            <w:rFonts w:ascii="Univers" w:hAnsi="Univers"/>
          </w:rPr>
          <w:id w:val="769742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15A6">
            <w:rPr>
              <w:rFonts w:ascii="MS Gothic" w:eastAsia="MS Gothic" w:hAnsi="MS Gothic" w:hint="eastAsia"/>
            </w:rPr>
            <w:t>☐</w:t>
          </w:r>
        </w:sdtContent>
      </w:sdt>
      <w:r w:rsidR="00A915A6" w:rsidRPr="00A915A6">
        <w:rPr>
          <w:rFonts w:ascii="Univers" w:hAnsi="Univers"/>
        </w:rPr>
        <w:t>VCA (* of **)</w:t>
      </w:r>
    </w:p>
    <w:p w14:paraId="5F86B7E6" w14:textId="1928097B" w:rsidR="0005075F" w:rsidRPr="00A915A6" w:rsidRDefault="00D95406" w:rsidP="00A915A6">
      <w:pPr>
        <w:spacing w:after="0"/>
        <w:rPr>
          <w:rFonts w:ascii="Univers" w:hAnsi="Univers"/>
        </w:rPr>
      </w:pPr>
      <w:sdt>
        <w:sdtPr>
          <w:rPr>
            <w:rFonts w:ascii="Univers" w:hAnsi="Univers"/>
          </w:rPr>
          <w:id w:val="-1729216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15A6">
            <w:rPr>
              <w:rFonts w:ascii="MS Gothic" w:eastAsia="MS Gothic" w:hAnsi="MS Gothic" w:hint="eastAsia"/>
            </w:rPr>
            <w:t>☐</w:t>
          </w:r>
        </w:sdtContent>
      </w:sdt>
      <w:r w:rsidR="00A915A6" w:rsidRPr="00A915A6">
        <w:rPr>
          <w:rFonts w:ascii="Univers" w:hAnsi="Univers"/>
        </w:rPr>
        <w:t xml:space="preserve">CO2 </w:t>
      </w:r>
      <w:proofErr w:type="spellStart"/>
      <w:r w:rsidR="00A915A6" w:rsidRPr="00A915A6">
        <w:rPr>
          <w:rFonts w:ascii="Univers" w:hAnsi="Univers"/>
        </w:rPr>
        <w:t>prestatieladder</w:t>
      </w:r>
      <w:proofErr w:type="spellEnd"/>
    </w:p>
    <w:p w14:paraId="4E49D3E3" w14:textId="612DA384" w:rsidR="0005075F" w:rsidRDefault="00D95406" w:rsidP="00A915A6">
      <w:pPr>
        <w:spacing w:after="0"/>
        <w:rPr>
          <w:rFonts w:ascii="Univers" w:hAnsi="Univers"/>
          <w:lang w:val="nl-NL"/>
        </w:rPr>
      </w:pPr>
      <w:sdt>
        <w:sdtPr>
          <w:rPr>
            <w:rFonts w:ascii="Segoe UI Symbol" w:hAnsi="Segoe UI Symbol" w:cs="Segoe UI Symbol"/>
            <w:lang w:val="nl-NL"/>
          </w:rPr>
          <w:id w:val="1893931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15A6">
            <w:rPr>
              <w:rFonts w:ascii="MS Gothic" w:eastAsia="MS Gothic" w:hAnsi="MS Gothic" w:cs="Segoe UI Symbol" w:hint="eastAsia"/>
              <w:lang w:val="nl-NL"/>
            </w:rPr>
            <w:t>☐</w:t>
          </w:r>
        </w:sdtContent>
      </w:sdt>
      <w:r w:rsidR="00A915A6" w:rsidRPr="00A915A6">
        <w:rPr>
          <w:rFonts w:ascii="Univers" w:hAnsi="Univers"/>
          <w:lang w:val="nl-NL"/>
        </w:rPr>
        <w:t xml:space="preserve"> MVO-prestatieladder</w:t>
      </w:r>
    </w:p>
    <w:p w14:paraId="6AFA9FB0" w14:textId="40140FB1" w:rsidR="00A915A6" w:rsidRDefault="00D95406" w:rsidP="00A915A6">
      <w:pPr>
        <w:spacing w:after="0"/>
        <w:rPr>
          <w:rFonts w:ascii="Univers" w:hAnsi="Univers"/>
          <w:lang w:val="nl-NL"/>
        </w:rPr>
      </w:pPr>
      <w:sdt>
        <w:sdtPr>
          <w:rPr>
            <w:rFonts w:ascii="Univers" w:hAnsi="Univers"/>
            <w:lang w:val="nl-NL"/>
          </w:rPr>
          <w:id w:val="1491750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15A6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A915A6">
        <w:rPr>
          <w:rFonts w:ascii="Univers" w:hAnsi="Univers"/>
          <w:lang w:val="nl-NL"/>
        </w:rPr>
        <w:t>Andere relevante certificaten, namelijk:</w:t>
      </w:r>
    </w:p>
    <w:p w14:paraId="4CC1F3F3" w14:textId="77777777" w:rsidR="00A915A6" w:rsidRPr="00A915A6" w:rsidRDefault="00A915A6" w:rsidP="00A915A6">
      <w:pPr>
        <w:spacing w:after="0"/>
        <w:rPr>
          <w:rFonts w:ascii="Univers" w:hAnsi="Univers"/>
          <w:lang w:val="nl-NL"/>
        </w:rPr>
      </w:pPr>
    </w:p>
    <w:p w14:paraId="0152836F" w14:textId="1D62210F" w:rsidR="0005075F" w:rsidRPr="00A915A6" w:rsidRDefault="00A915A6" w:rsidP="00A915A6">
      <w:pPr>
        <w:spacing w:after="0"/>
        <w:rPr>
          <w:rFonts w:ascii="Univers" w:hAnsi="Univers"/>
          <w:lang w:val="nl-NL"/>
        </w:rPr>
      </w:pPr>
      <w:r w:rsidRPr="00A915A6">
        <w:rPr>
          <w:rFonts w:ascii="Univers" w:hAnsi="Univers"/>
        </w:rPr>
        <w:t>_______________________________</w:t>
      </w:r>
      <w:r w:rsidRPr="00A915A6">
        <w:rPr>
          <w:rFonts w:ascii="Univers" w:hAnsi="Univers"/>
          <w:lang w:val="nl-NL"/>
        </w:rPr>
        <w:br/>
      </w:r>
    </w:p>
    <w:p w14:paraId="5588F63D" w14:textId="01CD5821" w:rsidR="0005075F" w:rsidRPr="00A915A6" w:rsidRDefault="00A915A6" w:rsidP="00A915A6">
      <w:pPr>
        <w:spacing w:after="0"/>
        <w:rPr>
          <w:rFonts w:ascii="Univers" w:hAnsi="Univers"/>
          <w:lang w:val="nl-NL"/>
        </w:rPr>
      </w:pPr>
      <w:r w:rsidRPr="04C8E082">
        <w:rPr>
          <w:rFonts w:ascii="Univers" w:hAnsi="Univers"/>
          <w:b/>
          <w:bCs/>
          <w:lang w:val="nl-NL"/>
        </w:rPr>
        <w:t>1</w:t>
      </w:r>
      <w:r w:rsidR="53647236" w:rsidRPr="04C8E082">
        <w:rPr>
          <w:rFonts w:ascii="Univers" w:hAnsi="Univers"/>
          <w:b/>
          <w:bCs/>
          <w:lang w:val="nl-NL"/>
        </w:rPr>
        <w:t>4</w:t>
      </w:r>
      <w:r w:rsidRPr="04C8E082">
        <w:rPr>
          <w:rFonts w:ascii="Univers" w:hAnsi="Univers"/>
          <w:b/>
          <w:bCs/>
          <w:lang w:val="nl-NL"/>
        </w:rPr>
        <w:t>. Welke mogelijkheden ziet u met betrekking tot de inzet Social Return?</w:t>
      </w:r>
    </w:p>
    <w:p w14:paraId="025B75DB" w14:textId="77777777" w:rsidR="0005075F" w:rsidRPr="00A915A6" w:rsidRDefault="00A915A6" w:rsidP="00A915A6">
      <w:pPr>
        <w:spacing w:after="0"/>
        <w:rPr>
          <w:rFonts w:ascii="Univers" w:hAnsi="Univers"/>
        </w:rPr>
      </w:pPr>
      <w:r w:rsidRPr="00A915A6">
        <w:rPr>
          <w:rFonts w:ascii="Univers" w:hAnsi="Univers"/>
        </w:rPr>
        <w:t>Antwoord:</w:t>
      </w:r>
    </w:p>
    <w:p w14:paraId="09C4FC86" w14:textId="77777777" w:rsidR="0005075F" w:rsidRPr="00A915A6" w:rsidRDefault="00A915A6" w:rsidP="00A915A6">
      <w:pPr>
        <w:spacing w:after="0"/>
        <w:rPr>
          <w:rFonts w:ascii="Univers" w:hAnsi="Univers"/>
        </w:rPr>
      </w:pPr>
      <w:r w:rsidRPr="00A915A6">
        <w:rPr>
          <w:rFonts w:ascii="Univers" w:hAnsi="Univers"/>
        </w:rPr>
        <w:br/>
        <w:t>_______________________________</w:t>
      </w:r>
      <w:r w:rsidRPr="00A915A6">
        <w:rPr>
          <w:rFonts w:ascii="Univers" w:hAnsi="Univers"/>
        </w:rPr>
        <w:br/>
      </w:r>
    </w:p>
    <w:sectPr w:rsidR="0005075F" w:rsidRPr="00A915A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50907421">
    <w:abstractNumId w:val="8"/>
  </w:num>
  <w:num w:numId="2" w16cid:durableId="1019355237">
    <w:abstractNumId w:val="6"/>
  </w:num>
  <w:num w:numId="3" w16cid:durableId="1272782061">
    <w:abstractNumId w:val="5"/>
  </w:num>
  <w:num w:numId="4" w16cid:durableId="1208300649">
    <w:abstractNumId w:val="4"/>
  </w:num>
  <w:num w:numId="5" w16cid:durableId="644091640">
    <w:abstractNumId w:val="7"/>
  </w:num>
  <w:num w:numId="6" w16cid:durableId="1403986146">
    <w:abstractNumId w:val="3"/>
  </w:num>
  <w:num w:numId="7" w16cid:durableId="1238396191">
    <w:abstractNumId w:val="2"/>
  </w:num>
  <w:num w:numId="8" w16cid:durableId="510992295">
    <w:abstractNumId w:val="1"/>
  </w:num>
  <w:num w:numId="9" w16cid:durableId="65689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075F"/>
    <w:rsid w:val="0006063C"/>
    <w:rsid w:val="0015074B"/>
    <w:rsid w:val="0029639D"/>
    <w:rsid w:val="00326F90"/>
    <w:rsid w:val="00630B1E"/>
    <w:rsid w:val="00866455"/>
    <w:rsid w:val="00A915A6"/>
    <w:rsid w:val="00AA1D8D"/>
    <w:rsid w:val="00B47730"/>
    <w:rsid w:val="00CB0664"/>
    <w:rsid w:val="00D95406"/>
    <w:rsid w:val="00FC693F"/>
    <w:rsid w:val="04C8E082"/>
    <w:rsid w:val="53647236"/>
    <w:rsid w:val="589A4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BEB44F"/>
  <w14:defaultImageDpi w14:val="300"/>
  <w15:docId w15:val="{D2522B5E-F23C-4E45-9A9D-5CC3DA649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aliases w:val="Paragraafkop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aliases w:val="Subparagraafkop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aliases w:val="Paragraafkop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aliases w:val="Subparagraafkop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A915A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915A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915A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915A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915A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1FCF7F6BB8AE4CB4E922013E9F64C9" ma:contentTypeVersion="3" ma:contentTypeDescription="Een nieuw document maken." ma:contentTypeScope="" ma:versionID="4b72c282183e838d3728aacf66326383">
  <xsd:schema xmlns:xsd="http://www.w3.org/2001/XMLSchema" xmlns:xs="http://www.w3.org/2001/XMLSchema" xmlns:p="http://schemas.microsoft.com/office/2006/metadata/properties" xmlns:ns2="530fb7ca-4343-479f-b0d9-43990ef74ae6" targetNamespace="http://schemas.microsoft.com/office/2006/metadata/properties" ma:root="true" ma:fieldsID="13e20f4fcfb778a41bb3a102640c3cf6" ns2:_="">
    <xsd:import namespace="530fb7ca-4343-479f-b0d9-43990ef74a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0fb7ca-4343-479f-b0d9-43990ef74a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6DF92D-1852-4782-8619-D530A62EEE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0fb7ca-4343-479f-b0d9-43990ef74a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626BAEA-4FCF-40EF-8395-A892DC1B33C2}">
  <ds:schemaRefs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elements/1.1/"/>
    <ds:schemaRef ds:uri="530fb7ca-4343-479f-b0d9-43990ef74ae6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496F306E-E3B7-483C-83B5-9904607A51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468</Words>
  <Characters>2576</Characters>
  <Application>Microsoft Office Word</Application>
  <DocSecurity>0</DocSecurity>
  <Lines>21</Lines>
  <Paragraphs>6</Paragraphs>
  <ScaleCrop>false</ScaleCrop>
  <Manager/>
  <Company/>
  <LinksUpToDate>false</LinksUpToDate>
  <CharactersWithSpaces>3038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Joël van den Berg</cp:lastModifiedBy>
  <cp:revision>2</cp:revision>
  <dcterms:created xsi:type="dcterms:W3CDTF">2026-05-20T14:18:00Z</dcterms:created>
  <dcterms:modified xsi:type="dcterms:W3CDTF">2026-05-20T14:18:00Z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3a3144c-e58f-4c7e-97e0-07a7a54e7b35_Enabled">
    <vt:lpwstr>true</vt:lpwstr>
  </property>
  <property fmtid="{D5CDD505-2E9C-101B-9397-08002B2CF9AE}" pid="3" name="MSIP_Label_b3a3144c-e58f-4c7e-97e0-07a7a54e7b35_SetDate">
    <vt:lpwstr>2026-05-07T08:17:57Z</vt:lpwstr>
  </property>
  <property fmtid="{D5CDD505-2E9C-101B-9397-08002B2CF9AE}" pid="4" name="MSIP_Label_b3a3144c-e58f-4c7e-97e0-07a7a54e7b35_Method">
    <vt:lpwstr>Standard</vt:lpwstr>
  </property>
  <property fmtid="{D5CDD505-2E9C-101B-9397-08002B2CF9AE}" pid="5" name="MSIP_Label_b3a3144c-e58f-4c7e-97e0-07a7a54e7b35_Name">
    <vt:lpwstr>Intern</vt:lpwstr>
  </property>
  <property fmtid="{D5CDD505-2E9C-101B-9397-08002B2CF9AE}" pid="6" name="MSIP_Label_b3a3144c-e58f-4c7e-97e0-07a7a54e7b35_SiteId">
    <vt:lpwstr>8c3b61fd-94af-4533-8307-eb59dbd860b0</vt:lpwstr>
  </property>
  <property fmtid="{D5CDD505-2E9C-101B-9397-08002B2CF9AE}" pid="7" name="MSIP_Label_b3a3144c-e58f-4c7e-97e0-07a7a54e7b35_ActionId">
    <vt:lpwstr>9c49aa62-fdf8-4b3c-9e21-3a7b08808aa2</vt:lpwstr>
  </property>
  <property fmtid="{D5CDD505-2E9C-101B-9397-08002B2CF9AE}" pid="8" name="MSIP_Label_b3a3144c-e58f-4c7e-97e0-07a7a54e7b35_ContentBits">
    <vt:lpwstr>0</vt:lpwstr>
  </property>
  <property fmtid="{D5CDD505-2E9C-101B-9397-08002B2CF9AE}" pid="9" name="MSIP_Label_b3a3144c-e58f-4c7e-97e0-07a7a54e7b35_Tag">
    <vt:lpwstr>10, 3, 0, 1</vt:lpwstr>
  </property>
  <property fmtid="{D5CDD505-2E9C-101B-9397-08002B2CF9AE}" pid="10" name="ContentTypeId">
    <vt:lpwstr>0x010100B41FCF7F6BB8AE4CB4E922013E9F64C9</vt:lpwstr>
  </property>
  <property fmtid="{D5CDD505-2E9C-101B-9397-08002B2CF9AE}" pid="11" name="docLang">
    <vt:lpwstr>nl</vt:lpwstr>
  </property>
</Properties>
</file>