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8ABE" w14:textId="77777777" w:rsidR="0010591F" w:rsidRPr="007F66E4" w:rsidRDefault="007A4496">
      <w:pPr>
        <w:pStyle w:val="Kop1"/>
        <w:rPr>
          <w:lang w:val="nl-NL"/>
        </w:rPr>
      </w:pPr>
      <w:r w:rsidRPr="007F66E4">
        <w:rPr>
          <w:lang w:val="nl-NL"/>
        </w:rPr>
        <w:t>Vragenlijst Marktconsultatie Ingenieursdiensten Bouw &amp; Utiliteit</w:t>
      </w:r>
    </w:p>
    <w:p w14:paraId="7A2ECAD4" w14:textId="514D9ED8" w:rsidR="001E15FC" w:rsidRPr="001E15FC" w:rsidRDefault="007A4496" w:rsidP="001E15FC">
      <w:pPr>
        <w:rPr>
          <w:lang w:val="nl-NL"/>
        </w:rPr>
      </w:pPr>
      <w:r w:rsidRPr="007F66E4">
        <w:rPr>
          <w:lang w:val="nl-NL"/>
        </w:rPr>
        <w:t>De onderstaande vragen zijn vrijblijvend. Aan de beantwoording kunnen geen rechten worden ontleend.</w:t>
      </w:r>
      <w:r w:rsidRPr="007F66E4">
        <w:rPr>
          <w:lang w:val="nl-NL"/>
        </w:rPr>
        <w:br/>
      </w:r>
      <w:r w:rsidRPr="007F66E4">
        <w:rPr>
          <w:lang w:val="nl-NL"/>
        </w:rPr>
        <w:br/>
        <w:t>U wordt verzocht uw antwoorden in de daarvoor bestemde vakken in te vullen.</w:t>
      </w:r>
    </w:p>
    <w:tbl>
      <w:tblPr>
        <w:tblpPr w:leftFromText="141" w:rightFromText="141" w:vertAnchor="text" w:tblpY="1"/>
        <w:tblOverlap w:val="never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1"/>
      </w:tblGrid>
      <w:tr w:rsidR="001E15FC" w:rsidRPr="00B477E8" w14:paraId="205955A1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70282079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Officiële bedrijfsnaam</w:t>
            </w:r>
          </w:p>
        </w:tc>
        <w:tc>
          <w:tcPr>
            <w:tcW w:w="5741" w:type="dxa"/>
            <w:vAlign w:val="center"/>
          </w:tcPr>
          <w:p w14:paraId="4E72ACBB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2F4538" w14:paraId="255F05D8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1E36D735" w14:textId="2C5DDB54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KvK-nummer</w:t>
            </w:r>
          </w:p>
        </w:tc>
        <w:tc>
          <w:tcPr>
            <w:tcW w:w="5741" w:type="dxa"/>
            <w:vAlign w:val="center"/>
          </w:tcPr>
          <w:p w14:paraId="38EADE4D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67DDF51C" w14:textId="77777777" w:rsidTr="008F5361">
        <w:trPr>
          <w:trHeight w:val="284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14:paraId="22916AF5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Vestigingsplaats</w:t>
            </w:r>
          </w:p>
        </w:tc>
        <w:tc>
          <w:tcPr>
            <w:tcW w:w="5741" w:type="dxa"/>
            <w:tcBorders>
              <w:bottom w:val="single" w:sz="4" w:space="0" w:color="auto"/>
            </w:tcBorders>
            <w:vAlign w:val="center"/>
          </w:tcPr>
          <w:p w14:paraId="3FC0F0AD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1409F8C8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49113253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Vestigingsadres </w:t>
            </w:r>
          </w:p>
        </w:tc>
        <w:tc>
          <w:tcPr>
            <w:tcW w:w="5741" w:type="dxa"/>
            <w:vAlign w:val="center"/>
          </w:tcPr>
          <w:p w14:paraId="33C47D5C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79AB5C30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5D99D9A3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Postcode + plaats </w:t>
            </w:r>
          </w:p>
        </w:tc>
        <w:tc>
          <w:tcPr>
            <w:tcW w:w="5741" w:type="dxa"/>
            <w:vAlign w:val="center"/>
          </w:tcPr>
          <w:p w14:paraId="723F18E7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0C836281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3DFC8A75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Land</w:t>
            </w:r>
          </w:p>
        </w:tc>
        <w:tc>
          <w:tcPr>
            <w:tcW w:w="5741" w:type="dxa"/>
            <w:vAlign w:val="center"/>
          </w:tcPr>
          <w:p w14:paraId="1C588F6F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2DD44528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2766A5CA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Postadres </w:t>
            </w:r>
          </w:p>
        </w:tc>
        <w:tc>
          <w:tcPr>
            <w:tcW w:w="5741" w:type="dxa"/>
            <w:vAlign w:val="center"/>
          </w:tcPr>
          <w:p w14:paraId="27F2EF55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271A293F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436DC8A0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Postcode + plaats </w:t>
            </w:r>
          </w:p>
        </w:tc>
        <w:tc>
          <w:tcPr>
            <w:tcW w:w="5741" w:type="dxa"/>
            <w:vAlign w:val="center"/>
          </w:tcPr>
          <w:p w14:paraId="65B68BB2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28808FD7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31AD19D9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Land</w:t>
            </w:r>
          </w:p>
        </w:tc>
        <w:tc>
          <w:tcPr>
            <w:tcW w:w="5741" w:type="dxa"/>
            <w:vAlign w:val="center"/>
          </w:tcPr>
          <w:p w14:paraId="58C56A01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1F856B86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671AFF06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Telefoonnummer</w:t>
            </w:r>
          </w:p>
        </w:tc>
        <w:tc>
          <w:tcPr>
            <w:tcW w:w="5741" w:type="dxa"/>
            <w:vAlign w:val="center"/>
          </w:tcPr>
          <w:p w14:paraId="11B673CE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1FEE9B70" w14:textId="77777777" w:rsidTr="008F5361">
        <w:trPr>
          <w:trHeight w:val="284"/>
        </w:trPr>
        <w:tc>
          <w:tcPr>
            <w:tcW w:w="3472" w:type="dxa"/>
          </w:tcPr>
          <w:p w14:paraId="5C7AA44F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Contactpersoon</w:t>
            </w:r>
          </w:p>
        </w:tc>
        <w:tc>
          <w:tcPr>
            <w:tcW w:w="5741" w:type="dxa"/>
            <w:vAlign w:val="center"/>
          </w:tcPr>
          <w:p w14:paraId="67FE401E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13AC2698" w14:textId="77777777" w:rsidTr="008F5361">
        <w:trPr>
          <w:trHeight w:val="284"/>
        </w:trPr>
        <w:tc>
          <w:tcPr>
            <w:tcW w:w="3472" w:type="dxa"/>
          </w:tcPr>
          <w:p w14:paraId="1FCDD7AE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Emailadres contactpersoon </w:t>
            </w:r>
          </w:p>
        </w:tc>
        <w:tc>
          <w:tcPr>
            <w:tcW w:w="5741" w:type="dxa"/>
            <w:vAlign w:val="center"/>
          </w:tcPr>
          <w:p w14:paraId="36D7E655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6B558843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4E515548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Telefoonnummer contactpersoon</w:t>
            </w:r>
          </w:p>
        </w:tc>
        <w:tc>
          <w:tcPr>
            <w:tcW w:w="5741" w:type="dxa"/>
            <w:vAlign w:val="center"/>
          </w:tcPr>
          <w:p w14:paraId="2141909D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2E16E214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4B595924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Aantal medewerkers in Nederland</w:t>
            </w:r>
          </w:p>
        </w:tc>
        <w:tc>
          <w:tcPr>
            <w:tcW w:w="5741" w:type="dxa"/>
            <w:vAlign w:val="center"/>
          </w:tcPr>
          <w:p w14:paraId="3DBD9C03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B477E8" w14:paraId="7E5CB388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3EEBDB94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 xml:space="preserve">Maakt u gebruik van een of meer Onderaannemers? </w:t>
            </w:r>
          </w:p>
        </w:tc>
        <w:tc>
          <w:tcPr>
            <w:tcW w:w="5741" w:type="dxa"/>
            <w:vAlign w:val="center"/>
          </w:tcPr>
          <w:p w14:paraId="79538D16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Ja / Nee</w:t>
            </w: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footnoteReference w:id="1"/>
            </w:r>
          </w:p>
          <w:p w14:paraId="15587A68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  <w:tr w:rsidR="001E15FC" w:rsidRPr="00C65E21" w14:paraId="63491553" w14:textId="77777777" w:rsidTr="008F5361">
        <w:trPr>
          <w:trHeight w:val="284"/>
        </w:trPr>
        <w:tc>
          <w:tcPr>
            <w:tcW w:w="3472" w:type="dxa"/>
            <w:vAlign w:val="center"/>
          </w:tcPr>
          <w:p w14:paraId="45605ABF" w14:textId="77777777" w:rsidR="001E15FC" w:rsidRPr="001E15FC" w:rsidRDefault="001E15FC" w:rsidP="008F5361">
            <w:pPr>
              <w:pStyle w:val="tekst"/>
              <w:ind w:left="0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  <w:r w:rsidRPr="001E15FC"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  <w:t>Indien Ja, dan hiernaast invullen de officiële naam van de Onderaannemer(s) en de aard van de door hen te verrichten prestaties</w:t>
            </w:r>
          </w:p>
        </w:tc>
        <w:tc>
          <w:tcPr>
            <w:tcW w:w="5741" w:type="dxa"/>
            <w:vAlign w:val="center"/>
          </w:tcPr>
          <w:p w14:paraId="1C86326C" w14:textId="77777777" w:rsidR="001E15FC" w:rsidRPr="001E15FC" w:rsidRDefault="001E15FC" w:rsidP="008F5361">
            <w:pPr>
              <w:pStyle w:val="tekst"/>
              <w:jc w:val="left"/>
              <w:rPr>
                <w:rFonts w:asciiTheme="minorHAnsi" w:eastAsiaTheme="minorEastAsia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D6B41E1" w14:textId="3DFC2A1C" w:rsidR="00AC3FE1" w:rsidRDefault="00AC3FE1">
      <w:pPr>
        <w:rPr>
          <w:lang w:val="nl-NL"/>
        </w:rPr>
      </w:pPr>
    </w:p>
    <w:p w14:paraId="0DE83C1B" w14:textId="77777777" w:rsidR="00AC3FE1" w:rsidRDefault="00AC3FE1">
      <w:pPr>
        <w:rPr>
          <w:lang w:val="nl-NL"/>
        </w:rPr>
      </w:pPr>
      <w:r>
        <w:rPr>
          <w:lang w:val="nl-NL"/>
        </w:rPr>
        <w:br w:type="page"/>
      </w:r>
    </w:p>
    <w:p w14:paraId="17AC09AF" w14:textId="77777777" w:rsidR="001E15FC" w:rsidRPr="007F66E4" w:rsidRDefault="001E15FC">
      <w:pPr>
        <w:rPr>
          <w:lang w:val="nl-NL"/>
        </w:rPr>
      </w:pPr>
    </w:p>
    <w:p w14:paraId="6908D1A0" w14:textId="77777777" w:rsidR="0010591F" w:rsidRPr="007F66E4" w:rsidRDefault="007A4496">
      <w:pPr>
        <w:pStyle w:val="Kop2"/>
        <w:rPr>
          <w:lang w:val="nl-NL"/>
        </w:rPr>
      </w:pPr>
      <w:r w:rsidRPr="007F66E4">
        <w:rPr>
          <w:lang w:val="nl-NL"/>
        </w:rPr>
        <w:t>Vraag 1</w:t>
      </w:r>
    </w:p>
    <w:p w14:paraId="125EE96E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Heeft u belangstelling voor het aangaan van een raamovereenkomst met de gemeente?</w:t>
      </w:r>
    </w:p>
    <w:p w14:paraId="27F4E3ED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Antwoord:</w:t>
      </w:r>
    </w:p>
    <w:p w14:paraId="78D8BCE2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2DD31660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2F2CBC1A" w14:textId="77777777" w:rsidR="0010591F" w:rsidRPr="007F66E4" w:rsidRDefault="007A4496">
      <w:pPr>
        <w:pStyle w:val="Kop2"/>
        <w:rPr>
          <w:lang w:val="nl-NL"/>
        </w:rPr>
      </w:pPr>
      <w:r w:rsidRPr="007F66E4">
        <w:rPr>
          <w:lang w:val="nl-NL"/>
        </w:rPr>
        <w:t>Vraag 2</w:t>
      </w:r>
    </w:p>
    <w:p w14:paraId="6238FFAB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Bent u bereid en kunt u alle binnen de raamovereenkomst gevraagde disciplines zonder voorbehoud aanbieden?</w:t>
      </w:r>
    </w:p>
    <w:p w14:paraId="01C8769D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Antwoord:</w:t>
      </w:r>
    </w:p>
    <w:p w14:paraId="027B23C1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491757DD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1411ADB7" w14:textId="77777777" w:rsidR="0010591F" w:rsidRPr="007F66E4" w:rsidRDefault="007A4496">
      <w:pPr>
        <w:pStyle w:val="Kop2"/>
        <w:rPr>
          <w:lang w:val="nl-NL"/>
        </w:rPr>
      </w:pPr>
      <w:r w:rsidRPr="007F66E4">
        <w:rPr>
          <w:lang w:val="nl-NL"/>
        </w:rPr>
        <w:t>Vraag 3</w:t>
      </w:r>
    </w:p>
    <w:p w14:paraId="0541FAD5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Bent u bekend met de eerder door de gemeente uitgevoerde Europese aanbestedingen voor Ingenieursdiensten Bouw &amp; Utiliteit via TenderNed in 2018 en 2022?</w:t>
      </w:r>
    </w:p>
    <w:p w14:paraId="4F407D71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Antwoord:</w:t>
      </w:r>
    </w:p>
    <w:p w14:paraId="78193D80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7B595573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4437A406" w14:textId="77777777" w:rsidR="0010591F" w:rsidRPr="007F66E4" w:rsidRDefault="007A4496">
      <w:pPr>
        <w:pStyle w:val="Kop2"/>
        <w:rPr>
          <w:lang w:val="nl-NL"/>
        </w:rPr>
      </w:pPr>
      <w:r w:rsidRPr="007F66E4">
        <w:rPr>
          <w:lang w:val="nl-NL"/>
        </w:rPr>
        <w:t>Vraag 4</w:t>
      </w:r>
    </w:p>
    <w:p w14:paraId="259C63C1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Bent u bereid de voor deze overeenkomst vereiste Europese aanbestedingsprocedure te doorlopen, waarbij het gunningcriterium de beste prijs-kwaliteitverhouding is en een plan van aanpak wordt gevraagd?</w:t>
      </w:r>
    </w:p>
    <w:p w14:paraId="7BABBA54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Antwoord:</w:t>
      </w:r>
    </w:p>
    <w:p w14:paraId="061812D8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6497925A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________________________________________________________________________________</w:t>
      </w:r>
    </w:p>
    <w:p w14:paraId="1252285D" w14:textId="77777777" w:rsidR="00AC3FE1" w:rsidRDefault="00AC3FE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nl-NL"/>
        </w:rPr>
      </w:pPr>
      <w:r>
        <w:rPr>
          <w:lang w:val="nl-NL"/>
        </w:rPr>
        <w:br w:type="page"/>
      </w:r>
    </w:p>
    <w:p w14:paraId="7460A439" w14:textId="215699AC" w:rsidR="0010591F" w:rsidRPr="007F66E4" w:rsidRDefault="007A4496">
      <w:pPr>
        <w:pStyle w:val="Kop2"/>
        <w:rPr>
          <w:lang w:val="nl-NL"/>
        </w:rPr>
      </w:pPr>
      <w:r w:rsidRPr="007F66E4">
        <w:rPr>
          <w:lang w:val="nl-NL"/>
        </w:rPr>
        <w:lastRenderedPageBreak/>
        <w:t>Vraag 5</w:t>
      </w:r>
    </w:p>
    <w:p w14:paraId="3A89231B" w14:textId="77777777" w:rsidR="0010591F" w:rsidRPr="007F66E4" w:rsidRDefault="007A4496">
      <w:pPr>
        <w:rPr>
          <w:lang w:val="nl-NL"/>
        </w:rPr>
      </w:pPr>
      <w:r w:rsidRPr="007F66E4">
        <w:rPr>
          <w:lang w:val="nl-NL"/>
        </w:rPr>
        <w:t>Bent u bereid om de op de raamovereenkomst van toepassing zijnde voorwaarden te accepteren?</w:t>
      </w:r>
    </w:p>
    <w:p w14:paraId="3A149B26" w14:textId="77777777" w:rsidR="0010591F" w:rsidRDefault="007A4496">
      <w:proofErr w:type="spellStart"/>
      <w:r>
        <w:t>Toelichting</w:t>
      </w:r>
      <w:proofErr w:type="spellEnd"/>
      <w:r>
        <w:t>:</w:t>
      </w:r>
    </w:p>
    <w:p w14:paraId="4390E090" w14:textId="77777777" w:rsidR="0010591F" w:rsidRPr="007F66E4" w:rsidRDefault="007A4496">
      <w:pPr>
        <w:pStyle w:val="Lijstopsomteken"/>
        <w:rPr>
          <w:lang w:val="nl-NL"/>
        </w:rPr>
      </w:pPr>
      <w:r w:rsidRPr="007F66E4">
        <w:rPr>
          <w:lang w:val="nl-NL"/>
        </w:rPr>
        <w:t>Het VNG-model Inkoopvoorwaarden voor leveringen en diensten is van toepassing;</w:t>
      </w:r>
    </w:p>
    <w:p w14:paraId="2803D366" w14:textId="77777777" w:rsidR="0010591F" w:rsidRPr="007F66E4" w:rsidRDefault="007A4496">
      <w:pPr>
        <w:pStyle w:val="Lijstopsomteken"/>
        <w:rPr>
          <w:lang w:val="nl-NL"/>
        </w:rPr>
      </w:pPr>
      <w:r w:rsidRPr="007F66E4">
        <w:rPr>
          <w:lang w:val="nl-NL"/>
        </w:rPr>
        <w:t>3% Social Return (MVOI) over de totale opdrachtwaarde, bijvoorbeeld via inzet van personen met afstand tot de arbeidsmarkt, maatschappelijke activiteiten of inzet van een SW-bedrijf of sociale ondernemer.</w:t>
      </w:r>
    </w:p>
    <w:p w14:paraId="35D1B6CA" w14:textId="77777777" w:rsidR="0010591F" w:rsidRDefault="007A4496">
      <w:r>
        <w:t>Antwoord:</w:t>
      </w:r>
    </w:p>
    <w:p w14:paraId="495E28D7" w14:textId="77777777" w:rsidR="0010591F" w:rsidRDefault="007A4496">
      <w:r>
        <w:t>________________________________________________________________________________</w:t>
      </w:r>
    </w:p>
    <w:p w14:paraId="3C51A88E" w14:textId="77777777" w:rsidR="0010591F" w:rsidRDefault="007A4496">
      <w:r>
        <w:t>________________________________________________________________________________</w:t>
      </w:r>
    </w:p>
    <w:p w14:paraId="2EF1FA72" w14:textId="77777777" w:rsidR="007F66E4" w:rsidRDefault="007F66E4"/>
    <w:p w14:paraId="56A5BE5A" w14:textId="77777777" w:rsidR="007F66E4" w:rsidRDefault="007F66E4" w:rsidP="007F66E4">
      <w:pPr>
        <w:rPr>
          <w:rFonts w:ascii="Helvetica Neue" w:hAnsi="Helvetica Neue"/>
          <w:lang w:val="nl-NL"/>
        </w:rPr>
      </w:pPr>
    </w:p>
    <w:tbl>
      <w:tblPr>
        <w:tblW w:w="8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9"/>
        <w:gridCol w:w="4647"/>
      </w:tblGrid>
      <w:tr w:rsidR="007F66E4" w:rsidRPr="00FD7338" w14:paraId="7AB5F8DC" w14:textId="77777777" w:rsidTr="008F5361">
        <w:trPr>
          <w:trHeight w:val="288"/>
        </w:trPr>
        <w:tc>
          <w:tcPr>
            <w:tcW w:w="3799" w:type="dxa"/>
          </w:tcPr>
          <w:p w14:paraId="2F845B90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Naam onderneming</w:t>
            </w:r>
          </w:p>
        </w:tc>
        <w:tc>
          <w:tcPr>
            <w:tcW w:w="4647" w:type="dxa"/>
          </w:tcPr>
          <w:p w14:paraId="03B96720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  <w:tr w:rsidR="007F66E4" w:rsidRPr="00FD7338" w14:paraId="0FC9B5ED" w14:textId="77777777" w:rsidTr="008F5361">
        <w:trPr>
          <w:trHeight w:val="288"/>
        </w:trPr>
        <w:tc>
          <w:tcPr>
            <w:tcW w:w="3799" w:type="dxa"/>
          </w:tcPr>
          <w:p w14:paraId="3218FFA4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Naam bevoegde vertegenwoordiger</w:t>
            </w:r>
          </w:p>
        </w:tc>
        <w:tc>
          <w:tcPr>
            <w:tcW w:w="4647" w:type="dxa"/>
          </w:tcPr>
          <w:p w14:paraId="041409D4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  <w:tr w:rsidR="007F66E4" w:rsidRPr="00FD7338" w14:paraId="0AE6BA96" w14:textId="77777777" w:rsidTr="008F5361">
        <w:trPr>
          <w:trHeight w:val="288"/>
        </w:trPr>
        <w:tc>
          <w:tcPr>
            <w:tcW w:w="3799" w:type="dxa"/>
          </w:tcPr>
          <w:p w14:paraId="48550982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Functie</w:t>
            </w:r>
          </w:p>
        </w:tc>
        <w:tc>
          <w:tcPr>
            <w:tcW w:w="4647" w:type="dxa"/>
          </w:tcPr>
          <w:p w14:paraId="015A93DA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  <w:tr w:rsidR="007F66E4" w:rsidRPr="00FD7338" w14:paraId="56014FA9" w14:textId="77777777" w:rsidTr="008F5361">
        <w:trPr>
          <w:trHeight w:val="880"/>
        </w:trPr>
        <w:tc>
          <w:tcPr>
            <w:tcW w:w="3799" w:type="dxa"/>
          </w:tcPr>
          <w:p w14:paraId="5090BC4C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Handtekening</w:t>
            </w:r>
          </w:p>
        </w:tc>
        <w:tc>
          <w:tcPr>
            <w:tcW w:w="4647" w:type="dxa"/>
          </w:tcPr>
          <w:p w14:paraId="5B94909A" w14:textId="77777777" w:rsidR="007F66E4" w:rsidRPr="00FD7338" w:rsidRDefault="007F66E4" w:rsidP="008F5361">
            <w:pPr>
              <w:rPr>
                <w:lang w:val="nl-NL"/>
              </w:rPr>
            </w:pPr>
          </w:p>
          <w:p w14:paraId="6D7C5622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  <w:tr w:rsidR="007F66E4" w:rsidRPr="00FD7338" w14:paraId="4DB6739C" w14:textId="77777777" w:rsidTr="008F5361">
        <w:trPr>
          <w:trHeight w:val="288"/>
        </w:trPr>
        <w:tc>
          <w:tcPr>
            <w:tcW w:w="3799" w:type="dxa"/>
          </w:tcPr>
          <w:p w14:paraId="0B59E33C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Plaats</w:t>
            </w:r>
          </w:p>
        </w:tc>
        <w:tc>
          <w:tcPr>
            <w:tcW w:w="4647" w:type="dxa"/>
          </w:tcPr>
          <w:p w14:paraId="126F2A4C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  <w:tr w:rsidR="007F66E4" w:rsidRPr="00FD7338" w14:paraId="54FF10E2" w14:textId="77777777" w:rsidTr="008F5361">
        <w:trPr>
          <w:trHeight w:val="299"/>
        </w:trPr>
        <w:tc>
          <w:tcPr>
            <w:tcW w:w="3799" w:type="dxa"/>
          </w:tcPr>
          <w:p w14:paraId="6B7E04E1" w14:textId="77777777" w:rsidR="007F66E4" w:rsidRPr="00FD7338" w:rsidRDefault="007F66E4" w:rsidP="008F5361">
            <w:pPr>
              <w:rPr>
                <w:lang w:val="nl-NL"/>
              </w:rPr>
            </w:pPr>
            <w:r w:rsidRPr="00FD7338">
              <w:rPr>
                <w:lang w:val="nl-NL"/>
              </w:rPr>
              <w:t>Datum</w:t>
            </w:r>
          </w:p>
        </w:tc>
        <w:tc>
          <w:tcPr>
            <w:tcW w:w="4647" w:type="dxa"/>
          </w:tcPr>
          <w:p w14:paraId="5C8E2A71" w14:textId="77777777" w:rsidR="007F66E4" w:rsidRPr="00FD7338" w:rsidRDefault="007F66E4" w:rsidP="008F5361">
            <w:pPr>
              <w:rPr>
                <w:lang w:val="nl-NL"/>
              </w:rPr>
            </w:pPr>
          </w:p>
        </w:tc>
      </w:tr>
    </w:tbl>
    <w:p w14:paraId="58379427" w14:textId="77777777" w:rsidR="007F66E4" w:rsidRPr="00FD7338" w:rsidRDefault="007F66E4" w:rsidP="007F66E4">
      <w:pPr>
        <w:ind w:firstLine="567"/>
        <w:rPr>
          <w:lang w:val="nl-NL"/>
        </w:rPr>
      </w:pPr>
    </w:p>
    <w:p w14:paraId="067521FE" w14:textId="77777777" w:rsidR="007F66E4" w:rsidRDefault="007F66E4"/>
    <w:sectPr w:rsidR="007F66E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78C6C" w14:textId="77777777" w:rsidR="007A4496" w:rsidRDefault="007A4496" w:rsidP="001E15FC">
      <w:pPr>
        <w:spacing w:after="0" w:line="240" w:lineRule="auto"/>
      </w:pPr>
      <w:r>
        <w:separator/>
      </w:r>
    </w:p>
  </w:endnote>
  <w:endnote w:type="continuationSeparator" w:id="0">
    <w:p w14:paraId="177F57D8" w14:textId="77777777" w:rsidR="007A4496" w:rsidRDefault="007A4496" w:rsidP="001E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A000006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8A2C" w14:textId="77777777" w:rsidR="007A4496" w:rsidRDefault="007A4496" w:rsidP="001E15FC">
      <w:pPr>
        <w:spacing w:after="0" w:line="240" w:lineRule="auto"/>
      </w:pPr>
      <w:r>
        <w:separator/>
      </w:r>
    </w:p>
  </w:footnote>
  <w:footnote w:type="continuationSeparator" w:id="0">
    <w:p w14:paraId="021459BF" w14:textId="77777777" w:rsidR="007A4496" w:rsidRDefault="007A4496" w:rsidP="001E15FC">
      <w:pPr>
        <w:spacing w:after="0" w:line="240" w:lineRule="auto"/>
      </w:pPr>
      <w:r>
        <w:continuationSeparator/>
      </w:r>
    </w:p>
  </w:footnote>
  <w:footnote w:id="1">
    <w:p w14:paraId="05C404EC" w14:textId="77777777" w:rsidR="001E15FC" w:rsidRPr="00563F8B" w:rsidRDefault="001E15FC" w:rsidP="001E15FC">
      <w:pPr>
        <w:pStyle w:val="Voetnoottekst"/>
        <w:rPr>
          <w:rFonts w:asciiTheme="minorHAnsi" w:hAnsiTheme="minorHAnsi"/>
          <w:sz w:val="20"/>
        </w:rPr>
      </w:pPr>
      <w:r w:rsidRPr="001157D2">
        <w:rPr>
          <w:rStyle w:val="Voetnootmarkering"/>
          <w:rFonts w:asciiTheme="minorHAnsi" w:hAnsiTheme="minorHAnsi"/>
          <w:szCs w:val="16"/>
        </w:rPr>
        <w:footnoteRef/>
      </w:r>
      <w:r w:rsidRPr="00563F8B">
        <w:rPr>
          <w:rFonts w:asciiTheme="minorHAnsi" w:hAnsiTheme="minorHAnsi"/>
          <w:sz w:val="20"/>
        </w:rPr>
        <w:t xml:space="preserve"> De van toepassing zijnde tekst kiezen, de overige tekst verwijderen.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982388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1050603">
    <w:abstractNumId w:val="8"/>
  </w:num>
  <w:num w:numId="2" w16cid:durableId="521431061">
    <w:abstractNumId w:val="6"/>
  </w:num>
  <w:num w:numId="3" w16cid:durableId="5714418">
    <w:abstractNumId w:val="5"/>
  </w:num>
  <w:num w:numId="4" w16cid:durableId="2057191564">
    <w:abstractNumId w:val="4"/>
  </w:num>
  <w:num w:numId="5" w16cid:durableId="2119835382">
    <w:abstractNumId w:val="7"/>
  </w:num>
  <w:num w:numId="6" w16cid:durableId="1471744553">
    <w:abstractNumId w:val="3"/>
  </w:num>
  <w:num w:numId="7" w16cid:durableId="1081484928">
    <w:abstractNumId w:val="2"/>
  </w:num>
  <w:num w:numId="8" w16cid:durableId="2045327389">
    <w:abstractNumId w:val="1"/>
  </w:num>
  <w:num w:numId="9" w16cid:durableId="177500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91F"/>
    <w:rsid w:val="0015074B"/>
    <w:rsid w:val="001E15FC"/>
    <w:rsid w:val="0029639D"/>
    <w:rsid w:val="00326F90"/>
    <w:rsid w:val="0064607C"/>
    <w:rsid w:val="007A4496"/>
    <w:rsid w:val="007F66E4"/>
    <w:rsid w:val="00950787"/>
    <w:rsid w:val="00AA1D8D"/>
    <w:rsid w:val="00AC3FE1"/>
    <w:rsid w:val="00B47730"/>
    <w:rsid w:val="00C65E21"/>
    <w:rsid w:val="00CB0664"/>
    <w:rsid w:val="00FC693F"/>
    <w:rsid w:val="00FD7338"/>
    <w:rsid w:val="00FE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107BB"/>
  <w14:defaultImageDpi w14:val="300"/>
  <w15:docId w15:val="{907C196B-CC63-4FFC-95D9-2AC2ECB0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rsid w:val="001E15FC"/>
    <w:pPr>
      <w:spacing w:after="60" w:line="220" w:lineRule="exact"/>
      <w:ind w:left="567" w:hanging="567"/>
      <w:jc w:val="both"/>
    </w:pPr>
    <w:rPr>
      <w:rFonts w:ascii="Calibri" w:eastAsia="Times New Roman" w:hAnsi="Calibri" w:cs="Times New Roman"/>
      <w:sz w:val="16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E15FC"/>
    <w:rPr>
      <w:rFonts w:ascii="Calibri" w:eastAsia="Times New Roman" w:hAnsi="Calibri" w:cs="Times New Roman"/>
      <w:sz w:val="16"/>
      <w:szCs w:val="20"/>
      <w:lang w:val="nl-NL"/>
    </w:rPr>
  </w:style>
  <w:style w:type="character" w:styleId="Voetnootmarkering">
    <w:name w:val="footnote reference"/>
    <w:uiPriority w:val="99"/>
    <w:semiHidden/>
    <w:rsid w:val="001E15FC"/>
    <w:rPr>
      <w:position w:val="6"/>
      <w:sz w:val="16"/>
    </w:rPr>
  </w:style>
  <w:style w:type="paragraph" w:customStyle="1" w:styleId="tekst">
    <w:name w:val="tekst"/>
    <w:basedOn w:val="Standaard"/>
    <w:rsid w:val="001E15FC"/>
    <w:pPr>
      <w:spacing w:after="0" w:line="288" w:lineRule="auto"/>
      <w:ind w:left="851"/>
      <w:jc w:val="both"/>
    </w:pPr>
    <w:rPr>
      <w:rFonts w:ascii="Arial" w:eastAsia="Times New Roman" w:hAnsi="Arial" w:cs="Times New Roman"/>
      <w:kern w:val="28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ABC3E-9C09-455A-87F3-93D134C88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07e67-6734-4bc9-b634-7eafe980af83"/>
    <ds:schemaRef ds:uri="8a82859d-84f7-4a65-a6c3-5f5e94aee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C37DDF-7D0B-480C-901C-18701BAD5BE6}">
  <ds:schemaRefs>
    <ds:schemaRef ds:uri="http://schemas.microsoft.com/office/2006/metadata/properties"/>
    <ds:schemaRef ds:uri="http://schemas.microsoft.com/office/infopath/2007/PartnerControls"/>
    <ds:schemaRef ds:uri="dce07e67-6734-4bc9-b634-7eafe980af83"/>
    <ds:schemaRef ds:uri="8a82859d-84f7-4a65-a6c3-5f5e94aeeae3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2CFE-F0E7-4225-ABCC-C7183523A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Groenewegen, SP (Stan)</cp:lastModifiedBy>
  <cp:revision>2</cp:revision>
  <dcterms:created xsi:type="dcterms:W3CDTF">2026-04-23T16:42:00Z</dcterms:created>
  <dcterms:modified xsi:type="dcterms:W3CDTF">2026-04-23T16:42:00Z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</Properties>
</file>