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raster"/>
        <w:tblpPr w:leftFromText="141" w:rightFromText="141" w:vertAnchor="text" w:horzAnchor="margin" w:tblpY="319"/>
        <w:tblW w:w="0" w:type="auto"/>
        <w:tblLook w:val="04A0" w:firstRow="1" w:lastRow="0" w:firstColumn="1" w:lastColumn="0" w:noHBand="0" w:noVBand="1"/>
      </w:tblPr>
      <w:tblGrid>
        <w:gridCol w:w="4349"/>
        <w:gridCol w:w="4281"/>
      </w:tblGrid>
      <w:tr w:rsidR="000554D9" w:rsidRPr="00F7206F" w14:paraId="4418BAFF" w14:textId="77777777" w:rsidTr="0091454B">
        <w:tc>
          <w:tcPr>
            <w:tcW w:w="4441" w:type="dxa"/>
            <w:shd w:val="clear" w:color="auto" w:fill="B6DDE8" w:themeFill="accent5" w:themeFillTint="66"/>
          </w:tcPr>
          <w:p w14:paraId="2F8EB013" w14:textId="4B0BBFD9" w:rsidR="000554D9" w:rsidRPr="00F7206F" w:rsidRDefault="000554D9" w:rsidP="00A90F8D">
            <w:pPr>
              <w:rPr>
                <w:b/>
                <w:bCs/>
              </w:rPr>
            </w:pPr>
            <w:r w:rsidRPr="00F7206F">
              <w:rPr>
                <w:b/>
                <w:bCs/>
              </w:rPr>
              <w:t xml:space="preserve">Naam </w:t>
            </w:r>
            <w:proofErr w:type="spellStart"/>
            <w:r w:rsidRPr="00F7206F">
              <w:rPr>
                <w:b/>
                <w:bCs/>
              </w:rPr>
              <w:t>inschrijve</w:t>
            </w:r>
            <w:r w:rsidR="00884776" w:rsidRPr="00F7206F">
              <w:rPr>
                <w:b/>
                <w:bCs/>
              </w:rPr>
              <w:t>r</w:t>
            </w:r>
            <w:proofErr w:type="spellEnd"/>
          </w:p>
        </w:tc>
        <w:tc>
          <w:tcPr>
            <w:tcW w:w="4415" w:type="dxa"/>
          </w:tcPr>
          <w:p w14:paraId="2652AE0E" w14:textId="77777777" w:rsidR="000554D9" w:rsidRDefault="000554D9" w:rsidP="00A90F8D"/>
          <w:p w14:paraId="1005A85D" w14:textId="46088BE7" w:rsidR="00371270" w:rsidRPr="00F7206F" w:rsidRDefault="00371270" w:rsidP="00A90F8D"/>
        </w:tc>
      </w:tr>
      <w:tr w:rsidR="00884776" w:rsidRPr="00AD77AD" w14:paraId="7F72BD46" w14:textId="77777777" w:rsidTr="00884776">
        <w:tc>
          <w:tcPr>
            <w:tcW w:w="8856" w:type="dxa"/>
            <w:gridSpan w:val="2"/>
          </w:tcPr>
          <w:p w14:paraId="1E7B68DE" w14:textId="11141AEC" w:rsidR="00884776" w:rsidRPr="00F7206F" w:rsidRDefault="00C64DA8" w:rsidP="00A90F8D">
            <w:pPr>
              <w:rPr>
                <w:lang w:val="nl-NL"/>
              </w:rPr>
            </w:pPr>
            <w:r w:rsidRPr="00F7206F">
              <w:rPr>
                <w:lang w:val="nl-NL"/>
              </w:rPr>
              <w:t xml:space="preserve">Referentieopgave bij </w:t>
            </w:r>
            <w:r w:rsidR="002F14C0" w:rsidRPr="00F7206F">
              <w:rPr>
                <w:lang w:val="nl-NL"/>
              </w:rPr>
              <w:t xml:space="preserve">Kwaliteitscriterium </w:t>
            </w:r>
            <w:r w:rsidR="00A519A9">
              <w:rPr>
                <w:lang w:val="nl-NL"/>
              </w:rPr>
              <w:t>2</w:t>
            </w:r>
            <w:r w:rsidRPr="00F7206F">
              <w:rPr>
                <w:lang w:val="nl-NL"/>
              </w:rPr>
              <w:t xml:space="preserve">: </w:t>
            </w:r>
            <w:r w:rsidR="002F14C0" w:rsidRPr="00F7206F">
              <w:rPr>
                <w:b/>
                <w:bCs/>
                <w:color w:val="000000" w:themeColor="text1"/>
                <w:lang w:val="nl-NL"/>
              </w:rPr>
              <w:t xml:space="preserve"> Voorspelkwaliteit</w:t>
            </w:r>
            <w:r w:rsidR="002F14C0" w:rsidRPr="00F7206F">
              <w:rPr>
                <w:rFonts w:asciiTheme="minorHAnsi" w:eastAsiaTheme="minorHAnsi" w:hAnsiTheme="minorHAnsi"/>
                <w:kern w:val="2"/>
                <w:lang w:val="nl-NL"/>
                <w14:ligatures w14:val="standardContextual"/>
              </w:rPr>
              <w:t xml:space="preserve"> </w:t>
            </w:r>
            <w:r w:rsidR="002F14C0" w:rsidRPr="00F7206F">
              <w:rPr>
                <w:b/>
                <w:bCs/>
                <w:color w:val="000000" w:themeColor="text1"/>
                <w:lang w:val="nl-NL"/>
              </w:rPr>
              <w:t>&amp; onbalansoptimalisatie</w:t>
            </w:r>
            <w:r w:rsidR="00020726" w:rsidRPr="00F7206F">
              <w:rPr>
                <w:b/>
                <w:bCs/>
                <w:color w:val="000000" w:themeColor="text1"/>
                <w:lang w:val="nl-NL"/>
              </w:rPr>
              <w:br/>
            </w:r>
            <w:r w:rsidR="00E346A5" w:rsidRPr="00F7206F">
              <w:rPr>
                <w:b/>
                <w:bCs/>
                <w:color w:val="000000" w:themeColor="text1"/>
                <w:lang w:val="nl-NL"/>
              </w:rPr>
              <w:br/>
              <w:t>omschrijving gevraagde referentie:</w:t>
            </w:r>
            <w:r w:rsidR="00020726" w:rsidRPr="00F7206F">
              <w:rPr>
                <w:b/>
                <w:bCs/>
                <w:color w:val="000000" w:themeColor="text1"/>
                <w:lang w:val="nl-NL"/>
              </w:rPr>
              <w:br/>
            </w:r>
            <w:r w:rsidR="00020726" w:rsidRPr="00F7206F">
              <w:rPr>
                <w:color w:val="000000" w:themeColor="text1"/>
                <w:lang w:val="nl-NL"/>
              </w:rPr>
              <w:t>Trackrecord (minimaal 2 jaar) van gerealiseerde onbalanskosten als percentage van de EPEX-kosten voor het verbruik van Nederlandse gemeente(n) met beschikbare referenties .</w:t>
            </w:r>
            <w:r w:rsidR="00020726" w:rsidRPr="00F7206F">
              <w:rPr>
                <w:color w:val="000000" w:themeColor="text1"/>
                <w:lang w:val="nl-NL"/>
              </w:rPr>
              <w:br/>
            </w:r>
          </w:p>
        </w:tc>
      </w:tr>
      <w:tr w:rsidR="00884776" w:rsidRPr="00F7206F" w14:paraId="73A6E09A" w14:textId="77777777" w:rsidTr="005824F6">
        <w:tc>
          <w:tcPr>
            <w:tcW w:w="8856" w:type="dxa"/>
            <w:gridSpan w:val="2"/>
            <w:shd w:val="clear" w:color="auto" w:fill="B6DDE8" w:themeFill="accent5" w:themeFillTint="66"/>
          </w:tcPr>
          <w:p w14:paraId="1CFEBD0A" w14:textId="72DF75B0" w:rsidR="00884776" w:rsidRPr="005824F6" w:rsidRDefault="005824F6" w:rsidP="00A90F8D">
            <w:pPr>
              <w:rPr>
                <w:b/>
                <w:bCs/>
                <w:lang w:val="nl-NL"/>
              </w:rPr>
            </w:pPr>
            <w:r w:rsidRPr="005824F6">
              <w:rPr>
                <w:b/>
                <w:bCs/>
                <w:lang w:val="nl-NL"/>
              </w:rPr>
              <w:t>Definitie</w:t>
            </w:r>
            <w:r w:rsidRPr="005824F6">
              <w:rPr>
                <w:b/>
                <w:bCs/>
              </w:rPr>
              <w:t xml:space="preserve"> </w:t>
            </w:r>
            <w:r w:rsidRPr="005824F6">
              <w:rPr>
                <w:b/>
                <w:bCs/>
                <w:lang w:val="nl-NL"/>
              </w:rPr>
              <w:t>Onbalanspercentage</w:t>
            </w:r>
          </w:p>
        </w:tc>
      </w:tr>
      <w:tr w:rsidR="00884776" w:rsidRPr="00AD77AD" w14:paraId="7561F40D" w14:textId="77777777" w:rsidTr="00884776">
        <w:tc>
          <w:tcPr>
            <w:tcW w:w="8856" w:type="dxa"/>
            <w:gridSpan w:val="2"/>
          </w:tcPr>
          <w:p w14:paraId="35AC378A" w14:textId="77777777" w:rsidR="00884776" w:rsidRDefault="005824F6" w:rsidP="00A90F8D">
            <w:pPr>
              <w:rPr>
                <w:lang w:val="nl-NL"/>
              </w:rPr>
            </w:pPr>
            <w:r w:rsidRPr="00F7206F">
              <w:rPr>
                <w:lang w:val="nl-NL"/>
              </w:rPr>
              <w:t>Totale onbalanskosten (€) gedeeld door totale EPEX-inkoopkosten (€) × 100%</w:t>
            </w:r>
            <w:r w:rsidR="00F70746">
              <w:rPr>
                <w:lang w:val="nl-NL"/>
              </w:rPr>
              <w:t>.</w:t>
            </w:r>
          </w:p>
          <w:p w14:paraId="420B7E54" w14:textId="6351C43F" w:rsidR="00F70746" w:rsidRDefault="00F70746" w:rsidP="00A90F8D">
            <w:pPr>
              <w:rPr>
                <w:lang w:val="nl-NL"/>
              </w:rPr>
            </w:pPr>
            <w:r>
              <w:rPr>
                <w:lang w:val="nl-NL"/>
              </w:rPr>
              <w:br/>
              <w:t xml:space="preserve">Het </w:t>
            </w:r>
            <w:r w:rsidRPr="00F70746">
              <w:rPr>
                <w:lang w:val="nl-NL"/>
              </w:rPr>
              <w:t xml:space="preserve"> Onbalanspercentage</w:t>
            </w:r>
            <w:r>
              <w:rPr>
                <w:lang w:val="nl-NL"/>
              </w:rPr>
              <w:t xml:space="preserve"> dient </w:t>
            </w:r>
            <w:r w:rsidR="00143933">
              <w:rPr>
                <w:lang w:val="nl-NL"/>
              </w:rPr>
              <w:t xml:space="preserve">te worden opgegeven met </w:t>
            </w:r>
            <w:r>
              <w:rPr>
                <w:lang w:val="nl-NL"/>
              </w:rPr>
              <w:t xml:space="preserve">1 </w:t>
            </w:r>
            <w:r w:rsidR="00143933">
              <w:rPr>
                <w:lang w:val="nl-NL"/>
              </w:rPr>
              <w:t>decimaal</w:t>
            </w:r>
            <w:r>
              <w:rPr>
                <w:lang w:val="nl-NL"/>
              </w:rPr>
              <w:t xml:space="preserve"> </w:t>
            </w:r>
          </w:p>
          <w:p w14:paraId="71BCDC72" w14:textId="78DEC238" w:rsidR="00F70746" w:rsidRPr="00F7206F" w:rsidRDefault="00F70746" w:rsidP="00A90F8D">
            <w:pPr>
              <w:rPr>
                <w:lang w:val="nl-NL"/>
              </w:rPr>
            </w:pPr>
          </w:p>
        </w:tc>
      </w:tr>
    </w:tbl>
    <w:p w14:paraId="0F635886" w14:textId="77777777" w:rsidR="000554D9" w:rsidRPr="00F7206F" w:rsidRDefault="000554D9" w:rsidP="000554D9">
      <w:pPr>
        <w:rPr>
          <w:lang w:val="nl-NL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1"/>
        <w:gridCol w:w="1843"/>
        <w:gridCol w:w="1376"/>
        <w:gridCol w:w="1620"/>
        <w:gridCol w:w="2890"/>
      </w:tblGrid>
      <w:tr w:rsidR="000554D9" w:rsidRPr="00F7206F" w14:paraId="6730C0E2" w14:textId="77777777" w:rsidTr="0091454B">
        <w:tc>
          <w:tcPr>
            <w:tcW w:w="8856" w:type="dxa"/>
            <w:gridSpan w:val="5"/>
            <w:shd w:val="clear" w:color="auto" w:fill="B6DDE8" w:themeFill="accent5" w:themeFillTint="66"/>
          </w:tcPr>
          <w:p w14:paraId="7147B67D" w14:textId="77777777" w:rsidR="000554D9" w:rsidRPr="00F7206F" w:rsidRDefault="000554D9" w:rsidP="00A90F8D">
            <w:pPr>
              <w:rPr>
                <w:b/>
                <w:bCs/>
              </w:rPr>
            </w:pPr>
            <w:r w:rsidRPr="00F7206F">
              <w:rPr>
                <w:b/>
                <w:bCs/>
              </w:rPr>
              <w:t>Algemeen</w:t>
            </w:r>
          </w:p>
        </w:tc>
      </w:tr>
      <w:tr w:rsidR="000554D9" w:rsidRPr="00F7206F" w14:paraId="3A9F6884" w14:textId="77777777" w:rsidTr="001C066E">
        <w:tc>
          <w:tcPr>
            <w:tcW w:w="932" w:type="dxa"/>
          </w:tcPr>
          <w:p w14:paraId="54649875" w14:textId="77777777" w:rsidR="000554D9" w:rsidRPr="00F7206F" w:rsidRDefault="000554D9" w:rsidP="00A90F8D">
            <w:pPr>
              <w:rPr>
                <w:b/>
                <w:bCs/>
              </w:rPr>
            </w:pPr>
            <w:r w:rsidRPr="00F7206F">
              <w:rPr>
                <w:b/>
                <w:bCs/>
              </w:rPr>
              <w:t>1.</w:t>
            </w:r>
          </w:p>
        </w:tc>
        <w:tc>
          <w:tcPr>
            <w:tcW w:w="3287" w:type="dxa"/>
            <w:gridSpan w:val="2"/>
          </w:tcPr>
          <w:p w14:paraId="38DAD34F" w14:textId="228DEC64" w:rsidR="000554D9" w:rsidRPr="00F7206F" w:rsidRDefault="008034F3" w:rsidP="00A90F8D">
            <w:pPr>
              <w:rPr>
                <w:i/>
                <w:iCs/>
                <w:lang w:val="nl-NL"/>
              </w:rPr>
            </w:pPr>
            <w:r w:rsidRPr="00F7206F">
              <w:rPr>
                <w:b/>
                <w:bCs/>
                <w:lang w:val="nl-NL"/>
              </w:rPr>
              <w:t>Naam referent/ organisatie</w:t>
            </w:r>
          </w:p>
        </w:tc>
        <w:tc>
          <w:tcPr>
            <w:tcW w:w="4637" w:type="dxa"/>
            <w:gridSpan w:val="2"/>
          </w:tcPr>
          <w:p w14:paraId="3DE94F99" w14:textId="14A574DD" w:rsidR="000554D9" w:rsidRPr="00F7206F" w:rsidRDefault="000554D9" w:rsidP="00A90F8D"/>
        </w:tc>
      </w:tr>
      <w:tr w:rsidR="002803F9" w:rsidRPr="00F7206F" w14:paraId="0C4E4072" w14:textId="77777777" w:rsidTr="0091454B">
        <w:tc>
          <w:tcPr>
            <w:tcW w:w="8856" w:type="dxa"/>
            <w:gridSpan w:val="5"/>
            <w:shd w:val="clear" w:color="auto" w:fill="B6DDE8" w:themeFill="accent5" w:themeFillTint="66"/>
          </w:tcPr>
          <w:p w14:paraId="5E01F62F" w14:textId="69010511" w:rsidR="002803F9" w:rsidRPr="00F7206F" w:rsidRDefault="003E50AF" w:rsidP="00A90F8D">
            <w:pPr>
              <w:rPr>
                <w:b/>
                <w:bCs/>
              </w:rPr>
            </w:pPr>
            <w:r w:rsidRPr="00F7206F">
              <w:rPr>
                <w:b/>
                <w:bCs/>
              </w:rPr>
              <w:t>Referent</w:t>
            </w:r>
          </w:p>
        </w:tc>
      </w:tr>
      <w:tr w:rsidR="002803F9" w:rsidRPr="00F7206F" w14:paraId="10A95290" w14:textId="77777777" w:rsidTr="001C066E">
        <w:tc>
          <w:tcPr>
            <w:tcW w:w="932" w:type="dxa"/>
          </w:tcPr>
          <w:p w14:paraId="310B00F3" w14:textId="2883FFE8" w:rsidR="002803F9" w:rsidRPr="00F7206F" w:rsidRDefault="002803F9" w:rsidP="00A90F8D">
            <w:pPr>
              <w:rPr>
                <w:b/>
                <w:bCs/>
              </w:rPr>
            </w:pPr>
          </w:p>
        </w:tc>
        <w:tc>
          <w:tcPr>
            <w:tcW w:w="3287" w:type="dxa"/>
            <w:gridSpan w:val="2"/>
          </w:tcPr>
          <w:p w14:paraId="0E303236" w14:textId="274BF1AF" w:rsidR="002803F9" w:rsidRPr="00F7206F" w:rsidRDefault="008034F3" w:rsidP="00A90F8D">
            <w:pPr>
              <w:rPr>
                <w:b/>
                <w:bCs/>
              </w:rPr>
            </w:pPr>
            <w:r w:rsidRPr="00F7206F">
              <w:rPr>
                <w:b/>
                <w:bCs/>
              </w:rPr>
              <w:t xml:space="preserve">Naam </w:t>
            </w:r>
            <w:proofErr w:type="spellStart"/>
            <w:r w:rsidRPr="00F7206F">
              <w:rPr>
                <w:b/>
                <w:bCs/>
              </w:rPr>
              <w:t>contactpersoon</w:t>
            </w:r>
            <w:proofErr w:type="spellEnd"/>
            <w:r w:rsidRPr="00F7206F">
              <w:rPr>
                <w:b/>
                <w:bCs/>
              </w:rPr>
              <w:t xml:space="preserve"> </w:t>
            </w:r>
          </w:p>
        </w:tc>
        <w:tc>
          <w:tcPr>
            <w:tcW w:w="4637" w:type="dxa"/>
            <w:gridSpan w:val="2"/>
          </w:tcPr>
          <w:p w14:paraId="6A03037A" w14:textId="77777777" w:rsidR="002803F9" w:rsidRPr="00F7206F" w:rsidRDefault="002803F9" w:rsidP="00A90F8D"/>
        </w:tc>
      </w:tr>
      <w:tr w:rsidR="002803F9" w:rsidRPr="00F7206F" w14:paraId="2918AA43" w14:textId="77777777" w:rsidTr="001C066E">
        <w:tc>
          <w:tcPr>
            <w:tcW w:w="932" w:type="dxa"/>
          </w:tcPr>
          <w:p w14:paraId="4AD11FB9" w14:textId="6AFD2E89" w:rsidR="002803F9" w:rsidRPr="00F7206F" w:rsidRDefault="002803F9" w:rsidP="00A90F8D">
            <w:pPr>
              <w:rPr>
                <w:b/>
                <w:bCs/>
              </w:rPr>
            </w:pPr>
          </w:p>
        </w:tc>
        <w:tc>
          <w:tcPr>
            <w:tcW w:w="3287" w:type="dxa"/>
            <w:gridSpan w:val="2"/>
          </w:tcPr>
          <w:p w14:paraId="53BAEC00" w14:textId="77777777" w:rsidR="002803F9" w:rsidRPr="00F7206F" w:rsidRDefault="002803F9" w:rsidP="00A90F8D">
            <w:pPr>
              <w:rPr>
                <w:b/>
                <w:bCs/>
              </w:rPr>
            </w:pPr>
            <w:proofErr w:type="spellStart"/>
            <w:r w:rsidRPr="00F7206F">
              <w:rPr>
                <w:b/>
                <w:bCs/>
              </w:rPr>
              <w:t>Functie</w:t>
            </w:r>
            <w:proofErr w:type="spellEnd"/>
          </w:p>
        </w:tc>
        <w:tc>
          <w:tcPr>
            <w:tcW w:w="4637" w:type="dxa"/>
            <w:gridSpan w:val="2"/>
          </w:tcPr>
          <w:p w14:paraId="44FC9624" w14:textId="77777777" w:rsidR="002803F9" w:rsidRPr="00F7206F" w:rsidRDefault="002803F9" w:rsidP="00A90F8D"/>
        </w:tc>
      </w:tr>
      <w:tr w:rsidR="002803F9" w:rsidRPr="00F7206F" w14:paraId="49F79CAC" w14:textId="77777777" w:rsidTr="001C066E">
        <w:tc>
          <w:tcPr>
            <w:tcW w:w="932" w:type="dxa"/>
          </w:tcPr>
          <w:p w14:paraId="3248953F" w14:textId="0DEF3403" w:rsidR="002803F9" w:rsidRPr="00F7206F" w:rsidRDefault="002803F9" w:rsidP="00A90F8D">
            <w:pPr>
              <w:rPr>
                <w:b/>
                <w:bCs/>
              </w:rPr>
            </w:pPr>
          </w:p>
        </w:tc>
        <w:tc>
          <w:tcPr>
            <w:tcW w:w="3287" w:type="dxa"/>
            <w:gridSpan w:val="2"/>
          </w:tcPr>
          <w:p w14:paraId="2592619D" w14:textId="77777777" w:rsidR="002803F9" w:rsidRPr="00F7206F" w:rsidRDefault="002803F9" w:rsidP="00A90F8D">
            <w:pPr>
              <w:rPr>
                <w:b/>
                <w:bCs/>
              </w:rPr>
            </w:pPr>
            <w:r w:rsidRPr="00F7206F">
              <w:rPr>
                <w:b/>
                <w:bCs/>
              </w:rPr>
              <w:t xml:space="preserve">E-mail </w:t>
            </w:r>
            <w:proofErr w:type="spellStart"/>
            <w:r w:rsidRPr="00F7206F">
              <w:rPr>
                <w:b/>
                <w:bCs/>
              </w:rPr>
              <w:t>adres</w:t>
            </w:r>
            <w:proofErr w:type="spellEnd"/>
          </w:p>
        </w:tc>
        <w:tc>
          <w:tcPr>
            <w:tcW w:w="4637" w:type="dxa"/>
            <w:gridSpan w:val="2"/>
          </w:tcPr>
          <w:p w14:paraId="7BB781B3" w14:textId="77777777" w:rsidR="002803F9" w:rsidRPr="00F7206F" w:rsidRDefault="002803F9" w:rsidP="00A90F8D"/>
        </w:tc>
      </w:tr>
      <w:tr w:rsidR="002803F9" w:rsidRPr="00F7206F" w14:paraId="1CEFF90A" w14:textId="77777777" w:rsidTr="001C066E">
        <w:tc>
          <w:tcPr>
            <w:tcW w:w="932" w:type="dxa"/>
          </w:tcPr>
          <w:p w14:paraId="3B425B03" w14:textId="2CAAFC7B" w:rsidR="002803F9" w:rsidRPr="00F7206F" w:rsidRDefault="002803F9" w:rsidP="00A90F8D">
            <w:pPr>
              <w:rPr>
                <w:b/>
                <w:bCs/>
              </w:rPr>
            </w:pPr>
          </w:p>
        </w:tc>
        <w:tc>
          <w:tcPr>
            <w:tcW w:w="3287" w:type="dxa"/>
            <w:gridSpan w:val="2"/>
          </w:tcPr>
          <w:p w14:paraId="7BAA4479" w14:textId="77777777" w:rsidR="002803F9" w:rsidRPr="00F7206F" w:rsidRDefault="002803F9" w:rsidP="00A90F8D">
            <w:pPr>
              <w:rPr>
                <w:b/>
                <w:bCs/>
              </w:rPr>
            </w:pPr>
            <w:proofErr w:type="spellStart"/>
            <w:r w:rsidRPr="00F7206F">
              <w:rPr>
                <w:b/>
                <w:bCs/>
              </w:rPr>
              <w:t>Mobiele</w:t>
            </w:r>
            <w:proofErr w:type="spellEnd"/>
            <w:r w:rsidRPr="00F7206F">
              <w:rPr>
                <w:b/>
                <w:bCs/>
              </w:rPr>
              <w:t xml:space="preserve"> </w:t>
            </w:r>
            <w:proofErr w:type="spellStart"/>
            <w:r w:rsidRPr="00F7206F">
              <w:rPr>
                <w:b/>
                <w:bCs/>
              </w:rPr>
              <w:t>nummer</w:t>
            </w:r>
            <w:proofErr w:type="spellEnd"/>
          </w:p>
        </w:tc>
        <w:tc>
          <w:tcPr>
            <w:tcW w:w="4637" w:type="dxa"/>
            <w:gridSpan w:val="2"/>
          </w:tcPr>
          <w:p w14:paraId="4E11D39C" w14:textId="77777777" w:rsidR="002803F9" w:rsidRPr="00F7206F" w:rsidRDefault="002803F9" w:rsidP="00A90F8D"/>
        </w:tc>
      </w:tr>
      <w:tr w:rsidR="000554D9" w:rsidRPr="00F7206F" w14:paraId="4AD72459" w14:textId="77777777" w:rsidTr="001C066E">
        <w:tc>
          <w:tcPr>
            <w:tcW w:w="932" w:type="dxa"/>
          </w:tcPr>
          <w:p w14:paraId="107951D1" w14:textId="3B2C918E" w:rsidR="000554D9" w:rsidRPr="00F7206F" w:rsidRDefault="000554D9" w:rsidP="00A90F8D">
            <w:pPr>
              <w:rPr>
                <w:b/>
                <w:bCs/>
              </w:rPr>
            </w:pPr>
          </w:p>
        </w:tc>
        <w:tc>
          <w:tcPr>
            <w:tcW w:w="3287" w:type="dxa"/>
            <w:gridSpan w:val="2"/>
          </w:tcPr>
          <w:p w14:paraId="75B41F3F" w14:textId="7DB245CC" w:rsidR="000554D9" w:rsidRPr="00F7206F" w:rsidRDefault="000554D9" w:rsidP="00A90F8D">
            <w:pPr>
              <w:rPr>
                <w:i/>
                <w:iCs/>
                <w:lang w:val="nl-NL"/>
              </w:rPr>
            </w:pPr>
          </w:p>
        </w:tc>
        <w:tc>
          <w:tcPr>
            <w:tcW w:w="4637" w:type="dxa"/>
            <w:gridSpan w:val="2"/>
          </w:tcPr>
          <w:p w14:paraId="1A1FA3AF" w14:textId="51B6EB81" w:rsidR="000554D9" w:rsidRPr="00F7206F" w:rsidRDefault="000554D9" w:rsidP="00A90F8D"/>
        </w:tc>
      </w:tr>
      <w:tr w:rsidR="000554D9" w:rsidRPr="00F7206F" w14:paraId="2974D92B" w14:textId="77777777" w:rsidTr="0091454B">
        <w:tc>
          <w:tcPr>
            <w:tcW w:w="8856" w:type="dxa"/>
            <w:gridSpan w:val="5"/>
            <w:shd w:val="clear" w:color="auto" w:fill="B6DDE8" w:themeFill="accent5" w:themeFillTint="66"/>
          </w:tcPr>
          <w:p w14:paraId="4B341E22" w14:textId="742F01B3" w:rsidR="000554D9" w:rsidRPr="00F7206F" w:rsidRDefault="0085257E" w:rsidP="00A90F8D">
            <w:pPr>
              <w:rPr>
                <w:b/>
                <w:bCs/>
              </w:rPr>
            </w:pPr>
            <w:proofErr w:type="spellStart"/>
            <w:r w:rsidRPr="00F7206F">
              <w:rPr>
                <w:b/>
                <w:bCs/>
              </w:rPr>
              <w:t>Contractinformatie</w:t>
            </w:r>
            <w:proofErr w:type="spellEnd"/>
          </w:p>
        </w:tc>
      </w:tr>
      <w:tr w:rsidR="000554D9" w:rsidRPr="00F7206F" w14:paraId="203DBAF6" w14:textId="77777777" w:rsidTr="001C066E">
        <w:tc>
          <w:tcPr>
            <w:tcW w:w="932" w:type="dxa"/>
          </w:tcPr>
          <w:p w14:paraId="02BBFFCC" w14:textId="3867B7A1" w:rsidR="000554D9" w:rsidRPr="00F7206F" w:rsidRDefault="006F4AA1" w:rsidP="00A90F8D">
            <w:pPr>
              <w:rPr>
                <w:b/>
                <w:bCs/>
              </w:rPr>
            </w:pPr>
            <w:r w:rsidRPr="00F7206F">
              <w:rPr>
                <w:b/>
                <w:bCs/>
              </w:rPr>
              <w:t>2.</w:t>
            </w:r>
          </w:p>
        </w:tc>
        <w:tc>
          <w:tcPr>
            <w:tcW w:w="3287" w:type="dxa"/>
            <w:gridSpan w:val="2"/>
          </w:tcPr>
          <w:p w14:paraId="159ECF33" w14:textId="3580D2A0" w:rsidR="00221861" w:rsidRPr="00A874EA" w:rsidRDefault="00221861" w:rsidP="00A90F8D">
            <w:pPr>
              <w:rPr>
                <w:b/>
                <w:bCs/>
                <w:lang w:val="nl-NL"/>
              </w:rPr>
            </w:pPr>
            <w:r w:rsidRPr="00A874EA">
              <w:rPr>
                <w:b/>
                <w:bCs/>
                <w:lang w:val="nl-NL"/>
              </w:rPr>
              <w:t>Periode contract</w:t>
            </w:r>
          </w:p>
        </w:tc>
        <w:tc>
          <w:tcPr>
            <w:tcW w:w="4637" w:type="dxa"/>
            <w:gridSpan w:val="2"/>
          </w:tcPr>
          <w:p w14:paraId="087F8C80" w14:textId="4A612644" w:rsidR="000554D9" w:rsidRPr="00F7206F" w:rsidRDefault="000554D9" w:rsidP="00A90F8D">
            <w:pPr>
              <w:rPr>
                <w:lang w:val="nl-NL"/>
              </w:rPr>
            </w:pPr>
          </w:p>
        </w:tc>
      </w:tr>
      <w:tr w:rsidR="00A874EA" w:rsidRPr="00F7206F" w14:paraId="38D545F5" w14:textId="77777777" w:rsidTr="001C066E">
        <w:tc>
          <w:tcPr>
            <w:tcW w:w="932" w:type="dxa"/>
          </w:tcPr>
          <w:p w14:paraId="2ACE1A3F" w14:textId="77777777" w:rsidR="00A874EA" w:rsidRPr="00F7206F" w:rsidRDefault="00A874EA" w:rsidP="00A90F8D">
            <w:pPr>
              <w:rPr>
                <w:b/>
                <w:bCs/>
              </w:rPr>
            </w:pPr>
          </w:p>
        </w:tc>
        <w:tc>
          <w:tcPr>
            <w:tcW w:w="3287" w:type="dxa"/>
            <w:gridSpan w:val="2"/>
          </w:tcPr>
          <w:p w14:paraId="3FD1B529" w14:textId="4E3CBC9D" w:rsidR="00A874EA" w:rsidRPr="00A874EA" w:rsidRDefault="00A874EA" w:rsidP="00A90F8D">
            <w:pPr>
              <w:rPr>
                <w:lang w:val="nl-NL"/>
              </w:rPr>
            </w:pPr>
            <w:r w:rsidRPr="00F7206F">
              <w:rPr>
                <w:lang w:val="nl-NL"/>
              </w:rPr>
              <w:t>Startdatum:</w:t>
            </w:r>
          </w:p>
        </w:tc>
        <w:tc>
          <w:tcPr>
            <w:tcW w:w="4637" w:type="dxa"/>
            <w:gridSpan w:val="2"/>
          </w:tcPr>
          <w:p w14:paraId="6B1FAA4D" w14:textId="77777777" w:rsidR="00A874EA" w:rsidRPr="00F7206F" w:rsidRDefault="00A874EA" w:rsidP="00A90F8D">
            <w:pPr>
              <w:rPr>
                <w:lang w:val="nl-NL"/>
              </w:rPr>
            </w:pPr>
          </w:p>
        </w:tc>
      </w:tr>
      <w:tr w:rsidR="00A874EA" w:rsidRPr="00F7206F" w14:paraId="705BDC2E" w14:textId="77777777" w:rsidTr="001C066E">
        <w:tc>
          <w:tcPr>
            <w:tcW w:w="932" w:type="dxa"/>
          </w:tcPr>
          <w:p w14:paraId="7545DBA9" w14:textId="77777777" w:rsidR="00A874EA" w:rsidRPr="00F7206F" w:rsidRDefault="00A874EA" w:rsidP="00A90F8D">
            <w:pPr>
              <w:rPr>
                <w:b/>
                <w:bCs/>
              </w:rPr>
            </w:pPr>
          </w:p>
        </w:tc>
        <w:tc>
          <w:tcPr>
            <w:tcW w:w="3287" w:type="dxa"/>
            <w:gridSpan w:val="2"/>
          </w:tcPr>
          <w:p w14:paraId="1408DCE8" w14:textId="5FEAF330" w:rsidR="00A874EA" w:rsidRPr="00F7206F" w:rsidRDefault="00A874EA" w:rsidP="00A90F8D">
            <w:pPr>
              <w:rPr>
                <w:iCs/>
                <w:lang w:val="nl-NL"/>
              </w:rPr>
            </w:pPr>
            <w:r w:rsidRPr="00F7206F">
              <w:rPr>
                <w:lang w:val="nl-NL"/>
              </w:rPr>
              <w:t>Einddatum:</w:t>
            </w:r>
          </w:p>
        </w:tc>
        <w:tc>
          <w:tcPr>
            <w:tcW w:w="4637" w:type="dxa"/>
            <w:gridSpan w:val="2"/>
          </w:tcPr>
          <w:p w14:paraId="330F6329" w14:textId="77777777" w:rsidR="00A874EA" w:rsidRPr="00F7206F" w:rsidRDefault="00A874EA" w:rsidP="00A90F8D">
            <w:pPr>
              <w:rPr>
                <w:lang w:val="nl-NL"/>
              </w:rPr>
            </w:pPr>
          </w:p>
        </w:tc>
      </w:tr>
      <w:tr w:rsidR="000554D9" w:rsidRPr="00F7206F" w14:paraId="5B0EAC53" w14:textId="77777777" w:rsidTr="001C066E">
        <w:tc>
          <w:tcPr>
            <w:tcW w:w="932" w:type="dxa"/>
          </w:tcPr>
          <w:p w14:paraId="5209057D" w14:textId="544671B9" w:rsidR="000554D9" w:rsidRPr="00F7206F" w:rsidRDefault="000554D9" w:rsidP="00A90F8D">
            <w:pPr>
              <w:rPr>
                <w:b/>
                <w:bCs/>
              </w:rPr>
            </w:pPr>
          </w:p>
        </w:tc>
        <w:tc>
          <w:tcPr>
            <w:tcW w:w="3287" w:type="dxa"/>
            <w:gridSpan w:val="2"/>
          </w:tcPr>
          <w:p w14:paraId="71A4803B" w14:textId="7C3ACC96" w:rsidR="000554D9" w:rsidRPr="00F7206F" w:rsidRDefault="001C066E" w:rsidP="00A90F8D">
            <w:pPr>
              <w:rPr>
                <w:iCs/>
                <w:lang w:val="nl-NL"/>
              </w:rPr>
            </w:pPr>
            <w:r w:rsidRPr="00F7206F">
              <w:rPr>
                <w:iCs/>
                <w:lang w:val="nl-NL"/>
              </w:rPr>
              <w:t>Gemiddeld a</w:t>
            </w:r>
            <w:r w:rsidR="002803F9" w:rsidRPr="00F7206F">
              <w:rPr>
                <w:iCs/>
                <w:lang w:val="nl-NL"/>
              </w:rPr>
              <w:t>antal aansluitingen</w:t>
            </w:r>
          </w:p>
        </w:tc>
        <w:tc>
          <w:tcPr>
            <w:tcW w:w="4637" w:type="dxa"/>
            <w:gridSpan w:val="2"/>
          </w:tcPr>
          <w:p w14:paraId="4ED84CFF" w14:textId="0D3AD845" w:rsidR="000554D9" w:rsidRPr="00F7206F" w:rsidRDefault="000554D9" w:rsidP="00A90F8D">
            <w:pPr>
              <w:rPr>
                <w:lang w:val="nl-NL"/>
              </w:rPr>
            </w:pPr>
          </w:p>
        </w:tc>
      </w:tr>
      <w:tr w:rsidR="000554D9" w:rsidRPr="00F7206F" w14:paraId="5E2936E1" w14:textId="77777777" w:rsidTr="0091454B">
        <w:tc>
          <w:tcPr>
            <w:tcW w:w="8856" w:type="dxa"/>
            <w:gridSpan w:val="5"/>
            <w:shd w:val="clear" w:color="auto" w:fill="B6DDE8" w:themeFill="accent5" w:themeFillTint="66"/>
          </w:tcPr>
          <w:p w14:paraId="5CF5D640" w14:textId="77777777" w:rsidR="000554D9" w:rsidRPr="00F7206F" w:rsidRDefault="000554D9" w:rsidP="00A90F8D">
            <w:pPr>
              <w:rPr>
                <w:b/>
                <w:bCs/>
              </w:rPr>
            </w:pPr>
            <w:r w:rsidRPr="00F7206F">
              <w:rPr>
                <w:b/>
                <w:bCs/>
              </w:rPr>
              <w:t xml:space="preserve">Het </w:t>
            </w:r>
            <w:proofErr w:type="spellStart"/>
            <w:r w:rsidRPr="00F7206F">
              <w:rPr>
                <w:b/>
                <w:bCs/>
              </w:rPr>
              <w:t>resultaat</w:t>
            </w:r>
            <w:proofErr w:type="spellEnd"/>
          </w:p>
        </w:tc>
      </w:tr>
      <w:tr w:rsidR="007907BC" w:rsidRPr="00F7206F" w14:paraId="78850974" w14:textId="77777777" w:rsidTr="007907BC">
        <w:tc>
          <w:tcPr>
            <w:tcW w:w="932" w:type="dxa"/>
          </w:tcPr>
          <w:p w14:paraId="6E2B4993" w14:textId="5528D77C" w:rsidR="007907BC" w:rsidRPr="00F7206F" w:rsidRDefault="006F4AA1" w:rsidP="00A90F8D">
            <w:pPr>
              <w:rPr>
                <w:b/>
                <w:bCs/>
              </w:rPr>
            </w:pPr>
            <w:r w:rsidRPr="00F7206F">
              <w:rPr>
                <w:b/>
                <w:bCs/>
              </w:rPr>
              <w:t>3.</w:t>
            </w:r>
          </w:p>
        </w:tc>
        <w:tc>
          <w:tcPr>
            <w:tcW w:w="1870" w:type="dxa"/>
          </w:tcPr>
          <w:p w14:paraId="46961743" w14:textId="54CF9C4C" w:rsidR="007907BC" w:rsidRPr="00F7206F" w:rsidRDefault="007907BC" w:rsidP="007907BC">
            <w:pPr>
              <w:jc w:val="center"/>
              <w:rPr>
                <w:b/>
                <w:bCs/>
                <w:lang w:val="nl-NL"/>
              </w:rPr>
            </w:pPr>
            <w:r w:rsidRPr="00F7206F">
              <w:rPr>
                <w:b/>
                <w:bCs/>
                <w:lang w:val="nl-NL"/>
              </w:rPr>
              <w:t>Jaar</w:t>
            </w:r>
          </w:p>
        </w:tc>
        <w:tc>
          <w:tcPr>
            <w:tcW w:w="3118" w:type="dxa"/>
            <w:gridSpan w:val="2"/>
          </w:tcPr>
          <w:p w14:paraId="14BAB437" w14:textId="1702BF9A" w:rsidR="007907BC" w:rsidRPr="00F7206F" w:rsidRDefault="007907BC" w:rsidP="007907BC">
            <w:pPr>
              <w:jc w:val="center"/>
              <w:rPr>
                <w:b/>
                <w:bCs/>
                <w:lang w:val="nl-NL"/>
              </w:rPr>
            </w:pPr>
            <w:r w:rsidRPr="00F7206F">
              <w:rPr>
                <w:b/>
                <w:bCs/>
                <w:lang w:val="nl-NL"/>
              </w:rPr>
              <w:t>Volume</w:t>
            </w:r>
          </w:p>
        </w:tc>
        <w:tc>
          <w:tcPr>
            <w:tcW w:w="2936" w:type="dxa"/>
          </w:tcPr>
          <w:p w14:paraId="59A05FB8" w14:textId="53813CBD" w:rsidR="007907BC" w:rsidRPr="00F7206F" w:rsidRDefault="007907BC" w:rsidP="007907BC">
            <w:pPr>
              <w:jc w:val="center"/>
              <w:rPr>
                <w:b/>
                <w:bCs/>
                <w:lang w:val="nl-NL"/>
              </w:rPr>
            </w:pPr>
            <w:r w:rsidRPr="00F7206F">
              <w:rPr>
                <w:b/>
                <w:bCs/>
                <w:lang w:val="nl-NL"/>
              </w:rPr>
              <w:t>Onbalanspercentage</w:t>
            </w:r>
          </w:p>
        </w:tc>
      </w:tr>
      <w:tr w:rsidR="007907BC" w:rsidRPr="00F7206F" w14:paraId="0C5549D6" w14:textId="77777777" w:rsidTr="007907BC">
        <w:tc>
          <w:tcPr>
            <w:tcW w:w="932" w:type="dxa"/>
          </w:tcPr>
          <w:p w14:paraId="0AB3D68A" w14:textId="77777777" w:rsidR="007907BC" w:rsidRPr="00F7206F" w:rsidRDefault="007907BC" w:rsidP="00A90F8D">
            <w:pPr>
              <w:rPr>
                <w:b/>
                <w:bCs/>
              </w:rPr>
            </w:pPr>
          </w:p>
        </w:tc>
        <w:tc>
          <w:tcPr>
            <w:tcW w:w="1870" w:type="dxa"/>
          </w:tcPr>
          <w:p w14:paraId="303A19C4" w14:textId="77777777" w:rsidR="007907BC" w:rsidRPr="00F7206F" w:rsidRDefault="007907BC" w:rsidP="007907BC">
            <w:pPr>
              <w:jc w:val="center"/>
              <w:rPr>
                <w:i/>
                <w:iCs/>
                <w:lang w:val="nl-NL"/>
              </w:rPr>
            </w:pPr>
          </w:p>
        </w:tc>
        <w:tc>
          <w:tcPr>
            <w:tcW w:w="3118" w:type="dxa"/>
            <w:gridSpan w:val="2"/>
          </w:tcPr>
          <w:p w14:paraId="3FFB3F6E" w14:textId="77777777" w:rsidR="007907BC" w:rsidRPr="00F7206F" w:rsidRDefault="007907BC" w:rsidP="007907BC">
            <w:pPr>
              <w:jc w:val="center"/>
              <w:rPr>
                <w:i/>
                <w:iCs/>
                <w:lang w:val="nl-NL"/>
              </w:rPr>
            </w:pPr>
          </w:p>
        </w:tc>
        <w:tc>
          <w:tcPr>
            <w:tcW w:w="2936" w:type="dxa"/>
          </w:tcPr>
          <w:p w14:paraId="24BD46E3" w14:textId="77777777" w:rsidR="007907BC" w:rsidRPr="00F7206F" w:rsidRDefault="007907BC" w:rsidP="007907BC">
            <w:pPr>
              <w:jc w:val="center"/>
              <w:rPr>
                <w:lang w:val="nl-NL"/>
              </w:rPr>
            </w:pPr>
          </w:p>
        </w:tc>
      </w:tr>
      <w:tr w:rsidR="007907BC" w:rsidRPr="00F7206F" w14:paraId="4232414E" w14:textId="77777777" w:rsidTr="007907BC">
        <w:tc>
          <w:tcPr>
            <w:tcW w:w="932" w:type="dxa"/>
          </w:tcPr>
          <w:p w14:paraId="3EFE4247" w14:textId="77777777" w:rsidR="007907BC" w:rsidRPr="00F7206F" w:rsidRDefault="007907BC" w:rsidP="00A90F8D">
            <w:pPr>
              <w:rPr>
                <w:b/>
                <w:bCs/>
              </w:rPr>
            </w:pPr>
          </w:p>
        </w:tc>
        <w:tc>
          <w:tcPr>
            <w:tcW w:w="1870" w:type="dxa"/>
          </w:tcPr>
          <w:p w14:paraId="3B4165BA" w14:textId="77777777" w:rsidR="007907BC" w:rsidRPr="00F7206F" w:rsidRDefault="007907BC" w:rsidP="007907BC">
            <w:pPr>
              <w:jc w:val="center"/>
              <w:rPr>
                <w:i/>
                <w:iCs/>
                <w:lang w:val="nl-NL"/>
              </w:rPr>
            </w:pPr>
          </w:p>
        </w:tc>
        <w:tc>
          <w:tcPr>
            <w:tcW w:w="3118" w:type="dxa"/>
            <w:gridSpan w:val="2"/>
          </w:tcPr>
          <w:p w14:paraId="56E8526E" w14:textId="77777777" w:rsidR="007907BC" w:rsidRPr="00F7206F" w:rsidRDefault="007907BC" w:rsidP="007907BC">
            <w:pPr>
              <w:jc w:val="center"/>
              <w:rPr>
                <w:i/>
                <w:iCs/>
                <w:lang w:val="nl-NL"/>
              </w:rPr>
            </w:pPr>
          </w:p>
        </w:tc>
        <w:tc>
          <w:tcPr>
            <w:tcW w:w="2936" w:type="dxa"/>
          </w:tcPr>
          <w:p w14:paraId="29AF3934" w14:textId="77777777" w:rsidR="007907BC" w:rsidRPr="00F7206F" w:rsidRDefault="007907BC" w:rsidP="007907BC">
            <w:pPr>
              <w:jc w:val="center"/>
              <w:rPr>
                <w:lang w:val="nl-NL"/>
              </w:rPr>
            </w:pPr>
          </w:p>
        </w:tc>
      </w:tr>
      <w:tr w:rsidR="007907BC" w:rsidRPr="00F7206F" w14:paraId="71C63F6B" w14:textId="77777777" w:rsidTr="007907BC">
        <w:tc>
          <w:tcPr>
            <w:tcW w:w="932" w:type="dxa"/>
          </w:tcPr>
          <w:p w14:paraId="50E2E86A" w14:textId="77777777" w:rsidR="007907BC" w:rsidRPr="00F7206F" w:rsidRDefault="007907BC" w:rsidP="00A90F8D">
            <w:pPr>
              <w:rPr>
                <w:b/>
                <w:bCs/>
              </w:rPr>
            </w:pPr>
          </w:p>
        </w:tc>
        <w:tc>
          <w:tcPr>
            <w:tcW w:w="1870" w:type="dxa"/>
          </w:tcPr>
          <w:p w14:paraId="2BFB0699" w14:textId="77777777" w:rsidR="007907BC" w:rsidRPr="00F7206F" w:rsidRDefault="007907BC" w:rsidP="007907BC">
            <w:pPr>
              <w:jc w:val="center"/>
              <w:rPr>
                <w:i/>
                <w:iCs/>
                <w:lang w:val="nl-NL"/>
              </w:rPr>
            </w:pPr>
          </w:p>
        </w:tc>
        <w:tc>
          <w:tcPr>
            <w:tcW w:w="3118" w:type="dxa"/>
            <w:gridSpan w:val="2"/>
          </w:tcPr>
          <w:p w14:paraId="5838D81F" w14:textId="77777777" w:rsidR="007907BC" w:rsidRPr="00F7206F" w:rsidRDefault="007907BC" w:rsidP="007907BC">
            <w:pPr>
              <w:jc w:val="center"/>
              <w:rPr>
                <w:i/>
                <w:iCs/>
                <w:lang w:val="nl-NL"/>
              </w:rPr>
            </w:pPr>
          </w:p>
        </w:tc>
        <w:tc>
          <w:tcPr>
            <w:tcW w:w="2936" w:type="dxa"/>
          </w:tcPr>
          <w:p w14:paraId="17C8147A" w14:textId="77777777" w:rsidR="007907BC" w:rsidRPr="00F7206F" w:rsidRDefault="007907BC" w:rsidP="007907BC">
            <w:pPr>
              <w:jc w:val="center"/>
              <w:rPr>
                <w:lang w:val="nl-NL"/>
              </w:rPr>
            </w:pPr>
          </w:p>
        </w:tc>
      </w:tr>
      <w:tr w:rsidR="007907BC" w:rsidRPr="00F7206F" w14:paraId="3866E63D" w14:textId="77777777" w:rsidTr="007907BC">
        <w:tc>
          <w:tcPr>
            <w:tcW w:w="932" w:type="dxa"/>
          </w:tcPr>
          <w:p w14:paraId="22C8B1C3" w14:textId="7948AA50" w:rsidR="007907BC" w:rsidRPr="00F7206F" w:rsidRDefault="007907BC" w:rsidP="00A90F8D">
            <w:pPr>
              <w:rPr>
                <w:b/>
                <w:bCs/>
              </w:rPr>
            </w:pPr>
          </w:p>
        </w:tc>
        <w:tc>
          <w:tcPr>
            <w:tcW w:w="1870" w:type="dxa"/>
          </w:tcPr>
          <w:p w14:paraId="0CD79D47" w14:textId="77777777" w:rsidR="007907BC" w:rsidRPr="00F7206F" w:rsidRDefault="007907BC" w:rsidP="007907BC">
            <w:pPr>
              <w:jc w:val="center"/>
              <w:rPr>
                <w:i/>
                <w:iCs/>
                <w:lang w:val="nl-NL"/>
              </w:rPr>
            </w:pPr>
          </w:p>
        </w:tc>
        <w:tc>
          <w:tcPr>
            <w:tcW w:w="3118" w:type="dxa"/>
            <w:gridSpan w:val="2"/>
          </w:tcPr>
          <w:p w14:paraId="3BD52783" w14:textId="54C4615A" w:rsidR="007907BC" w:rsidRPr="00F7206F" w:rsidRDefault="007907BC" w:rsidP="007907BC">
            <w:pPr>
              <w:jc w:val="center"/>
              <w:rPr>
                <w:i/>
                <w:iCs/>
                <w:lang w:val="nl-NL"/>
              </w:rPr>
            </w:pPr>
          </w:p>
        </w:tc>
        <w:tc>
          <w:tcPr>
            <w:tcW w:w="2936" w:type="dxa"/>
          </w:tcPr>
          <w:p w14:paraId="7B59A048" w14:textId="7A06D5B5" w:rsidR="007907BC" w:rsidRPr="00F7206F" w:rsidRDefault="007907BC" w:rsidP="007907BC">
            <w:pPr>
              <w:jc w:val="center"/>
              <w:rPr>
                <w:lang w:val="nl-NL"/>
              </w:rPr>
            </w:pPr>
          </w:p>
        </w:tc>
      </w:tr>
      <w:tr w:rsidR="007907BC" w:rsidRPr="00F7206F" w14:paraId="414E1C53" w14:textId="77777777" w:rsidTr="007907BC">
        <w:tc>
          <w:tcPr>
            <w:tcW w:w="932" w:type="dxa"/>
          </w:tcPr>
          <w:p w14:paraId="5E9B8435" w14:textId="73BAC6AE" w:rsidR="007907BC" w:rsidRPr="00F7206F" w:rsidRDefault="007907BC" w:rsidP="00A90F8D">
            <w:pPr>
              <w:rPr>
                <w:b/>
                <w:bCs/>
              </w:rPr>
            </w:pPr>
          </w:p>
        </w:tc>
        <w:tc>
          <w:tcPr>
            <w:tcW w:w="1870" w:type="dxa"/>
          </w:tcPr>
          <w:p w14:paraId="2FCDEA5D" w14:textId="77777777" w:rsidR="007907BC" w:rsidRPr="00F7206F" w:rsidRDefault="007907BC" w:rsidP="007907BC">
            <w:pPr>
              <w:jc w:val="center"/>
              <w:rPr>
                <w:i/>
                <w:iCs/>
                <w:lang w:val="nl-NL"/>
              </w:rPr>
            </w:pPr>
          </w:p>
        </w:tc>
        <w:tc>
          <w:tcPr>
            <w:tcW w:w="3118" w:type="dxa"/>
            <w:gridSpan w:val="2"/>
          </w:tcPr>
          <w:p w14:paraId="1BB6743F" w14:textId="35238C66" w:rsidR="007907BC" w:rsidRPr="00F7206F" w:rsidRDefault="007907BC" w:rsidP="007907BC">
            <w:pPr>
              <w:jc w:val="center"/>
              <w:rPr>
                <w:i/>
                <w:iCs/>
                <w:lang w:val="nl-NL"/>
              </w:rPr>
            </w:pPr>
          </w:p>
        </w:tc>
        <w:tc>
          <w:tcPr>
            <w:tcW w:w="2936" w:type="dxa"/>
          </w:tcPr>
          <w:p w14:paraId="41966283" w14:textId="41375BB4" w:rsidR="007907BC" w:rsidRPr="00F7206F" w:rsidRDefault="007907BC" w:rsidP="007907BC">
            <w:pPr>
              <w:jc w:val="center"/>
              <w:rPr>
                <w:lang w:val="nl-NL"/>
              </w:rPr>
            </w:pPr>
          </w:p>
        </w:tc>
      </w:tr>
    </w:tbl>
    <w:p w14:paraId="455ECB13" w14:textId="77777777" w:rsidR="000554D9" w:rsidRDefault="000554D9" w:rsidP="000554D9"/>
    <w:tbl>
      <w:tblPr>
        <w:tblStyle w:val="Tabelraster"/>
        <w:tblW w:w="8897" w:type="dxa"/>
        <w:tblLook w:val="04A0" w:firstRow="1" w:lastRow="0" w:firstColumn="1" w:lastColumn="0" w:noHBand="0" w:noVBand="1"/>
      </w:tblPr>
      <w:tblGrid>
        <w:gridCol w:w="4219"/>
        <w:gridCol w:w="4678"/>
      </w:tblGrid>
      <w:tr w:rsidR="00AD77AD" w:rsidRPr="00F7206F" w14:paraId="10242F44" w14:textId="77777777" w:rsidTr="00A31D35">
        <w:tc>
          <w:tcPr>
            <w:tcW w:w="8897" w:type="dxa"/>
            <w:gridSpan w:val="2"/>
            <w:shd w:val="clear" w:color="auto" w:fill="B6DDE8" w:themeFill="accent5" w:themeFillTint="66"/>
          </w:tcPr>
          <w:p w14:paraId="25C1A002" w14:textId="77777777" w:rsidR="00AD77AD" w:rsidRPr="00F7206F" w:rsidRDefault="00AD77AD" w:rsidP="00A31D35">
            <w:proofErr w:type="spellStart"/>
            <w:r>
              <w:rPr>
                <w:b/>
                <w:bCs/>
              </w:rPr>
              <w:t>Ondertekening</w:t>
            </w:r>
            <w:proofErr w:type="spellEnd"/>
          </w:p>
        </w:tc>
      </w:tr>
      <w:tr w:rsidR="00AD77AD" w:rsidRPr="00F7206F" w14:paraId="71D1755E" w14:textId="77777777" w:rsidTr="00A31D35">
        <w:tc>
          <w:tcPr>
            <w:tcW w:w="4219" w:type="dxa"/>
          </w:tcPr>
          <w:p w14:paraId="57360291" w14:textId="77777777" w:rsidR="00AD77AD" w:rsidRPr="00F7206F" w:rsidRDefault="00AD77AD" w:rsidP="00A31D35">
            <w:pPr>
              <w:rPr>
                <w:b/>
                <w:bCs/>
              </w:rPr>
            </w:pPr>
            <w:r w:rsidRPr="002D66DA">
              <w:rPr>
                <w:lang w:val="nl-NL"/>
              </w:rPr>
              <w:t>Naam organisatie</w:t>
            </w:r>
          </w:p>
        </w:tc>
        <w:tc>
          <w:tcPr>
            <w:tcW w:w="4678" w:type="dxa"/>
          </w:tcPr>
          <w:p w14:paraId="4E0D5DBA" w14:textId="77777777" w:rsidR="00AD77AD" w:rsidRPr="00F7206F" w:rsidRDefault="00AD77AD" w:rsidP="00A31D35"/>
        </w:tc>
      </w:tr>
      <w:tr w:rsidR="00AD77AD" w:rsidRPr="00F7206F" w14:paraId="67D34C5E" w14:textId="77777777" w:rsidTr="00A31D35">
        <w:tc>
          <w:tcPr>
            <w:tcW w:w="4219" w:type="dxa"/>
          </w:tcPr>
          <w:p w14:paraId="0B909E53" w14:textId="77777777" w:rsidR="00AD77AD" w:rsidRPr="00F7206F" w:rsidRDefault="00AD77AD" w:rsidP="00A31D35">
            <w:pPr>
              <w:rPr>
                <w:b/>
                <w:bCs/>
              </w:rPr>
            </w:pPr>
            <w:r w:rsidRPr="002D66DA">
              <w:rPr>
                <w:lang w:val="nl-NL"/>
              </w:rPr>
              <w:t>Naam functionaris</w:t>
            </w:r>
          </w:p>
        </w:tc>
        <w:tc>
          <w:tcPr>
            <w:tcW w:w="4678" w:type="dxa"/>
          </w:tcPr>
          <w:p w14:paraId="46167D57" w14:textId="77777777" w:rsidR="00AD77AD" w:rsidRPr="00F7206F" w:rsidRDefault="00AD77AD" w:rsidP="00A31D35"/>
        </w:tc>
      </w:tr>
      <w:tr w:rsidR="00AD77AD" w:rsidRPr="00F7206F" w14:paraId="587AD3E8" w14:textId="77777777" w:rsidTr="00A31D35">
        <w:tc>
          <w:tcPr>
            <w:tcW w:w="4219" w:type="dxa"/>
          </w:tcPr>
          <w:p w14:paraId="200CA4D0" w14:textId="305DD33E" w:rsidR="00AD77AD" w:rsidRPr="002D66DA" w:rsidRDefault="00AD77AD" w:rsidP="00A31D35">
            <w:pPr>
              <w:rPr>
                <w:lang w:val="nl-NL"/>
              </w:rPr>
            </w:pPr>
            <w:r>
              <w:rPr>
                <w:lang w:val="nl-NL"/>
              </w:rPr>
              <w:t>Paraaf</w:t>
            </w:r>
          </w:p>
        </w:tc>
        <w:tc>
          <w:tcPr>
            <w:tcW w:w="4678" w:type="dxa"/>
          </w:tcPr>
          <w:p w14:paraId="21F6F1B1" w14:textId="77777777" w:rsidR="00AD77AD" w:rsidRDefault="00AD77AD" w:rsidP="00A31D35"/>
          <w:p w14:paraId="17A76FD3" w14:textId="77777777" w:rsidR="00AD77AD" w:rsidRDefault="00AD77AD" w:rsidP="00A31D35"/>
          <w:p w14:paraId="125E4B05" w14:textId="77777777" w:rsidR="00AD77AD" w:rsidRDefault="00AD77AD" w:rsidP="00A31D35"/>
          <w:p w14:paraId="201B7597" w14:textId="77777777" w:rsidR="00AD77AD" w:rsidRPr="00F7206F" w:rsidRDefault="00AD77AD" w:rsidP="00A31D35"/>
        </w:tc>
      </w:tr>
    </w:tbl>
    <w:p w14:paraId="120C6043" w14:textId="77777777" w:rsidR="00AD77AD" w:rsidRDefault="00AD77AD">
      <w:pPr>
        <w:rPr>
          <w:lang w:val="nl-NL"/>
        </w:rPr>
      </w:pPr>
      <w:r>
        <w:rPr>
          <w:lang w:val="nl-NL"/>
        </w:rPr>
        <w:br w:type="page"/>
      </w:r>
    </w:p>
    <w:p w14:paraId="405C2B6E" w14:textId="3979D5D0" w:rsidR="00C958A1" w:rsidRDefault="00C958A1" w:rsidP="000554D9">
      <w:pPr>
        <w:rPr>
          <w:lang w:val="nl-NL"/>
        </w:rPr>
      </w:pPr>
      <w:r w:rsidRPr="00C958A1">
        <w:rPr>
          <w:lang w:val="nl-NL"/>
        </w:rPr>
        <w:lastRenderedPageBreak/>
        <w:t>Ondergetekende verklaart door ondertekening dat hij/zij bovenstaande beschrijvingen</w:t>
      </w:r>
      <w:r>
        <w:rPr>
          <w:lang w:val="nl-NL"/>
        </w:rPr>
        <w:t xml:space="preserve"> en informatie</w:t>
      </w:r>
      <w:r w:rsidRPr="00C958A1">
        <w:rPr>
          <w:lang w:val="nl-NL"/>
        </w:rPr>
        <w:t xml:space="preserve"> naar waarheid heeft beschreven, dit gestand doet en tevens dat hij/zij daartoe, namens inschrijver, bevoegd is.</w:t>
      </w:r>
    </w:p>
    <w:tbl>
      <w:tblPr>
        <w:tblStyle w:val="Tabelraster"/>
        <w:tblW w:w="8897" w:type="dxa"/>
        <w:tblLook w:val="04A0" w:firstRow="1" w:lastRow="0" w:firstColumn="1" w:lastColumn="0" w:noHBand="0" w:noVBand="1"/>
      </w:tblPr>
      <w:tblGrid>
        <w:gridCol w:w="4219"/>
        <w:gridCol w:w="4678"/>
      </w:tblGrid>
      <w:tr w:rsidR="00B76063" w:rsidRPr="00F7206F" w14:paraId="63AC3B49" w14:textId="77777777" w:rsidTr="00B76063">
        <w:tc>
          <w:tcPr>
            <w:tcW w:w="8897" w:type="dxa"/>
            <w:gridSpan w:val="2"/>
            <w:shd w:val="clear" w:color="auto" w:fill="B6DDE8" w:themeFill="accent5" w:themeFillTint="66"/>
          </w:tcPr>
          <w:p w14:paraId="7A13C652" w14:textId="6B934764" w:rsidR="00B76063" w:rsidRPr="00F7206F" w:rsidRDefault="00B76063" w:rsidP="00A90F8D">
            <w:proofErr w:type="spellStart"/>
            <w:r>
              <w:rPr>
                <w:b/>
                <w:bCs/>
              </w:rPr>
              <w:t>Ondertekening</w:t>
            </w:r>
            <w:proofErr w:type="spellEnd"/>
          </w:p>
        </w:tc>
      </w:tr>
      <w:tr w:rsidR="00C958A1" w:rsidRPr="00F7206F" w14:paraId="40268B94" w14:textId="77777777" w:rsidTr="00B76063">
        <w:tc>
          <w:tcPr>
            <w:tcW w:w="4219" w:type="dxa"/>
          </w:tcPr>
          <w:p w14:paraId="6E021C5C" w14:textId="55259E51" w:rsidR="00C958A1" w:rsidRPr="00F7206F" w:rsidRDefault="00B76063" w:rsidP="00A90F8D">
            <w:pPr>
              <w:rPr>
                <w:b/>
                <w:bCs/>
              </w:rPr>
            </w:pPr>
            <w:r w:rsidRPr="002D66DA">
              <w:rPr>
                <w:lang w:val="nl-NL"/>
              </w:rPr>
              <w:t>Naam organisatie</w:t>
            </w:r>
          </w:p>
        </w:tc>
        <w:tc>
          <w:tcPr>
            <w:tcW w:w="4678" w:type="dxa"/>
          </w:tcPr>
          <w:p w14:paraId="6206F65F" w14:textId="77777777" w:rsidR="00C958A1" w:rsidRPr="00F7206F" w:rsidRDefault="00C958A1" w:rsidP="00A90F8D"/>
        </w:tc>
      </w:tr>
      <w:tr w:rsidR="00C958A1" w:rsidRPr="00F7206F" w14:paraId="278E4E91" w14:textId="77777777" w:rsidTr="00B76063">
        <w:tc>
          <w:tcPr>
            <w:tcW w:w="4219" w:type="dxa"/>
          </w:tcPr>
          <w:p w14:paraId="325693A5" w14:textId="787A2B61" w:rsidR="00C958A1" w:rsidRPr="00F7206F" w:rsidRDefault="00B76063" w:rsidP="00A90F8D">
            <w:pPr>
              <w:rPr>
                <w:b/>
                <w:bCs/>
              </w:rPr>
            </w:pPr>
            <w:r w:rsidRPr="002D66DA">
              <w:rPr>
                <w:lang w:val="nl-NL"/>
              </w:rPr>
              <w:t>Naam functionaris</w:t>
            </w:r>
          </w:p>
        </w:tc>
        <w:tc>
          <w:tcPr>
            <w:tcW w:w="4678" w:type="dxa"/>
          </w:tcPr>
          <w:p w14:paraId="3E6AF037" w14:textId="77777777" w:rsidR="00C958A1" w:rsidRPr="00F7206F" w:rsidRDefault="00C958A1" w:rsidP="00A90F8D"/>
        </w:tc>
      </w:tr>
      <w:tr w:rsidR="00C958A1" w:rsidRPr="00F7206F" w14:paraId="122E265B" w14:textId="77777777" w:rsidTr="00B76063">
        <w:tc>
          <w:tcPr>
            <w:tcW w:w="4219" w:type="dxa"/>
          </w:tcPr>
          <w:p w14:paraId="640034EA" w14:textId="4AA04FF9" w:rsidR="00C958A1" w:rsidRPr="00F7206F" w:rsidRDefault="00B76063" w:rsidP="00A90F8D">
            <w:pPr>
              <w:rPr>
                <w:b/>
                <w:bCs/>
              </w:rPr>
            </w:pPr>
            <w:r w:rsidRPr="002D66DA">
              <w:rPr>
                <w:lang w:val="nl-NL"/>
              </w:rPr>
              <w:t>Functie</w:t>
            </w:r>
          </w:p>
        </w:tc>
        <w:tc>
          <w:tcPr>
            <w:tcW w:w="4678" w:type="dxa"/>
          </w:tcPr>
          <w:p w14:paraId="76FAE4F3" w14:textId="77777777" w:rsidR="00C958A1" w:rsidRPr="00F7206F" w:rsidRDefault="00C958A1" w:rsidP="00A90F8D"/>
        </w:tc>
      </w:tr>
      <w:tr w:rsidR="00B76063" w:rsidRPr="00F7206F" w14:paraId="4783B507" w14:textId="77777777" w:rsidTr="00B76063">
        <w:tc>
          <w:tcPr>
            <w:tcW w:w="4219" w:type="dxa"/>
          </w:tcPr>
          <w:p w14:paraId="13E04C72" w14:textId="241D9A49" w:rsidR="00B76063" w:rsidRPr="002D66DA" w:rsidRDefault="00B76063" w:rsidP="00A90F8D">
            <w:pPr>
              <w:rPr>
                <w:lang w:val="nl-NL"/>
              </w:rPr>
            </w:pPr>
            <w:r w:rsidRPr="002D66DA">
              <w:rPr>
                <w:lang w:val="nl-NL"/>
              </w:rPr>
              <w:t>Datum</w:t>
            </w:r>
          </w:p>
        </w:tc>
        <w:tc>
          <w:tcPr>
            <w:tcW w:w="4678" w:type="dxa"/>
          </w:tcPr>
          <w:p w14:paraId="1EE16245" w14:textId="77777777" w:rsidR="00B76063" w:rsidRPr="00F7206F" w:rsidRDefault="00B76063" w:rsidP="00A90F8D"/>
        </w:tc>
      </w:tr>
      <w:tr w:rsidR="00B76063" w:rsidRPr="00F7206F" w14:paraId="667A3659" w14:textId="77777777" w:rsidTr="00B76063">
        <w:tc>
          <w:tcPr>
            <w:tcW w:w="4219" w:type="dxa"/>
          </w:tcPr>
          <w:p w14:paraId="73D3035D" w14:textId="7983DDFB" w:rsidR="00B76063" w:rsidRPr="002D66DA" w:rsidRDefault="00B76063" w:rsidP="00A90F8D">
            <w:pPr>
              <w:rPr>
                <w:lang w:val="nl-NL"/>
              </w:rPr>
            </w:pPr>
            <w:r w:rsidRPr="002D66DA">
              <w:rPr>
                <w:lang w:val="nl-NL"/>
              </w:rPr>
              <w:t>Handtekening tekenbevoegde functionaris</w:t>
            </w:r>
          </w:p>
        </w:tc>
        <w:tc>
          <w:tcPr>
            <w:tcW w:w="4678" w:type="dxa"/>
          </w:tcPr>
          <w:p w14:paraId="7D3716A2" w14:textId="77777777" w:rsidR="00B76063" w:rsidRDefault="00B76063" w:rsidP="00A90F8D"/>
          <w:p w14:paraId="64350342" w14:textId="77777777" w:rsidR="00B76063" w:rsidRDefault="00B76063" w:rsidP="00A90F8D"/>
          <w:p w14:paraId="63A32172" w14:textId="77777777" w:rsidR="00B76063" w:rsidRDefault="00B76063" w:rsidP="00A90F8D"/>
          <w:p w14:paraId="319A1780" w14:textId="77777777" w:rsidR="00B76063" w:rsidRDefault="00B76063" w:rsidP="00A90F8D"/>
          <w:p w14:paraId="12518FE5" w14:textId="77777777" w:rsidR="00B76063" w:rsidRDefault="00B76063" w:rsidP="00A90F8D"/>
          <w:p w14:paraId="42D345BD" w14:textId="77777777" w:rsidR="00B76063" w:rsidRDefault="00B76063" w:rsidP="00A90F8D"/>
          <w:p w14:paraId="7FD4472C" w14:textId="77777777" w:rsidR="00B76063" w:rsidRDefault="00B76063" w:rsidP="00A90F8D"/>
          <w:p w14:paraId="6854C022" w14:textId="77777777" w:rsidR="00B76063" w:rsidRDefault="00B76063" w:rsidP="00A90F8D"/>
          <w:p w14:paraId="0134ED24" w14:textId="77777777" w:rsidR="00B76063" w:rsidRPr="00F7206F" w:rsidRDefault="00B76063" w:rsidP="00A90F8D"/>
        </w:tc>
      </w:tr>
    </w:tbl>
    <w:p w14:paraId="0F823014" w14:textId="77777777" w:rsidR="00C958A1" w:rsidRDefault="00C958A1" w:rsidP="00C958A1"/>
    <w:sectPr w:rsidR="00C958A1" w:rsidSect="00034616">
      <w:headerReference w:type="default" r:id="rId8"/>
      <w:footerReference w:type="default" r:id="rId9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098C95" w14:textId="77777777" w:rsidR="00D14DD4" w:rsidRDefault="00D14DD4" w:rsidP="00A00BAF">
      <w:pPr>
        <w:spacing w:after="0" w:line="240" w:lineRule="auto"/>
      </w:pPr>
      <w:r>
        <w:separator/>
      </w:r>
    </w:p>
  </w:endnote>
  <w:endnote w:type="continuationSeparator" w:id="0">
    <w:p w14:paraId="56CA490B" w14:textId="77777777" w:rsidR="00D14DD4" w:rsidRDefault="00D14DD4" w:rsidP="00A00B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Montserrat Medium">
    <w:panose1 w:val="00000000000000000000"/>
    <w:charset w:val="00"/>
    <w:family w:val="auto"/>
    <w:pitch w:val="variable"/>
    <w:sig w:usb0="A00002FF" w:usb1="4000247B" w:usb2="00000000" w:usb3="00000000" w:csb0="00000197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B3C20F" w14:textId="77777777" w:rsidR="000324B2" w:rsidRDefault="000324B2">
    <w:pPr>
      <w:pStyle w:val="Voettekst"/>
      <w:jc w:val="right"/>
    </w:pPr>
  </w:p>
  <w:sdt>
    <w:sdtPr>
      <w:id w:val="1150172456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0B8CD3A3" w14:textId="1F8929FA" w:rsidR="000324B2" w:rsidRPr="000324B2" w:rsidRDefault="000324B2" w:rsidP="000324B2">
            <w:pPr>
              <w:pStyle w:val="Voettekst"/>
              <w:rPr>
                <w:lang w:val="nl-NL"/>
              </w:rPr>
            </w:pPr>
            <w:r w:rsidRPr="00FA0C86">
              <w:rPr>
                <w:rFonts w:ascii="Source Sans Pro" w:hAnsi="Source Sans Pro"/>
                <w:lang w:val="nl-NL"/>
              </w:rPr>
              <w:t xml:space="preserve">Referentieopgave bij Kwaliteitscriterium </w:t>
            </w:r>
            <w:r w:rsidR="00FD7820" w:rsidRPr="00FA0C86">
              <w:rPr>
                <w:rFonts w:ascii="Source Sans Pro" w:hAnsi="Source Sans Pro"/>
                <w:lang w:val="nl-NL"/>
              </w:rPr>
              <w:t>2</w:t>
            </w:r>
            <w:r w:rsidRPr="00FA0C86">
              <w:rPr>
                <w:rFonts w:ascii="Source Sans Pro" w:hAnsi="Source Sans Pro"/>
                <w:lang w:val="nl-NL"/>
              </w:rPr>
              <w:t xml:space="preserve">: </w:t>
            </w:r>
            <w:r w:rsidRPr="00FA0C86">
              <w:rPr>
                <w:rFonts w:ascii="Source Sans Pro" w:hAnsi="Source Sans Pro"/>
                <w:b/>
                <w:bCs/>
                <w:color w:val="000000" w:themeColor="text1"/>
                <w:lang w:val="nl-NL"/>
              </w:rPr>
              <w:t xml:space="preserve"> Voorspelkwaliteit</w:t>
            </w:r>
            <w:r w:rsidRPr="00FA0C86">
              <w:rPr>
                <w:rFonts w:ascii="Source Sans Pro" w:eastAsiaTheme="minorHAnsi" w:hAnsi="Source Sans Pro"/>
                <w:kern w:val="2"/>
                <w:lang w:val="nl-NL"/>
                <w14:ligatures w14:val="standardContextual"/>
              </w:rPr>
              <w:t xml:space="preserve"> </w:t>
            </w:r>
            <w:r w:rsidRPr="00FA0C86">
              <w:rPr>
                <w:rFonts w:ascii="Source Sans Pro" w:hAnsi="Source Sans Pro"/>
                <w:b/>
                <w:bCs/>
                <w:color w:val="000000" w:themeColor="text1"/>
                <w:lang w:val="nl-NL"/>
              </w:rPr>
              <w:t>&amp; onbalansoptimalisatie</w:t>
            </w:r>
            <w:r w:rsidRPr="00FA0C86">
              <w:rPr>
                <w:rFonts w:ascii="Source Sans Pro" w:hAnsi="Source Sans Pro"/>
                <w:lang w:val="nl-NL"/>
              </w:rPr>
              <w:t xml:space="preserve"> </w:t>
            </w:r>
            <w:r w:rsidRPr="00FA0C86">
              <w:rPr>
                <w:rFonts w:ascii="Source Sans Pro" w:hAnsi="Source Sans Pro"/>
                <w:lang w:val="nl-NL"/>
              </w:rPr>
              <w:br/>
              <w:t xml:space="preserve">Pagina </w:t>
            </w:r>
            <w:r w:rsidRPr="00FA0C86">
              <w:rPr>
                <w:rFonts w:ascii="Source Sans Pro" w:hAnsi="Source Sans Pro"/>
                <w:b/>
                <w:bCs/>
              </w:rPr>
              <w:fldChar w:fldCharType="begin"/>
            </w:r>
            <w:r w:rsidRPr="00FA0C86">
              <w:rPr>
                <w:rFonts w:ascii="Source Sans Pro" w:hAnsi="Source Sans Pro"/>
                <w:b/>
                <w:bCs/>
                <w:lang w:val="nl-NL"/>
              </w:rPr>
              <w:instrText>PAGE</w:instrText>
            </w:r>
            <w:r w:rsidRPr="00FA0C86">
              <w:rPr>
                <w:rFonts w:ascii="Source Sans Pro" w:hAnsi="Source Sans Pro"/>
                <w:b/>
                <w:bCs/>
              </w:rPr>
              <w:fldChar w:fldCharType="separate"/>
            </w:r>
            <w:r w:rsidRPr="00FA0C86">
              <w:rPr>
                <w:rFonts w:ascii="Source Sans Pro" w:hAnsi="Source Sans Pro"/>
                <w:b/>
                <w:bCs/>
                <w:lang w:val="nl-NL"/>
              </w:rPr>
              <w:t>2</w:t>
            </w:r>
            <w:r w:rsidRPr="00FA0C86">
              <w:rPr>
                <w:rFonts w:ascii="Source Sans Pro" w:hAnsi="Source Sans Pro"/>
                <w:b/>
                <w:bCs/>
              </w:rPr>
              <w:fldChar w:fldCharType="end"/>
            </w:r>
            <w:r w:rsidRPr="00FA0C86">
              <w:rPr>
                <w:rFonts w:ascii="Source Sans Pro" w:hAnsi="Source Sans Pro"/>
                <w:lang w:val="nl-NL"/>
              </w:rPr>
              <w:t xml:space="preserve"> van </w:t>
            </w:r>
            <w:r w:rsidRPr="00FA0C86">
              <w:rPr>
                <w:rFonts w:ascii="Source Sans Pro" w:hAnsi="Source Sans Pro"/>
                <w:b/>
                <w:bCs/>
              </w:rPr>
              <w:fldChar w:fldCharType="begin"/>
            </w:r>
            <w:r w:rsidRPr="00FA0C86">
              <w:rPr>
                <w:rFonts w:ascii="Source Sans Pro" w:hAnsi="Source Sans Pro"/>
                <w:b/>
                <w:bCs/>
                <w:lang w:val="nl-NL"/>
              </w:rPr>
              <w:instrText>NUMPAGES</w:instrText>
            </w:r>
            <w:r w:rsidRPr="00FA0C86">
              <w:rPr>
                <w:rFonts w:ascii="Source Sans Pro" w:hAnsi="Source Sans Pro"/>
                <w:b/>
                <w:bCs/>
              </w:rPr>
              <w:fldChar w:fldCharType="separate"/>
            </w:r>
            <w:r w:rsidRPr="00FA0C86">
              <w:rPr>
                <w:rFonts w:ascii="Source Sans Pro" w:hAnsi="Source Sans Pro"/>
                <w:b/>
                <w:bCs/>
                <w:lang w:val="nl-NL"/>
              </w:rPr>
              <w:t>2</w:t>
            </w:r>
            <w:r w:rsidRPr="00FA0C86">
              <w:rPr>
                <w:rFonts w:ascii="Source Sans Pro" w:hAnsi="Source Sans Pro"/>
                <w:b/>
                <w:bCs/>
              </w:rPr>
              <w:fldChar w:fldCharType="end"/>
            </w:r>
          </w:p>
        </w:sdtContent>
      </w:sdt>
    </w:sdtContent>
  </w:sdt>
  <w:p w14:paraId="6C8D9CC3" w14:textId="77777777" w:rsidR="00371270" w:rsidRPr="000324B2" w:rsidRDefault="00371270" w:rsidP="00371270">
    <w:pPr>
      <w:pStyle w:val="Voettekst"/>
      <w:rPr>
        <w:lang w:val="nl-N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1B248C" w14:textId="77777777" w:rsidR="00D14DD4" w:rsidRDefault="00D14DD4" w:rsidP="00A00BAF">
      <w:pPr>
        <w:spacing w:after="0" w:line="240" w:lineRule="auto"/>
      </w:pPr>
      <w:r>
        <w:separator/>
      </w:r>
    </w:p>
  </w:footnote>
  <w:footnote w:type="continuationSeparator" w:id="0">
    <w:p w14:paraId="458D0194" w14:textId="77777777" w:rsidR="00D14DD4" w:rsidRDefault="00D14DD4" w:rsidP="00A00B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4D2448" w14:textId="063D4260" w:rsidR="00DB011E" w:rsidRPr="00DB011E" w:rsidRDefault="00DB011E" w:rsidP="00DB011E">
    <w:pPr>
      <w:pStyle w:val="Koptekst"/>
      <w:tabs>
        <w:tab w:val="center" w:pos="4253"/>
      </w:tabs>
      <w:rPr>
        <w:rFonts w:ascii="Montserrat Medium" w:hAnsi="Montserrat Medium"/>
        <w:color w:val="808080" w:themeColor="background1" w:themeShade="80"/>
        <w:lang w:val="nl-NL" w:eastAsia="nl-NL"/>
      </w:rPr>
    </w:pPr>
    <w:r w:rsidRPr="00D12BEF">
      <w:rPr>
        <w:rFonts w:ascii="Gill Sans MT" w:hAnsi="Gill Sans MT" w:cs="Arial"/>
        <w:noProof/>
        <w:lang w:eastAsia="nl-NL"/>
      </w:rPr>
      <w:drawing>
        <wp:anchor distT="0" distB="0" distL="114300" distR="114300" simplePos="0" relativeHeight="251659264" behindDoc="0" locked="0" layoutInCell="1" allowOverlap="1" wp14:anchorId="2F730602" wp14:editId="6ABA5743">
          <wp:simplePos x="0" y="0"/>
          <wp:positionH relativeFrom="column">
            <wp:posOffset>-73025</wp:posOffset>
          </wp:positionH>
          <wp:positionV relativeFrom="paragraph">
            <wp:posOffset>-147568</wp:posOffset>
          </wp:positionV>
          <wp:extent cx="727075" cy="484505"/>
          <wp:effectExtent l="0" t="0" r="0" b="0"/>
          <wp:wrapSquare wrapText="bothSides"/>
          <wp:docPr id="946249335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05047126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7075" cy="4845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B011E">
      <w:rPr>
        <w:rFonts w:ascii="Arial" w:hAnsi="Arial" w:cs="Arial"/>
        <w:sz w:val="20"/>
        <w:szCs w:val="20"/>
        <w:lang w:val="nl-NL"/>
      </w:rPr>
      <w:t xml:space="preserve">  </w:t>
    </w:r>
    <w:r w:rsidRPr="00DB011E">
      <w:rPr>
        <w:rFonts w:ascii="Montserrat Medium" w:hAnsi="Montserrat Medium"/>
        <w:color w:val="808080" w:themeColor="background1" w:themeShade="80"/>
        <w:lang w:val="nl-NL" w:eastAsia="nl-NL"/>
      </w:rPr>
      <w:t>Regio Utrecht</w:t>
    </w:r>
    <w:r w:rsidRPr="00DB011E">
      <w:rPr>
        <w:rFonts w:ascii="Montserrat Medium" w:hAnsi="Montserrat Medium"/>
        <w:color w:val="808080" w:themeColor="background1" w:themeShade="80"/>
        <w:lang w:val="nl-NL" w:eastAsia="nl-NL"/>
      </w:rPr>
      <w:tab/>
    </w:r>
    <w:r w:rsidRPr="00DB011E">
      <w:rPr>
        <w:rFonts w:ascii="Montserrat Medium" w:hAnsi="Montserrat Medium"/>
        <w:color w:val="808080" w:themeColor="background1" w:themeShade="80"/>
        <w:lang w:val="nl-NL" w:eastAsia="nl-NL"/>
      </w:rPr>
      <w:tab/>
    </w:r>
    <w:r>
      <w:rPr>
        <w:rFonts w:ascii="Montserrat Medium" w:hAnsi="Montserrat Medium"/>
        <w:color w:val="808080" w:themeColor="background1" w:themeShade="80"/>
        <w:lang w:val="nl-NL" w:eastAsia="nl-NL"/>
      </w:rPr>
      <w:tab/>
    </w:r>
    <w:r w:rsidRPr="00DB011E">
      <w:rPr>
        <w:rFonts w:ascii="Montserrat Medium" w:hAnsi="Montserrat Medium"/>
        <w:color w:val="808080" w:themeColor="background1" w:themeShade="80"/>
        <w:lang w:val="nl-NL" w:eastAsia="nl-NL"/>
      </w:rPr>
      <w:t xml:space="preserve">Bijlage </w:t>
    </w:r>
    <w:r w:rsidR="00E15A1A">
      <w:rPr>
        <w:rFonts w:ascii="Montserrat Medium" w:hAnsi="Montserrat Medium"/>
        <w:color w:val="808080" w:themeColor="background1" w:themeShade="80"/>
        <w:lang w:val="nl-NL" w:eastAsia="nl-NL"/>
      </w:rPr>
      <w:t>9</w:t>
    </w:r>
    <w:r w:rsidRPr="00DB011E">
      <w:rPr>
        <w:rFonts w:ascii="Montserrat Medium" w:hAnsi="Montserrat Medium"/>
        <w:color w:val="808080" w:themeColor="background1" w:themeShade="80"/>
        <w:lang w:val="nl-NL" w:eastAsia="nl-NL"/>
      </w:rPr>
      <w:t xml:space="preserve"> – </w:t>
    </w:r>
    <w:r w:rsidR="00A85376">
      <w:rPr>
        <w:rFonts w:ascii="Montserrat Medium" w:hAnsi="Montserrat Medium"/>
        <w:color w:val="808080" w:themeColor="background1" w:themeShade="80"/>
        <w:lang w:val="nl-NL" w:eastAsia="nl-NL"/>
      </w:rPr>
      <w:t>Referentieformulier</w:t>
    </w:r>
    <w:r w:rsidRPr="00DB011E">
      <w:rPr>
        <w:rFonts w:ascii="Montserrat Medium" w:hAnsi="Montserrat Medium"/>
        <w:color w:val="808080" w:themeColor="background1" w:themeShade="80"/>
        <w:lang w:val="nl-NL" w:eastAsia="nl-NL"/>
      </w:rPr>
      <w:t xml:space="preserve"> </w:t>
    </w:r>
  </w:p>
  <w:p w14:paraId="0C19092C" w14:textId="1F03B0D1" w:rsidR="0091454B" w:rsidRPr="00DB011E" w:rsidRDefault="00DB011E" w:rsidP="00DB011E">
    <w:pPr>
      <w:pStyle w:val="Koptekst"/>
      <w:tabs>
        <w:tab w:val="center" w:pos="4253"/>
      </w:tabs>
      <w:rPr>
        <w:lang w:val="nl-NL"/>
      </w:rPr>
    </w:pPr>
    <w:r w:rsidRPr="00DB011E">
      <w:rPr>
        <w:rFonts w:ascii="Montserrat Medium" w:hAnsi="Montserrat Medium"/>
        <w:color w:val="808080" w:themeColor="background1" w:themeShade="80"/>
        <w:lang w:val="nl-NL" w:eastAsia="nl-NL"/>
      </w:rPr>
      <w:tab/>
    </w:r>
    <w:r w:rsidRPr="00DB011E">
      <w:rPr>
        <w:rFonts w:ascii="Montserrat Medium" w:hAnsi="Montserrat Medium"/>
        <w:color w:val="808080" w:themeColor="background1" w:themeShade="80"/>
        <w:lang w:val="nl-NL" w:eastAsia="nl-NL"/>
      </w:rPr>
      <w:tab/>
    </w:r>
    <w:r>
      <w:rPr>
        <w:rFonts w:ascii="Montserrat Medium" w:hAnsi="Montserrat Medium"/>
        <w:color w:val="808080" w:themeColor="background1" w:themeShade="80"/>
        <w:lang w:val="nl-NL" w:eastAsia="nl-NL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jstnummering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jstnummering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jstopsomteken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jstopsomteken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jstnummering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jstopsomtek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616521659">
    <w:abstractNumId w:val="8"/>
  </w:num>
  <w:num w:numId="2" w16cid:durableId="1120150855">
    <w:abstractNumId w:val="6"/>
  </w:num>
  <w:num w:numId="3" w16cid:durableId="618757910">
    <w:abstractNumId w:val="5"/>
  </w:num>
  <w:num w:numId="4" w16cid:durableId="1586107109">
    <w:abstractNumId w:val="4"/>
  </w:num>
  <w:num w:numId="5" w16cid:durableId="86969860">
    <w:abstractNumId w:val="7"/>
  </w:num>
  <w:num w:numId="6" w16cid:durableId="833766682">
    <w:abstractNumId w:val="3"/>
  </w:num>
  <w:num w:numId="7" w16cid:durableId="2079014365">
    <w:abstractNumId w:val="2"/>
  </w:num>
  <w:num w:numId="8" w16cid:durableId="1889761504">
    <w:abstractNumId w:val="1"/>
  </w:num>
  <w:num w:numId="9" w16cid:durableId="19028592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20726"/>
    <w:rsid w:val="000324B2"/>
    <w:rsid w:val="00034616"/>
    <w:rsid w:val="000554D9"/>
    <w:rsid w:val="0006063C"/>
    <w:rsid w:val="000C189E"/>
    <w:rsid w:val="000C47B9"/>
    <w:rsid w:val="000E4AC6"/>
    <w:rsid w:val="00143933"/>
    <w:rsid w:val="0015074B"/>
    <w:rsid w:val="00172012"/>
    <w:rsid w:val="001C066E"/>
    <w:rsid w:val="001E6560"/>
    <w:rsid w:val="002020BB"/>
    <w:rsid w:val="00221861"/>
    <w:rsid w:val="002803F9"/>
    <w:rsid w:val="0029639D"/>
    <w:rsid w:val="002D66DA"/>
    <w:rsid w:val="002F14C0"/>
    <w:rsid w:val="0032196D"/>
    <w:rsid w:val="00326F90"/>
    <w:rsid w:val="00355B89"/>
    <w:rsid w:val="00371270"/>
    <w:rsid w:val="003E50AF"/>
    <w:rsid w:val="004635B7"/>
    <w:rsid w:val="00581C99"/>
    <w:rsid w:val="005824F6"/>
    <w:rsid w:val="005B2D33"/>
    <w:rsid w:val="006F4681"/>
    <w:rsid w:val="006F4AA1"/>
    <w:rsid w:val="007907BC"/>
    <w:rsid w:val="007E34D4"/>
    <w:rsid w:val="008034F3"/>
    <w:rsid w:val="0085257E"/>
    <w:rsid w:val="00884776"/>
    <w:rsid w:val="0091454B"/>
    <w:rsid w:val="00984989"/>
    <w:rsid w:val="00995607"/>
    <w:rsid w:val="009D31D3"/>
    <w:rsid w:val="00A00BAF"/>
    <w:rsid w:val="00A21761"/>
    <w:rsid w:val="00A519A9"/>
    <w:rsid w:val="00A85376"/>
    <w:rsid w:val="00A874EA"/>
    <w:rsid w:val="00AA1D8D"/>
    <w:rsid w:val="00AD77AD"/>
    <w:rsid w:val="00B26CD5"/>
    <w:rsid w:val="00B47730"/>
    <w:rsid w:val="00B76063"/>
    <w:rsid w:val="00BA5842"/>
    <w:rsid w:val="00BD5C08"/>
    <w:rsid w:val="00C21C7C"/>
    <w:rsid w:val="00C45886"/>
    <w:rsid w:val="00C64DA8"/>
    <w:rsid w:val="00C958A1"/>
    <w:rsid w:val="00CA6443"/>
    <w:rsid w:val="00CB0664"/>
    <w:rsid w:val="00CF04DD"/>
    <w:rsid w:val="00D14DD4"/>
    <w:rsid w:val="00DB011E"/>
    <w:rsid w:val="00DD10B2"/>
    <w:rsid w:val="00E15A1A"/>
    <w:rsid w:val="00E346A5"/>
    <w:rsid w:val="00E81685"/>
    <w:rsid w:val="00EA6EBC"/>
    <w:rsid w:val="00F70746"/>
    <w:rsid w:val="00F7206F"/>
    <w:rsid w:val="00FA0C86"/>
    <w:rsid w:val="00FB4B12"/>
    <w:rsid w:val="00FC5127"/>
    <w:rsid w:val="00FC693F"/>
    <w:rsid w:val="00FD78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4062061"/>
  <w14:defaultImageDpi w14:val="300"/>
  <w15:docId w15:val="{0C99DE8B-15F2-482A-A7CD-DE652B6CB4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FC693F"/>
    <w:rPr>
      <w:rFonts w:ascii="Calibri" w:hAnsi="Calibri"/>
    </w:rPr>
  </w:style>
  <w:style w:type="paragraph" w:styleId="Kop1">
    <w:name w:val="heading 1"/>
    <w:basedOn w:val="Standaard"/>
    <w:next w:val="Standaard"/>
    <w:link w:val="Kop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rsid w:val="00E618BF"/>
  </w:style>
  <w:style w:type="paragraph" w:styleId="Voettekst">
    <w:name w:val="footer"/>
    <w:basedOn w:val="Standaard"/>
    <w:link w:val="Voettekst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E618BF"/>
  </w:style>
  <w:style w:type="paragraph" w:styleId="Geenafstand">
    <w:name w:val="No Spacing"/>
    <w:uiPriority w:val="1"/>
    <w:qFormat/>
    <w:rsid w:val="00FC693F"/>
    <w:pPr>
      <w:spacing w:after="0" w:line="240" w:lineRule="auto"/>
    </w:pPr>
  </w:style>
  <w:style w:type="character" w:customStyle="1" w:styleId="Kop1Char">
    <w:name w:val="Kop 1 Char"/>
    <w:basedOn w:val="Standaardalinea-lettertype"/>
    <w:link w:val="Kop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Kop2Char">
    <w:name w:val="Kop 2 Char"/>
    <w:basedOn w:val="Standaardalinea-lettertype"/>
    <w:link w:val="Kop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Kop3Char">
    <w:name w:val="Kop 3 Char"/>
    <w:basedOn w:val="Standaardalinea-lettertype"/>
    <w:link w:val="Kop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el">
    <w:name w:val="Title"/>
    <w:basedOn w:val="Standaard"/>
    <w:next w:val="Standaard"/>
    <w:link w:val="Titel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Char">
    <w:name w:val="Titel Char"/>
    <w:basedOn w:val="Standaardalinea-lettertype"/>
    <w:link w:val="Titel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jstalinea">
    <w:name w:val="List Paragraph"/>
    <w:basedOn w:val="Standaard"/>
    <w:uiPriority w:val="34"/>
    <w:qFormat/>
    <w:rsid w:val="00FC693F"/>
    <w:pPr>
      <w:ind w:left="720"/>
      <w:contextualSpacing/>
    </w:pPr>
  </w:style>
  <w:style w:type="paragraph" w:styleId="Plattetekst">
    <w:name w:val="Body Text"/>
    <w:basedOn w:val="Standaard"/>
    <w:link w:val="PlattetekstChar"/>
    <w:uiPriority w:val="99"/>
    <w:unhideWhenUsed/>
    <w:rsid w:val="00AA1D8D"/>
    <w:pPr>
      <w:spacing w:after="120"/>
    </w:pPr>
  </w:style>
  <w:style w:type="character" w:customStyle="1" w:styleId="PlattetekstChar">
    <w:name w:val="Platte tekst Char"/>
    <w:basedOn w:val="Standaardalinea-lettertype"/>
    <w:link w:val="Plattetekst"/>
    <w:uiPriority w:val="99"/>
    <w:rsid w:val="00AA1D8D"/>
  </w:style>
  <w:style w:type="paragraph" w:styleId="Plattetekst2">
    <w:name w:val="Body Text 2"/>
    <w:basedOn w:val="Standaard"/>
    <w:link w:val="Plattetekst2Char"/>
    <w:uiPriority w:val="99"/>
    <w:unhideWhenUsed/>
    <w:rsid w:val="00AA1D8D"/>
    <w:pPr>
      <w:spacing w:after="120" w:line="480" w:lineRule="auto"/>
    </w:pPr>
  </w:style>
  <w:style w:type="character" w:customStyle="1" w:styleId="Plattetekst2Char">
    <w:name w:val="Platte tekst 2 Char"/>
    <w:basedOn w:val="Standaardalinea-lettertype"/>
    <w:link w:val="Plattetekst2"/>
    <w:uiPriority w:val="99"/>
    <w:rsid w:val="00AA1D8D"/>
  </w:style>
  <w:style w:type="paragraph" w:styleId="Plattetekst3">
    <w:name w:val="Body Text 3"/>
    <w:basedOn w:val="Standaard"/>
    <w:link w:val="Platteteks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Plattetekst3Char">
    <w:name w:val="Platte tekst 3 Char"/>
    <w:basedOn w:val="Standaardalinea-lettertype"/>
    <w:link w:val="Plattetekst3"/>
    <w:uiPriority w:val="99"/>
    <w:rsid w:val="00AA1D8D"/>
    <w:rPr>
      <w:sz w:val="16"/>
      <w:szCs w:val="16"/>
    </w:rPr>
  </w:style>
  <w:style w:type="paragraph" w:styleId="Lijst">
    <w:name w:val="List"/>
    <w:basedOn w:val="Standaard"/>
    <w:uiPriority w:val="99"/>
    <w:unhideWhenUsed/>
    <w:rsid w:val="00AA1D8D"/>
    <w:pPr>
      <w:ind w:left="360" w:hanging="360"/>
      <w:contextualSpacing/>
    </w:pPr>
  </w:style>
  <w:style w:type="paragraph" w:styleId="Lijst2">
    <w:name w:val="List 2"/>
    <w:basedOn w:val="Standaard"/>
    <w:uiPriority w:val="99"/>
    <w:unhideWhenUsed/>
    <w:rsid w:val="00326F90"/>
    <w:pPr>
      <w:ind w:left="720" w:hanging="360"/>
      <w:contextualSpacing/>
    </w:pPr>
  </w:style>
  <w:style w:type="paragraph" w:styleId="Lijst3">
    <w:name w:val="List 3"/>
    <w:basedOn w:val="Standaard"/>
    <w:uiPriority w:val="99"/>
    <w:unhideWhenUsed/>
    <w:rsid w:val="00326F90"/>
    <w:pPr>
      <w:ind w:left="1080" w:hanging="360"/>
      <w:contextualSpacing/>
    </w:pPr>
  </w:style>
  <w:style w:type="paragraph" w:styleId="Lijstopsomteken">
    <w:name w:val="List Bullet"/>
    <w:basedOn w:val="Standaard"/>
    <w:uiPriority w:val="99"/>
    <w:unhideWhenUsed/>
    <w:rsid w:val="00326F90"/>
    <w:pPr>
      <w:numPr>
        <w:numId w:val="1"/>
      </w:numPr>
      <w:contextualSpacing/>
    </w:pPr>
  </w:style>
  <w:style w:type="paragraph" w:styleId="Lijstopsomteken2">
    <w:name w:val="List Bullet 2"/>
    <w:basedOn w:val="Standaard"/>
    <w:uiPriority w:val="99"/>
    <w:unhideWhenUsed/>
    <w:rsid w:val="00326F90"/>
    <w:pPr>
      <w:numPr>
        <w:numId w:val="2"/>
      </w:numPr>
      <w:contextualSpacing/>
    </w:pPr>
  </w:style>
  <w:style w:type="paragraph" w:styleId="Lijstopsomteken3">
    <w:name w:val="List Bullet 3"/>
    <w:basedOn w:val="Standaard"/>
    <w:uiPriority w:val="99"/>
    <w:unhideWhenUsed/>
    <w:rsid w:val="00326F90"/>
    <w:pPr>
      <w:numPr>
        <w:numId w:val="3"/>
      </w:numPr>
      <w:contextualSpacing/>
    </w:pPr>
  </w:style>
  <w:style w:type="paragraph" w:styleId="Lijstnummering">
    <w:name w:val="List Number"/>
    <w:basedOn w:val="Standaard"/>
    <w:uiPriority w:val="99"/>
    <w:unhideWhenUsed/>
    <w:rsid w:val="00326F90"/>
    <w:pPr>
      <w:numPr>
        <w:numId w:val="5"/>
      </w:numPr>
      <w:contextualSpacing/>
    </w:pPr>
  </w:style>
  <w:style w:type="paragraph" w:styleId="Lijstnummering2">
    <w:name w:val="List Number 2"/>
    <w:basedOn w:val="Standaard"/>
    <w:uiPriority w:val="99"/>
    <w:unhideWhenUsed/>
    <w:rsid w:val="0029639D"/>
    <w:pPr>
      <w:numPr>
        <w:numId w:val="6"/>
      </w:numPr>
      <w:contextualSpacing/>
    </w:pPr>
  </w:style>
  <w:style w:type="paragraph" w:styleId="Lijstnummering3">
    <w:name w:val="List Number 3"/>
    <w:basedOn w:val="Standaard"/>
    <w:uiPriority w:val="99"/>
    <w:unhideWhenUsed/>
    <w:rsid w:val="0029639D"/>
    <w:pPr>
      <w:numPr>
        <w:numId w:val="7"/>
      </w:numPr>
      <w:contextualSpacing/>
    </w:pPr>
  </w:style>
  <w:style w:type="paragraph" w:styleId="Lijstvoortzetting">
    <w:name w:val="List Continue"/>
    <w:basedOn w:val="Standaard"/>
    <w:uiPriority w:val="99"/>
    <w:unhideWhenUsed/>
    <w:rsid w:val="0029639D"/>
    <w:pPr>
      <w:spacing w:after="120"/>
      <w:ind w:left="360"/>
      <w:contextualSpacing/>
    </w:pPr>
  </w:style>
  <w:style w:type="paragraph" w:styleId="Lijstvoortzetting2">
    <w:name w:val="List Continue 2"/>
    <w:basedOn w:val="Standaard"/>
    <w:uiPriority w:val="99"/>
    <w:unhideWhenUsed/>
    <w:rsid w:val="0029639D"/>
    <w:pPr>
      <w:spacing w:after="120"/>
      <w:ind w:left="720"/>
      <w:contextualSpacing/>
    </w:pPr>
  </w:style>
  <w:style w:type="paragraph" w:styleId="Lijstvoortzetting3">
    <w:name w:val="List Continue 3"/>
    <w:basedOn w:val="Standaard"/>
    <w:uiPriority w:val="99"/>
    <w:unhideWhenUsed/>
    <w:rsid w:val="0029639D"/>
    <w:pPr>
      <w:spacing w:after="120"/>
      <w:ind w:left="1080"/>
      <w:contextualSpacing/>
    </w:pPr>
  </w:style>
  <w:style w:type="paragraph" w:styleId="Macrotekst">
    <w:name w:val="macro"/>
    <w:link w:val="Macroteks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kstChar">
    <w:name w:val="Macrotekst Char"/>
    <w:basedOn w:val="Standaardalinea-lettertype"/>
    <w:link w:val="Macrotekst"/>
    <w:uiPriority w:val="99"/>
    <w:rsid w:val="0029639D"/>
    <w:rPr>
      <w:rFonts w:ascii="Courier" w:hAnsi="Courier"/>
      <w:sz w:val="20"/>
      <w:szCs w:val="20"/>
    </w:rPr>
  </w:style>
  <w:style w:type="paragraph" w:styleId="Citaat">
    <w:name w:val="Quote"/>
    <w:basedOn w:val="Standaard"/>
    <w:next w:val="Standaard"/>
    <w:link w:val="CitaatChar"/>
    <w:uiPriority w:val="29"/>
    <w:qFormat/>
    <w:rsid w:val="00FC693F"/>
    <w:rPr>
      <w:i/>
      <w:iCs/>
      <w:color w:val="000000" w:themeColor="text1"/>
    </w:rPr>
  </w:style>
  <w:style w:type="character" w:customStyle="1" w:styleId="CitaatChar">
    <w:name w:val="Citaat Char"/>
    <w:basedOn w:val="Standaardalinea-lettertype"/>
    <w:link w:val="Citaat"/>
    <w:uiPriority w:val="29"/>
    <w:rsid w:val="00FC693F"/>
    <w:rPr>
      <w:i/>
      <w:iCs/>
      <w:color w:val="000000" w:themeColor="text1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Zwaar">
    <w:name w:val="Strong"/>
    <w:basedOn w:val="Standaardalinea-lettertype"/>
    <w:uiPriority w:val="22"/>
    <w:qFormat/>
    <w:rsid w:val="00FC693F"/>
    <w:rPr>
      <w:b/>
      <w:bCs/>
    </w:rPr>
  </w:style>
  <w:style w:type="character" w:styleId="Nadruk">
    <w:name w:val="Emphasis"/>
    <w:basedOn w:val="Standaardalinea-lettertype"/>
    <w:uiPriority w:val="20"/>
    <w:qFormat/>
    <w:rsid w:val="00FC693F"/>
    <w:rPr>
      <w:i/>
      <w:iCs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FC693F"/>
    <w:rPr>
      <w:b/>
      <w:bCs/>
      <w:i/>
      <w:iCs/>
      <w:color w:val="4F81BD" w:themeColor="accent1"/>
    </w:rPr>
  </w:style>
  <w:style w:type="character" w:styleId="Subtielebenadrukking">
    <w:name w:val="Subtle Emphasis"/>
    <w:basedOn w:val="Standaardalinea-lettertype"/>
    <w:uiPriority w:val="19"/>
    <w:qFormat/>
    <w:rsid w:val="00FC693F"/>
    <w:rPr>
      <w:i/>
      <w:iCs/>
      <w:color w:val="808080" w:themeColor="text1" w:themeTint="7F"/>
    </w:rPr>
  </w:style>
  <w:style w:type="character" w:styleId="Intensievebenadrukking">
    <w:name w:val="Intense Emphasis"/>
    <w:basedOn w:val="Standaardalinea-lettertype"/>
    <w:uiPriority w:val="21"/>
    <w:qFormat/>
    <w:rsid w:val="00FC693F"/>
    <w:rPr>
      <w:b/>
      <w:bCs/>
      <w:i/>
      <w:iCs/>
      <w:color w:val="4F81BD" w:themeColor="accent1"/>
    </w:rPr>
  </w:style>
  <w:style w:type="character" w:styleId="Subtieleverwijzing">
    <w:name w:val="Subtle Reference"/>
    <w:basedOn w:val="Standaardalinea-lettertype"/>
    <w:uiPriority w:val="31"/>
    <w:qFormat/>
    <w:rsid w:val="00FC693F"/>
    <w:rPr>
      <w:smallCaps/>
      <w:color w:val="C0504D" w:themeColor="accent2"/>
      <w:u w:val="single"/>
    </w:rPr>
  </w:style>
  <w:style w:type="character" w:styleId="Intensieveverwijzing">
    <w:name w:val="Intense Reference"/>
    <w:basedOn w:val="Standaardalinea-lettertype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Titelvanboek">
    <w:name w:val="Book Title"/>
    <w:basedOn w:val="Standaardalinea-lettertype"/>
    <w:uiPriority w:val="33"/>
    <w:qFormat/>
    <w:rsid w:val="00FC693F"/>
    <w:rPr>
      <w:b/>
      <w:bCs/>
      <w:smallCaps/>
      <w:spacing w:val="5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FC693F"/>
    <w:pPr>
      <w:outlineLvl w:val="9"/>
    </w:pPr>
  </w:style>
  <w:style w:type="table" w:styleId="Tabelraster">
    <w:name w:val="Table Grid"/>
    <w:basedOn w:val="Standaardtabel"/>
    <w:uiPriority w:val="3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chtearcering">
    <w:name w:val="Light Shading"/>
    <w:basedOn w:val="Standaardtabe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chtearcering-accent1">
    <w:name w:val="Light Shading Accent 1"/>
    <w:basedOn w:val="Standaardtabe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chtearcering-accent2">
    <w:name w:val="Light Shading Accent 2"/>
    <w:basedOn w:val="Standaardtabe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chtearcering-accent3">
    <w:name w:val="Light Shading Accent 3"/>
    <w:basedOn w:val="Standaardtabe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chtearcering-accent4">
    <w:name w:val="Light Shading Accent 4"/>
    <w:basedOn w:val="Standaardtabe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chtearcering-accent5">
    <w:name w:val="Light Shading Accent 5"/>
    <w:basedOn w:val="Standaardtabe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chtearcering-accent6">
    <w:name w:val="Light Shading Accent 6"/>
    <w:basedOn w:val="Standaardtabe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chtelijst">
    <w:name w:val="Light List"/>
    <w:basedOn w:val="Standaardtabe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chtelijst-accent1">
    <w:name w:val="Light List Accent 1"/>
    <w:basedOn w:val="Standaardtabe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chtelijst-accent2">
    <w:name w:val="Light List Accent 2"/>
    <w:basedOn w:val="Standaardtabe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chtelijst-accent3">
    <w:name w:val="Light List Accent 3"/>
    <w:basedOn w:val="Standaardtabe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chtelijst-accent4">
    <w:name w:val="Light List Accent 4"/>
    <w:basedOn w:val="Standaardtabe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chtelijst-accent5">
    <w:name w:val="Light List Accent 5"/>
    <w:basedOn w:val="Standaardtabe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chtelijst-accent6">
    <w:name w:val="Light List Accent 6"/>
    <w:basedOn w:val="Standaardtabe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chtraster">
    <w:name w:val="Light Grid"/>
    <w:basedOn w:val="Standaardtabe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chtraster-accent1">
    <w:name w:val="Light Grid Accent 1"/>
    <w:basedOn w:val="Standaardtabe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chtraster-accent2">
    <w:name w:val="Light Grid Accent 2"/>
    <w:basedOn w:val="Standaardtabe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chtraster-accent3">
    <w:name w:val="Light Grid Accent 3"/>
    <w:basedOn w:val="Standaardtabe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chtraster-accent4">
    <w:name w:val="Light Grid Accent 4"/>
    <w:basedOn w:val="Standaardtabe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chtraster-accent5">
    <w:name w:val="Light Grid Accent 5"/>
    <w:basedOn w:val="Standaardtabe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chtraster-accent6">
    <w:name w:val="Light Grid Accent 6"/>
    <w:basedOn w:val="Standaardtabe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Gemiddeldearcering1">
    <w:name w:val="Medium Shading 1"/>
    <w:basedOn w:val="Standaardtabe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1">
    <w:name w:val="Medium Shading 1 Accent 1"/>
    <w:basedOn w:val="Standaardtabe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2">
    <w:name w:val="Medium Shading 1 Accent 2"/>
    <w:basedOn w:val="Standaardtabe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3">
    <w:name w:val="Medium Shading 1 Accent 3"/>
    <w:basedOn w:val="Standaardtabe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4">
    <w:name w:val="Medium Shading 1 Accent 4"/>
    <w:basedOn w:val="Standaardtabe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5">
    <w:name w:val="Medium Shading 1 Accent 5"/>
    <w:basedOn w:val="Standaardtabe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6">
    <w:name w:val="Medium Shading 1 Accent 6"/>
    <w:basedOn w:val="Standaardtabe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2">
    <w:name w:val="Medium Shading 2"/>
    <w:basedOn w:val="Standaardtabe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arcering2-accent1">
    <w:name w:val="Medium Shading 2 Accent 1"/>
    <w:basedOn w:val="Standaardtabe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arcering2-accent2">
    <w:name w:val="Medium Shading 2 Accent 2"/>
    <w:basedOn w:val="Standaardtabe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arcering2-accent3">
    <w:name w:val="Medium Shading 2 Accent 3"/>
    <w:basedOn w:val="Standaardtabe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arcering2-accent4">
    <w:name w:val="Medium Shading 2 Accent 4"/>
    <w:basedOn w:val="Standaardtabe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arcering2-accent5">
    <w:name w:val="Medium Shading 2 Accent 5"/>
    <w:basedOn w:val="Standaardtabe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arcering2-accent6">
    <w:name w:val="Medium Shading 2 Accent 6"/>
    <w:basedOn w:val="Standaardtabe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lijst1">
    <w:name w:val="Medium List 1"/>
    <w:basedOn w:val="Standaardtabe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Gemiddeldelijst1-accent1">
    <w:name w:val="Medium List 1 Accent 1"/>
    <w:basedOn w:val="Standaardtabe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Gemiddeldelijst1-accent2">
    <w:name w:val="Medium List 1 Accent 2"/>
    <w:basedOn w:val="Standaardtabe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Gemiddeldelijst1-accent3">
    <w:name w:val="Medium List 1 Accent 3"/>
    <w:basedOn w:val="Standaardtabe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Gemiddeldelijst1-accent4">
    <w:name w:val="Medium List 1 Accent 4"/>
    <w:basedOn w:val="Standaardtabe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Gemiddeldelijst1-accent5">
    <w:name w:val="Medium List 1 Accent 5"/>
    <w:basedOn w:val="Standaardtabe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Gemiddeldelijst1-accent6">
    <w:name w:val="Medium List 1 Accent 6"/>
    <w:basedOn w:val="Standaardtabe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Gemiddeldelijst2">
    <w:name w:val="Medium List 2"/>
    <w:basedOn w:val="Standaardtabe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1">
    <w:name w:val="Medium List 2 Accent 1"/>
    <w:basedOn w:val="Standaardtabe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2">
    <w:name w:val="Medium List 2 Accent 2"/>
    <w:basedOn w:val="Standaardtabe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3">
    <w:name w:val="Medium List 2 Accent 3"/>
    <w:basedOn w:val="Standaardtabe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4">
    <w:name w:val="Medium List 2 Accent 4"/>
    <w:basedOn w:val="Standaardtabe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5">
    <w:name w:val="Medium List 2 Accent 5"/>
    <w:basedOn w:val="Standaardtabe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6">
    <w:name w:val="Medium List 2 Accent 6"/>
    <w:basedOn w:val="Standaardtabe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raster1">
    <w:name w:val="Medium Grid 1"/>
    <w:basedOn w:val="Standaardtabe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emiddeldraster1-accent1">
    <w:name w:val="Medium Grid 1 Accent 1"/>
    <w:basedOn w:val="Standaardtabe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emiddeldraster1-accent2">
    <w:name w:val="Medium Grid 1 Accent 2"/>
    <w:basedOn w:val="Standaardtabe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emiddeldraster1-accent3">
    <w:name w:val="Medium Grid 1 Accent 3"/>
    <w:basedOn w:val="Standaardtabe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emiddeldraster1-accent4">
    <w:name w:val="Medium Grid 1 Accent 4"/>
    <w:basedOn w:val="Standaardtabe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emiddeldraster1-accent5">
    <w:name w:val="Medium Grid 1 Accent 5"/>
    <w:basedOn w:val="Standaardtabe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emiddeldraster1-accent6">
    <w:name w:val="Medium Grid 1 Accent 6"/>
    <w:basedOn w:val="Standaardtabe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Gemiddeldraster2">
    <w:name w:val="Medium Grid 2"/>
    <w:basedOn w:val="Standaardtabe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1">
    <w:name w:val="Medium Grid 2 Accent 1"/>
    <w:basedOn w:val="Standaardtabe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2">
    <w:name w:val="Medium Grid 2 Accent 2"/>
    <w:basedOn w:val="Standaardtabe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3">
    <w:name w:val="Medium Grid 2 Accent 3"/>
    <w:basedOn w:val="Standaardtabe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4">
    <w:name w:val="Medium Grid 2 Accent 4"/>
    <w:basedOn w:val="Standaardtabe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5">
    <w:name w:val="Medium Grid 2 Accent 5"/>
    <w:basedOn w:val="Standaardtabe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6">
    <w:name w:val="Medium Grid 2 Accent 6"/>
    <w:basedOn w:val="Standaardtabe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3">
    <w:name w:val="Medium Grid 3"/>
    <w:basedOn w:val="Standaardtabe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emiddeldraster3-accent1">
    <w:name w:val="Medium Grid 3 Accent 1"/>
    <w:basedOn w:val="Standaardtabe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Gemiddeldraster3-accent2">
    <w:name w:val="Medium Grid 3 Accent 2"/>
    <w:basedOn w:val="Standaardtabe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Gemiddeldraster3-accent3">
    <w:name w:val="Medium Grid 3 Accent 3"/>
    <w:basedOn w:val="Standaardtabe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Gemiddeldraster3-accent4">
    <w:name w:val="Medium Grid 3 Accent 4"/>
    <w:basedOn w:val="Standaardtabe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Gemiddeldraster3-accent5">
    <w:name w:val="Medium Grid 3 Accent 5"/>
    <w:basedOn w:val="Standaardtabe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Gemiddeldraster3-accent6">
    <w:name w:val="Medium Grid 3 Accent 6"/>
    <w:basedOn w:val="Standaardtabe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onkerelijst">
    <w:name w:val="Dark List"/>
    <w:basedOn w:val="Standaardtabe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onkerelijst-accent1">
    <w:name w:val="Dark List Accent 1"/>
    <w:basedOn w:val="Standaardtabe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onkerelijst-accent2">
    <w:name w:val="Dark List Accent 2"/>
    <w:basedOn w:val="Standaardtabe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onkerelijst-accent3">
    <w:name w:val="Dark List Accent 3"/>
    <w:basedOn w:val="Standaardtabe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onkerelijst-accent4">
    <w:name w:val="Dark List Accent 4"/>
    <w:basedOn w:val="Standaardtabe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onkerelijst-accent5">
    <w:name w:val="Dark List Accent 5"/>
    <w:basedOn w:val="Standaardtabe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onkerelijst-accent6">
    <w:name w:val="Dark List Accent 6"/>
    <w:basedOn w:val="Standaardtabe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Kleurrijkearcering">
    <w:name w:val="Colorful Shading"/>
    <w:basedOn w:val="Standaardtabe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1">
    <w:name w:val="Colorful Shading Accent 1"/>
    <w:basedOn w:val="Standaardtabe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2">
    <w:name w:val="Colorful Shading Accent 2"/>
    <w:basedOn w:val="Standaardtabe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3">
    <w:name w:val="Colorful Shading Accent 3"/>
    <w:basedOn w:val="Standaardtabe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Kleurrijkearcering-accent4">
    <w:name w:val="Colorful Shading Accent 4"/>
    <w:basedOn w:val="Standaardtabe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5">
    <w:name w:val="Colorful Shading Accent 5"/>
    <w:basedOn w:val="Standaardtabe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6">
    <w:name w:val="Colorful Shading Accent 6"/>
    <w:basedOn w:val="Standaardtabe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lijst">
    <w:name w:val="Colorful List"/>
    <w:basedOn w:val="Standaardtabe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leurrijkelijst-accent1">
    <w:name w:val="Colorful List Accent 1"/>
    <w:basedOn w:val="Standaardtabe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Kleurrijkelijst-accent2">
    <w:name w:val="Colorful List Accent 2"/>
    <w:basedOn w:val="Standaardtabe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Kleurrijkelijst-accent3">
    <w:name w:val="Colorful List Accent 3"/>
    <w:basedOn w:val="Standaardtabe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Kleurrijkelijst-accent4">
    <w:name w:val="Colorful List Accent 4"/>
    <w:basedOn w:val="Standaardtabe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Kleurrijkelijst-accent5">
    <w:name w:val="Colorful List Accent 5"/>
    <w:basedOn w:val="Standaardtabe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Kleurrijkelijst-accent6">
    <w:name w:val="Colorful List Accent 6"/>
    <w:basedOn w:val="Standaardtabe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Kleurrijkraster">
    <w:name w:val="Colorful Grid"/>
    <w:basedOn w:val="Standaardtabe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leurrijkraster-accent1">
    <w:name w:val="Colorful Grid Accent 1"/>
    <w:basedOn w:val="Standaardtabe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Kleurrijkraster-accent2">
    <w:name w:val="Colorful Grid Accent 2"/>
    <w:basedOn w:val="Standaardtabe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Kleurrijkraster-accent3">
    <w:name w:val="Colorful Grid Accent 3"/>
    <w:basedOn w:val="Standaardtabe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Kleurrijkraster-accent4">
    <w:name w:val="Colorful Grid Accent 4"/>
    <w:basedOn w:val="Standaardtabe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Kleurrijkraster-accent5">
    <w:name w:val="Colorful Grid Accent 5"/>
    <w:basedOn w:val="Standaardtabe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Kleurrijkraster-accent6">
    <w:name w:val="Colorful Grid Accent 6"/>
    <w:basedOn w:val="Standaardtabe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135</Words>
  <Characters>1066</Characters>
  <Application>Microsoft Office Word</Application>
  <DocSecurity>0</DocSecurity>
  <Lines>133</Lines>
  <Paragraphs>41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1160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David Godeschalk</cp:lastModifiedBy>
  <cp:revision>53</cp:revision>
  <dcterms:created xsi:type="dcterms:W3CDTF">2013-12-23T23:15:00Z</dcterms:created>
  <dcterms:modified xsi:type="dcterms:W3CDTF">2026-04-01T13:33:00Z</dcterms:modified>
  <cp:category/>
</cp:coreProperties>
</file>