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B7F80" w14:textId="24803B0D" w:rsidR="00C90CB2" w:rsidRPr="00456779" w:rsidRDefault="00000000">
      <w:pPr>
        <w:pStyle w:val="Kop1"/>
        <w:rPr>
          <w:color w:val="auto"/>
          <w:lang w:val="nl-NL"/>
        </w:rPr>
      </w:pPr>
      <w:r w:rsidRPr="00456779">
        <w:rPr>
          <w:color w:val="auto"/>
          <w:lang w:val="nl-NL"/>
        </w:rPr>
        <w:t>DNR 2011 – Takenlijst – Project Laadinfra Afvalstoffendienst</w:t>
      </w:r>
    </w:p>
    <w:p w14:paraId="2CCB15C1" w14:textId="77777777" w:rsidR="00C90CB2" w:rsidRPr="00456779" w:rsidRDefault="00000000">
      <w:pPr>
        <w:pStyle w:val="Kop2"/>
        <w:rPr>
          <w:color w:val="auto"/>
          <w:lang w:val="nl-NL"/>
        </w:rPr>
      </w:pPr>
      <w:r w:rsidRPr="00456779">
        <w:rPr>
          <w:color w:val="auto"/>
          <w:lang w:val="nl-NL"/>
        </w:rPr>
        <w:t>Fase 0 – Initiatief / Inkoopfase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C90CB2" w14:paraId="6C8C6E8C" w14:textId="77777777">
        <w:tc>
          <w:tcPr>
            <w:tcW w:w="2880" w:type="dxa"/>
          </w:tcPr>
          <w:p w14:paraId="060E496F" w14:textId="77777777" w:rsidR="00C90CB2" w:rsidRPr="00456779" w:rsidRDefault="00000000">
            <w:pPr>
              <w:rPr>
                <w:b/>
                <w:bCs/>
              </w:rPr>
            </w:pPr>
            <w:proofErr w:type="spellStart"/>
            <w:r w:rsidRPr="00456779">
              <w:rPr>
                <w:b/>
                <w:bCs/>
              </w:rPr>
              <w:t>Werkzaamheid</w:t>
            </w:r>
            <w:proofErr w:type="spellEnd"/>
          </w:p>
        </w:tc>
        <w:tc>
          <w:tcPr>
            <w:tcW w:w="2880" w:type="dxa"/>
          </w:tcPr>
          <w:p w14:paraId="6D23E344" w14:textId="77777777" w:rsidR="00C90CB2" w:rsidRPr="00456779" w:rsidRDefault="00000000">
            <w:pPr>
              <w:rPr>
                <w:b/>
                <w:bCs/>
              </w:rPr>
            </w:pPr>
            <w:r w:rsidRPr="00456779">
              <w:rPr>
                <w:b/>
                <w:bCs/>
              </w:rPr>
              <w:t>Verantwoordelijke partij</w:t>
            </w:r>
          </w:p>
        </w:tc>
        <w:tc>
          <w:tcPr>
            <w:tcW w:w="2880" w:type="dxa"/>
          </w:tcPr>
          <w:p w14:paraId="14D28D89" w14:textId="77777777" w:rsidR="00C90CB2" w:rsidRPr="00456779" w:rsidRDefault="00000000">
            <w:pPr>
              <w:rPr>
                <w:b/>
                <w:bCs/>
              </w:rPr>
            </w:pPr>
            <w:r w:rsidRPr="00456779">
              <w:rPr>
                <w:b/>
                <w:bCs/>
              </w:rPr>
              <w:t>Toelichting</w:t>
            </w:r>
          </w:p>
        </w:tc>
      </w:tr>
      <w:tr w:rsidR="00C90CB2" w14:paraId="35F17305" w14:textId="77777777">
        <w:tc>
          <w:tcPr>
            <w:tcW w:w="2880" w:type="dxa"/>
          </w:tcPr>
          <w:p w14:paraId="6279F063" w14:textId="77777777" w:rsidR="00C90CB2" w:rsidRDefault="00000000">
            <w:r>
              <w:t>Opstellen taakstellend budget</w:t>
            </w:r>
          </w:p>
        </w:tc>
        <w:tc>
          <w:tcPr>
            <w:tcW w:w="2880" w:type="dxa"/>
          </w:tcPr>
          <w:p w14:paraId="7B07E5CB" w14:textId="77777777" w:rsidR="00C90CB2" w:rsidRDefault="00000000">
            <w:r>
              <w:t>Gemeente</w:t>
            </w:r>
          </w:p>
        </w:tc>
        <w:tc>
          <w:tcPr>
            <w:tcW w:w="2880" w:type="dxa"/>
          </w:tcPr>
          <w:p w14:paraId="7907A929" w14:textId="77777777" w:rsidR="00C90CB2" w:rsidRDefault="00C90CB2"/>
        </w:tc>
      </w:tr>
      <w:tr w:rsidR="00C90CB2" w:rsidRPr="00456779" w14:paraId="2C73E957" w14:textId="77777777">
        <w:tc>
          <w:tcPr>
            <w:tcW w:w="2880" w:type="dxa"/>
          </w:tcPr>
          <w:p w14:paraId="50F98255" w14:textId="77777777" w:rsidR="00C90CB2" w:rsidRPr="00456779" w:rsidRDefault="00000000">
            <w:pPr>
              <w:rPr>
                <w:lang w:val="nl-NL"/>
              </w:rPr>
            </w:pPr>
            <w:r w:rsidRPr="00456779">
              <w:rPr>
                <w:lang w:val="nl-NL"/>
              </w:rPr>
              <w:t>Verkenning technische haalbaarheid en oplossingsrichtingen</w:t>
            </w:r>
          </w:p>
        </w:tc>
        <w:tc>
          <w:tcPr>
            <w:tcW w:w="2880" w:type="dxa"/>
          </w:tcPr>
          <w:p w14:paraId="0F09E806" w14:textId="79306A31" w:rsidR="00C90CB2" w:rsidRDefault="00000000">
            <w:proofErr w:type="spellStart"/>
            <w:r>
              <w:t>Gemeente</w:t>
            </w:r>
            <w:proofErr w:type="spellEnd"/>
          </w:p>
        </w:tc>
        <w:tc>
          <w:tcPr>
            <w:tcW w:w="2880" w:type="dxa"/>
          </w:tcPr>
          <w:p w14:paraId="0A16EC4D" w14:textId="366C08B7" w:rsidR="00C90CB2" w:rsidRPr="00456779" w:rsidRDefault="00C90CB2">
            <w:pPr>
              <w:rPr>
                <w:lang w:val="nl-NL"/>
              </w:rPr>
            </w:pPr>
          </w:p>
        </w:tc>
      </w:tr>
    </w:tbl>
    <w:p w14:paraId="1AB760AD" w14:textId="77777777" w:rsidR="00C90CB2" w:rsidRPr="00456779" w:rsidRDefault="00000000">
      <w:pPr>
        <w:pStyle w:val="Kop2"/>
        <w:rPr>
          <w:color w:val="auto"/>
        </w:rPr>
      </w:pPr>
      <w:r w:rsidRPr="00456779">
        <w:rPr>
          <w:color w:val="auto"/>
        </w:rPr>
        <w:t xml:space="preserve">Fase 1 – </w:t>
      </w:r>
      <w:proofErr w:type="spellStart"/>
      <w:r w:rsidRPr="00456779">
        <w:rPr>
          <w:color w:val="auto"/>
        </w:rPr>
        <w:t>Voorbereidingsfase</w:t>
      </w:r>
      <w:proofErr w:type="spellEnd"/>
      <w:r w:rsidRPr="00456779">
        <w:rPr>
          <w:color w:val="auto"/>
        </w:rPr>
        <w:t xml:space="preserve"> (VO)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C90CB2" w14:paraId="22BE13AD" w14:textId="77777777">
        <w:tc>
          <w:tcPr>
            <w:tcW w:w="2880" w:type="dxa"/>
          </w:tcPr>
          <w:p w14:paraId="08049768" w14:textId="77777777" w:rsidR="00C90CB2" w:rsidRPr="00456779" w:rsidRDefault="00000000">
            <w:pPr>
              <w:rPr>
                <w:b/>
                <w:bCs/>
              </w:rPr>
            </w:pPr>
            <w:r w:rsidRPr="00456779">
              <w:rPr>
                <w:b/>
                <w:bCs/>
              </w:rPr>
              <w:t>Werkzaamheid</w:t>
            </w:r>
          </w:p>
        </w:tc>
        <w:tc>
          <w:tcPr>
            <w:tcW w:w="2880" w:type="dxa"/>
          </w:tcPr>
          <w:p w14:paraId="333119FE" w14:textId="77777777" w:rsidR="00C90CB2" w:rsidRPr="00456779" w:rsidRDefault="00000000">
            <w:pPr>
              <w:rPr>
                <w:b/>
                <w:bCs/>
              </w:rPr>
            </w:pPr>
            <w:r w:rsidRPr="00456779">
              <w:rPr>
                <w:b/>
                <w:bCs/>
              </w:rPr>
              <w:t>Verantwoordelijke partij</w:t>
            </w:r>
          </w:p>
        </w:tc>
        <w:tc>
          <w:tcPr>
            <w:tcW w:w="2880" w:type="dxa"/>
          </w:tcPr>
          <w:p w14:paraId="7DBEFB5D" w14:textId="77777777" w:rsidR="00C90CB2" w:rsidRPr="00456779" w:rsidRDefault="00000000">
            <w:pPr>
              <w:rPr>
                <w:b/>
                <w:bCs/>
              </w:rPr>
            </w:pPr>
            <w:r w:rsidRPr="00456779">
              <w:rPr>
                <w:b/>
                <w:bCs/>
              </w:rPr>
              <w:t>Toelichting</w:t>
            </w:r>
          </w:p>
        </w:tc>
      </w:tr>
      <w:tr w:rsidR="00C90CB2" w:rsidRPr="0045483C" w14:paraId="294A1D59" w14:textId="77777777">
        <w:tc>
          <w:tcPr>
            <w:tcW w:w="2880" w:type="dxa"/>
          </w:tcPr>
          <w:p w14:paraId="7105951C" w14:textId="77777777" w:rsidR="00C90CB2" w:rsidRPr="00456779" w:rsidRDefault="00000000">
            <w:pPr>
              <w:rPr>
                <w:lang w:val="nl-NL"/>
              </w:rPr>
            </w:pPr>
            <w:r w:rsidRPr="00456779">
              <w:rPr>
                <w:lang w:val="nl-NL"/>
              </w:rPr>
              <w:t>Opstellen Programma van Eisen (</w:t>
            </w:r>
            <w:proofErr w:type="spellStart"/>
            <w:r w:rsidRPr="00456779">
              <w:rPr>
                <w:lang w:val="nl-NL"/>
              </w:rPr>
              <w:t>PvE</w:t>
            </w:r>
            <w:proofErr w:type="spellEnd"/>
            <w:r w:rsidRPr="00456779">
              <w:rPr>
                <w:lang w:val="nl-NL"/>
              </w:rPr>
              <w:t>) en Voorlopig Ontwerp (VO)</w:t>
            </w:r>
          </w:p>
        </w:tc>
        <w:tc>
          <w:tcPr>
            <w:tcW w:w="2880" w:type="dxa"/>
          </w:tcPr>
          <w:p w14:paraId="7E363506" w14:textId="77777777" w:rsidR="00C90CB2" w:rsidRDefault="00000000">
            <w:proofErr w:type="spellStart"/>
            <w:r>
              <w:t>Gemeente</w:t>
            </w:r>
            <w:proofErr w:type="spellEnd"/>
            <w:r>
              <w:t xml:space="preserve"> / </w:t>
            </w:r>
            <w:proofErr w:type="spellStart"/>
            <w:r>
              <w:t>Aannemer</w:t>
            </w:r>
            <w:proofErr w:type="spellEnd"/>
          </w:p>
        </w:tc>
        <w:tc>
          <w:tcPr>
            <w:tcW w:w="2880" w:type="dxa"/>
          </w:tcPr>
          <w:p w14:paraId="009D3014" w14:textId="77777777" w:rsidR="00C90CB2" w:rsidRPr="00456779" w:rsidRDefault="00000000">
            <w:pPr>
              <w:rPr>
                <w:lang w:val="nl-NL"/>
              </w:rPr>
            </w:pPr>
            <w:r w:rsidRPr="00456779">
              <w:rPr>
                <w:lang w:val="nl-NL"/>
              </w:rPr>
              <w:t>Gemeente bepaalt eisen; aannemer adviseert technisch</w:t>
            </w:r>
          </w:p>
        </w:tc>
      </w:tr>
      <w:tr w:rsidR="00C90CB2" w14:paraId="72910976" w14:textId="77777777">
        <w:tc>
          <w:tcPr>
            <w:tcW w:w="2880" w:type="dxa"/>
          </w:tcPr>
          <w:p w14:paraId="1B54AE03" w14:textId="77777777" w:rsidR="00C90CB2" w:rsidRDefault="00000000">
            <w:r>
              <w:t xml:space="preserve">Opstellen planning en </w:t>
            </w:r>
            <w:proofErr w:type="spellStart"/>
            <w:r>
              <w:t>bouwteamovereenkomst</w:t>
            </w:r>
            <w:proofErr w:type="spellEnd"/>
          </w:p>
        </w:tc>
        <w:tc>
          <w:tcPr>
            <w:tcW w:w="2880" w:type="dxa"/>
          </w:tcPr>
          <w:p w14:paraId="1AA45D6E" w14:textId="77777777" w:rsidR="00C90CB2" w:rsidRDefault="00000000">
            <w:r>
              <w:t>Gemeente</w:t>
            </w:r>
          </w:p>
        </w:tc>
        <w:tc>
          <w:tcPr>
            <w:tcW w:w="2880" w:type="dxa"/>
          </w:tcPr>
          <w:p w14:paraId="2EA106DD" w14:textId="77777777" w:rsidR="00C90CB2" w:rsidRDefault="00C90CB2"/>
        </w:tc>
      </w:tr>
      <w:tr w:rsidR="00C90CB2" w14:paraId="32FCB921" w14:textId="77777777">
        <w:tc>
          <w:tcPr>
            <w:tcW w:w="2880" w:type="dxa"/>
          </w:tcPr>
          <w:p w14:paraId="4124ECC4" w14:textId="77777777" w:rsidR="00C90CB2" w:rsidRDefault="00000000">
            <w:r>
              <w:t>Opstellen inschrijvingsleidraad</w:t>
            </w:r>
          </w:p>
        </w:tc>
        <w:tc>
          <w:tcPr>
            <w:tcW w:w="2880" w:type="dxa"/>
          </w:tcPr>
          <w:p w14:paraId="409BE4DC" w14:textId="77777777" w:rsidR="00C90CB2" w:rsidRDefault="00000000">
            <w:r>
              <w:t>Gemeente</w:t>
            </w:r>
          </w:p>
        </w:tc>
        <w:tc>
          <w:tcPr>
            <w:tcW w:w="2880" w:type="dxa"/>
          </w:tcPr>
          <w:p w14:paraId="37A7949A" w14:textId="77777777" w:rsidR="00C90CB2" w:rsidRDefault="00C90CB2"/>
        </w:tc>
      </w:tr>
      <w:tr w:rsidR="00C90CB2" w14:paraId="6B5BC4F4" w14:textId="77777777">
        <w:tc>
          <w:tcPr>
            <w:tcW w:w="2880" w:type="dxa"/>
          </w:tcPr>
          <w:p w14:paraId="2456F105" w14:textId="77777777" w:rsidR="00C90CB2" w:rsidRDefault="00000000">
            <w:r>
              <w:t>Uitvoeren voorbereidende onderzoeken</w:t>
            </w:r>
          </w:p>
        </w:tc>
        <w:tc>
          <w:tcPr>
            <w:tcW w:w="2880" w:type="dxa"/>
          </w:tcPr>
          <w:p w14:paraId="366911FA" w14:textId="77777777" w:rsidR="00C90CB2" w:rsidRDefault="00000000">
            <w:r>
              <w:t>Gemeente / Aannemer</w:t>
            </w:r>
          </w:p>
        </w:tc>
        <w:tc>
          <w:tcPr>
            <w:tcW w:w="2880" w:type="dxa"/>
          </w:tcPr>
          <w:p w14:paraId="77E37065" w14:textId="77777777" w:rsidR="00C90CB2" w:rsidRDefault="00000000">
            <w:r>
              <w:t>Bijv. locatieonderzoek, technische randvoorwaarden</w:t>
            </w:r>
          </w:p>
        </w:tc>
      </w:tr>
    </w:tbl>
    <w:p w14:paraId="3A9FC4FE" w14:textId="77777777" w:rsidR="00C90CB2" w:rsidRDefault="00C90CB2"/>
    <w:p w14:paraId="1E5523F6" w14:textId="77777777" w:rsidR="00C90CB2" w:rsidRPr="00456779" w:rsidRDefault="00000000">
      <w:pPr>
        <w:pStyle w:val="Kop2"/>
        <w:rPr>
          <w:color w:val="auto"/>
        </w:rPr>
      </w:pPr>
      <w:r w:rsidRPr="00456779">
        <w:rPr>
          <w:color w:val="auto"/>
        </w:rPr>
        <w:t>Fase 2 – Ontwerpfase (DO / TO)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C90CB2" w14:paraId="32112E28" w14:textId="77777777">
        <w:tc>
          <w:tcPr>
            <w:tcW w:w="2880" w:type="dxa"/>
          </w:tcPr>
          <w:p w14:paraId="4351461F" w14:textId="77777777" w:rsidR="00C90CB2" w:rsidRPr="00456779" w:rsidRDefault="00000000">
            <w:pPr>
              <w:rPr>
                <w:b/>
                <w:bCs/>
              </w:rPr>
            </w:pPr>
            <w:r w:rsidRPr="00456779">
              <w:rPr>
                <w:b/>
                <w:bCs/>
              </w:rPr>
              <w:t>Werkzaamheid</w:t>
            </w:r>
          </w:p>
        </w:tc>
        <w:tc>
          <w:tcPr>
            <w:tcW w:w="2880" w:type="dxa"/>
          </w:tcPr>
          <w:p w14:paraId="1FFBDE1E" w14:textId="77777777" w:rsidR="00C90CB2" w:rsidRPr="00456779" w:rsidRDefault="00000000">
            <w:pPr>
              <w:rPr>
                <w:b/>
                <w:bCs/>
              </w:rPr>
            </w:pPr>
            <w:r w:rsidRPr="00456779">
              <w:rPr>
                <w:b/>
                <w:bCs/>
              </w:rPr>
              <w:t>Verantwoordelijke partij</w:t>
            </w:r>
          </w:p>
        </w:tc>
        <w:tc>
          <w:tcPr>
            <w:tcW w:w="2880" w:type="dxa"/>
          </w:tcPr>
          <w:p w14:paraId="1C84E9FC" w14:textId="77777777" w:rsidR="00C90CB2" w:rsidRPr="00456779" w:rsidRDefault="00000000">
            <w:pPr>
              <w:rPr>
                <w:b/>
                <w:bCs/>
              </w:rPr>
            </w:pPr>
            <w:r w:rsidRPr="00456779">
              <w:rPr>
                <w:b/>
                <w:bCs/>
              </w:rPr>
              <w:t>Toelichting</w:t>
            </w:r>
          </w:p>
        </w:tc>
      </w:tr>
      <w:tr w:rsidR="00C90CB2" w14:paraId="3A5E30E5" w14:textId="77777777">
        <w:tc>
          <w:tcPr>
            <w:tcW w:w="2880" w:type="dxa"/>
          </w:tcPr>
          <w:p w14:paraId="5824848E" w14:textId="77777777" w:rsidR="00C90CB2" w:rsidRDefault="00000000">
            <w:r>
              <w:t>Coördinatie bouwteam</w:t>
            </w:r>
          </w:p>
        </w:tc>
        <w:tc>
          <w:tcPr>
            <w:tcW w:w="2880" w:type="dxa"/>
          </w:tcPr>
          <w:p w14:paraId="0BFE1521" w14:textId="77777777" w:rsidR="00C90CB2" w:rsidRDefault="00000000">
            <w:r>
              <w:t>Gemeente</w:t>
            </w:r>
          </w:p>
        </w:tc>
        <w:tc>
          <w:tcPr>
            <w:tcW w:w="2880" w:type="dxa"/>
          </w:tcPr>
          <w:p w14:paraId="2D7D48CA" w14:textId="77777777" w:rsidR="00C90CB2" w:rsidRDefault="00C90CB2"/>
        </w:tc>
      </w:tr>
      <w:tr w:rsidR="00C90CB2" w14:paraId="5A59AF45" w14:textId="77777777">
        <w:tc>
          <w:tcPr>
            <w:tcW w:w="2880" w:type="dxa"/>
          </w:tcPr>
          <w:p w14:paraId="4A868DEB" w14:textId="77777777" w:rsidR="00C90CB2" w:rsidRDefault="00000000">
            <w:r>
              <w:t>Coördinatie nutsbedrijven</w:t>
            </w:r>
          </w:p>
        </w:tc>
        <w:tc>
          <w:tcPr>
            <w:tcW w:w="2880" w:type="dxa"/>
          </w:tcPr>
          <w:p w14:paraId="26FF4A36" w14:textId="77777777" w:rsidR="00C90CB2" w:rsidRDefault="00000000">
            <w:r>
              <w:t>Gemeente / Aannemer</w:t>
            </w:r>
          </w:p>
        </w:tc>
        <w:tc>
          <w:tcPr>
            <w:tcW w:w="2880" w:type="dxa"/>
          </w:tcPr>
          <w:p w14:paraId="2ACECB4A" w14:textId="77777777" w:rsidR="00C90CB2" w:rsidRDefault="00000000">
            <w:r>
              <w:t>Afhankelijk van benodigde aansluitingen</w:t>
            </w:r>
          </w:p>
        </w:tc>
      </w:tr>
      <w:tr w:rsidR="00C90CB2" w14:paraId="7D1B2784" w14:textId="77777777">
        <w:tc>
          <w:tcPr>
            <w:tcW w:w="2880" w:type="dxa"/>
          </w:tcPr>
          <w:p w14:paraId="3DA5DEA8" w14:textId="77777777" w:rsidR="00C90CB2" w:rsidRDefault="00000000">
            <w:r>
              <w:t>Opstellen detailplanning</w:t>
            </w:r>
          </w:p>
        </w:tc>
        <w:tc>
          <w:tcPr>
            <w:tcW w:w="2880" w:type="dxa"/>
          </w:tcPr>
          <w:p w14:paraId="1F5B9EC9" w14:textId="77777777" w:rsidR="00C90CB2" w:rsidRDefault="00000000">
            <w:r>
              <w:t>Aannemer / Gemeente</w:t>
            </w:r>
          </w:p>
        </w:tc>
        <w:tc>
          <w:tcPr>
            <w:tcW w:w="2880" w:type="dxa"/>
          </w:tcPr>
          <w:p w14:paraId="18E75100" w14:textId="77777777" w:rsidR="00C90CB2" w:rsidRDefault="00000000">
            <w:r>
              <w:t>Aannemer adviseert over uitvoeringsplanning</w:t>
            </w:r>
          </w:p>
        </w:tc>
      </w:tr>
      <w:tr w:rsidR="00C90CB2" w14:paraId="58D9FCFC" w14:textId="77777777">
        <w:tc>
          <w:tcPr>
            <w:tcW w:w="2880" w:type="dxa"/>
          </w:tcPr>
          <w:p w14:paraId="15C7EDD7" w14:textId="07E01CA3" w:rsidR="00C90CB2" w:rsidRPr="00456779" w:rsidRDefault="00000000">
            <w:pPr>
              <w:rPr>
                <w:lang w:val="nl-NL"/>
              </w:rPr>
            </w:pPr>
            <w:r w:rsidRPr="00456779">
              <w:rPr>
                <w:lang w:val="nl-NL"/>
              </w:rPr>
              <w:t>Uitvoeren specialistische onderzoeken</w:t>
            </w:r>
          </w:p>
        </w:tc>
        <w:tc>
          <w:tcPr>
            <w:tcW w:w="2880" w:type="dxa"/>
          </w:tcPr>
          <w:p w14:paraId="31FC0063" w14:textId="77777777" w:rsidR="00C90CB2" w:rsidRDefault="00000000">
            <w:proofErr w:type="spellStart"/>
            <w:r>
              <w:t>Gemeente</w:t>
            </w:r>
            <w:proofErr w:type="spellEnd"/>
          </w:p>
        </w:tc>
        <w:tc>
          <w:tcPr>
            <w:tcW w:w="2880" w:type="dxa"/>
          </w:tcPr>
          <w:p w14:paraId="2BA7A10B" w14:textId="77777777" w:rsidR="00C90CB2" w:rsidRDefault="00C90CB2"/>
        </w:tc>
      </w:tr>
      <w:tr w:rsidR="00C90CB2" w14:paraId="02078227" w14:textId="77777777">
        <w:tc>
          <w:tcPr>
            <w:tcW w:w="2880" w:type="dxa"/>
          </w:tcPr>
          <w:p w14:paraId="3DCB2F28" w14:textId="77777777" w:rsidR="00C90CB2" w:rsidRDefault="00000000">
            <w:r>
              <w:lastRenderedPageBreak/>
              <w:t>Opstellen risicodossier</w:t>
            </w:r>
          </w:p>
        </w:tc>
        <w:tc>
          <w:tcPr>
            <w:tcW w:w="2880" w:type="dxa"/>
          </w:tcPr>
          <w:p w14:paraId="36DCE2AE" w14:textId="77777777" w:rsidR="00C90CB2" w:rsidRDefault="00000000">
            <w:r>
              <w:t>Gemeente / Aannemer</w:t>
            </w:r>
          </w:p>
        </w:tc>
        <w:tc>
          <w:tcPr>
            <w:tcW w:w="2880" w:type="dxa"/>
          </w:tcPr>
          <w:p w14:paraId="52F0FC2F" w14:textId="209C4A86" w:rsidR="00C90CB2" w:rsidRDefault="00C90CB2"/>
        </w:tc>
      </w:tr>
      <w:tr w:rsidR="00C90CB2" w14:paraId="41099AE7" w14:textId="77777777">
        <w:tc>
          <w:tcPr>
            <w:tcW w:w="2880" w:type="dxa"/>
          </w:tcPr>
          <w:p w14:paraId="7518B4EF" w14:textId="77777777" w:rsidR="00C90CB2" w:rsidRDefault="00000000">
            <w:r>
              <w:t>Opstellen Voorlopig Ontwerp (VO)</w:t>
            </w:r>
          </w:p>
        </w:tc>
        <w:tc>
          <w:tcPr>
            <w:tcW w:w="2880" w:type="dxa"/>
          </w:tcPr>
          <w:p w14:paraId="4FE21974" w14:textId="64AE9CE7" w:rsidR="00C90CB2" w:rsidRDefault="00000000">
            <w:proofErr w:type="spellStart"/>
            <w:r>
              <w:t>Aannemer</w:t>
            </w:r>
            <w:proofErr w:type="spellEnd"/>
          </w:p>
        </w:tc>
        <w:tc>
          <w:tcPr>
            <w:tcW w:w="2880" w:type="dxa"/>
          </w:tcPr>
          <w:p w14:paraId="2FF765D0" w14:textId="77777777" w:rsidR="00C90CB2" w:rsidRDefault="00C90CB2"/>
        </w:tc>
      </w:tr>
      <w:tr w:rsidR="00C90CB2" w:rsidRPr="00456779" w14:paraId="4970E95E" w14:textId="77777777">
        <w:tc>
          <w:tcPr>
            <w:tcW w:w="2880" w:type="dxa"/>
          </w:tcPr>
          <w:p w14:paraId="28886E8E" w14:textId="77777777" w:rsidR="00C90CB2" w:rsidRDefault="00000000">
            <w:r>
              <w:t>Opstellen Definitief Ontwerp (DO)</w:t>
            </w:r>
          </w:p>
        </w:tc>
        <w:tc>
          <w:tcPr>
            <w:tcW w:w="2880" w:type="dxa"/>
          </w:tcPr>
          <w:p w14:paraId="150600E0" w14:textId="644D7901" w:rsidR="00C90CB2" w:rsidRDefault="00000000">
            <w:proofErr w:type="spellStart"/>
            <w:r>
              <w:t>Aannemer</w:t>
            </w:r>
            <w:proofErr w:type="spellEnd"/>
          </w:p>
        </w:tc>
        <w:tc>
          <w:tcPr>
            <w:tcW w:w="2880" w:type="dxa"/>
          </w:tcPr>
          <w:p w14:paraId="225C4933" w14:textId="0B280D55" w:rsidR="00C90CB2" w:rsidRPr="00456779" w:rsidRDefault="00C90CB2">
            <w:pPr>
              <w:rPr>
                <w:lang w:val="nl-NL"/>
              </w:rPr>
            </w:pPr>
          </w:p>
        </w:tc>
      </w:tr>
      <w:tr w:rsidR="00C90CB2" w14:paraId="7CAEF365" w14:textId="77777777">
        <w:tc>
          <w:tcPr>
            <w:tcW w:w="2880" w:type="dxa"/>
          </w:tcPr>
          <w:p w14:paraId="0BB58BB3" w14:textId="77777777" w:rsidR="00C90CB2" w:rsidRDefault="00000000">
            <w:r>
              <w:t xml:space="preserve">Opstellen </w:t>
            </w:r>
            <w:proofErr w:type="spellStart"/>
            <w:r>
              <w:t>Uitvoeringsontwerp</w:t>
            </w:r>
            <w:proofErr w:type="spellEnd"/>
            <w:r>
              <w:t xml:space="preserve"> (UO)</w:t>
            </w:r>
          </w:p>
        </w:tc>
        <w:tc>
          <w:tcPr>
            <w:tcW w:w="2880" w:type="dxa"/>
          </w:tcPr>
          <w:p w14:paraId="4EBD0F9E" w14:textId="77777777" w:rsidR="00C90CB2" w:rsidRDefault="00000000">
            <w:r>
              <w:t>Aannemer</w:t>
            </w:r>
          </w:p>
        </w:tc>
        <w:tc>
          <w:tcPr>
            <w:tcW w:w="2880" w:type="dxa"/>
          </w:tcPr>
          <w:p w14:paraId="460D0613" w14:textId="1A9433EC" w:rsidR="00C90CB2" w:rsidRDefault="00C90CB2"/>
        </w:tc>
      </w:tr>
      <w:tr w:rsidR="00C90CB2" w14:paraId="6EFE20BC" w14:textId="77777777">
        <w:tc>
          <w:tcPr>
            <w:tcW w:w="2880" w:type="dxa"/>
          </w:tcPr>
          <w:p w14:paraId="5EBC6A7E" w14:textId="77777777" w:rsidR="00C90CB2" w:rsidRPr="00456779" w:rsidRDefault="00000000">
            <w:pPr>
              <w:rPr>
                <w:lang w:val="nl-NL"/>
              </w:rPr>
            </w:pPr>
            <w:r w:rsidRPr="00456779">
              <w:rPr>
                <w:lang w:val="nl-NL"/>
              </w:rPr>
              <w:t>Opstellen SSK-raming per ontwerpfase (VO en DO)</w:t>
            </w:r>
          </w:p>
        </w:tc>
        <w:tc>
          <w:tcPr>
            <w:tcW w:w="2880" w:type="dxa"/>
          </w:tcPr>
          <w:p w14:paraId="7D4E46E6" w14:textId="7F8BF784" w:rsidR="00C90CB2" w:rsidRDefault="00000000">
            <w:proofErr w:type="spellStart"/>
            <w:r>
              <w:t>Aannem</w:t>
            </w:r>
            <w:r w:rsidR="00456779">
              <w:t>er</w:t>
            </w:r>
            <w:proofErr w:type="spellEnd"/>
          </w:p>
        </w:tc>
        <w:tc>
          <w:tcPr>
            <w:tcW w:w="2880" w:type="dxa"/>
          </w:tcPr>
          <w:p w14:paraId="3F02F1AC" w14:textId="37A3700D" w:rsidR="00C90CB2" w:rsidRDefault="00C90CB2"/>
        </w:tc>
      </w:tr>
      <w:tr w:rsidR="00C90CB2" w14:paraId="20F33240" w14:textId="77777777">
        <w:tc>
          <w:tcPr>
            <w:tcW w:w="2880" w:type="dxa"/>
          </w:tcPr>
          <w:p w14:paraId="263AB08E" w14:textId="77777777" w:rsidR="00C90CB2" w:rsidRDefault="00000000">
            <w:r>
              <w:t>Uitvoeren onafhankelijke kostencheck</w:t>
            </w:r>
          </w:p>
        </w:tc>
        <w:tc>
          <w:tcPr>
            <w:tcW w:w="2880" w:type="dxa"/>
          </w:tcPr>
          <w:p w14:paraId="3493EC90" w14:textId="77777777" w:rsidR="00C90CB2" w:rsidRDefault="00000000">
            <w:r>
              <w:t>Gemeente</w:t>
            </w:r>
          </w:p>
        </w:tc>
        <w:tc>
          <w:tcPr>
            <w:tcW w:w="2880" w:type="dxa"/>
          </w:tcPr>
          <w:p w14:paraId="29E713E6" w14:textId="77777777" w:rsidR="00C90CB2" w:rsidRDefault="00C90CB2"/>
        </w:tc>
      </w:tr>
      <w:tr w:rsidR="00C90CB2" w14:paraId="7A31000B" w14:textId="77777777">
        <w:tc>
          <w:tcPr>
            <w:tcW w:w="2880" w:type="dxa"/>
          </w:tcPr>
          <w:p w14:paraId="2CDB96F8" w14:textId="77777777" w:rsidR="00C90CB2" w:rsidRDefault="00000000">
            <w:r>
              <w:t>Aanvragen vergunningen</w:t>
            </w:r>
          </w:p>
        </w:tc>
        <w:tc>
          <w:tcPr>
            <w:tcW w:w="2880" w:type="dxa"/>
          </w:tcPr>
          <w:p w14:paraId="7F3B7A23" w14:textId="77777777" w:rsidR="00C90CB2" w:rsidRDefault="00000000">
            <w:r>
              <w:t>Gemeente</w:t>
            </w:r>
          </w:p>
        </w:tc>
        <w:tc>
          <w:tcPr>
            <w:tcW w:w="2880" w:type="dxa"/>
          </w:tcPr>
          <w:p w14:paraId="27C98CF3" w14:textId="77777777" w:rsidR="00C90CB2" w:rsidRDefault="00C90CB2"/>
        </w:tc>
      </w:tr>
      <w:tr w:rsidR="00C90CB2" w14:paraId="50C05B0A" w14:textId="77777777">
        <w:tc>
          <w:tcPr>
            <w:tcW w:w="2880" w:type="dxa"/>
          </w:tcPr>
          <w:p w14:paraId="44DBA7EC" w14:textId="4BADBC6F" w:rsidR="00C90CB2" w:rsidRDefault="00000000">
            <w:r>
              <w:t>Opstellen realisatieovereenkomst (UAV-</w:t>
            </w:r>
            <w:r w:rsidR="0045483C">
              <w:t>2012</w:t>
            </w:r>
            <w:r>
              <w:t>)</w:t>
            </w:r>
          </w:p>
        </w:tc>
        <w:tc>
          <w:tcPr>
            <w:tcW w:w="2880" w:type="dxa"/>
          </w:tcPr>
          <w:p w14:paraId="39C5E160" w14:textId="77777777" w:rsidR="00C90CB2" w:rsidRDefault="00000000">
            <w:r>
              <w:t>Gemeente</w:t>
            </w:r>
          </w:p>
        </w:tc>
        <w:tc>
          <w:tcPr>
            <w:tcW w:w="2880" w:type="dxa"/>
          </w:tcPr>
          <w:p w14:paraId="7763F524" w14:textId="77777777" w:rsidR="00C90CB2" w:rsidRDefault="00C90CB2"/>
        </w:tc>
      </w:tr>
    </w:tbl>
    <w:p w14:paraId="7E717D4C" w14:textId="77777777" w:rsidR="00C90CB2" w:rsidRDefault="00C90CB2"/>
    <w:p w14:paraId="62E0D7AD" w14:textId="77777777" w:rsidR="00C90CB2" w:rsidRPr="00456779" w:rsidRDefault="00000000">
      <w:pPr>
        <w:pStyle w:val="Kop2"/>
        <w:rPr>
          <w:color w:val="auto"/>
        </w:rPr>
      </w:pPr>
      <w:r w:rsidRPr="00456779">
        <w:rPr>
          <w:color w:val="auto"/>
        </w:rPr>
        <w:t>Fase 3 – Realisatiefase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456779" w:rsidRPr="00456779" w14:paraId="0F5D3105" w14:textId="77777777">
        <w:tc>
          <w:tcPr>
            <w:tcW w:w="2880" w:type="dxa"/>
          </w:tcPr>
          <w:p w14:paraId="66BEE67B" w14:textId="77777777" w:rsidR="00C90CB2" w:rsidRPr="00456779" w:rsidRDefault="00000000">
            <w:r w:rsidRPr="00456779">
              <w:t>Werkzaamheid</w:t>
            </w:r>
          </w:p>
        </w:tc>
        <w:tc>
          <w:tcPr>
            <w:tcW w:w="2880" w:type="dxa"/>
          </w:tcPr>
          <w:p w14:paraId="449CE655" w14:textId="77777777" w:rsidR="00C90CB2" w:rsidRPr="00456779" w:rsidRDefault="00000000">
            <w:r w:rsidRPr="00456779">
              <w:t>Verantwoordelijke partij</w:t>
            </w:r>
          </w:p>
        </w:tc>
        <w:tc>
          <w:tcPr>
            <w:tcW w:w="2880" w:type="dxa"/>
          </w:tcPr>
          <w:p w14:paraId="523D2910" w14:textId="77777777" w:rsidR="00C90CB2" w:rsidRPr="00456779" w:rsidRDefault="00000000">
            <w:r w:rsidRPr="00456779">
              <w:t>Toelichting</w:t>
            </w:r>
          </w:p>
        </w:tc>
      </w:tr>
      <w:tr w:rsidR="00C90CB2" w14:paraId="7B293BEB" w14:textId="77777777">
        <w:tc>
          <w:tcPr>
            <w:tcW w:w="2880" w:type="dxa"/>
          </w:tcPr>
          <w:p w14:paraId="052E3701" w14:textId="77777777" w:rsidR="00C90CB2" w:rsidRDefault="00000000">
            <w:r>
              <w:t xml:space="preserve">Realisatie </w:t>
            </w:r>
            <w:proofErr w:type="spellStart"/>
            <w:r>
              <w:t>laadinfra-installatie</w:t>
            </w:r>
            <w:proofErr w:type="spellEnd"/>
          </w:p>
        </w:tc>
        <w:tc>
          <w:tcPr>
            <w:tcW w:w="2880" w:type="dxa"/>
          </w:tcPr>
          <w:p w14:paraId="5900DEF4" w14:textId="77777777" w:rsidR="00C90CB2" w:rsidRDefault="00000000">
            <w:r>
              <w:t>Aannemer</w:t>
            </w:r>
          </w:p>
        </w:tc>
        <w:tc>
          <w:tcPr>
            <w:tcW w:w="2880" w:type="dxa"/>
          </w:tcPr>
          <w:p w14:paraId="11761C52" w14:textId="77777777" w:rsidR="00C90CB2" w:rsidRDefault="00C90CB2"/>
        </w:tc>
      </w:tr>
      <w:tr w:rsidR="00C90CB2" w:rsidRPr="00456779" w14:paraId="47C41FDB" w14:textId="77777777">
        <w:tc>
          <w:tcPr>
            <w:tcW w:w="2880" w:type="dxa"/>
          </w:tcPr>
          <w:p w14:paraId="77ECA72B" w14:textId="77777777" w:rsidR="00C90CB2" w:rsidRDefault="00000000">
            <w:r>
              <w:t>Uitvoeringsbegeleiding en toezicht</w:t>
            </w:r>
          </w:p>
        </w:tc>
        <w:tc>
          <w:tcPr>
            <w:tcW w:w="2880" w:type="dxa"/>
          </w:tcPr>
          <w:p w14:paraId="4CD6261D" w14:textId="77777777" w:rsidR="00C90CB2" w:rsidRDefault="00000000">
            <w:r>
              <w:t>Gemeente</w:t>
            </w:r>
          </w:p>
        </w:tc>
        <w:tc>
          <w:tcPr>
            <w:tcW w:w="2880" w:type="dxa"/>
          </w:tcPr>
          <w:p w14:paraId="4E810C5D" w14:textId="140E682F" w:rsidR="00C90CB2" w:rsidRPr="00456779" w:rsidRDefault="00C90CB2">
            <w:pPr>
              <w:rPr>
                <w:lang w:val="nl-NL"/>
              </w:rPr>
            </w:pPr>
          </w:p>
        </w:tc>
      </w:tr>
      <w:tr w:rsidR="00C90CB2" w:rsidRPr="00456779" w14:paraId="28399EE9" w14:textId="77777777">
        <w:tc>
          <w:tcPr>
            <w:tcW w:w="2880" w:type="dxa"/>
          </w:tcPr>
          <w:p w14:paraId="4A06E6C1" w14:textId="7560F342" w:rsidR="00C90CB2" w:rsidRDefault="00C90CB2"/>
        </w:tc>
        <w:tc>
          <w:tcPr>
            <w:tcW w:w="2880" w:type="dxa"/>
          </w:tcPr>
          <w:p w14:paraId="05CF5DEC" w14:textId="5BCA27AD" w:rsidR="00C90CB2" w:rsidRDefault="00C90CB2"/>
        </w:tc>
        <w:tc>
          <w:tcPr>
            <w:tcW w:w="2880" w:type="dxa"/>
          </w:tcPr>
          <w:p w14:paraId="7F52D81C" w14:textId="07BF952A" w:rsidR="00C90CB2" w:rsidRPr="00456779" w:rsidRDefault="00C90CB2">
            <w:pPr>
              <w:rPr>
                <w:lang w:val="nl-NL"/>
              </w:rPr>
            </w:pPr>
          </w:p>
        </w:tc>
      </w:tr>
    </w:tbl>
    <w:p w14:paraId="1374A8B9" w14:textId="77777777" w:rsidR="00C90CB2" w:rsidRPr="00456779" w:rsidRDefault="00000000">
      <w:pPr>
        <w:pStyle w:val="Kop2"/>
        <w:rPr>
          <w:color w:val="auto"/>
        </w:rPr>
      </w:pPr>
      <w:r w:rsidRPr="00456779">
        <w:rPr>
          <w:color w:val="auto"/>
        </w:rPr>
        <w:t xml:space="preserve">Fase 4 – </w:t>
      </w:r>
      <w:proofErr w:type="spellStart"/>
      <w:r w:rsidRPr="00456779">
        <w:rPr>
          <w:color w:val="auto"/>
        </w:rPr>
        <w:t>Nazorg</w:t>
      </w:r>
      <w:proofErr w:type="spellEnd"/>
      <w:r w:rsidRPr="00456779">
        <w:rPr>
          <w:color w:val="auto"/>
        </w:rPr>
        <w:t xml:space="preserve"> / </w:t>
      </w:r>
      <w:proofErr w:type="spellStart"/>
      <w:r w:rsidRPr="00456779">
        <w:rPr>
          <w:color w:val="auto"/>
        </w:rPr>
        <w:t>Oplevering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456779" w:rsidRPr="00456779" w14:paraId="792859CC" w14:textId="77777777">
        <w:tc>
          <w:tcPr>
            <w:tcW w:w="2880" w:type="dxa"/>
          </w:tcPr>
          <w:p w14:paraId="7D79743B" w14:textId="77777777" w:rsidR="00C90CB2" w:rsidRPr="00456779" w:rsidRDefault="00000000">
            <w:pPr>
              <w:rPr>
                <w:b/>
                <w:bCs/>
              </w:rPr>
            </w:pPr>
            <w:r w:rsidRPr="00456779">
              <w:rPr>
                <w:b/>
                <w:bCs/>
              </w:rPr>
              <w:t>Werkzaamheid</w:t>
            </w:r>
          </w:p>
        </w:tc>
        <w:tc>
          <w:tcPr>
            <w:tcW w:w="2880" w:type="dxa"/>
          </w:tcPr>
          <w:p w14:paraId="376CF006" w14:textId="77777777" w:rsidR="00C90CB2" w:rsidRPr="00456779" w:rsidRDefault="00000000">
            <w:pPr>
              <w:rPr>
                <w:b/>
                <w:bCs/>
              </w:rPr>
            </w:pPr>
            <w:r w:rsidRPr="00456779">
              <w:rPr>
                <w:b/>
                <w:bCs/>
              </w:rPr>
              <w:t>Verantwoordelijke partij</w:t>
            </w:r>
          </w:p>
        </w:tc>
        <w:tc>
          <w:tcPr>
            <w:tcW w:w="2880" w:type="dxa"/>
          </w:tcPr>
          <w:p w14:paraId="6940E1EE" w14:textId="77777777" w:rsidR="00C90CB2" w:rsidRPr="00456779" w:rsidRDefault="00000000">
            <w:pPr>
              <w:rPr>
                <w:b/>
                <w:bCs/>
              </w:rPr>
            </w:pPr>
            <w:r w:rsidRPr="00456779">
              <w:rPr>
                <w:b/>
                <w:bCs/>
              </w:rPr>
              <w:t>Toelichting</w:t>
            </w:r>
          </w:p>
        </w:tc>
      </w:tr>
      <w:tr w:rsidR="00C90CB2" w14:paraId="2A511D1D" w14:textId="77777777">
        <w:tc>
          <w:tcPr>
            <w:tcW w:w="2880" w:type="dxa"/>
          </w:tcPr>
          <w:p w14:paraId="1C09EE5C" w14:textId="77777777" w:rsidR="00C90CB2" w:rsidRPr="00456779" w:rsidRDefault="00000000">
            <w:pPr>
              <w:rPr>
                <w:lang w:val="nl-NL"/>
              </w:rPr>
            </w:pPr>
            <w:r w:rsidRPr="00456779">
              <w:rPr>
                <w:lang w:val="nl-NL"/>
              </w:rPr>
              <w:t>Deelname aan oplevering en opstellen proces-verbaal van oplevering</w:t>
            </w:r>
          </w:p>
        </w:tc>
        <w:tc>
          <w:tcPr>
            <w:tcW w:w="2880" w:type="dxa"/>
          </w:tcPr>
          <w:p w14:paraId="4409EDA7" w14:textId="77777777" w:rsidR="00C90CB2" w:rsidRDefault="00000000">
            <w:proofErr w:type="spellStart"/>
            <w:r>
              <w:t>Gemeente</w:t>
            </w:r>
            <w:proofErr w:type="spellEnd"/>
            <w:r>
              <w:t xml:space="preserve"> / </w:t>
            </w:r>
            <w:proofErr w:type="spellStart"/>
            <w:r>
              <w:t>Aannemer</w:t>
            </w:r>
            <w:proofErr w:type="spellEnd"/>
          </w:p>
        </w:tc>
        <w:tc>
          <w:tcPr>
            <w:tcW w:w="2880" w:type="dxa"/>
          </w:tcPr>
          <w:p w14:paraId="4BEEFC47" w14:textId="77777777" w:rsidR="00C90CB2" w:rsidRDefault="00C90CB2"/>
        </w:tc>
      </w:tr>
      <w:tr w:rsidR="00C90CB2" w:rsidRPr="0045483C" w14:paraId="37F815E5" w14:textId="77777777">
        <w:tc>
          <w:tcPr>
            <w:tcW w:w="2880" w:type="dxa"/>
          </w:tcPr>
          <w:p w14:paraId="04D6BBE7" w14:textId="77777777" w:rsidR="00C90CB2" w:rsidRDefault="00000000">
            <w:r>
              <w:t>Evaluatie en nazorg</w:t>
            </w:r>
          </w:p>
        </w:tc>
        <w:tc>
          <w:tcPr>
            <w:tcW w:w="2880" w:type="dxa"/>
          </w:tcPr>
          <w:p w14:paraId="3CF342A4" w14:textId="77777777" w:rsidR="00C90CB2" w:rsidRDefault="00000000">
            <w:r>
              <w:t>Gemeente / Aannemer</w:t>
            </w:r>
          </w:p>
        </w:tc>
        <w:tc>
          <w:tcPr>
            <w:tcW w:w="2880" w:type="dxa"/>
          </w:tcPr>
          <w:p w14:paraId="5B50707B" w14:textId="77777777" w:rsidR="00C90CB2" w:rsidRPr="00456779" w:rsidRDefault="00000000">
            <w:pPr>
              <w:rPr>
                <w:lang w:val="nl-NL"/>
              </w:rPr>
            </w:pPr>
            <w:r w:rsidRPr="00456779">
              <w:rPr>
                <w:lang w:val="nl-NL"/>
              </w:rPr>
              <w:t>Gezamenlijke evaluatie en overdracht onderhoudsdocumentatie</w:t>
            </w:r>
          </w:p>
        </w:tc>
      </w:tr>
    </w:tbl>
    <w:p w14:paraId="436CCBA8" w14:textId="77777777" w:rsidR="00C90CB2" w:rsidRPr="00456779" w:rsidRDefault="00C90CB2" w:rsidP="00456779">
      <w:pPr>
        <w:rPr>
          <w:lang w:val="nl-NL"/>
        </w:rPr>
      </w:pPr>
    </w:p>
    <w:sectPr w:rsidR="00C90CB2" w:rsidRPr="0045677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1989955">
    <w:abstractNumId w:val="8"/>
  </w:num>
  <w:num w:numId="2" w16cid:durableId="278075840">
    <w:abstractNumId w:val="6"/>
  </w:num>
  <w:num w:numId="3" w16cid:durableId="1033653880">
    <w:abstractNumId w:val="5"/>
  </w:num>
  <w:num w:numId="4" w16cid:durableId="2051108049">
    <w:abstractNumId w:val="4"/>
  </w:num>
  <w:num w:numId="5" w16cid:durableId="1960529679">
    <w:abstractNumId w:val="7"/>
  </w:num>
  <w:num w:numId="6" w16cid:durableId="1899508949">
    <w:abstractNumId w:val="3"/>
  </w:num>
  <w:num w:numId="7" w16cid:durableId="1654675641">
    <w:abstractNumId w:val="2"/>
  </w:num>
  <w:num w:numId="8" w16cid:durableId="816916483">
    <w:abstractNumId w:val="1"/>
  </w:num>
  <w:num w:numId="9" w16cid:durableId="565920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5483C"/>
    <w:rsid w:val="00456779"/>
    <w:rsid w:val="008B2F3F"/>
    <w:rsid w:val="00A6134B"/>
    <w:rsid w:val="00AA1D8D"/>
    <w:rsid w:val="00B47730"/>
    <w:rsid w:val="00C90CB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9E463"/>
  <w14:defaultImageDpi w14:val="300"/>
  <w15:docId w15:val="{D0345658-E824-43B9-9171-6B8A425E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C9753A5585C41ABA5B0E2B297FFC0" ma:contentTypeVersion="13" ma:contentTypeDescription="Een nieuw document maken." ma:contentTypeScope="" ma:versionID="424cb366581de22187ae9ce62b808df3">
  <xsd:schema xmlns:xsd="http://www.w3.org/2001/XMLSchema" xmlns:xs="http://www.w3.org/2001/XMLSchema" xmlns:p="http://schemas.microsoft.com/office/2006/metadata/properties" xmlns:ns2="bebfc62d-717d-4a8f-bece-ac40b3d9f77d" xmlns:ns3="b4d7566a-24b6-4b7a-98e2-682b78674aa9" targetNamespace="http://schemas.microsoft.com/office/2006/metadata/properties" ma:root="true" ma:fieldsID="02e13aaa8dc5879b3408d9491290c6d5" ns2:_="" ns3:_="">
    <xsd:import namespace="bebfc62d-717d-4a8f-bece-ac40b3d9f77d"/>
    <xsd:import namespace="b4d7566a-24b6-4b7a-98e2-682b78674a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fc62d-717d-4a8f-bece-ac40b3d9f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7566a-24b6-4b7a-98e2-682b78674a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3426e5-c114-423a-a9d5-51c9f7fc3865}" ma:internalName="TaxCatchAll" ma:showField="CatchAllData" ma:web="b4d7566a-24b6-4b7a-98e2-682b78674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d7566a-24b6-4b7a-98e2-682b78674aa9" xsi:nil="true"/>
    <lcf76f155ced4ddcb4097134ff3c332f xmlns="bebfc62d-717d-4a8f-bece-ac40b3d9f77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74AD0D-B54F-4528-95B6-599AFB668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bfc62d-717d-4a8f-bece-ac40b3d9f77d"/>
    <ds:schemaRef ds:uri="b4d7566a-24b6-4b7a-98e2-682b78674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B8AE6E-3195-4FD0-A885-798013B3646D}">
  <ds:schemaRefs>
    <ds:schemaRef ds:uri="http://schemas.microsoft.com/office/2006/metadata/properties"/>
    <ds:schemaRef ds:uri="http://schemas.microsoft.com/office/infopath/2007/PartnerControls"/>
    <ds:schemaRef ds:uri="b4d7566a-24b6-4b7a-98e2-682b78674aa9"/>
    <ds:schemaRef ds:uri="bebfc62d-717d-4a8f-bece-ac40b3d9f77d"/>
  </ds:schemaRefs>
</ds:datastoreItem>
</file>

<file path=customXml/itemProps4.xml><?xml version="1.0" encoding="utf-8"?>
<ds:datastoreItem xmlns:ds="http://schemas.openxmlformats.org/officeDocument/2006/customXml" ds:itemID="{6EFAB15A-06AC-42C6-9DDC-4F52A141C4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Bas Bakkenes</cp:lastModifiedBy>
  <cp:revision>2</cp:revision>
  <dcterms:created xsi:type="dcterms:W3CDTF">2025-11-04T07:52:00Z</dcterms:created>
  <dcterms:modified xsi:type="dcterms:W3CDTF">2025-11-04T07:52:00Z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0x010100EB3C9753A5585C41ABA5B0E2B297FFC0</vt:lpwstr>
  </property>
</Properties>
</file>