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47751" w14:textId="6985D948" w:rsidR="00401BB1" w:rsidRPr="006C4921" w:rsidRDefault="005F2FBF">
      <w:pPr>
        <w:pStyle w:val="Kop1"/>
        <w:rPr>
          <w:lang w:val="nl-NL"/>
        </w:rPr>
      </w:pPr>
      <w:r>
        <w:rPr>
          <w:lang w:val="nl-NL"/>
        </w:rPr>
        <w:t xml:space="preserve">Bijlage 2 </w:t>
      </w:r>
      <w:r w:rsidR="0018908E" w:rsidRPr="131943FC">
        <w:rPr>
          <w:lang w:val="nl-NL"/>
        </w:rPr>
        <w:t xml:space="preserve">Vragenlijst </w:t>
      </w:r>
      <w:r w:rsidR="0E19ADBD" w:rsidRPr="131943FC">
        <w:rPr>
          <w:lang w:val="nl-NL"/>
        </w:rPr>
        <w:t>(</w:t>
      </w:r>
      <w:r w:rsidR="0018908E" w:rsidRPr="131943FC">
        <w:rPr>
          <w:lang w:val="nl-NL"/>
        </w:rPr>
        <w:t>Lokale</w:t>
      </w:r>
      <w:r w:rsidR="007A7DE0" w:rsidRPr="131943FC">
        <w:rPr>
          <w:lang w:val="nl-NL"/>
        </w:rPr>
        <w:t>)</w:t>
      </w:r>
      <w:r w:rsidR="0018908E" w:rsidRPr="131943FC">
        <w:rPr>
          <w:lang w:val="nl-NL"/>
        </w:rPr>
        <w:t xml:space="preserve"> Opwekkers</w:t>
      </w:r>
    </w:p>
    <w:p w14:paraId="7092441A" w14:textId="7C99E38B" w:rsidR="00401BB1" w:rsidRPr="006C4921" w:rsidRDefault="0018908E" w:rsidP="131943FC">
      <w:pPr>
        <w:rPr>
          <w:lang w:val="nl-NL"/>
        </w:rPr>
      </w:pPr>
      <w:r w:rsidRPr="131943FC">
        <w:rPr>
          <w:lang w:val="nl-NL"/>
        </w:rPr>
        <w:t xml:space="preserve">Deze vragenlijst is bedoeld voor </w:t>
      </w:r>
      <w:r w:rsidR="2560DA2E" w:rsidRPr="131943FC">
        <w:rPr>
          <w:lang w:val="nl-NL"/>
        </w:rPr>
        <w:t>(</w:t>
      </w:r>
      <w:r w:rsidRPr="131943FC">
        <w:rPr>
          <w:lang w:val="nl-NL"/>
        </w:rPr>
        <w:t>lokale</w:t>
      </w:r>
      <w:r w:rsidR="2BAD7FBC" w:rsidRPr="131943FC">
        <w:rPr>
          <w:lang w:val="nl-NL"/>
        </w:rPr>
        <w:t>)</w:t>
      </w:r>
      <w:r w:rsidRPr="131943FC">
        <w:rPr>
          <w:lang w:val="nl-NL"/>
        </w:rPr>
        <w:t xml:space="preserve"> </w:t>
      </w:r>
      <w:r w:rsidR="1C67AB25" w:rsidRPr="131943FC">
        <w:rPr>
          <w:lang w:val="nl-NL"/>
        </w:rPr>
        <w:t xml:space="preserve">opwekkers </w:t>
      </w:r>
      <w:r w:rsidRPr="131943FC">
        <w:rPr>
          <w:lang w:val="nl-NL"/>
        </w:rPr>
        <w:t>van duurzame elektriciteit</w:t>
      </w:r>
      <w:r w:rsidR="00546695" w:rsidRPr="131943FC">
        <w:rPr>
          <w:lang w:val="nl-NL"/>
        </w:rPr>
        <w:t xml:space="preserve"> zoals energiecoöperaties en andere lokale producenten</w:t>
      </w:r>
      <w:r w:rsidRPr="131943FC">
        <w:rPr>
          <w:lang w:val="nl-NL"/>
        </w:rPr>
        <w:t xml:space="preserve">. Doel is inzicht krijgen in interesse en voorwaarden voor levering van elektriciteit aan gemeenten via </w:t>
      </w:r>
      <w:proofErr w:type="spellStart"/>
      <w:r w:rsidRPr="131943FC">
        <w:rPr>
          <w:lang w:val="nl-NL"/>
        </w:rPr>
        <w:t>PPA’s</w:t>
      </w:r>
      <w:proofErr w:type="spellEnd"/>
      <w:r w:rsidRPr="131943FC">
        <w:rPr>
          <w:lang w:val="nl-NL"/>
        </w:rPr>
        <w:t>, op een transparante en marktconforme manier.</w:t>
      </w:r>
    </w:p>
    <w:p w14:paraId="364B85F1" w14:textId="4FB43DCC" w:rsidR="00401BB1" w:rsidRPr="006C4921" w:rsidRDefault="00470BF5">
      <w:pPr>
        <w:pStyle w:val="Kop2"/>
        <w:rPr>
          <w:lang w:val="nl-NL"/>
        </w:rPr>
      </w:pPr>
      <w:r w:rsidRPr="006C4921">
        <w:rPr>
          <w:lang w:val="nl-NL"/>
        </w:rPr>
        <w:t>1. Organisatie en initiatief</w:t>
      </w:r>
    </w:p>
    <w:p w14:paraId="0A5E48FE" w14:textId="492C45D0" w:rsidR="00401BB1" w:rsidRPr="006C4921" w:rsidRDefault="00470BF5">
      <w:pPr>
        <w:rPr>
          <w:lang w:val="nl-NL"/>
        </w:rPr>
      </w:pPr>
      <w:r w:rsidRPr="006C4921">
        <w:rPr>
          <w:lang w:val="nl-NL"/>
        </w:rPr>
        <w:t xml:space="preserve">- Type initiatief (energiecoöperatie / stichting / </w:t>
      </w:r>
      <w:r w:rsidR="00C85F75" w:rsidRPr="006C4921">
        <w:rPr>
          <w:lang w:val="nl-NL"/>
        </w:rPr>
        <w:t xml:space="preserve">particulier </w:t>
      </w:r>
      <w:r w:rsidRPr="006C4921">
        <w:rPr>
          <w:lang w:val="nl-NL"/>
        </w:rPr>
        <w:t>/ anders):</w:t>
      </w:r>
    </w:p>
    <w:p w14:paraId="5E22F4F7" w14:textId="77777777" w:rsidR="00401BB1" w:rsidRPr="006C4921" w:rsidRDefault="00470BF5">
      <w:pPr>
        <w:rPr>
          <w:lang w:val="nl-NL"/>
        </w:rPr>
      </w:pPr>
      <w:r w:rsidRPr="006C4921">
        <w:rPr>
          <w:lang w:val="nl-NL"/>
        </w:rPr>
        <w:t>- Gemeente(n) waarin u actief bent:</w:t>
      </w:r>
    </w:p>
    <w:p w14:paraId="7E1C8683" w14:textId="77777777" w:rsidR="00401BB1" w:rsidRPr="006C4921" w:rsidRDefault="00470BF5">
      <w:pPr>
        <w:pStyle w:val="Kop2"/>
        <w:rPr>
          <w:lang w:val="nl-NL"/>
        </w:rPr>
      </w:pPr>
      <w:r w:rsidRPr="006C4921">
        <w:rPr>
          <w:lang w:val="nl-NL"/>
        </w:rPr>
        <w:t>2. Opwekproject(en)</w:t>
      </w:r>
    </w:p>
    <w:p w14:paraId="2761472D" w14:textId="77777777" w:rsidR="00401BB1" w:rsidRPr="006C4921" w:rsidRDefault="00470BF5">
      <w:pPr>
        <w:rPr>
          <w:lang w:val="nl-NL"/>
        </w:rPr>
      </w:pPr>
      <w:r w:rsidRPr="006C4921">
        <w:rPr>
          <w:lang w:val="nl-NL"/>
        </w:rPr>
        <w:t>- Type opwek (zon op dak, zon op land, wind, anders):</w:t>
      </w:r>
    </w:p>
    <w:p w14:paraId="59F45F4A" w14:textId="77777777" w:rsidR="00401BB1" w:rsidRPr="006C4921" w:rsidRDefault="00470BF5">
      <w:pPr>
        <w:rPr>
          <w:lang w:val="nl-NL"/>
        </w:rPr>
      </w:pPr>
      <w:r w:rsidRPr="006C4921">
        <w:rPr>
          <w:lang w:val="nl-NL"/>
        </w:rPr>
        <w:t>- Jaarlijkse productie (indicatie in MWh):</w:t>
      </w:r>
    </w:p>
    <w:p w14:paraId="4679DF2E" w14:textId="60FD57FA" w:rsidR="0010732E" w:rsidRPr="006C4921" w:rsidDel="00CB7CE5" w:rsidRDefault="00470BF5">
      <w:pPr>
        <w:rPr>
          <w:lang w:val="nl-NL"/>
        </w:rPr>
      </w:pPr>
      <w:r w:rsidRPr="006C4921">
        <w:rPr>
          <w:lang w:val="nl-NL"/>
        </w:rPr>
        <w:t>- Status project (in bedrijf / in ontwikkeling / gepland):</w:t>
      </w:r>
    </w:p>
    <w:p w14:paraId="6E735B3F" w14:textId="77777777" w:rsidR="00401BB1" w:rsidRPr="006C4921" w:rsidRDefault="00470BF5">
      <w:pPr>
        <w:pStyle w:val="Kop2"/>
        <w:rPr>
          <w:lang w:val="nl-NL"/>
        </w:rPr>
      </w:pPr>
      <w:r w:rsidRPr="006C4921">
        <w:rPr>
          <w:lang w:val="nl-NL"/>
        </w:rPr>
        <w:t>3. Interesse in levering via PPA</w:t>
      </w:r>
    </w:p>
    <w:p w14:paraId="5A8060FE" w14:textId="737A3477" w:rsidR="00401BB1" w:rsidRDefault="00470BF5">
      <w:pPr>
        <w:rPr>
          <w:lang w:val="nl-NL"/>
        </w:rPr>
      </w:pPr>
      <w:r w:rsidRPr="006C4921">
        <w:rPr>
          <w:lang w:val="nl-NL"/>
        </w:rPr>
        <w:t>- Heeft u interesse om elektriciteit te leveren aan gemeenten via een PPA</w:t>
      </w:r>
      <w:r w:rsidRPr="630E5C62">
        <w:rPr>
          <w:lang w:val="nl-NL"/>
        </w:rPr>
        <w:t>?</w:t>
      </w:r>
    </w:p>
    <w:p w14:paraId="36FD4148" w14:textId="15A7E10E" w:rsidR="0089680B" w:rsidRPr="006C4921" w:rsidRDefault="54056546">
      <w:pPr>
        <w:rPr>
          <w:lang w:val="nl-NL"/>
        </w:rPr>
      </w:pPr>
      <w:r w:rsidRPr="131943FC">
        <w:rPr>
          <w:lang w:val="nl-NL"/>
        </w:rPr>
        <w:t xml:space="preserve">- </w:t>
      </w:r>
      <w:r w:rsidR="2D2FFC07" w:rsidRPr="131943FC">
        <w:rPr>
          <w:lang w:val="nl-NL"/>
        </w:rPr>
        <w:t xml:space="preserve">Zo ja, gaat uw voorkeur dan uit naar een </w:t>
      </w:r>
      <w:r w:rsidR="6D71E142" w:rsidRPr="131943FC">
        <w:rPr>
          <w:lang w:val="nl-NL"/>
        </w:rPr>
        <w:t>Fysieke (‘</w:t>
      </w:r>
      <w:proofErr w:type="spellStart"/>
      <w:r w:rsidR="6D71E142" w:rsidRPr="131943FC">
        <w:rPr>
          <w:lang w:val="nl-NL"/>
        </w:rPr>
        <w:t>sleeved</w:t>
      </w:r>
      <w:proofErr w:type="spellEnd"/>
      <w:r w:rsidR="6D71E142" w:rsidRPr="131943FC">
        <w:rPr>
          <w:lang w:val="nl-NL"/>
        </w:rPr>
        <w:t xml:space="preserve">’) PPA of een </w:t>
      </w:r>
      <w:r w:rsidR="0018908E" w:rsidRPr="131943FC">
        <w:rPr>
          <w:lang w:val="nl-NL"/>
        </w:rPr>
        <w:t xml:space="preserve">virtuele of synthetische PPA (waarbij met een </w:t>
      </w:r>
      <w:r w:rsidR="0018908E" w:rsidRPr="00176E80">
        <w:rPr>
          <w:i/>
          <w:lang w:val="nl-NL"/>
        </w:rPr>
        <w:t xml:space="preserve">contract </w:t>
      </w:r>
      <w:proofErr w:type="spellStart"/>
      <w:r w:rsidR="0018908E" w:rsidRPr="00176E80">
        <w:rPr>
          <w:i/>
          <w:lang w:val="nl-NL"/>
        </w:rPr>
        <w:t>for</w:t>
      </w:r>
      <w:proofErr w:type="spellEnd"/>
      <w:r w:rsidR="0018908E" w:rsidRPr="00176E80">
        <w:rPr>
          <w:i/>
          <w:lang w:val="nl-NL"/>
        </w:rPr>
        <w:t xml:space="preserve"> </w:t>
      </w:r>
      <w:proofErr w:type="spellStart"/>
      <w:r w:rsidR="0018908E" w:rsidRPr="00176E80">
        <w:rPr>
          <w:i/>
          <w:lang w:val="nl-NL"/>
        </w:rPr>
        <w:t>differences</w:t>
      </w:r>
      <w:proofErr w:type="spellEnd"/>
      <w:r w:rsidR="0018908E" w:rsidRPr="131943FC">
        <w:rPr>
          <w:lang w:val="nl-NL"/>
        </w:rPr>
        <w:t xml:space="preserve"> wordt gewerkt?)</w:t>
      </w:r>
      <w:r w:rsidR="6D71E142" w:rsidRPr="131943FC">
        <w:rPr>
          <w:lang w:val="nl-NL"/>
        </w:rPr>
        <w:t xml:space="preserve"> </w:t>
      </w:r>
    </w:p>
    <w:p w14:paraId="0A15D9B3" w14:textId="77777777" w:rsidR="00401BB1" w:rsidRDefault="00470BF5">
      <w:pPr>
        <w:rPr>
          <w:lang w:val="nl-NL"/>
        </w:rPr>
      </w:pPr>
      <w:r w:rsidRPr="006C4921">
        <w:rPr>
          <w:lang w:val="nl-NL"/>
        </w:rPr>
        <w:t>- Gewenste looptijd (bijv. 5, 10 of 15 jaar):</w:t>
      </w:r>
    </w:p>
    <w:p w14:paraId="72C25626" w14:textId="4F572B6B" w:rsidR="00583876" w:rsidRDefault="00583876">
      <w:pPr>
        <w:rPr>
          <w:lang w:val="nl-NL"/>
        </w:rPr>
      </w:pPr>
      <w:r>
        <w:rPr>
          <w:lang w:val="nl-NL"/>
        </w:rPr>
        <w:t>- bent u vrij in de keuze van partij welke voor u de nominatie</w:t>
      </w:r>
      <w:r w:rsidR="00BB50D8">
        <w:rPr>
          <w:lang w:val="nl-NL"/>
        </w:rPr>
        <w:t xml:space="preserve"> en onbalansverrekening doet?</w:t>
      </w:r>
    </w:p>
    <w:p w14:paraId="06CA30B9" w14:textId="522D1E09" w:rsidR="00CB7CE5" w:rsidRPr="006C4921" w:rsidRDefault="00CB7CE5">
      <w:pPr>
        <w:rPr>
          <w:lang w:val="nl-NL"/>
        </w:rPr>
      </w:pPr>
      <w:r>
        <w:rPr>
          <w:lang w:val="nl-NL"/>
        </w:rPr>
        <w:t xml:space="preserve">- Staat u ervoor open om een gedeelte van uw opwek (bijv. 1/3) van uw capaciteit, te leveren aan een </w:t>
      </w:r>
      <w:r w:rsidR="000F7CEF">
        <w:rPr>
          <w:lang w:val="nl-NL"/>
        </w:rPr>
        <w:t>gemeente</w:t>
      </w:r>
      <w:r>
        <w:rPr>
          <w:lang w:val="nl-NL"/>
        </w:rPr>
        <w:t>?</w:t>
      </w:r>
    </w:p>
    <w:p w14:paraId="034D7150" w14:textId="0EBDF0AB" w:rsidR="00401BB1" w:rsidRPr="006C4921" w:rsidRDefault="00470BF5">
      <w:pPr>
        <w:rPr>
          <w:lang w:val="nl-NL"/>
        </w:rPr>
      </w:pPr>
      <w:r w:rsidRPr="006C4921">
        <w:rPr>
          <w:lang w:val="nl-NL"/>
        </w:rPr>
        <w:t xml:space="preserve">- Belang van prijszekerheid voor </w:t>
      </w:r>
      <w:r w:rsidR="00ED6A54">
        <w:rPr>
          <w:lang w:val="nl-NL"/>
        </w:rPr>
        <w:t xml:space="preserve">uw </w:t>
      </w:r>
      <w:r w:rsidRPr="006C4921">
        <w:rPr>
          <w:lang w:val="nl-NL"/>
        </w:rPr>
        <w:t>financiering en exploitatie:</w:t>
      </w:r>
    </w:p>
    <w:p w14:paraId="4D00AFE7" w14:textId="1679C807" w:rsidR="00401BB1" w:rsidRPr="006C4921" w:rsidRDefault="00470BF5">
      <w:pPr>
        <w:pStyle w:val="Kop2"/>
        <w:rPr>
          <w:lang w:val="nl-NL"/>
        </w:rPr>
      </w:pPr>
      <w:r w:rsidRPr="006C4921">
        <w:rPr>
          <w:lang w:val="nl-NL"/>
        </w:rPr>
        <w:t>4. Prijsvorming en voorwaarden</w:t>
      </w:r>
    </w:p>
    <w:p w14:paraId="2E690058" w14:textId="089954CA" w:rsidR="00401BB1" w:rsidRPr="006C4921" w:rsidRDefault="00470BF5">
      <w:pPr>
        <w:rPr>
          <w:lang w:val="nl-NL"/>
        </w:rPr>
      </w:pPr>
      <w:r w:rsidRPr="006C4921">
        <w:rPr>
          <w:lang w:val="nl-NL"/>
        </w:rPr>
        <w:t>- Voorkeur voor vaste prijs</w:t>
      </w:r>
      <w:r w:rsidR="00ED6A54">
        <w:rPr>
          <w:lang w:val="nl-NL"/>
        </w:rPr>
        <w:t>/kWh</w:t>
      </w:r>
      <w:r w:rsidRPr="006C4921">
        <w:rPr>
          <w:lang w:val="nl-NL"/>
        </w:rPr>
        <w:t xml:space="preserve"> of </w:t>
      </w:r>
      <w:proofErr w:type="spellStart"/>
      <w:r w:rsidRPr="006C4921">
        <w:rPr>
          <w:lang w:val="nl-NL"/>
        </w:rPr>
        <w:t>marktgekoppelde</w:t>
      </w:r>
      <w:proofErr w:type="spellEnd"/>
      <w:r w:rsidRPr="006C4921">
        <w:rPr>
          <w:lang w:val="nl-NL"/>
        </w:rPr>
        <w:t xml:space="preserve"> prijs</w:t>
      </w:r>
      <w:r w:rsidR="00F0504D">
        <w:rPr>
          <w:lang w:val="nl-NL"/>
        </w:rPr>
        <w:t xml:space="preserve">, en in dat laatste geval vernemen wij graag </w:t>
      </w:r>
      <w:r w:rsidR="00ED6A54">
        <w:rPr>
          <w:lang w:val="nl-NL"/>
        </w:rPr>
        <w:t>uw voorkeursprijsreferentie</w:t>
      </w:r>
    </w:p>
    <w:p w14:paraId="473432B0" w14:textId="272E3465" w:rsidR="00401BB1" w:rsidRPr="006C4921" w:rsidRDefault="0018908E">
      <w:pPr>
        <w:rPr>
          <w:lang w:val="nl-NL"/>
        </w:rPr>
      </w:pPr>
      <w:r w:rsidRPr="131943FC">
        <w:rPr>
          <w:lang w:val="nl-NL"/>
        </w:rPr>
        <w:t>- Overige randvoorwaarden voor een haalbare businesscase</w:t>
      </w:r>
    </w:p>
    <w:p w14:paraId="388971A4" w14:textId="77777777" w:rsidR="00401BB1" w:rsidRPr="006C4921" w:rsidRDefault="00470BF5">
      <w:pPr>
        <w:pStyle w:val="Kop2"/>
        <w:rPr>
          <w:lang w:val="nl-NL"/>
        </w:rPr>
      </w:pPr>
      <w:r w:rsidRPr="006C4921">
        <w:rPr>
          <w:lang w:val="nl-NL"/>
        </w:rPr>
        <w:t>5. Gelijktijdigheid en lokale afname</w:t>
      </w:r>
    </w:p>
    <w:p w14:paraId="0BD9630B" w14:textId="77777777" w:rsidR="00401BB1" w:rsidRDefault="00470BF5">
      <w:pPr>
        <w:rPr>
          <w:lang w:val="nl-NL"/>
        </w:rPr>
      </w:pPr>
      <w:r w:rsidRPr="006C4921">
        <w:rPr>
          <w:lang w:val="nl-NL"/>
        </w:rPr>
        <w:t>- In hoeverre kan uw productie aansluiten bij lokale vraag (tijdstip en locatie)?</w:t>
      </w:r>
    </w:p>
    <w:p w14:paraId="2070C1A8" w14:textId="02442CBD" w:rsidR="00FD4131" w:rsidRPr="006C4921" w:rsidRDefault="00FD4131">
      <w:pPr>
        <w:rPr>
          <w:lang w:val="nl-NL"/>
        </w:rPr>
      </w:pPr>
      <w:r>
        <w:rPr>
          <w:lang w:val="nl-NL"/>
        </w:rPr>
        <w:t xml:space="preserve">- </w:t>
      </w:r>
      <w:r w:rsidR="005F20F1">
        <w:rPr>
          <w:lang w:val="nl-NL"/>
        </w:rPr>
        <w:t xml:space="preserve">Kunt u de kWh </w:t>
      </w:r>
      <w:r w:rsidR="00ED405E">
        <w:rPr>
          <w:lang w:val="nl-NL"/>
        </w:rPr>
        <w:t xml:space="preserve">duurzame energie zowel </w:t>
      </w:r>
      <w:r w:rsidR="005F20F1">
        <w:rPr>
          <w:lang w:val="nl-NL"/>
        </w:rPr>
        <w:t xml:space="preserve">als </w:t>
      </w:r>
      <w:r w:rsidR="005F20F1" w:rsidRPr="00F0504D">
        <w:rPr>
          <w:i/>
          <w:iCs/>
          <w:lang w:val="nl-NL"/>
        </w:rPr>
        <w:t>baseload</w:t>
      </w:r>
      <w:r w:rsidR="005F20F1">
        <w:rPr>
          <w:lang w:val="nl-NL"/>
        </w:rPr>
        <w:t xml:space="preserve">, </w:t>
      </w:r>
      <w:r w:rsidR="005F20F1" w:rsidRPr="00F0504D">
        <w:rPr>
          <w:i/>
          <w:iCs/>
          <w:lang w:val="nl-NL"/>
        </w:rPr>
        <w:t>a</w:t>
      </w:r>
      <w:r w:rsidR="00F0504D" w:rsidRPr="00F0504D">
        <w:rPr>
          <w:i/>
          <w:iCs/>
          <w:lang w:val="nl-NL"/>
        </w:rPr>
        <w:t xml:space="preserve">s </w:t>
      </w:r>
      <w:proofErr w:type="spellStart"/>
      <w:r w:rsidR="00F0504D" w:rsidRPr="00F0504D">
        <w:rPr>
          <w:i/>
          <w:iCs/>
          <w:lang w:val="nl-NL"/>
        </w:rPr>
        <w:t>nominated</w:t>
      </w:r>
      <w:proofErr w:type="spellEnd"/>
      <w:r w:rsidR="00F0504D">
        <w:rPr>
          <w:lang w:val="nl-NL"/>
        </w:rPr>
        <w:t xml:space="preserve"> en </w:t>
      </w:r>
      <w:r w:rsidR="00F0504D" w:rsidRPr="00F0504D">
        <w:rPr>
          <w:i/>
          <w:iCs/>
          <w:lang w:val="nl-NL"/>
        </w:rPr>
        <w:t xml:space="preserve">as </w:t>
      </w:r>
      <w:proofErr w:type="spellStart"/>
      <w:r w:rsidR="00F0504D" w:rsidRPr="00F0504D">
        <w:rPr>
          <w:i/>
          <w:iCs/>
          <w:lang w:val="nl-NL"/>
        </w:rPr>
        <w:t>produced</w:t>
      </w:r>
      <w:proofErr w:type="spellEnd"/>
      <w:r w:rsidR="00F0504D">
        <w:rPr>
          <w:lang w:val="nl-NL"/>
        </w:rPr>
        <w:t xml:space="preserve"> leveren?</w:t>
      </w:r>
      <w:r w:rsidR="00ED405E">
        <w:rPr>
          <w:lang w:val="nl-NL"/>
        </w:rPr>
        <w:t xml:space="preserve"> En heeft u hierin een voorkeur?</w:t>
      </w:r>
    </w:p>
    <w:p w14:paraId="2DB954E5" w14:textId="77777777" w:rsidR="00401BB1" w:rsidRPr="006C4921" w:rsidRDefault="00470BF5">
      <w:pPr>
        <w:rPr>
          <w:lang w:val="nl-NL"/>
        </w:rPr>
      </w:pPr>
      <w:r w:rsidRPr="006C4921">
        <w:rPr>
          <w:lang w:val="nl-NL"/>
        </w:rPr>
        <w:lastRenderedPageBreak/>
        <w:t>- Mogelijkheden of beperkingen voor afstemming van vraag en aanbod:</w:t>
      </w:r>
    </w:p>
    <w:p w14:paraId="39FA9C00" w14:textId="77777777" w:rsidR="00401BB1" w:rsidRPr="006C4921" w:rsidRDefault="00470BF5">
      <w:pPr>
        <w:pStyle w:val="Kop2"/>
        <w:rPr>
          <w:lang w:val="nl-NL"/>
        </w:rPr>
      </w:pPr>
      <w:r w:rsidRPr="006C4921">
        <w:rPr>
          <w:lang w:val="nl-NL"/>
        </w:rPr>
        <w:t>6. Garanties van Oorsprong</w:t>
      </w:r>
    </w:p>
    <w:p w14:paraId="5E3F786D" w14:textId="41CA5410" w:rsidR="00401BB1" w:rsidRPr="006C4921" w:rsidRDefault="00470BF5">
      <w:pPr>
        <w:rPr>
          <w:lang w:val="nl-NL"/>
        </w:rPr>
      </w:pPr>
      <w:r w:rsidRPr="006C4921">
        <w:rPr>
          <w:lang w:val="nl-NL"/>
        </w:rPr>
        <w:t xml:space="preserve">- Hoe gaat u om met </w:t>
      </w:r>
      <w:r w:rsidR="00F35A91">
        <w:rPr>
          <w:lang w:val="nl-NL"/>
        </w:rPr>
        <w:t xml:space="preserve">de door u geproduceerde </w:t>
      </w:r>
      <w:proofErr w:type="spellStart"/>
      <w:r w:rsidRPr="006C4921">
        <w:rPr>
          <w:lang w:val="nl-NL"/>
        </w:rPr>
        <w:t>GvO’s</w:t>
      </w:r>
      <w:proofErr w:type="spellEnd"/>
      <w:r w:rsidRPr="006C4921">
        <w:rPr>
          <w:lang w:val="nl-NL"/>
        </w:rPr>
        <w:t xml:space="preserve"> (</w:t>
      </w:r>
      <w:proofErr w:type="spellStart"/>
      <w:r w:rsidRPr="006C4921">
        <w:rPr>
          <w:lang w:val="nl-NL"/>
        </w:rPr>
        <w:t>meeverkopen</w:t>
      </w:r>
      <w:proofErr w:type="spellEnd"/>
      <w:r w:rsidRPr="006C4921">
        <w:rPr>
          <w:lang w:val="nl-NL"/>
        </w:rPr>
        <w:t>, apart verhandelen, niet uitgeven)?</w:t>
      </w:r>
    </w:p>
    <w:p w14:paraId="43FBD1ED" w14:textId="3C599E81" w:rsidR="00401BB1" w:rsidRDefault="00470BF5">
      <w:pPr>
        <w:rPr>
          <w:lang w:val="nl-NL"/>
        </w:rPr>
      </w:pPr>
      <w:r w:rsidRPr="006C4921">
        <w:rPr>
          <w:lang w:val="nl-NL"/>
        </w:rPr>
        <w:t xml:space="preserve">- </w:t>
      </w:r>
      <w:r w:rsidR="006F3FAB">
        <w:rPr>
          <w:lang w:val="nl-NL"/>
        </w:rPr>
        <w:t>Heeft u nadere a</w:t>
      </w:r>
      <w:r w:rsidRPr="006C4921">
        <w:rPr>
          <w:lang w:val="nl-NL"/>
        </w:rPr>
        <w:t>andachtspunten bij levering zonder afzonderlijke GvO’s</w:t>
      </w:r>
      <w:r w:rsidR="006F3FAB">
        <w:rPr>
          <w:lang w:val="nl-NL"/>
        </w:rPr>
        <w:t>?</w:t>
      </w:r>
    </w:p>
    <w:p w14:paraId="37D60A13" w14:textId="7EFAC041" w:rsidR="00DC52F1" w:rsidRPr="006C4921" w:rsidRDefault="00DC52F1">
      <w:pPr>
        <w:rPr>
          <w:lang w:val="nl-NL"/>
        </w:rPr>
      </w:pPr>
      <w:r>
        <w:rPr>
          <w:lang w:val="nl-NL"/>
        </w:rPr>
        <w:t xml:space="preserve">- In hoeverre kunt u gelijktijdigheid garanderen </w:t>
      </w:r>
      <w:r w:rsidR="009329B8">
        <w:rPr>
          <w:lang w:val="nl-NL"/>
        </w:rPr>
        <w:t>tussen levering van kWh en GvO’s? Hoe zou wat u betreft deze administratie er bij voorkeur uit zien?</w:t>
      </w:r>
    </w:p>
    <w:p w14:paraId="2EB15341" w14:textId="77777777" w:rsidR="00401BB1" w:rsidRPr="006C4921" w:rsidRDefault="00470BF5">
      <w:pPr>
        <w:pStyle w:val="Kop2"/>
        <w:rPr>
          <w:lang w:val="nl-NL"/>
        </w:rPr>
      </w:pPr>
      <w:r w:rsidRPr="006C4921">
        <w:rPr>
          <w:lang w:val="nl-NL"/>
        </w:rPr>
        <w:t>7. Transparantie en marktwerking</w:t>
      </w:r>
    </w:p>
    <w:p w14:paraId="63D3BC81" w14:textId="151F6F15" w:rsidR="00401BB1" w:rsidRPr="006C4921" w:rsidRDefault="00470BF5">
      <w:pPr>
        <w:rPr>
          <w:lang w:val="nl-NL"/>
        </w:rPr>
      </w:pPr>
      <w:r w:rsidRPr="006C4921">
        <w:rPr>
          <w:lang w:val="nl-NL"/>
        </w:rPr>
        <w:t>- Staat u open voor deelname aan een Dynamisch Aankoopsysteem (DAS</w:t>
      </w:r>
      <w:r w:rsidR="01BAED0F" w:rsidRPr="08808FDB">
        <w:rPr>
          <w:lang w:val="nl-NL"/>
        </w:rPr>
        <w:t xml:space="preserve">, een soort van </w:t>
      </w:r>
      <w:r w:rsidR="01BAED0F" w:rsidRPr="0D6A0EFB">
        <w:rPr>
          <w:lang w:val="nl-NL"/>
        </w:rPr>
        <w:t>marktplaats</w:t>
      </w:r>
      <w:r w:rsidRPr="08808FDB">
        <w:rPr>
          <w:lang w:val="nl-NL"/>
        </w:rPr>
        <w:t>)</w:t>
      </w:r>
      <w:r w:rsidRPr="006C4921">
        <w:rPr>
          <w:lang w:val="nl-NL"/>
        </w:rPr>
        <w:t xml:space="preserve"> </w:t>
      </w:r>
      <w:r w:rsidR="6FAE18B0" w:rsidRPr="7AC5D24D">
        <w:rPr>
          <w:lang w:val="nl-NL"/>
        </w:rPr>
        <w:t>en/</w:t>
      </w:r>
      <w:r w:rsidRPr="078AE13A">
        <w:rPr>
          <w:lang w:val="nl-NL"/>
        </w:rPr>
        <w:t>of</w:t>
      </w:r>
      <w:r w:rsidRPr="006C4921">
        <w:rPr>
          <w:lang w:val="nl-NL"/>
        </w:rPr>
        <w:t xml:space="preserve"> aanbestedingsplatform (zoals TenderNed of Mercell) voor het tot stand komen van </w:t>
      </w:r>
      <w:proofErr w:type="spellStart"/>
      <w:r w:rsidRPr="006C4921">
        <w:rPr>
          <w:lang w:val="nl-NL"/>
        </w:rPr>
        <w:t>PPA’s</w:t>
      </w:r>
      <w:proofErr w:type="spellEnd"/>
      <w:r w:rsidR="1E62E566" w:rsidRPr="6E2200CA">
        <w:rPr>
          <w:lang w:val="nl-NL"/>
        </w:rPr>
        <w:t xml:space="preserve">, </w:t>
      </w:r>
      <w:r w:rsidR="1E62E566" w:rsidRPr="78AC6A93">
        <w:rPr>
          <w:lang w:val="nl-NL"/>
        </w:rPr>
        <w:t xml:space="preserve">dit </w:t>
      </w:r>
      <w:r w:rsidR="1E62E566" w:rsidRPr="10423699">
        <w:rPr>
          <w:lang w:val="nl-NL"/>
        </w:rPr>
        <w:t>i</w:t>
      </w:r>
      <w:r w:rsidR="3030B059" w:rsidRPr="10423699">
        <w:rPr>
          <w:lang w:val="nl-NL"/>
        </w:rPr>
        <w:t>.</w:t>
      </w:r>
      <w:r w:rsidR="1E62E566" w:rsidRPr="74643268">
        <w:rPr>
          <w:lang w:val="nl-NL"/>
        </w:rPr>
        <w:t>v</w:t>
      </w:r>
      <w:r w:rsidR="3030B059" w:rsidRPr="74643268">
        <w:rPr>
          <w:lang w:val="nl-NL"/>
        </w:rPr>
        <w:t>.</w:t>
      </w:r>
      <w:r w:rsidR="1E62E566" w:rsidRPr="74643268">
        <w:rPr>
          <w:lang w:val="nl-NL"/>
        </w:rPr>
        <w:t>m</w:t>
      </w:r>
      <w:r w:rsidR="1603BF9E" w:rsidRPr="74643268">
        <w:rPr>
          <w:lang w:val="nl-NL"/>
        </w:rPr>
        <w:t>.</w:t>
      </w:r>
      <w:r w:rsidR="1E62E566" w:rsidRPr="0ACB5B57">
        <w:rPr>
          <w:lang w:val="nl-NL"/>
        </w:rPr>
        <w:t xml:space="preserve"> </w:t>
      </w:r>
      <w:r w:rsidR="1BFD02CC" w:rsidRPr="4121C519">
        <w:rPr>
          <w:lang w:val="nl-NL"/>
        </w:rPr>
        <w:t xml:space="preserve">de </w:t>
      </w:r>
      <w:r w:rsidR="1BFD02CC" w:rsidRPr="6AAD0698">
        <w:rPr>
          <w:lang w:val="nl-NL"/>
        </w:rPr>
        <w:t xml:space="preserve">noodzaak </w:t>
      </w:r>
      <w:r w:rsidR="1BFD02CC" w:rsidRPr="76FF4F02">
        <w:rPr>
          <w:lang w:val="nl-NL"/>
        </w:rPr>
        <w:t xml:space="preserve">voor de Regio de </w:t>
      </w:r>
      <w:r w:rsidR="1BFD02CC" w:rsidRPr="40BD3E96">
        <w:rPr>
          <w:lang w:val="nl-NL"/>
        </w:rPr>
        <w:t xml:space="preserve">lokale </w:t>
      </w:r>
      <w:r w:rsidR="1BFD02CC" w:rsidRPr="538F3237">
        <w:rPr>
          <w:lang w:val="nl-NL"/>
        </w:rPr>
        <w:t xml:space="preserve">opwek rechtmatig in </w:t>
      </w:r>
      <w:r w:rsidR="1BFD02CC" w:rsidRPr="444CFF51">
        <w:rPr>
          <w:lang w:val="nl-NL"/>
        </w:rPr>
        <w:t>te kopen</w:t>
      </w:r>
      <w:r w:rsidRPr="0ACB5B57">
        <w:rPr>
          <w:lang w:val="nl-NL"/>
        </w:rPr>
        <w:t>?</w:t>
      </w:r>
      <w:r w:rsidR="00FB15B2">
        <w:rPr>
          <w:lang w:val="nl-NL"/>
        </w:rPr>
        <w:t xml:space="preserve"> </w:t>
      </w:r>
    </w:p>
    <w:p w14:paraId="4CF37D2D" w14:textId="77777777" w:rsidR="00401BB1" w:rsidRPr="006C4921" w:rsidRDefault="00470BF5">
      <w:pPr>
        <w:rPr>
          <w:lang w:val="nl-NL"/>
        </w:rPr>
      </w:pPr>
      <w:r w:rsidRPr="006C4921">
        <w:rPr>
          <w:lang w:val="nl-NL"/>
        </w:rPr>
        <w:t>- Welke ondersteuning is nodig om hieraan deel te nemen?</w:t>
      </w:r>
    </w:p>
    <w:p w14:paraId="54B5AAD4" w14:textId="5F5EEC8F" w:rsidR="00401BB1" w:rsidRPr="006C4921" w:rsidRDefault="00401BB1">
      <w:pPr>
        <w:rPr>
          <w:lang w:val="nl-NL"/>
        </w:rPr>
      </w:pPr>
    </w:p>
    <w:sectPr w:rsidR="00401BB1" w:rsidRPr="006C492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7795266">
    <w:abstractNumId w:val="2"/>
  </w:num>
  <w:num w:numId="2" w16cid:durableId="1613828280">
    <w:abstractNumId w:val="0"/>
  </w:num>
  <w:num w:numId="3" w16cid:durableId="1713310743">
    <w:abstractNumId w:val="7"/>
  </w:num>
  <w:num w:numId="4" w16cid:durableId="1848205977">
    <w:abstractNumId w:val="3"/>
  </w:num>
  <w:num w:numId="5" w16cid:durableId="2013336135">
    <w:abstractNumId w:val="1"/>
  </w:num>
  <w:num w:numId="6" w16cid:durableId="238757032">
    <w:abstractNumId w:val="8"/>
  </w:num>
  <w:num w:numId="7" w16cid:durableId="31544495">
    <w:abstractNumId w:val="4"/>
  </w:num>
  <w:num w:numId="8" w16cid:durableId="47654738">
    <w:abstractNumId w:val="5"/>
  </w:num>
  <w:num w:numId="9" w16cid:durableId="644891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124"/>
    <w:rsid w:val="000107C8"/>
    <w:rsid w:val="000148E2"/>
    <w:rsid w:val="00014D15"/>
    <w:rsid w:val="00021A11"/>
    <w:rsid w:val="00026DF3"/>
    <w:rsid w:val="00034616"/>
    <w:rsid w:val="0006063C"/>
    <w:rsid w:val="00061350"/>
    <w:rsid w:val="00083835"/>
    <w:rsid w:val="000D3D4A"/>
    <w:rsid w:val="000E1D9C"/>
    <w:rsid w:val="000F0959"/>
    <w:rsid w:val="000F7CEF"/>
    <w:rsid w:val="0010732E"/>
    <w:rsid w:val="00145AC0"/>
    <w:rsid w:val="0015074B"/>
    <w:rsid w:val="00154E52"/>
    <w:rsid w:val="001645E1"/>
    <w:rsid w:val="001753B1"/>
    <w:rsid w:val="00176E80"/>
    <w:rsid w:val="0017719E"/>
    <w:rsid w:val="001771D3"/>
    <w:rsid w:val="0018908E"/>
    <w:rsid w:val="001946A8"/>
    <w:rsid w:val="001A1F70"/>
    <w:rsid w:val="001D33EE"/>
    <w:rsid w:val="001D6319"/>
    <w:rsid w:val="0021384B"/>
    <w:rsid w:val="00243D8F"/>
    <w:rsid w:val="002670D1"/>
    <w:rsid w:val="0029627A"/>
    <w:rsid w:val="0029639D"/>
    <w:rsid w:val="00297B4C"/>
    <w:rsid w:val="002F6218"/>
    <w:rsid w:val="002F7C40"/>
    <w:rsid w:val="00301316"/>
    <w:rsid w:val="00316378"/>
    <w:rsid w:val="003247A8"/>
    <w:rsid w:val="00326EC0"/>
    <w:rsid w:val="00326F90"/>
    <w:rsid w:val="00363CC8"/>
    <w:rsid w:val="003A53AB"/>
    <w:rsid w:val="003D7D7D"/>
    <w:rsid w:val="00401BB1"/>
    <w:rsid w:val="00421D4D"/>
    <w:rsid w:val="0042364B"/>
    <w:rsid w:val="00446281"/>
    <w:rsid w:val="004670E9"/>
    <w:rsid w:val="00470BF5"/>
    <w:rsid w:val="00472970"/>
    <w:rsid w:val="004D4D9E"/>
    <w:rsid w:val="004E2FCD"/>
    <w:rsid w:val="00506B7E"/>
    <w:rsid w:val="00546695"/>
    <w:rsid w:val="00583876"/>
    <w:rsid w:val="005A42DA"/>
    <w:rsid w:val="005F20F1"/>
    <w:rsid w:val="005F2FBF"/>
    <w:rsid w:val="006043FB"/>
    <w:rsid w:val="0065167B"/>
    <w:rsid w:val="00666576"/>
    <w:rsid w:val="00680287"/>
    <w:rsid w:val="006C4921"/>
    <w:rsid w:val="006E2C9B"/>
    <w:rsid w:val="006F3FAB"/>
    <w:rsid w:val="007057B8"/>
    <w:rsid w:val="00751F9D"/>
    <w:rsid w:val="007651F2"/>
    <w:rsid w:val="00785279"/>
    <w:rsid w:val="00785EED"/>
    <w:rsid w:val="007A7DE0"/>
    <w:rsid w:val="007C0180"/>
    <w:rsid w:val="007C43C5"/>
    <w:rsid w:val="007E272C"/>
    <w:rsid w:val="007F0AD3"/>
    <w:rsid w:val="007F437C"/>
    <w:rsid w:val="008343B2"/>
    <w:rsid w:val="008537B0"/>
    <w:rsid w:val="00886C83"/>
    <w:rsid w:val="0089680B"/>
    <w:rsid w:val="008B74ED"/>
    <w:rsid w:val="008E358F"/>
    <w:rsid w:val="009148C7"/>
    <w:rsid w:val="009258B9"/>
    <w:rsid w:val="009329B8"/>
    <w:rsid w:val="00995E6B"/>
    <w:rsid w:val="009B69B7"/>
    <w:rsid w:val="009D3644"/>
    <w:rsid w:val="009D6EFD"/>
    <w:rsid w:val="009F00D7"/>
    <w:rsid w:val="00A83576"/>
    <w:rsid w:val="00A97F6B"/>
    <w:rsid w:val="00AA1D8D"/>
    <w:rsid w:val="00AB48F7"/>
    <w:rsid w:val="00AC695D"/>
    <w:rsid w:val="00AD104A"/>
    <w:rsid w:val="00B120F0"/>
    <w:rsid w:val="00B16707"/>
    <w:rsid w:val="00B346AB"/>
    <w:rsid w:val="00B47730"/>
    <w:rsid w:val="00B57B67"/>
    <w:rsid w:val="00B6356C"/>
    <w:rsid w:val="00BA49D6"/>
    <w:rsid w:val="00BB50D8"/>
    <w:rsid w:val="00BC0770"/>
    <w:rsid w:val="00BE1F4F"/>
    <w:rsid w:val="00BF6732"/>
    <w:rsid w:val="00C64D39"/>
    <w:rsid w:val="00C85F75"/>
    <w:rsid w:val="00CB0664"/>
    <w:rsid w:val="00CB7CE5"/>
    <w:rsid w:val="00CC09BF"/>
    <w:rsid w:val="00CC617F"/>
    <w:rsid w:val="00CF50EE"/>
    <w:rsid w:val="00D42948"/>
    <w:rsid w:val="00D505A9"/>
    <w:rsid w:val="00D72974"/>
    <w:rsid w:val="00D81019"/>
    <w:rsid w:val="00D83D75"/>
    <w:rsid w:val="00D90C00"/>
    <w:rsid w:val="00D9291D"/>
    <w:rsid w:val="00DC52F1"/>
    <w:rsid w:val="00DD1C65"/>
    <w:rsid w:val="00DE30BF"/>
    <w:rsid w:val="00E01DA5"/>
    <w:rsid w:val="00E16BAB"/>
    <w:rsid w:val="00E60F94"/>
    <w:rsid w:val="00E62638"/>
    <w:rsid w:val="00E80864"/>
    <w:rsid w:val="00E80D6E"/>
    <w:rsid w:val="00EA02FE"/>
    <w:rsid w:val="00EA5BD4"/>
    <w:rsid w:val="00ED405E"/>
    <w:rsid w:val="00ED6A54"/>
    <w:rsid w:val="00F0504D"/>
    <w:rsid w:val="00F35A91"/>
    <w:rsid w:val="00F60D67"/>
    <w:rsid w:val="00F8615B"/>
    <w:rsid w:val="00FA2C0D"/>
    <w:rsid w:val="00FA418A"/>
    <w:rsid w:val="00FA47EB"/>
    <w:rsid w:val="00FB15B2"/>
    <w:rsid w:val="00FC693F"/>
    <w:rsid w:val="00FD19FA"/>
    <w:rsid w:val="00FD4131"/>
    <w:rsid w:val="01BAED0F"/>
    <w:rsid w:val="039735EE"/>
    <w:rsid w:val="06573D23"/>
    <w:rsid w:val="078AE13A"/>
    <w:rsid w:val="0862989E"/>
    <w:rsid w:val="08808FDB"/>
    <w:rsid w:val="0ACB5B57"/>
    <w:rsid w:val="0C18AF7D"/>
    <w:rsid w:val="0D6A0EFB"/>
    <w:rsid w:val="0E19ADBD"/>
    <w:rsid w:val="0F0543D7"/>
    <w:rsid w:val="10423699"/>
    <w:rsid w:val="110DEBCB"/>
    <w:rsid w:val="131943FC"/>
    <w:rsid w:val="15D3A290"/>
    <w:rsid w:val="1603BF9E"/>
    <w:rsid w:val="18EB0FE2"/>
    <w:rsid w:val="1BFD02CC"/>
    <w:rsid w:val="1C67AB25"/>
    <w:rsid w:val="1E1BAA6B"/>
    <w:rsid w:val="1E5D1BBE"/>
    <w:rsid w:val="1E62E566"/>
    <w:rsid w:val="1E7F4D6D"/>
    <w:rsid w:val="1F879099"/>
    <w:rsid w:val="200F721E"/>
    <w:rsid w:val="2560DA2E"/>
    <w:rsid w:val="2587D51A"/>
    <w:rsid w:val="25962ECC"/>
    <w:rsid w:val="2840F583"/>
    <w:rsid w:val="2850A6A8"/>
    <w:rsid w:val="2919F219"/>
    <w:rsid w:val="2BAD7FBC"/>
    <w:rsid w:val="2C198BB6"/>
    <w:rsid w:val="2D2FFC07"/>
    <w:rsid w:val="3030B059"/>
    <w:rsid w:val="33AB6EC2"/>
    <w:rsid w:val="349A8F9D"/>
    <w:rsid w:val="34CBE236"/>
    <w:rsid w:val="34D39CFF"/>
    <w:rsid w:val="37DDFD95"/>
    <w:rsid w:val="3883BB38"/>
    <w:rsid w:val="3AE54BD0"/>
    <w:rsid w:val="40BD3E96"/>
    <w:rsid w:val="4121C519"/>
    <w:rsid w:val="4142CD1F"/>
    <w:rsid w:val="42C6986E"/>
    <w:rsid w:val="432AE281"/>
    <w:rsid w:val="444CFF51"/>
    <w:rsid w:val="4A0E9239"/>
    <w:rsid w:val="4B0E1C1A"/>
    <w:rsid w:val="4B8E06FA"/>
    <w:rsid w:val="4D567578"/>
    <w:rsid w:val="5007C0F2"/>
    <w:rsid w:val="52F86F87"/>
    <w:rsid w:val="538F3237"/>
    <w:rsid w:val="54056546"/>
    <w:rsid w:val="540CF6AE"/>
    <w:rsid w:val="612DAB5F"/>
    <w:rsid w:val="6267885C"/>
    <w:rsid w:val="630E5C62"/>
    <w:rsid w:val="65BF4931"/>
    <w:rsid w:val="67144D4A"/>
    <w:rsid w:val="6AAD0698"/>
    <w:rsid w:val="6D71E142"/>
    <w:rsid w:val="6E2200CA"/>
    <w:rsid w:val="6FAE18B0"/>
    <w:rsid w:val="728F01DA"/>
    <w:rsid w:val="732B7A73"/>
    <w:rsid w:val="74643268"/>
    <w:rsid w:val="76F54801"/>
    <w:rsid w:val="76FF4F02"/>
    <w:rsid w:val="78AC6A93"/>
    <w:rsid w:val="79FC2CAC"/>
    <w:rsid w:val="7AC5D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06EF4"/>
  <w14:defaultImageDpi w14:val="300"/>
  <w15:docId w15:val="{B71F4AC8-0221-4C1A-BF06-3A778123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8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4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1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e">
    <w:name w:val="Revision"/>
    <w:hidden/>
    <w:uiPriority w:val="99"/>
    <w:semiHidden/>
    <w:rsid w:val="006C4921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C52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52F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52F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52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52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323603BDAA44996B08ECF24138D8F" ma:contentTypeVersion="3" ma:contentTypeDescription="Create a new document." ma:contentTypeScope="" ma:versionID="a429e332439c893ba64df4846ed2f324">
  <xsd:schema xmlns:xsd="http://www.w3.org/2001/XMLSchema" xmlns:xs="http://www.w3.org/2001/XMLSchema" xmlns:p="http://schemas.microsoft.com/office/2006/metadata/properties" xmlns:ns2="4db758a6-64ad-49ef-ace9-f4e91adb80f3" targetNamespace="http://schemas.microsoft.com/office/2006/metadata/properties" ma:root="true" ma:fieldsID="5e36b7be70110fe2fbc56bd701a30eb2" ns2:_="">
    <xsd:import namespace="4db758a6-64ad-49ef-ace9-f4e91adb8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758a6-64ad-49ef-ace9-f4e91adb8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7076ED-ECF9-41C0-8A27-CD44BE85D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758a6-64ad-49ef-ace9-f4e91adb8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796174-0524-48B0-80EA-90B69F879D0A}">
  <ds:schemaRefs>
    <ds:schemaRef ds:uri="http://www.w3.org/XML/1998/namespace"/>
    <ds:schemaRef ds:uri="http://schemas.microsoft.com/office/2006/metadata/properties"/>
    <ds:schemaRef ds:uri="4db758a6-64ad-49ef-ace9-f4e91adb80f3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5211472-D6EA-4D30-8CD7-6D2F591E9F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2083</Characters>
  <Application>Microsoft Office Word</Application>
  <DocSecurity>0</DocSecurity>
  <Lines>17</Lines>
  <Paragraphs>4</Paragraphs>
  <ScaleCrop>false</ScaleCrop>
  <Manager/>
  <Company/>
  <LinksUpToDate>false</LinksUpToDate>
  <CharactersWithSpaces>2457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Viola Piotrowska</cp:lastModifiedBy>
  <cp:revision>2</cp:revision>
  <dcterms:created xsi:type="dcterms:W3CDTF">2026-01-30T08:33:00Z</dcterms:created>
  <dcterms:modified xsi:type="dcterms:W3CDTF">2026-01-30T08:33:00Z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0x0101009B2323603BDAA44996B08ECF24138D8F</vt:lpwstr>
  </property>
</Properties>
</file>