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4A1FB" w14:textId="79758A8C" w:rsidR="005019D1" w:rsidRPr="006900BB" w:rsidRDefault="00BE6035">
      <w:pPr>
        <w:pStyle w:val="Kop1"/>
        <w:rPr>
          <w:rFonts w:ascii="Arial" w:hAnsi="Arial" w:cs="Arial"/>
          <w:lang w:val="nl-NL"/>
        </w:rPr>
      </w:pPr>
      <w:r>
        <w:t>🛡</w:t>
      </w:r>
      <w:r>
        <w:t>️</w:t>
      </w:r>
      <w:r w:rsidRPr="006900BB">
        <w:rPr>
          <w:rFonts w:ascii="Arial" w:hAnsi="Arial" w:cs="Arial"/>
          <w:lang w:val="nl-NL"/>
        </w:rPr>
        <w:t xml:space="preserve"> Sluitronde Looplijst Beveiliging</w:t>
      </w:r>
    </w:p>
    <w:p w14:paraId="0E0B5BFF" w14:textId="579CBF9E" w:rsidR="00525879" w:rsidRPr="006900BB" w:rsidRDefault="00BE6035">
      <w:pPr>
        <w:rPr>
          <w:rFonts w:ascii="Arial" w:hAnsi="Arial" w:cs="Arial"/>
          <w:lang w:val="nl-NL"/>
        </w:rPr>
      </w:pPr>
      <w:r w:rsidRPr="006900BB">
        <w:rPr>
          <w:rFonts w:ascii="Arial" w:hAnsi="Arial" w:cs="Arial"/>
          <w:lang w:val="nl-NL"/>
        </w:rPr>
        <w:t>Naam beveiliger: __________________</w:t>
      </w:r>
      <w:r w:rsidR="00525879" w:rsidRPr="006900BB">
        <w:rPr>
          <w:rFonts w:ascii="Arial" w:hAnsi="Arial" w:cs="Arial"/>
          <w:lang w:val="nl-NL"/>
        </w:rPr>
        <w:t xml:space="preserve"> </w:t>
      </w:r>
      <w:r w:rsidR="00582426">
        <w:rPr>
          <w:rFonts w:ascii="Arial" w:hAnsi="Arial" w:cs="Arial"/>
          <w:lang w:val="nl-NL"/>
        </w:rPr>
        <w:tab/>
      </w:r>
      <w:r w:rsidR="00582426">
        <w:rPr>
          <w:rFonts w:ascii="Arial" w:hAnsi="Arial" w:cs="Arial"/>
          <w:lang w:val="nl-NL"/>
        </w:rPr>
        <w:tab/>
      </w:r>
      <w:r w:rsidR="00582426">
        <w:rPr>
          <w:rFonts w:ascii="Arial" w:hAnsi="Arial" w:cs="Arial"/>
          <w:lang w:val="nl-NL"/>
        </w:rPr>
        <w:tab/>
      </w:r>
      <w:r w:rsidRPr="006900BB">
        <w:rPr>
          <w:rFonts w:ascii="Arial" w:hAnsi="Arial" w:cs="Arial"/>
          <w:lang w:val="nl-NL"/>
        </w:rPr>
        <w:t>Datum: __ / __ / ____</w:t>
      </w:r>
      <w:r w:rsidR="00525879" w:rsidRPr="006900BB">
        <w:rPr>
          <w:rFonts w:ascii="Arial" w:hAnsi="Arial" w:cs="Arial"/>
          <w:lang w:val="nl-NL"/>
        </w:rPr>
        <w:t xml:space="preserve"> </w:t>
      </w:r>
    </w:p>
    <w:p w14:paraId="57EDCF06" w14:textId="52A52671" w:rsidR="005019D1" w:rsidRPr="006900BB" w:rsidRDefault="00BE6035">
      <w:pPr>
        <w:rPr>
          <w:rFonts w:ascii="Arial" w:hAnsi="Arial" w:cs="Arial"/>
          <w:lang w:val="nl-NL"/>
        </w:rPr>
      </w:pPr>
      <w:r w:rsidRPr="006900BB">
        <w:rPr>
          <w:rFonts w:ascii="Arial" w:hAnsi="Arial" w:cs="Arial"/>
          <w:lang w:val="nl-NL"/>
        </w:rPr>
        <w:t xml:space="preserve">Tijd start ronde: ________    </w:t>
      </w:r>
      <w:r w:rsidR="00582426">
        <w:rPr>
          <w:rFonts w:ascii="Arial" w:hAnsi="Arial" w:cs="Arial"/>
          <w:lang w:val="nl-NL"/>
        </w:rPr>
        <w:tab/>
      </w:r>
      <w:r w:rsidR="00582426">
        <w:rPr>
          <w:rFonts w:ascii="Arial" w:hAnsi="Arial" w:cs="Arial"/>
          <w:lang w:val="nl-NL"/>
        </w:rPr>
        <w:tab/>
      </w:r>
      <w:r w:rsidR="00582426">
        <w:rPr>
          <w:rFonts w:ascii="Arial" w:hAnsi="Arial" w:cs="Arial"/>
          <w:lang w:val="nl-NL"/>
        </w:rPr>
        <w:tab/>
      </w:r>
      <w:r w:rsidR="00582426">
        <w:rPr>
          <w:rFonts w:ascii="Arial" w:hAnsi="Arial" w:cs="Arial"/>
          <w:lang w:val="nl-NL"/>
        </w:rPr>
        <w:tab/>
      </w:r>
      <w:r w:rsidR="00582426">
        <w:rPr>
          <w:rFonts w:ascii="Arial" w:hAnsi="Arial" w:cs="Arial"/>
          <w:lang w:val="nl-NL"/>
        </w:rPr>
        <w:tab/>
      </w:r>
      <w:r w:rsidRPr="006900BB">
        <w:rPr>
          <w:rFonts w:ascii="Arial" w:hAnsi="Arial" w:cs="Arial"/>
          <w:lang w:val="nl-NL"/>
        </w:rPr>
        <w:t>Tijd einde ronde: ________</w:t>
      </w:r>
    </w:p>
    <w:p w14:paraId="061118C0" w14:textId="19308552" w:rsidR="005019D1" w:rsidRPr="006900BB" w:rsidRDefault="00BE6035">
      <w:pPr>
        <w:pStyle w:val="Kop2"/>
        <w:rPr>
          <w:rFonts w:ascii="Arial" w:hAnsi="Arial" w:cs="Arial"/>
          <w:lang w:val="nl-NL"/>
        </w:rPr>
      </w:pPr>
      <w:r w:rsidRPr="006900BB">
        <w:rPr>
          <w:rFonts w:ascii="Segoe UI Emoji" w:hAnsi="Segoe UI Emoji" w:cs="Segoe UI Emoji"/>
        </w:rPr>
        <w:t>📁</w:t>
      </w:r>
      <w:r w:rsidRPr="006900BB">
        <w:rPr>
          <w:rFonts w:ascii="Arial" w:hAnsi="Arial" w:cs="Arial"/>
          <w:lang w:val="nl-NL"/>
        </w:rPr>
        <w:t xml:space="preserve"> Instructie:</w:t>
      </w:r>
    </w:p>
    <w:p w14:paraId="58EF3904" w14:textId="7BA66776" w:rsidR="005019D1" w:rsidRPr="006900BB" w:rsidRDefault="00BE6035">
      <w:pPr>
        <w:rPr>
          <w:rFonts w:ascii="Arial" w:hAnsi="Arial" w:cs="Arial"/>
          <w:lang w:val="nl-NL"/>
        </w:rPr>
      </w:pPr>
      <w:r w:rsidRPr="006900BB">
        <w:rPr>
          <w:rFonts w:ascii="Arial" w:hAnsi="Arial" w:cs="Arial"/>
          <w:lang w:val="nl-NL"/>
        </w:rPr>
        <w:t>- Vink af zodra locatie gecontroleerd is</w:t>
      </w:r>
      <w:r w:rsidRPr="006900BB">
        <w:rPr>
          <w:rFonts w:ascii="Arial" w:hAnsi="Arial" w:cs="Arial"/>
          <w:lang w:val="nl-NL"/>
        </w:rPr>
        <w:br/>
        <w:t>- Controleer: deuren gesloten, lichten uit</w:t>
      </w:r>
      <w:r w:rsidR="007B23E2" w:rsidRPr="006900BB">
        <w:rPr>
          <w:rFonts w:ascii="Arial" w:hAnsi="Arial" w:cs="Arial"/>
          <w:lang w:val="nl-NL"/>
        </w:rPr>
        <w:t xml:space="preserve"> (na op alarm zetten)</w:t>
      </w:r>
      <w:r w:rsidRPr="006900BB">
        <w:rPr>
          <w:rFonts w:ascii="Arial" w:hAnsi="Arial" w:cs="Arial"/>
          <w:lang w:val="nl-NL"/>
        </w:rPr>
        <w:t>, ramen dicht, geen onbevoegden</w:t>
      </w:r>
      <w:r w:rsidRPr="006900BB">
        <w:rPr>
          <w:rFonts w:ascii="Arial" w:hAnsi="Arial" w:cs="Arial"/>
          <w:lang w:val="nl-NL"/>
        </w:rPr>
        <w:br/>
        <w:t>- Foto maken indien afwijking of bij bijzonderheden</w:t>
      </w:r>
      <w:r w:rsidR="00525879" w:rsidRPr="006900BB">
        <w:rPr>
          <w:rFonts w:ascii="Arial" w:hAnsi="Arial" w:cs="Arial"/>
          <w:lang w:val="nl-NL"/>
        </w:rPr>
        <w:t xml:space="preserve"> </w:t>
      </w:r>
      <w:r w:rsidRPr="006900BB">
        <w:rPr>
          <w:rFonts w:ascii="Arial" w:hAnsi="Arial" w:cs="Arial"/>
          <w:lang w:val="nl-NL"/>
        </w:rPr>
        <w:br/>
        <w:t>- Opmerkingenveld bij elke locatie</w:t>
      </w:r>
    </w:p>
    <w:p w14:paraId="6C6B424A" w14:textId="77777777" w:rsidR="005019D1" w:rsidRPr="000D7AEE" w:rsidRDefault="005019D1">
      <w:pPr>
        <w:rPr>
          <w:lang w:val="nl-NL"/>
        </w:rPr>
      </w:pPr>
    </w:p>
    <w:p w14:paraId="69DB0A0A" w14:textId="0B210A8A" w:rsidR="005019D1" w:rsidRPr="00F00FF7" w:rsidRDefault="00BE6035">
      <w:pPr>
        <w:pStyle w:val="Kop2"/>
        <w:rPr>
          <w:rFonts w:ascii="Arial" w:hAnsi="Arial" w:cs="Arial"/>
          <w:lang w:val="nl-NL"/>
        </w:rPr>
      </w:pPr>
      <w:r w:rsidRPr="00F00FF7">
        <w:rPr>
          <w:rFonts w:ascii="Segoe UI Emoji" w:hAnsi="Segoe UI Emoji" w:cs="Segoe UI Emoji"/>
        </w:rPr>
        <w:t>🏢</w:t>
      </w:r>
      <w:r w:rsidRPr="00F00FF7">
        <w:rPr>
          <w:rFonts w:ascii="Arial" w:hAnsi="Arial" w:cs="Arial"/>
          <w:lang w:val="nl-NL"/>
        </w:rPr>
        <w:t xml:space="preserve"> INTERNE RONDE – VAN 9E ETAGE TOT KELDER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62"/>
        <w:gridCol w:w="1839"/>
        <w:gridCol w:w="1855"/>
        <w:gridCol w:w="2063"/>
        <w:gridCol w:w="1537"/>
      </w:tblGrid>
      <w:tr w:rsidR="00582426" w:rsidRPr="006900BB" w14:paraId="7F4F47C8" w14:textId="77777777" w:rsidTr="006900BB">
        <w:tc>
          <w:tcPr>
            <w:tcW w:w="1531" w:type="dxa"/>
          </w:tcPr>
          <w:p w14:paraId="131D16E6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Etage/Locatie</w:t>
            </w:r>
          </w:p>
        </w:tc>
        <w:tc>
          <w:tcPr>
            <w:tcW w:w="1855" w:type="dxa"/>
          </w:tcPr>
          <w:p w14:paraId="5E04334B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Te controleren</w:t>
            </w:r>
          </w:p>
        </w:tc>
        <w:tc>
          <w:tcPr>
            <w:tcW w:w="1822" w:type="dxa"/>
          </w:tcPr>
          <w:p w14:paraId="6230B7DC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2130" w:type="dxa"/>
          </w:tcPr>
          <w:p w14:paraId="020A572E" w14:textId="7E0BE803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Foto (indien nodig)</w:t>
            </w:r>
          </w:p>
        </w:tc>
        <w:tc>
          <w:tcPr>
            <w:tcW w:w="1518" w:type="dxa"/>
          </w:tcPr>
          <w:p w14:paraId="61BF3489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Opmerkingen</w:t>
            </w:r>
          </w:p>
        </w:tc>
      </w:tr>
      <w:tr w:rsidR="00582426" w:rsidRPr="006900BB" w14:paraId="4E6943F9" w14:textId="77777777" w:rsidTr="006900BB">
        <w:tc>
          <w:tcPr>
            <w:tcW w:w="1531" w:type="dxa"/>
          </w:tcPr>
          <w:p w14:paraId="1F81B699" w14:textId="77777777" w:rsidR="005019D1" w:rsidRPr="00AB2EFF" w:rsidRDefault="00BE6035">
            <w:pPr>
              <w:rPr>
                <w:rFonts w:ascii="Arial" w:hAnsi="Arial" w:cs="Arial"/>
                <w:b/>
                <w:bCs/>
              </w:rPr>
            </w:pPr>
            <w:r w:rsidRPr="00AB2EFF">
              <w:rPr>
                <w:rFonts w:ascii="Arial" w:hAnsi="Arial" w:cs="Arial"/>
                <w:b/>
                <w:bCs/>
              </w:rPr>
              <w:t>9e etage</w:t>
            </w:r>
          </w:p>
        </w:tc>
        <w:tc>
          <w:tcPr>
            <w:tcW w:w="1855" w:type="dxa"/>
          </w:tcPr>
          <w:p w14:paraId="4E46D7A2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Deuren gesloten</w:t>
            </w:r>
          </w:p>
        </w:tc>
        <w:tc>
          <w:tcPr>
            <w:tcW w:w="1822" w:type="dxa"/>
          </w:tcPr>
          <w:p w14:paraId="65D7591C" w14:textId="77777777" w:rsidR="00AB68BF" w:rsidRPr="006900BB" w:rsidRDefault="00693842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Ser 03.980</w:t>
            </w:r>
            <w:r w:rsidR="00AB68BF" w:rsidRPr="006900BB">
              <w:rPr>
                <w:rFonts w:ascii="Arial" w:hAnsi="Arial" w:cs="Arial"/>
              </w:rPr>
              <w:t xml:space="preserve">, </w:t>
            </w:r>
          </w:p>
          <w:p w14:paraId="0ECB49B5" w14:textId="30346A1B" w:rsidR="005019D1" w:rsidRPr="006900BB" w:rsidRDefault="00AB68BF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Ser 03.910</w:t>
            </w:r>
          </w:p>
        </w:tc>
        <w:tc>
          <w:tcPr>
            <w:tcW w:w="2130" w:type="dxa"/>
          </w:tcPr>
          <w:p w14:paraId="27D74ECA" w14:textId="5BEBA4B8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Segoe UI Emoji" w:hAnsi="Segoe UI Emoji" w:cs="Segoe UI Emoji"/>
              </w:rPr>
              <w:t>📷</w:t>
            </w:r>
          </w:p>
        </w:tc>
        <w:tc>
          <w:tcPr>
            <w:tcW w:w="1518" w:type="dxa"/>
          </w:tcPr>
          <w:p w14:paraId="09F67167" w14:textId="77777777" w:rsidR="005019D1" w:rsidRPr="006900BB" w:rsidRDefault="005019D1">
            <w:pPr>
              <w:rPr>
                <w:rFonts w:ascii="Arial" w:hAnsi="Arial" w:cs="Arial"/>
              </w:rPr>
            </w:pPr>
          </w:p>
        </w:tc>
      </w:tr>
      <w:tr w:rsidR="00582426" w:rsidRPr="006900BB" w14:paraId="02B4EF02" w14:textId="77777777" w:rsidTr="006900BB">
        <w:tc>
          <w:tcPr>
            <w:tcW w:w="1531" w:type="dxa"/>
          </w:tcPr>
          <w:p w14:paraId="37619334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8e etage</w:t>
            </w:r>
          </w:p>
        </w:tc>
        <w:tc>
          <w:tcPr>
            <w:tcW w:w="1855" w:type="dxa"/>
          </w:tcPr>
          <w:p w14:paraId="35591360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Deuren gesloten</w:t>
            </w:r>
          </w:p>
        </w:tc>
        <w:tc>
          <w:tcPr>
            <w:tcW w:w="1822" w:type="dxa"/>
          </w:tcPr>
          <w:p w14:paraId="0452ACBC" w14:textId="39AB533A" w:rsidR="00865FCE" w:rsidRPr="006900BB" w:rsidRDefault="00865FCE" w:rsidP="00865FCE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Ser 03.</w:t>
            </w:r>
            <w:r>
              <w:rPr>
                <w:rFonts w:ascii="Arial" w:hAnsi="Arial" w:cs="Arial"/>
              </w:rPr>
              <w:t>8</w:t>
            </w:r>
            <w:r w:rsidRPr="006900BB">
              <w:rPr>
                <w:rFonts w:ascii="Arial" w:hAnsi="Arial" w:cs="Arial"/>
              </w:rPr>
              <w:t xml:space="preserve">80, </w:t>
            </w:r>
          </w:p>
          <w:p w14:paraId="3549096A" w14:textId="54727304" w:rsidR="005019D1" w:rsidRPr="006900BB" w:rsidRDefault="00865FCE" w:rsidP="00865FCE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Ser 03.</w:t>
            </w:r>
            <w:r>
              <w:rPr>
                <w:rFonts w:ascii="Arial" w:hAnsi="Arial" w:cs="Arial"/>
              </w:rPr>
              <w:t>8</w:t>
            </w:r>
            <w:r w:rsidRPr="006900BB">
              <w:rPr>
                <w:rFonts w:ascii="Arial" w:hAnsi="Arial" w:cs="Arial"/>
              </w:rPr>
              <w:t>10</w:t>
            </w:r>
          </w:p>
        </w:tc>
        <w:tc>
          <w:tcPr>
            <w:tcW w:w="2130" w:type="dxa"/>
          </w:tcPr>
          <w:p w14:paraId="4DFB028C" w14:textId="52D6A3D6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Segoe UI Emoji" w:hAnsi="Segoe UI Emoji" w:cs="Segoe UI Emoji"/>
              </w:rPr>
              <w:t>📷</w:t>
            </w:r>
          </w:p>
        </w:tc>
        <w:tc>
          <w:tcPr>
            <w:tcW w:w="1518" w:type="dxa"/>
          </w:tcPr>
          <w:p w14:paraId="319D82F0" w14:textId="77777777" w:rsidR="005019D1" w:rsidRPr="006900BB" w:rsidRDefault="005019D1">
            <w:pPr>
              <w:rPr>
                <w:rFonts w:ascii="Arial" w:hAnsi="Arial" w:cs="Arial"/>
              </w:rPr>
            </w:pPr>
          </w:p>
        </w:tc>
      </w:tr>
      <w:tr w:rsidR="00582426" w:rsidRPr="006900BB" w14:paraId="7B4D4068" w14:textId="77777777" w:rsidTr="006900BB">
        <w:tc>
          <w:tcPr>
            <w:tcW w:w="1531" w:type="dxa"/>
          </w:tcPr>
          <w:p w14:paraId="7241CD94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7e etage</w:t>
            </w:r>
          </w:p>
        </w:tc>
        <w:tc>
          <w:tcPr>
            <w:tcW w:w="1855" w:type="dxa"/>
          </w:tcPr>
          <w:p w14:paraId="6178AD43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Deuren gesloten</w:t>
            </w:r>
          </w:p>
        </w:tc>
        <w:tc>
          <w:tcPr>
            <w:tcW w:w="1822" w:type="dxa"/>
          </w:tcPr>
          <w:p w14:paraId="6D9BD5E7" w14:textId="73604C07" w:rsidR="005019D1" w:rsidRPr="006900BB" w:rsidRDefault="003D5796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Toegang naar Dak Noordzijde.</w:t>
            </w:r>
          </w:p>
        </w:tc>
        <w:tc>
          <w:tcPr>
            <w:tcW w:w="2130" w:type="dxa"/>
          </w:tcPr>
          <w:p w14:paraId="0E69F4B5" w14:textId="39734AD4" w:rsidR="005019D1" w:rsidRPr="006900BB" w:rsidRDefault="003D5796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44768" behindDoc="0" locked="0" layoutInCell="1" allowOverlap="1" wp14:anchorId="170A88A6" wp14:editId="4F70F82C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27940</wp:posOffset>
                  </wp:positionV>
                  <wp:extent cx="279400" cy="259997"/>
                  <wp:effectExtent l="0" t="0" r="6350" b="6985"/>
                  <wp:wrapNone/>
                  <wp:docPr id="6585151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51515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59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18" w:type="dxa"/>
          </w:tcPr>
          <w:p w14:paraId="11DD8BEA" w14:textId="77777777" w:rsidR="005019D1" w:rsidRPr="006900BB" w:rsidRDefault="005019D1">
            <w:pPr>
              <w:rPr>
                <w:rFonts w:ascii="Arial" w:hAnsi="Arial" w:cs="Arial"/>
              </w:rPr>
            </w:pPr>
          </w:p>
        </w:tc>
      </w:tr>
      <w:tr w:rsidR="00582426" w:rsidRPr="006900BB" w14:paraId="2CED7065" w14:textId="77777777" w:rsidTr="006900BB">
        <w:tc>
          <w:tcPr>
            <w:tcW w:w="1531" w:type="dxa"/>
          </w:tcPr>
          <w:p w14:paraId="5DACE305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6e etage</w:t>
            </w:r>
          </w:p>
        </w:tc>
        <w:tc>
          <w:tcPr>
            <w:tcW w:w="1855" w:type="dxa"/>
          </w:tcPr>
          <w:p w14:paraId="4C8E1FCA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Deuren gesloten</w:t>
            </w:r>
          </w:p>
        </w:tc>
        <w:tc>
          <w:tcPr>
            <w:tcW w:w="1822" w:type="dxa"/>
          </w:tcPr>
          <w:p w14:paraId="03667495" w14:textId="1D5B2B12" w:rsidR="005019D1" w:rsidRPr="006900BB" w:rsidRDefault="00681CAC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Ser 06.905</w:t>
            </w:r>
          </w:p>
        </w:tc>
        <w:tc>
          <w:tcPr>
            <w:tcW w:w="2130" w:type="dxa"/>
          </w:tcPr>
          <w:p w14:paraId="0C9336B3" w14:textId="4EB2CEE6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Segoe UI Emoji" w:hAnsi="Segoe UI Emoji" w:cs="Segoe UI Emoji"/>
              </w:rPr>
              <w:t>📷</w:t>
            </w:r>
          </w:p>
        </w:tc>
        <w:tc>
          <w:tcPr>
            <w:tcW w:w="1518" w:type="dxa"/>
          </w:tcPr>
          <w:p w14:paraId="06A617D8" w14:textId="77777777" w:rsidR="005019D1" w:rsidRPr="006900BB" w:rsidRDefault="005019D1">
            <w:pPr>
              <w:rPr>
                <w:rFonts w:ascii="Arial" w:hAnsi="Arial" w:cs="Arial"/>
              </w:rPr>
            </w:pPr>
          </w:p>
        </w:tc>
      </w:tr>
      <w:tr w:rsidR="00582426" w:rsidRPr="006900BB" w14:paraId="06FEB2DC" w14:textId="77777777" w:rsidTr="006900BB">
        <w:tc>
          <w:tcPr>
            <w:tcW w:w="1531" w:type="dxa"/>
          </w:tcPr>
          <w:p w14:paraId="2BFD8BA3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5e etage</w:t>
            </w:r>
          </w:p>
        </w:tc>
        <w:tc>
          <w:tcPr>
            <w:tcW w:w="1855" w:type="dxa"/>
          </w:tcPr>
          <w:p w14:paraId="38E2C7DA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Deuren gesloten</w:t>
            </w:r>
          </w:p>
        </w:tc>
        <w:tc>
          <w:tcPr>
            <w:tcW w:w="1822" w:type="dxa"/>
          </w:tcPr>
          <w:p w14:paraId="6F19D5A7" w14:textId="14C3D3AD" w:rsidR="005019D1" w:rsidRPr="006900BB" w:rsidRDefault="006B3180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Ser 05.905</w:t>
            </w:r>
          </w:p>
        </w:tc>
        <w:tc>
          <w:tcPr>
            <w:tcW w:w="2130" w:type="dxa"/>
          </w:tcPr>
          <w:p w14:paraId="4D26513E" w14:textId="2352FBAC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Segoe UI Emoji" w:hAnsi="Segoe UI Emoji" w:cs="Segoe UI Emoji"/>
              </w:rPr>
              <w:t>📷</w:t>
            </w:r>
          </w:p>
        </w:tc>
        <w:tc>
          <w:tcPr>
            <w:tcW w:w="1518" w:type="dxa"/>
          </w:tcPr>
          <w:p w14:paraId="52078ED0" w14:textId="77777777" w:rsidR="005019D1" w:rsidRPr="006900BB" w:rsidRDefault="005019D1">
            <w:pPr>
              <w:rPr>
                <w:rFonts w:ascii="Arial" w:hAnsi="Arial" w:cs="Arial"/>
              </w:rPr>
            </w:pPr>
          </w:p>
        </w:tc>
      </w:tr>
      <w:tr w:rsidR="00582426" w:rsidRPr="006900BB" w14:paraId="0C6E760F" w14:textId="77777777" w:rsidTr="006900BB">
        <w:tc>
          <w:tcPr>
            <w:tcW w:w="1531" w:type="dxa"/>
          </w:tcPr>
          <w:p w14:paraId="7420479C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4e etage</w:t>
            </w:r>
          </w:p>
        </w:tc>
        <w:tc>
          <w:tcPr>
            <w:tcW w:w="1855" w:type="dxa"/>
          </w:tcPr>
          <w:p w14:paraId="15681387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Deuren gesloten</w:t>
            </w:r>
          </w:p>
        </w:tc>
        <w:tc>
          <w:tcPr>
            <w:tcW w:w="1822" w:type="dxa"/>
          </w:tcPr>
          <w:p w14:paraId="0359F924" w14:textId="77777777" w:rsidR="005019D1" w:rsidRPr="006900BB" w:rsidRDefault="006B3180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Ser 04.910</w:t>
            </w:r>
          </w:p>
          <w:p w14:paraId="54C1CC3A" w14:textId="76148871" w:rsidR="00BF4847" w:rsidRPr="006900BB" w:rsidRDefault="00BF4847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Ser 04.980</w:t>
            </w:r>
          </w:p>
        </w:tc>
        <w:tc>
          <w:tcPr>
            <w:tcW w:w="2130" w:type="dxa"/>
          </w:tcPr>
          <w:p w14:paraId="29C4B107" w14:textId="7706DD34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Segoe UI Emoji" w:hAnsi="Segoe UI Emoji" w:cs="Segoe UI Emoji"/>
              </w:rPr>
              <w:t>📷</w:t>
            </w:r>
          </w:p>
        </w:tc>
        <w:tc>
          <w:tcPr>
            <w:tcW w:w="1518" w:type="dxa"/>
          </w:tcPr>
          <w:p w14:paraId="79C818DB" w14:textId="77777777" w:rsidR="005019D1" w:rsidRPr="006900BB" w:rsidRDefault="005019D1">
            <w:pPr>
              <w:rPr>
                <w:rFonts w:ascii="Arial" w:hAnsi="Arial" w:cs="Arial"/>
              </w:rPr>
            </w:pPr>
          </w:p>
        </w:tc>
      </w:tr>
      <w:tr w:rsidR="00582426" w:rsidRPr="006900BB" w14:paraId="38424FE1" w14:textId="77777777" w:rsidTr="006900BB">
        <w:tc>
          <w:tcPr>
            <w:tcW w:w="1531" w:type="dxa"/>
          </w:tcPr>
          <w:p w14:paraId="04B3D187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3e etage</w:t>
            </w:r>
          </w:p>
        </w:tc>
        <w:tc>
          <w:tcPr>
            <w:tcW w:w="1855" w:type="dxa"/>
          </w:tcPr>
          <w:p w14:paraId="0179E4BD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Deuren gesloten</w:t>
            </w:r>
          </w:p>
        </w:tc>
        <w:tc>
          <w:tcPr>
            <w:tcW w:w="1822" w:type="dxa"/>
          </w:tcPr>
          <w:p w14:paraId="3C48DF15" w14:textId="7EBD0C43" w:rsidR="005019D1" w:rsidRPr="006900BB" w:rsidRDefault="00EE249D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Dakterrasdeuren allen sluiten</w:t>
            </w:r>
          </w:p>
        </w:tc>
        <w:tc>
          <w:tcPr>
            <w:tcW w:w="2130" w:type="dxa"/>
          </w:tcPr>
          <w:p w14:paraId="52A2F9DA" w14:textId="164C0BB3" w:rsidR="005019D1" w:rsidRPr="006900BB" w:rsidRDefault="005019D1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14:paraId="5158019A" w14:textId="77777777" w:rsidR="005019D1" w:rsidRPr="006900BB" w:rsidRDefault="005019D1">
            <w:pPr>
              <w:rPr>
                <w:rFonts w:ascii="Arial" w:hAnsi="Arial" w:cs="Arial"/>
              </w:rPr>
            </w:pPr>
          </w:p>
        </w:tc>
      </w:tr>
      <w:tr w:rsidR="00582426" w:rsidRPr="006900BB" w14:paraId="3EFFB061" w14:textId="77777777" w:rsidTr="006900BB">
        <w:tc>
          <w:tcPr>
            <w:tcW w:w="1531" w:type="dxa"/>
          </w:tcPr>
          <w:p w14:paraId="62FF49E5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2e etage</w:t>
            </w:r>
          </w:p>
        </w:tc>
        <w:tc>
          <w:tcPr>
            <w:tcW w:w="1855" w:type="dxa"/>
          </w:tcPr>
          <w:p w14:paraId="76C2CA41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Deuren gesloten</w:t>
            </w:r>
          </w:p>
        </w:tc>
        <w:tc>
          <w:tcPr>
            <w:tcW w:w="1822" w:type="dxa"/>
          </w:tcPr>
          <w:p w14:paraId="5372E3E5" w14:textId="77777777" w:rsidR="005019D1" w:rsidRPr="006900BB" w:rsidRDefault="00702510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Ser 02.980</w:t>
            </w:r>
          </w:p>
          <w:p w14:paraId="3EFB9FF4" w14:textId="0A0FE9DC" w:rsidR="006E785D" w:rsidRPr="006900BB" w:rsidRDefault="006E785D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Ser 2.910</w:t>
            </w:r>
          </w:p>
          <w:p w14:paraId="29D60751" w14:textId="7D2DF0FE" w:rsidR="00702510" w:rsidRPr="006900BB" w:rsidRDefault="00702510">
            <w:pPr>
              <w:rPr>
                <w:rFonts w:ascii="Arial" w:hAnsi="Arial" w:cs="Arial"/>
              </w:rPr>
            </w:pPr>
          </w:p>
        </w:tc>
        <w:tc>
          <w:tcPr>
            <w:tcW w:w="2130" w:type="dxa"/>
          </w:tcPr>
          <w:p w14:paraId="12E370E4" w14:textId="0BA55F9F" w:rsidR="005019D1" w:rsidRPr="006900BB" w:rsidRDefault="00AF5740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48864" behindDoc="0" locked="0" layoutInCell="1" allowOverlap="1" wp14:anchorId="04A94F1A" wp14:editId="4F2763AA">
                  <wp:simplePos x="0" y="0"/>
                  <wp:positionH relativeFrom="column">
                    <wp:posOffset>231140</wp:posOffset>
                  </wp:positionH>
                  <wp:positionV relativeFrom="paragraph">
                    <wp:posOffset>33655</wp:posOffset>
                  </wp:positionV>
                  <wp:extent cx="657559" cy="410594"/>
                  <wp:effectExtent l="0" t="0" r="0" b="8890"/>
                  <wp:wrapNone/>
                  <wp:docPr id="7970639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06392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559" cy="410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18" w:type="dxa"/>
          </w:tcPr>
          <w:p w14:paraId="3A6E92BA" w14:textId="77777777" w:rsidR="005019D1" w:rsidRPr="006900BB" w:rsidRDefault="005019D1">
            <w:pPr>
              <w:rPr>
                <w:rFonts w:ascii="Arial" w:hAnsi="Arial" w:cs="Arial"/>
              </w:rPr>
            </w:pPr>
          </w:p>
        </w:tc>
      </w:tr>
      <w:tr w:rsidR="00582426" w:rsidRPr="006900BB" w14:paraId="37D51679" w14:textId="77777777" w:rsidTr="006900BB">
        <w:tc>
          <w:tcPr>
            <w:tcW w:w="1531" w:type="dxa"/>
          </w:tcPr>
          <w:p w14:paraId="721E45AA" w14:textId="506F00AF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1e</w:t>
            </w:r>
            <w:r w:rsidR="00B47D00">
              <w:rPr>
                <w:rFonts w:ascii="Arial" w:hAnsi="Arial" w:cs="Arial"/>
              </w:rPr>
              <w:t xml:space="preserve"> </w:t>
            </w:r>
            <w:r w:rsidR="00B47D00" w:rsidRPr="006900BB">
              <w:rPr>
                <w:rFonts w:ascii="Arial" w:hAnsi="Arial" w:cs="Arial"/>
              </w:rPr>
              <w:t>etage</w:t>
            </w:r>
            <w:r w:rsidR="00B47D00">
              <w:rPr>
                <w:rFonts w:ascii="Arial" w:hAnsi="Arial" w:cs="Arial"/>
              </w:rPr>
              <w:t xml:space="preserve"> en 0</w:t>
            </w:r>
            <w:r w:rsidRPr="006900B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55" w:type="dxa"/>
          </w:tcPr>
          <w:p w14:paraId="0E636F17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Deuren gesloten</w:t>
            </w:r>
          </w:p>
        </w:tc>
        <w:tc>
          <w:tcPr>
            <w:tcW w:w="1822" w:type="dxa"/>
          </w:tcPr>
          <w:p w14:paraId="17A9813A" w14:textId="772394DF" w:rsidR="005019D1" w:rsidRPr="006900BB" w:rsidRDefault="00B47D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labdeuren met kaartlezer</w:t>
            </w:r>
          </w:p>
        </w:tc>
        <w:tc>
          <w:tcPr>
            <w:tcW w:w="2130" w:type="dxa"/>
          </w:tcPr>
          <w:p w14:paraId="33B9CFC6" w14:textId="0AFA891E" w:rsidR="00582426" w:rsidRDefault="00582426">
            <w:pPr>
              <w:rPr>
                <w:rFonts w:ascii="Arial" w:hAnsi="Arial" w:cs="Arial"/>
              </w:rPr>
            </w:pPr>
            <w:r w:rsidRPr="0058242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46816" behindDoc="0" locked="0" layoutInCell="1" allowOverlap="1" wp14:anchorId="644E64F4" wp14:editId="4A5B0D26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64135</wp:posOffset>
                  </wp:positionV>
                  <wp:extent cx="391396" cy="501650"/>
                  <wp:effectExtent l="0" t="0" r="8890" b="0"/>
                  <wp:wrapNone/>
                  <wp:docPr id="11593655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36552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96" cy="50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D2491C" w14:textId="62EADE11" w:rsidR="00582426" w:rsidRDefault="00582426">
            <w:pPr>
              <w:rPr>
                <w:rFonts w:ascii="Arial" w:hAnsi="Arial" w:cs="Arial"/>
              </w:rPr>
            </w:pPr>
          </w:p>
          <w:p w14:paraId="5D44D6A3" w14:textId="77777777" w:rsidR="00582426" w:rsidRDefault="00582426">
            <w:pPr>
              <w:rPr>
                <w:rFonts w:ascii="Arial" w:hAnsi="Arial" w:cs="Arial"/>
              </w:rPr>
            </w:pPr>
          </w:p>
          <w:p w14:paraId="5CCF4691" w14:textId="3F8FCEBA" w:rsidR="005019D1" w:rsidRPr="006900BB" w:rsidRDefault="005019D1">
            <w:pPr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14:paraId="16D300DF" w14:textId="77777777" w:rsidR="005019D1" w:rsidRPr="006900BB" w:rsidRDefault="005019D1">
            <w:pPr>
              <w:rPr>
                <w:rFonts w:ascii="Arial" w:hAnsi="Arial" w:cs="Arial"/>
              </w:rPr>
            </w:pPr>
          </w:p>
        </w:tc>
      </w:tr>
      <w:tr w:rsidR="00582426" w:rsidRPr="006900BB" w14:paraId="18779CA9" w14:textId="77777777" w:rsidTr="006900BB">
        <w:tc>
          <w:tcPr>
            <w:tcW w:w="1531" w:type="dxa"/>
          </w:tcPr>
          <w:p w14:paraId="16C9D9C3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Kelder</w:t>
            </w:r>
          </w:p>
        </w:tc>
        <w:tc>
          <w:tcPr>
            <w:tcW w:w="1855" w:type="dxa"/>
          </w:tcPr>
          <w:p w14:paraId="58B3C68F" w14:textId="380DF11C" w:rsidR="005019D1" w:rsidRPr="006900BB" w:rsidRDefault="00BE6035">
            <w:pPr>
              <w:rPr>
                <w:rFonts w:ascii="Arial" w:hAnsi="Arial" w:cs="Arial"/>
                <w:lang w:val="nl-NL"/>
              </w:rPr>
            </w:pPr>
            <w:r w:rsidRPr="006900BB">
              <w:rPr>
                <w:rFonts w:ascii="Arial" w:hAnsi="Arial" w:cs="Arial"/>
                <w:lang w:val="nl-NL"/>
              </w:rPr>
              <w:t xml:space="preserve">Technische ruimten </w:t>
            </w:r>
            <w:r w:rsidR="00763A34" w:rsidRPr="006900BB">
              <w:rPr>
                <w:rFonts w:ascii="Arial" w:hAnsi="Arial" w:cs="Arial"/>
                <w:lang w:val="nl-NL"/>
              </w:rPr>
              <w:t>+ vluchtdeur tussen fiets</w:t>
            </w:r>
            <w:r w:rsidR="00D12A4E" w:rsidRPr="006900BB">
              <w:rPr>
                <w:rFonts w:ascii="Arial" w:hAnsi="Arial" w:cs="Arial"/>
                <w:lang w:val="nl-NL"/>
              </w:rPr>
              <w:t>enstalling en garage</w:t>
            </w:r>
          </w:p>
        </w:tc>
        <w:tc>
          <w:tcPr>
            <w:tcW w:w="1822" w:type="dxa"/>
          </w:tcPr>
          <w:p w14:paraId="416B99AB" w14:textId="77777777" w:rsidR="00DD68F6" w:rsidRDefault="005208B1">
            <w:pPr>
              <w:rPr>
                <w:rFonts w:ascii="Arial" w:hAnsi="Arial" w:cs="Arial"/>
                <w:lang w:val="nl-NL"/>
              </w:rPr>
            </w:pPr>
            <w:r w:rsidRPr="006900BB">
              <w:rPr>
                <w:rFonts w:ascii="Arial" w:hAnsi="Arial" w:cs="Arial"/>
                <w:lang w:val="nl-NL"/>
              </w:rPr>
              <w:t xml:space="preserve">Opslag </w:t>
            </w:r>
          </w:p>
          <w:p w14:paraId="31496877" w14:textId="104BA7A8" w:rsidR="005019D1" w:rsidRPr="006900BB" w:rsidRDefault="005208B1">
            <w:pPr>
              <w:rPr>
                <w:rFonts w:ascii="Arial" w:hAnsi="Arial" w:cs="Arial"/>
                <w:lang w:val="nl-NL"/>
              </w:rPr>
            </w:pPr>
            <w:r w:rsidRPr="006900BB">
              <w:rPr>
                <w:rFonts w:ascii="Arial" w:hAnsi="Arial" w:cs="Arial"/>
                <w:lang w:val="nl-NL"/>
              </w:rPr>
              <w:t>-1.310</w:t>
            </w:r>
          </w:p>
          <w:p w14:paraId="03D5490C" w14:textId="32282C0B" w:rsidR="00702510" w:rsidRPr="006900BB" w:rsidRDefault="00702510">
            <w:pPr>
              <w:rPr>
                <w:rFonts w:ascii="Arial" w:hAnsi="Arial" w:cs="Arial"/>
                <w:lang w:val="nl-NL"/>
              </w:rPr>
            </w:pPr>
            <w:r w:rsidRPr="006900BB">
              <w:rPr>
                <w:rFonts w:ascii="Arial" w:hAnsi="Arial" w:cs="Arial"/>
                <w:lang w:val="nl-NL"/>
              </w:rPr>
              <w:t>-1.320</w:t>
            </w:r>
          </w:p>
        </w:tc>
        <w:tc>
          <w:tcPr>
            <w:tcW w:w="2130" w:type="dxa"/>
          </w:tcPr>
          <w:p w14:paraId="03D7D275" w14:textId="36DAC1C4" w:rsidR="00B71CC3" w:rsidRPr="006900BB" w:rsidRDefault="0016153A">
            <w:pPr>
              <w:rPr>
                <w:rFonts w:ascii="Arial" w:hAnsi="Arial" w:cs="Arial"/>
                <w:lang w:val="nl-NL"/>
              </w:rPr>
            </w:pPr>
            <w:r w:rsidRPr="006900BB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5920" behindDoc="0" locked="0" layoutInCell="1" allowOverlap="1" wp14:anchorId="4F543139" wp14:editId="058608C4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132715</wp:posOffset>
                  </wp:positionV>
                  <wp:extent cx="419100" cy="413750"/>
                  <wp:effectExtent l="0" t="0" r="0" b="5715"/>
                  <wp:wrapNone/>
                  <wp:docPr id="4053897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38970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1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00BB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96640" behindDoc="0" locked="0" layoutInCell="1" allowOverlap="1" wp14:anchorId="18636A6C" wp14:editId="504A9A66">
                  <wp:simplePos x="0" y="0"/>
                  <wp:positionH relativeFrom="column">
                    <wp:posOffset>688340</wp:posOffset>
                  </wp:positionH>
                  <wp:positionV relativeFrom="paragraph">
                    <wp:posOffset>116840</wp:posOffset>
                  </wp:positionV>
                  <wp:extent cx="349250" cy="495549"/>
                  <wp:effectExtent l="0" t="0" r="0" b="0"/>
                  <wp:wrapNone/>
                  <wp:docPr id="5867267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726777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495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0084C4" w14:textId="7DDF69B3" w:rsidR="00B71CC3" w:rsidRPr="006900BB" w:rsidRDefault="00B71CC3">
            <w:pPr>
              <w:rPr>
                <w:rFonts w:ascii="Arial" w:hAnsi="Arial" w:cs="Arial"/>
                <w:lang w:val="nl-NL"/>
              </w:rPr>
            </w:pPr>
          </w:p>
          <w:p w14:paraId="6BDE09DF" w14:textId="1C134393" w:rsidR="00B71CC3" w:rsidRPr="006900BB" w:rsidRDefault="00B71CC3">
            <w:pPr>
              <w:rPr>
                <w:rFonts w:ascii="Arial" w:hAnsi="Arial" w:cs="Arial"/>
                <w:lang w:val="nl-NL"/>
              </w:rPr>
            </w:pPr>
          </w:p>
          <w:p w14:paraId="286016D2" w14:textId="76715961" w:rsidR="005019D1" w:rsidRPr="006900BB" w:rsidRDefault="005019D1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518" w:type="dxa"/>
          </w:tcPr>
          <w:p w14:paraId="09583861" w14:textId="77777777" w:rsidR="005019D1" w:rsidRPr="006900BB" w:rsidRDefault="005019D1">
            <w:pPr>
              <w:rPr>
                <w:rFonts w:ascii="Arial" w:hAnsi="Arial" w:cs="Arial"/>
                <w:lang w:val="nl-NL"/>
              </w:rPr>
            </w:pPr>
          </w:p>
        </w:tc>
      </w:tr>
    </w:tbl>
    <w:p w14:paraId="3FC1B472" w14:textId="4C4FDD7E" w:rsidR="005019D1" w:rsidRPr="006900BB" w:rsidRDefault="005019D1">
      <w:pPr>
        <w:rPr>
          <w:rFonts w:ascii="Arial" w:hAnsi="Arial" w:cs="Arial"/>
          <w:lang w:val="nl-NL"/>
        </w:rPr>
      </w:pPr>
    </w:p>
    <w:p w14:paraId="417C4933" w14:textId="77777777" w:rsidR="00AF5740" w:rsidRDefault="00AF5740">
      <w:pPr>
        <w:rPr>
          <w:rFonts w:ascii="Segoe UI Emoji" w:eastAsiaTheme="majorEastAsia" w:hAnsi="Segoe UI Emoji" w:cs="Segoe UI Emoji"/>
          <w:b/>
          <w:bCs/>
          <w:color w:val="4F81BD" w:themeColor="accent1"/>
          <w:sz w:val="26"/>
          <w:szCs w:val="26"/>
        </w:rPr>
      </w:pPr>
      <w:r>
        <w:rPr>
          <w:rFonts w:ascii="Segoe UI Emoji" w:hAnsi="Segoe UI Emoji" w:cs="Segoe UI Emoji"/>
        </w:rPr>
        <w:br w:type="page"/>
      </w:r>
    </w:p>
    <w:p w14:paraId="033C96DC" w14:textId="77777777" w:rsidR="008C05FE" w:rsidRDefault="008C05FE">
      <w:pPr>
        <w:pStyle w:val="Kop2"/>
        <w:rPr>
          <w:rFonts w:ascii="Segoe UI Emoji" w:hAnsi="Segoe UI Emoji" w:cs="Segoe UI Emoji"/>
        </w:rPr>
      </w:pPr>
    </w:p>
    <w:p w14:paraId="053443F9" w14:textId="467419E3" w:rsidR="005019D1" w:rsidRPr="00F00FF7" w:rsidRDefault="00BE6035">
      <w:pPr>
        <w:pStyle w:val="Kop2"/>
        <w:rPr>
          <w:rFonts w:ascii="Arial" w:hAnsi="Arial" w:cs="Arial"/>
          <w:lang w:val="nl-NL"/>
        </w:rPr>
      </w:pPr>
      <w:r w:rsidRPr="00F00FF7">
        <w:rPr>
          <w:rFonts w:ascii="Segoe UI Emoji" w:hAnsi="Segoe UI Emoji" w:cs="Segoe UI Emoji"/>
        </w:rPr>
        <w:t>🧱</w:t>
      </w:r>
      <w:r w:rsidRPr="00F00FF7">
        <w:rPr>
          <w:rFonts w:ascii="Arial" w:hAnsi="Arial" w:cs="Arial"/>
          <w:lang w:val="nl-NL"/>
        </w:rPr>
        <w:t xml:space="preserve"> BUITENSCHIL – RONDE EXTERNE TOEGANG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29"/>
        <w:gridCol w:w="2296"/>
        <w:gridCol w:w="1550"/>
        <w:gridCol w:w="1431"/>
        <w:gridCol w:w="1650"/>
      </w:tblGrid>
      <w:tr w:rsidR="00900F50" w:rsidRPr="006900BB" w14:paraId="29CFDA16" w14:textId="77777777" w:rsidTr="00525879">
        <w:tc>
          <w:tcPr>
            <w:tcW w:w="1854" w:type="dxa"/>
          </w:tcPr>
          <w:p w14:paraId="412050AB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Locatie</w:t>
            </w:r>
          </w:p>
        </w:tc>
        <w:tc>
          <w:tcPr>
            <w:tcW w:w="2198" w:type="dxa"/>
          </w:tcPr>
          <w:p w14:paraId="0FC38638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Te controleren</w:t>
            </w:r>
          </w:p>
        </w:tc>
        <w:tc>
          <w:tcPr>
            <w:tcW w:w="1660" w:type="dxa"/>
          </w:tcPr>
          <w:p w14:paraId="5B00BA81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483" w:type="dxa"/>
          </w:tcPr>
          <w:p w14:paraId="45FFCE7D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Foto (indien nodig)</w:t>
            </w:r>
          </w:p>
        </w:tc>
        <w:tc>
          <w:tcPr>
            <w:tcW w:w="1661" w:type="dxa"/>
          </w:tcPr>
          <w:p w14:paraId="6611532B" w14:textId="77777777" w:rsidR="005019D1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Opmerkingen</w:t>
            </w:r>
          </w:p>
          <w:p w14:paraId="01A17345" w14:textId="492855BB" w:rsidR="00865FCE" w:rsidRPr="006900BB" w:rsidRDefault="00865F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Beveiliger</w:t>
            </w:r>
          </w:p>
        </w:tc>
      </w:tr>
      <w:tr w:rsidR="00900F50" w:rsidRPr="006900BB" w14:paraId="4E21EEB3" w14:textId="77777777" w:rsidTr="00525879">
        <w:tc>
          <w:tcPr>
            <w:tcW w:w="1854" w:type="dxa"/>
          </w:tcPr>
          <w:p w14:paraId="25EE446E" w14:textId="3DB46A80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Hoofdingang</w:t>
            </w:r>
            <w:r w:rsidR="00785E59" w:rsidRPr="006900BB">
              <w:rPr>
                <w:rFonts w:ascii="Arial" w:hAnsi="Arial" w:cs="Arial"/>
              </w:rPr>
              <w:t xml:space="preserve"> (en)</w:t>
            </w:r>
          </w:p>
        </w:tc>
        <w:tc>
          <w:tcPr>
            <w:tcW w:w="2198" w:type="dxa"/>
          </w:tcPr>
          <w:p w14:paraId="40C3E50C" w14:textId="2D83525A" w:rsidR="005019D1" w:rsidRPr="006900BB" w:rsidRDefault="00900F50">
            <w:pPr>
              <w:rPr>
                <w:rFonts w:ascii="Arial" w:hAnsi="Arial" w:cs="Arial"/>
                <w:lang w:val="nl-NL"/>
              </w:rPr>
            </w:pPr>
            <w:r w:rsidRPr="006900BB">
              <w:rPr>
                <w:rFonts w:ascii="Arial" w:hAnsi="Arial" w:cs="Arial"/>
                <w:lang w:val="nl-NL"/>
              </w:rPr>
              <w:t>Alle buitengevel deur</w:t>
            </w:r>
            <w:r w:rsidR="00245009" w:rsidRPr="006900BB">
              <w:rPr>
                <w:rFonts w:ascii="Arial" w:hAnsi="Arial" w:cs="Arial"/>
                <w:lang w:val="nl-NL"/>
              </w:rPr>
              <w:t>en</w:t>
            </w:r>
            <w:r w:rsidRPr="006900BB">
              <w:rPr>
                <w:rFonts w:ascii="Arial" w:hAnsi="Arial" w:cs="Arial"/>
                <w:lang w:val="nl-NL"/>
              </w:rPr>
              <w:t xml:space="preserve"> </w:t>
            </w:r>
            <w:r w:rsidR="00245009" w:rsidRPr="006900BB">
              <w:rPr>
                <w:rFonts w:ascii="Arial" w:hAnsi="Arial" w:cs="Arial"/>
                <w:lang w:val="nl-NL"/>
              </w:rPr>
              <w:t>in/</w:t>
            </w:r>
            <w:r w:rsidRPr="006900BB">
              <w:rPr>
                <w:rFonts w:ascii="Arial" w:hAnsi="Arial" w:cs="Arial"/>
                <w:lang w:val="nl-NL"/>
              </w:rPr>
              <w:t xml:space="preserve">op slot, </w:t>
            </w:r>
            <w:r w:rsidR="00865FCE">
              <w:rPr>
                <w:rFonts w:ascii="Arial" w:hAnsi="Arial" w:cs="Arial"/>
                <w:lang w:val="nl-NL"/>
              </w:rPr>
              <w:t>OBA en Café enkel indien buitengebruik</w:t>
            </w:r>
          </w:p>
        </w:tc>
        <w:tc>
          <w:tcPr>
            <w:tcW w:w="1660" w:type="dxa"/>
          </w:tcPr>
          <w:p w14:paraId="3636DE94" w14:textId="02873AA8" w:rsidR="005019D1" w:rsidRPr="006900BB" w:rsidRDefault="005019D1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483" w:type="dxa"/>
          </w:tcPr>
          <w:p w14:paraId="060F5002" w14:textId="15239444" w:rsidR="00237D62" w:rsidRPr="006900BB" w:rsidRDefault="00900F50">
            <w:pPr>
              <w:rPr>
                <w:rFonts w:ascii="Arial" w:hAnsi="Arial" w:cs="Arial"/>
                <w:lang w:val="nl-NL"/>
              </w:rPr>
            </w:pPr>
            <w:r w:rsidRPr="006900BB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13024" behindDoc="0" locked="0" layoutInCell="1" allowOverlap="1" wp14:anchorId="59575DB1" wp14:editId="7512923B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129540</wp:posOffset>
                  </wp:positionV>
                  <wp:extent cx="334010" cy="311150"/>
                  <wp:effectExtent l="0" t="0" r="8890" b="0"/>
                  <wp:wrapNone/>
                  <wp:docPr id="1975761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76127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1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00BB">
              <w:rPr>
                <w:rFonts w:ascii="Arial" w:hAnsi="Arial" w:cs="Arial"/>
                <w:noProof/>
                <w:lang w:val="nl-NL"/>
              </w:rPr>
              <w:drawing>
                <wp:anchor distT="0" distB="0" distL="114300" distR="114300" simplePos="0" relativeHeight="251736576" behindDoc="0" locked="0" layoutInCell="1" allowOverlap="1" wp14:anchorId="764C2DEA" wp14:editId="6629DB25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110490</wp:posOffset>
                  </wp:positionV>
                  <wp:extent cx="304800" cy="383639"/>
                  <wp:effectExtent l="0" t="0" r="0" b="0"/>
                  <wp:wrapNone/>
                  <wp:docPr id="36241040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83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05B46C" w14:textId="49088C4C" w:rsidR="005019D1" w:rsidRPr="006900BB" w:rsidRDefault="005019D1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661" w:type="dxa"/>
          </w:tcPr>
          <w:p w14:paraId="5FE77936" w14:textId="77777777" w:rsidR="005019D1" w:rsidRPr="006900BB" w:rsidRDefault="005019D1">
            <w:pPr>
              <w:rPr>
                <w:rFonts w:ascii="Arial" w:hAnsi="Arial" w:cs="Arial"/>
                <w:lang w:val="nl-NL"/>
              </w:rPr>
            </w:pPr>
          </w:p>
        </w:tc>
      </w:tr>
      <w:tr w:rsidR="00900F50" w:rsidRPr="006900BB" w14:paraId="32152AAA" w14:textId="77777777" w:rsidTr="00525879">
        <w:tc>
          <w:tcPr>
            <w:tcW w:w="1854" w:type="dxa"/>
          </w:tcPr>
          <w:p w14:paraId="06CF19F4" w14:textId="17EE6852" w:rsidR="005019D1" w:rsidRPr="006900BB" w:rsidRDefault="00BE6035">
            <w:pPr>
              <w:rPr>
                <w:rFonts w:ascii="Arial" w:hAnsi="Arial" w:cs="Arial"/>
                <w:lang w:val="nl-NL"/>
              </w:rPr>
            </w:pPr>
            <w:r w:rsidRPr="006900BB">
              <w:rPr>
                <w:rFonts w:ascii="Arial" w:hAnsi="Arial" w:cs="Arial"/>
                <w:lang w:val="nl-NL"/>
              </w:rPr>
              <w:t>Nooduitgang achterzijde</w:t>
            </w:r>
            <w:r w:rsidR="00325171" w:rsidRPr="006900BB">
              <w:rPr>
                <w:rFonts w:ascii="Arial" w:hAnsi="Arial" w:cs="Arial"/>
                <w:lang w:val="nl-NL"/>
              </w:rPr>
              <w:t xml:space="preserve"> Noord en Zuid</w:t>
            </w:r>
          </w:p>
        </w:tc>
        <w:tc>
          <w:tcPr>
            <w:tcW w:w="2198" w:type="dxa"/>
          </w:tcPr>
          <w:p w14:paraId="52235FB6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Op slot, geen blokkades</w:t>
            </w:r>
          </w:p>
        </w:tc>
        <w:tc>
          <w:tcPr>
            <w:tcW w:w="1660" w:type="dxa"/>
          </w:tcPr>
          <w:p w14:paraId="321B9A31" w14:textId="77777777" w:rsidR="005019D1" w:rsidRPr="006900BB" w:rsidRDefault="005019D1">
            <w:pPr>
              <w:rPr>
                <w:rFonts w:ascii="Arial" w:hAnsi="Arial" w:cs="Arial"/>
              </w:rPr>
            </w:pPr>
          </w:p>
        </w:tc>
        <w:tc>
          <w:tcPr>
            <w:tcW w:w="1483" w:type="dxa"/>
          </w:tcPr>
          <w:p w14:paraId="509E6B53" w14:textId="67FB2091" w:rsidR="00245009" w:rsidRPr="006900BB" w:rsidRDefault="00AF5740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  <w:noProof/>
                <w:lang w:val="nl-NL"/>
              </w:rPr>
              <w:drawing>
                <wp:anchor distT="0" distB="0" distL="114300" distR="114300" simplePos="0" relativeHeight="251743744" behindDoc="0" locked="0" layoutInCell="1" allowOverlap="1" wp14:anchorId="4395ED5F" wp14:editId="36528FE9">
                  <wp:simplePos x="0" y="0"/>
                  <wp:positionH relativeFrom="column">
                    <wp:posOffset>540385</wp:posOffset>
                  </wp:positionH>
                  <wp:positionV relativeFrom="paragraph">
                    <wp:posOffset>59690</wp:posOffset>
                  </wp:positionV>
                  <wp:extent cx="203491" cy="239990"/>
                  <wp:effectExtent l="0" t="0" r="6350" b="8255"/>
                  <wp:wrapNone/>
                  <wp:docPr id="129986259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91" cy="239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00BB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26336" behindDoc="0" locked="0" layoutInCell="1" allowOverlap="1" wp14:anchorId="75B62EF2" wp14:editId="53F73D2A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46990</wp:posOffset>
                  </wp:positionV>
                  <wp:extent cx="288543" cy="323215"/>
                  <wp:effectExtent l="0" t="0" r="0" b="635"/>
                  <wp:wrapNone/>
                  <wp:docPr id="21255911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591119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6" cy="326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C4DF06" w14:textId="1C19E454" w:rsidR="00245009" w:rsidRPr="006900BB" w:rsidRDefault="00245009">
            <w:pPr>
              <w:rPr>
                <w:rFonts w:ascii="Arial" w:hAnsi="Arial" w:cs="Arial"/>
              </w:rPr>
            </w:pPr>
          </w:p>
          <w:p w14:paraId="589F6782" w14:textId="3BED7B96" w:rsidR="00245009" w:rsidRPr="006900BB" w:rsidRDefault="00AF5740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07552" behindDoc="0" locked="0" layoutInCell="1" allowOverlap="1" wp14:anchorId="7751A801" wp14:editId="2297EAFF">
                  <wp:simplePos x="0" y="0"/>
                  <wp:positionH relativeFrom="column">
                    <wp:posOffset>384175</wp:posOffset>
                  </wp:positionH>
                  <wp:positionV relativeFrom="paragraph">
                    <wp:posOffset>8890</wp:posOffset>
                  </wp:positionV>
                  <wp:extent cx="234184" cy="290013"/>
                  <wp:effectExtent l="0" t="0" r="0" b="0"/>
                  <wp:wrapNone/>
                  <wp:docPr id="17802897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289784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84" cy="290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F711CE" w14:textId="000C0B92" w:rsidR="005019D1" w:rsidRPr="006900BB" w:rsidRDefault="005019D1">
            <w:pPr>
              <w:rPr>
                <w:rFonts w:ascii="Arial" w:hAnsi="Arial" w:cs="Arial"/>
              </w:rPr>
            </w:pPr>
          </w:p>
        </w:tc>
        <w:tc>
          <w:tcPr>
            <w:tcW w:w="1661" w:type="dxa"/>
          </w:tcPr>
          <w:p w14:paraId="0C72FB08" w14:textId="77777777" w:rsidR="005019D1" w:rsidRPr="006900BB" w:rsidRDefault="005019D1">
            <w:pPr>
              <w:rPr>
                <w:rFonts w:ascii="Arial" w:hAnsi="Arial" w:cs="Arial"/>
              </w:rPr>
            </w:pPr>
          </w:p>
        </w:tc>
      </w:tr>
      <w:tr w:rsidR="00900F50" w:rsidRPr="006900BB" w14:paraId="61C3A4C6" w14:textId="77777777" w:rsidTr="00525879">
        <w:tc>
          <w:tcPr>
            <w:tcW w:w="1854" w:type="dxa"/>
          </w:tcPr>
          <w:p w14:paraId="71127D8B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Parkeergarage toegang</w:t>
            </w:r>
          </w:p>
        </w:tc>
        <w:tc>
          <w:tcPr>
            <w:tcW w:w="2198" w:type="dxa"/>
          </w:tcPr>
          <w:p w14:paraId="6D6729C4" w14:textId="2AD3534D" w:rsidR="005019D1" w:rsidRPr="006900BB" w:rsidRDefault="00BE6035">
            <w:pPr>
              <w:rPr>
                <w:rFonts w:ascii="Arial" w:hAnsi="Arial" w:cs="Arial"/>
                <w:lang w:val="nl-NL"/>
              </w:rPr>
            </w:pPr>
            <w:r w:rsidRPr="006900BB">
              <w:rPr>
                <w:rFonts w:ascii="Arial" w:hAnsi="Arial" w:cs="Arial"/>
                <w:lang w:val="nl-NL"/>
              </w:rPr>
              <w:t>Slagboom</w:t>
            </w:r>
            <w:r w:rsidR="00AF3299" w:rsidRPr="006900BB">
              <w:rPr>
                <w:rFonts w:ascii="Arial" w:hAnsi="Arial" w:cs="Arial"/>
                <w:lang w:val="nl-NL"/>
              </w:rPr>
              <w:t>/speedgate</w:t>
            </w:r>
            <w:r w:rsidRPr="006900BB">
              <w:rPr>
                <w:rFonts w:ascii="Arial" w:hAnsi="Arial" w:cs="Arial"/>
                <w:lang w:val="nl-NL"/>
              </w:rPr>
              <w:t xml:space="preserve"> dicht, hek vergrendeld</w:t>
            </w:r>
          </w:p>
        </w:tc>
        <w:tc>
          <w:tcPr>
            <w:tcW w:w="1660" w:type="dxa"/>
          </w:tcPr>
          <w:p w14:paraId="29BA302D" w14:textId="77777777" w:rsidR="005019D1" w:rsidRPr="006900BB" w:rsidRDefault="005019D1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483" w:type="dxa"/>
          </w:tcPr>
          <w:p w14:paraId="66D6FE72" w14:textId="73C276B5" w:rsidR="005019D1" w:rsidRPr="006900BB" w:rsidRDefault="00AF3299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578880" behindDoc="0" locked="0" layoutInCell="1" allowOverlap="1" wp14:anchorId="1011A893" wp14:editId="6B3AD0B3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52070</wp:posOffset>
                  </wp:positionV>
                  <wp:extent cx="650074" cy="368300"/>
                  <wp:effectExtent l="0" t="0" r="0" b="0"/>
                  <wp:wrapNone/>
                  <wp:docPr id="15311689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168987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74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1" w:type="dxa"/>
          </w:tcPr>
          <w:p w14:paraId="60EC3BEC" w14:textId="77777777" w:rsidR="005019D1" w:rsidRPr="006900BB" w:rsidRDefault="005019D1">
            <w:pPr>
              <w:rPr>
                <w:rFonts w:ascii="Arial" w:hAnsi="Arial" w:cs="Arial"/>
              </w:rPr>
            </w:pPr>
          </w:p>
        </w:tc>
      </w:tr>
      <w:tr w:rsidR="00900F50" w:rsidRPr="006900BB" w14:paraId="5C804653" w14:textId="77777777" w:rsidTr="00525879">
        <w:tc>
          <w:tcPr>
            <w:tcW w:w="1854" w:type="dxa"/>
          </w:tcPr>
          <w:p w14:paraId="6C0B3438" w14:textId="5161E9CA" w:rsidR="00325171" w:rsidRPr="006900BB" w:rsidRDefault="00325171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Nooddeur naast speedgate</w:t>
            </w:r>
          </w:p>
        </w:tc>
        <w:tc>
          <w:tcPr>
            <w:tcW w:w="2198" w:type="dxa"/>
          </w:tcPr>
          <w:p w14:paraId="04DF2B67" w14:textId="780ACCDB" w:rsidR="00325171" w:rsidRPr="006900BB" w:rsidRDefault="00325171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Zit in slot</w:t>
            </w:r>
          </w:p>
        </w:tc>
        <w:tc>
          <w:tcPr>
            <w:tcW w:w="1660" w:type="dxa"/>
          </w:tcPr>
          <w:p w14:paraId="0090C6FE" w14:textId="77777777" w:rsidR="00325171" w:rsidRPr="006900BB" w:rsidRDefault="00325171">
            <w:pPr>
              <w:rPr>
                <w:rFonts w:ascii="Arial" w:hAnsi="Arial" w:cs="Arial"/>
              </w:rPr>
            </w:pPr>
          </w:p>
        </w:tc>
        <w:tc>
          <w:tcPr>
            <w:tcW w:w="1483" w:type="dxa"/>
          </w:tcPr>
          <w:p w14:paraId="1A05B98F" w14:textId="7D68ACBF" w:rsidR="00AF3299" w:rsidRPr="006900BB" w:rsidRDefault="00AF3299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591168" behindDoc="0" locked="0" layoutInCell="1" allowOverlap="1" wp14:anchorId="62A0E9DD" wp14:editId="38AD8C51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24765</wp:posOffset>
                  </wp:positionV>
                  <wp:extent cx="355600" cy="271780"/>
                  <wp:effectExtent l="0" t="0" r="6350" b="0"/>
                  <wp:wrapNone/>
                  <wp:docPr id="15870987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098793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271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2EB712" w14:textId="781F1C7D" w:rsidR="00325171" w:rsidRPr="006900BB" w:rsidRDefault="00325171">
            <w:pPr>
              <w:rPr>
                <w:rFonts w:ascii="Arial" w:hAnsi="Arial" w:cs="Arial"/>
              </w:rPr>
            </w:pPr>
          </w:p>
        </w:tc>
        <w:tc>
          <w:tcPr>
            <w:tcW w:w="1661" w:type="dxa"/>
          </w:tcPr>
          <w:p w14:paraId="1431FB3E" w14:textId="77777777" w:rsidR="00325171" w:rsidRPr="006900BB" w:rsidRDefault="00325171">
            <w:pPr>
              <w:rPr>
                <w:rFonts w:ascii="Arial" w:hAnsi="Arial" w:cs="Arial"/>
              </w:rPr>
            </w:pPr>
          </w:p>
        </w:tc>
      </w:tr>
      <w:tr w:rsidR="00900F50" w:rsidRPr="006900BB" w14:paraId="53B598D7" w14:textId="77777777" w:rsidTr="00525879">
        <w:tc>
          <w:tcPr>
            <w:tcW w:w="1854" w:type="dxa"/>
          </w:tcPr>
          <w:p w14:paraId="30CACEB4" w14:textId="77777777" w:rsidR="005019D1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Laad-/losruimte</w:t>
            </w:r>
          </w:p>
          <w:p w14:paraId="29952A2E" w14:textId="22D043FF" w:rsidR="00BB231C" w:rsidRPr="006900BB" w:rsidRDefault="00BB23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Expeditie</w:t>
            </w:r>
          </w:p>
        </w:tc>
        <w:tc>
          <w:tcPr>
            <w:tcW w:w="2198" w:type="dxa"/>
          </w:tcPr>
          <w:p w14:paraId="5A7FEFEA" w14:textId="1F5E7525" w:rsidR="005019D1" w:rsidRPr="006900BB" w:rsidRDefault="00BE6035">
            <w:pPr>
              <w:rPr>
                <w:rFonts w:ascii="Arial" w:hAnsi="Arial" w:cs="Arial"/>
                <w:lang w:val="nl-NL"/>
              </w:rPr>
            </w:pPr>
            <w:r w:rsidRPr="006900BB">
              <w:rPr>
                <w:rFonts w:ascii="Arial" w:hAnsi="Arial" w:cs="Arial"/>
                <w:lang w:val="nl-NL"/>
              </w:rPr>
              <w:t xml:space="preserve">Poort en deuren </w:t>
            </w:r>
            <w:r w:rsidR="00900F50" w:rsidRPr="006900BB">
              <w:rPr>
                <w:rFonts w:ascii="Arial" w:hAnsi="Arial" w:cs="Arial"/>
                <w:lang w:val="nl-NL"/>
              </w:rPr>
              <w:t>expeditie en gashok</w:t>
            </w:r>
            <w:r w:rsidRPr="006900BB">
              <w:rPr>
                <w:rFonts w:ascii="Arial" w:hAnsi="Arial" w:cs="Arial"/>
                <w:lang w:val="nl-NL"/>
              </w:rPr>
              <w:t>dicht</w:t>
            </w:r>
          </w:p>
        </w:tc>
        <w:tc>
          <w:tcPr>
            <w:tcW w:w="1660" w:type="dxa"/>
          </w:tcPr>
          <w:p w14:paraId="7923CF9A" w14:textId="77777777" w:rsidR="005019D1" w:rsidRPr="006900BB" w:rsidRDefault="005019D1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483" w:type="dxa"/>
          </w:tcPr>
          <w:p w14:paraId="0F86D5E3" w14:textId="1D78F524" w:rsidR="005019D1" w:rsidRPr="006900BB" w:rsidRDefault="005019D1">
            <w:pPr>
              <w:rPr>
                <w:rFonts w:ascii="Arial" w:hAnsi="Arial" w:cs="Arial"/>
                <w:lang w:val="nl-NL"/>
              </w:rPr>
            </w:pPr>
          </w:p>
          <w:p w14:paraId="116347DF" w14:textId="77777777" w:rsidR="00245009" w:rsidRPr="006900BB" w:rsidRDefault="00245009">
            <w:pPr>
              <w:rPr>
                <w:rFonts w:ascii="Arial" w:hAnsi="Arial" w:cs="Arial"/>
                <w:lang w:val="nl-NL"/>
              </w:rPr>
            </w:pPr>
          </w:p>
          <w:p w14:paraId="41B76F4B" w14:textId="77777777" w:rsidR="00245009" w:rsidRPr="006900BB" w:rsidRDefault="00245009">
            <w:pPr>
              <w:rPr>
                <w:rFonts w:ascii="Arial" w:hAnsi="Arial" w:cs="Arial"/>
                <w:lang w:val="nl-NL"/>
              </w:rPr>
            </w:pPr>
          </w:p>
          <w:p w14:paraId="6DE040DA" w14:textId="631B3D39" w:rsidR="00245009" w:rsidRPr="006900BB" w:rsidRDefault="00245009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661" w:type="dxa"/>
          </w:tcPr>
          <w:p w14:paraId="4F24D96A" w14:textId="77777777" w:rsidR="005019D1" w:rsidRPr="006900BB" w:rsidRDefault="005019D1">
            <w:pPr>
              <w:rPr>
                <w:rFonts w:ascii="Arial" w:hAnsi="Arial" w:cs="Arial"/>
                <w:lang w:val="nl-NL"/>
              </w:rPr>
            </w:pPr>
          </w:p>
        </w:tc>
      </w:tr>
      <w:tr w:rsidR="00900F50" w:rsidRPr="006900BB" w14:paraId="7A0EB49C" w14:textId="77777777" w:rsidTr="00525879">
        <w:tc>
          <w:tcPr>
            <w:tcW w:w="1854" w:type="dxa"/>
          </w:tcPr>
          <w:p w14:paraId="05EFF464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Fietsenstalling</w:t>
            </w:r>
          </w:p>
        </w:tc>
        <w:tc>
          <w:tcPr>
            <w:tcW w:w="2198" w:type="dxa"/>
          </w:tcPr>
          <w:p w14:paraId="617F4C16" w14:textId="4AFF9A01" w:rsidR="005019D1" w:rsidRPr="006900BB" w:rsidRDefault="00BE6035">
            <w:pPr>
              <w:rPr>
                <w:rFonts w:ascii="Arial" w:hAnsi="Arial" w:cs="Arial"/>
                <w:lang w:val="nl-NL"/>
              </w:rPr>
            </w:pPr>
            <w:r w:rsidRPr="006900BB">
              <w:rPr>
                <w:rFonts w:ascii="Arial" w:hAnsi="Arial" w:cs="Arial"/>
                <w:lang w:val="nl-NL"/>
              </w:rPr>
              <w:t>Afgesloten</w:t>
            </w:r>
            <w:r w:rsidR="00B871BD" w:rsidRPr="006900BB">
              <w:rPr>
                <w:rFonts w:ascii="Arial" w:hAnsi="Arial" w:cs="Arial"/>
                <w:lang w:val="nl-NL"/>
              </w:rPr>
              <w:t xml:space="preserve"> </w:t>
            </w:r>
            <w:r w:rsidR="00B871BD" w:rsidRPr="006900BB">
              <w:rPr>
                <w:rFonts w:ascii="Arial" w:hAnsi="Arial" w:cs="Arial"/>
                <w:b/>
                <w:bCs/>
                <w:lang w:val="nl-NL"/>
              </w:rPr>
              <w:t xml:space="preserve">(de </w:t>
            </w:r>
            <w:r w:rsidR="00F1353F" w:rsidRPr="006900BB">
              <w:rPr>
                <w:rFonts w:ascii="Arial" w:hAnsi="Arial" w:cs="Arial"/>
                <w:b/>
                <w:bCs/>
                <w:lang w:val="nl-NL"/>
              </w:rPr>
              <w:t>schuif</w:t>
            </w:r>
            <w:r w:rsidR="00B871BD" w:rsidRPr="006900BB">
              <w:rPr>
                <w:rFonts w:ascii="Arial" w:hAnsi="Arial" w:cs="Arial"/>
                <w:b/>
                <w:bCs/>
                <w:lang w:val="nl-NL"/>
              </w:rPr>
              <w:t xml:space="preserve"> op de deur moet open blijven!)</w:t>
            </w:r>
          </w:p>
        </w:tc>
        <w:tc>
          <w:tcPr>
            <w:tcW w:w="1660" w:type="dxa"/>
          </w:tcPr>
          <w:p w14:paraId="6B96C4D3" w14:textId="77777777" w:rsidR="005019D1" w:rsidRPr="006900BB" w:rsidRDefault="005019D1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483" w:type="dxa"/>
          </w:tcPr>
          <w:p w14:paraId="488B5656" w14:textId="73B78B0F" w:rsidR="001D5242" w:rsidRPr="006900BB" w:rsidRDefault="006900BB">
            <w:pPr>
              <w:rPr>
                <w:rFonts w:ascii="Arial" w:hAnsi="Arial" w:cs="Arial"/>
                <w:lang w:val="nl-NL"/>
              </w:rPr>
            </w:pPr>
            <w:r w:rsidRPr="006900BB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40320" behindDoc="0" locked="0" layoutInCell="1" allowOverlap="1" wp14:anchorId="64070D60" wp14:editId="663A6C26">
                  <wp:simplePos x="0" y="0"/>
                  <wp:positionH relativeFrom="column">
                    <wp:posOffset>325240</wp:posOffset>
                  </wp:positionH>
                  <wp:positionV relativeFrom="paragraph">
                    <wp:posOffset>88265</wp:posOffset>
                  </wp:positionV>
                  <wp:extent cx="440690" cy="256610"/>
                  <wp:effectExtent l="0" t="0" r="0" b="0"/>
                  <wp:wrapNone/>
                  <wp:docPr id="13688759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87595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90" cy="256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353F" w:rsidRPr="006900BB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22912" behindDoc="0" locked="0" layoutInCell="1" allowOverlap="1" wp14:anchorId="22F4698A" wp14:editId="4D589FF3">
                  <wp:simplePos x="0" y="0"/>
                  <wp:positionH relativeFrom="column">
                    <wp:posOffset>-27304</wp:posOffset>
                  </wp:positionH>
                  <wp:positionV relativeFrom="paragraph">
                    <wp:posOffset>55245</wp:posOffset>
                  </wp:positionV>
                  <wp:extent cx="273050" cy="317071"/>
                  <wp:effectExtent l="0" t="0" r="0" b="6985"/>
                  <wp:wrapNone/>
                  <wp:docPr id="8941263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12633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61" cy="318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392553" w14:textId="0D539261" w:rsidR="001D5242" w:rsidRPr="006900BB" w:rsidRDefault="001D5242">
            <w:pPr>
              <w:rPr>
                <w:rFonts w:ascii="Arial" w:hAnsi="Arial" w:cs="Arial"/>
              </w:rPr>
            </w:pPr>
          </w:p>
          <w:p w14:paraId="1209D4E1" w14:textId="518E63D1" w:rsidR="005019D1" w:rsidRPr="006900BB" w:rsidRDefault="005019D1">
            <w:pPr>
              <w:rPr>
                <w:rFonts w:ascii="Arial" w:hAnsi="Arial" w:cs="Arial"/>
              </w:rPr>
            </w:pPr>
          </w:p>
        </w:tc>
        <w:tc>
          <w:tcPr>
            <w:tcW w:w="1661" w:type="dxa"/>
          </w:tcPr>
          <w:p w14:paraId="1E3889E4" w14:textId="77777777" w:rsidR="005019D1" w:rsidRPr="006900BB" w:rsidRDefault="005019D1">
            <w:pPr>
              <w:rPr>
                <w:rFonts w:ascii="Arial" w:hAnsi="Arial" w:cs="Arial"/>
              </w:rPr>
            </w:pPr>
          </w:p>
        </w:tc>
      </w:tr>
      <w:tr w:rsidR="00900F50" w:rsidRPr="006900BB" w14:paraId="11D09610" w14:textId="77777777" w:rsidTr="00525879">
        <w:tc>
          <w:tcPr>
            <w:tcW w:w="1854" w:type="dxa"/>
          </w:tcPr>
          <w:p w14:paraId="2133BB23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Camerabewaking (zicht)</w:t>
            </w:r>
          </w:p>
        </w:tc>
        <w:tc>
          <w:tcPr>
            <w:tcW w:w="2198" w:type="dxa"/>
          </w:tcPr>
          <w:p w14:paraId="589EE7EF" w14:textId="77777777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Arial" w:hAnsi="Arial" w:cs="Arial"/>
              </w:rPr>
              <w:t>Geen sabotages of obstructie</w:t>
            </w:r>
          </w:p>
        </w:tc>
        <w:tc>
          <w:tcPr>
            <w:tcW w:w="1660" w:type="dxa"/>
          </w:tcPr>
          <w:p w14:paraId="63349AD5" w14:textId="77777777" w:rsidR="005019D1" w:rsidRPr="006900BB" w:rsidRDefault="005019D1">
            <w:pPr>
              <w:rPr>
                <w:rFonts w:ascii="Arial" w:hAnsi="Arial" w:cs="Arial"/>
              </w:rPr>
            </w:pPr>
          </w:p>
        </w:tc>
        <w:tc>
          <w:tcPr>
            <w:tcW w:w="1483" w:type="dxa"/>
          </w:tcPr>
          <w:p w14:paraId="7424C381" w14:textId="4F1ADD8B" w:rsidR="005019D1" w:rsidRPr="006900BB" w:rsidRDefault="00BE6035">
            <w:pPr>
              <w:rPr>
                <w:rFonts w:ascii="Arial" w:hAnsi="Arial" w:cs="Arial"/>
              </w:rPr>
            </w:pPr>
            <w:r w:rsidRPr="006900BB">
              <w:rPr>
                <w:rFonts w:ascii="Segoe UI Emoji" w:hAnsi="Segoe UI Emoji" w:cs="Segoe UI Emoji"/>
              </w:rPr>
              <w:t>📷</w:t>
            </w:r>
          </w:p>
        </w:tc>
        <w:tc>
          <w:tcPr>
            <w:tcW w:w="1661" w:type="dxa"/>
          </w:tcPr>
          <w:p w14:paraId="416D1BCE" w14:textId="77777777" w:rsidR="005019D1" w:rsidRPr="006900BB" w:rsidRDefault="005019D1">
            <w:pPr>
              <w:rPr>
                <w:rFonts w:ascii="Arial" w:hAnsi="Arial" w:cs="Arial"/>
              </w:rPr>
            </w:pPr>
          </w:p>
        </w:tc>
      </w:tr>
    </w:tbl>
    <w:p w14:paraId="0A19B0B1" w14:textId="77777777" w:rsidR="005019D1" w:rsidRPr="006900BB" w:rsidRDefault="005019D1">
      <w:pPr>
        <w:rPr>
          <w:rFonts w:ascii="Arial" w:hAnsi="Arial" w:cs="Arial"/>
        </w:rPr>
      </w:pPr>
    </w:p>
    <w:p w14:paraId="169C37B7" w14:textId="77777777" w:rsidR="005019D1" w:rsidRPr="006900BB" w:rsidRDefault="00BE6035">
      <w:pPr>
        <w:pStyle w:val="Kop2"/>
        <w:rPr>
          <w:rFonts w:ascii="Arial" w:hAnsi="Arial" w:cs="Arial"/>
        </w:rPr>
      </w:pPr>
      <w:r w:rsidRPr="00F00FF7">
        <w:rPr>
          <w:rFonts w:ascii="Segoe UI Emoji" w:hAnsi="Segoe UI Emoji" w:cs="Segoe UI Emoji"/>
        </w:rPr>
        <w:t>✏</w:t>
      </w:r>
      <w:r w:rsidRPr="00F00FF7">
        <w:rPr>
          <w:rFonts w:ascii="Segoe UI Emoji" w:hAnsi="Segoe UI Emoji" w:cs="Segoe UI Emoji"/>
        </w:rPr>
        <w:t>️</w:t>
      </w:r>
      <w:r w:rsidRPr="00F00FF7">
        <w:rPr>
          <w:rFonts w:ascii="Arial" w:hAnsi="Arial" w:cs="Arial"/>
        </w:rPr>
        <w:t xml:space="preserve"> Algemene bijzonderheden / opmerkingen</w:t>
      </w:r>
      <w:r w:rsidRPr="006900BB">
        <w:rPr>
          <w:rFonts w:ascii="Arial" w:hAnsi="Arial" w:cs="Arial"/>
        </w:rPr>
        <w:t xml:space="preserve"> ronde:</w:t>
      </w:r>
    </w:p>
    <w:p w14:paraId="33F7DBE5" w14:textId="77777777" w:rsidR="008C05FE" w:rsidRDefault="000D7AEE">
      <w:pPr>
        <w:rPr>
          <w:rFonts w:ascii="Arial" w:hAnsi="Arial" w:cs="Arial"/>
        </w:rPr>
      </w:pPr>
      <w:r w:rsidRPr="006900B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Hlk201911028"/>
      <w:r w:rsidRPr="006900BB">
        <w:rPr>
          <w:rFonts w:ascii="Arial" w:hAnsi="Arial" w:cs="Arial"/>
        </w:rPr>
        <w:t>………………………………………………………………………………………………………</w:t>
      </w:r>
      <w:bookmarkEnd w:id="0"/>
      <w:r w:rsidR="00AF5740" w:rsidRPr="006900B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D44D57" w14:textId="77777777" w:rsidR="008C05FE" w:rsidRDefault="008C05FE">
      <w:pPr>
        <w:rPr>
          <w:rFonts w:ascii="Arial" w:hAnsi="Arial" w:cs="Arial"/>
        </w:rPr>
      </w:pPr>
    </w:p>
    <w:p w14:paraId="021230EA" w14:textId="2DA7BFC0" w:rsidR="005019D1" w:rsidRPr="006900BB" w:rsidRDefault="005019D1">
      <w:pPr>
        <w:rPr>
          <w:rFonts w:ascii="Arial" w:hAnsi="Arial" w:cs="Arial"/>
        </w:rPr>
      </w:pPr>
    </w:p>
    <w:sectPr w:rsidR="005019D1" w:rsidRPr="006900BB" w:rsidSect="00034616">
      <w:headerReference w:type="default" r:id="rId2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ACBF9" w14:textId="77777777" w:rsidR="00CD454B" w:rsidRDefault="00CD454B" w:rsidP="00582426">
      <w:pPr>
        <w:spacing w:after="0" w:line="240" w:lineRule="auto"/>
      </w:pPr>
      <w:r>
        <w:separator/>
      </w:r>
    </w:p>
  </w:endnote>
  <w:endnote w:type="continuationSeparator" w:id="0">
    <w:p w14:paraId="0CF3A24E" w14:textId="77777777" w:rsidR="00CD454B" w:rsidRDefault="00CD454B" w:rsidP="0058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16C68" w14:textId="77777777" w:rsidR="00CD454B" w:rsidRDefault="00CD454B" w:rsidP="00582426">
      <w:pPr>
        <w:spacing w:after="0" w:line="240" w:lineRule="auto"/>
      </w:pPr>
      <w:r>
        <w:separator/>
      </w:r>
    </w:p>
  </w:footnote>
  <w:footnote w:type="continuationSeparator" w:id="0">
    <w:p w14:paraId="674342C4" w14:textId="77777777" w:rsidR="00CD454B" w:rsidRDefault="00CD454B" w:rsidP="0058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4817A" w14:textId="1C97B10E" w:rsidR="00582426" w:rsidRPr="000D42CC" w:rsidRDefault="00D32A21">
    <w:pPr>
      <w:pStyle w:val="Koptekst"/>
      <w:rPr>
        <w:rFonts w:ascii="Arial" w:hAnsi="Arial" w:cs="Arial"/>
        <w:b/>
        <w:bCs/>
        <w:sz w:val="36"/>
        <w:szCs w:val="36"/>
      </w:rPr>
    </w:pPr>
    <w:r w:rsidRPr="000D42CC">
      <w:rPr>
        <w:rFonts w:ascii="Arial" w:hAnsi="Arial" w:cs="Arial"/>
        <w:b/>
        <w:bCs/>
        <w:noProof/>
        <w:sz w:val="36"/>
        <w:szCs w:val="36"/>
      </w:rPr>
      <w:drawing>
        <wp:anchor distT="0" distB="0" distL="114300" distR="114300" simplePos="0" relativeHeight="251568640" behindDoc="0" locked="0" layoutInCell="1" allowOverlap="1" wp14:anchorId="6489C09A" wp14:editId="13D2D886">
          <wp:simplePos x="0" y="0"/>
          <wp:positionH relativeFrom="column">
            <wp:posOffset>4933950</wp:posOffset>
          </wp:positionH>
          <wp:positionV relativeFrom="paragraph">
            <wp:posOffset>-196850</wp:posOffset>
          </wp:positionV>
          <wp:extent cx="622300" cy="622300"/>
          <wp:effectExtent l="0" t="0" r="6350" b="6350"/>
          <wp:wrapNone/>
          <wp:docPr id="2" name="Picture 1" descr="Hogeschool Inholland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geschool Inholland - YouTub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42CC" w:rsidRPr="000D42CC">
      <w:rPr>
        <w:rFonts w:ascii="Arial" w:hAnsi="Arial" w:cs="Arial"/>
        <w:b/>
        <w:bCs/>
        <w:sz w:val="36"/>
        <w:szCs w:val="36"/>
      </w:rPr>
      <w:t>INHOLLAND SLUISBUURT AMSTERDAM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7069715">
    <w:abstractNumId w:val="8"/>
  </w:num>
  <w:num w:numId="2" w16cid:durableId="328796957">
    <w:abstractNumId w:val="6"/>
  </w:num>
  <w:num w:numId="3" w16cid:durableId="351422567">
    <w:abstractNumId w:val="5"/>
  </w:num>
  <w:num w:numId="4" w16cid:durableId="1596547230">
    <w:abstractNumId w:val="4"/>
  </w:num>
  <w:num w:numId="5" w16cid:durableId="495731177">
    <w:abstractNumId w:val="7"/>
  </w:num>
  <w:num w:numId="6" w16cid:durableId="359549275">
    <w:abstractNumId w:val="3"/>
  </w:num>
  <w:num w:numId="7" w16cid:durableId="472909824">
    <w:abstractNumId w:val="2"/>
  </w:num>
  <w:num w:numId="8" w16cid:durableId="1507861420">
    <w:abstractNumId w:val="1"/>
  </w:num>
  <w:num w:numId="9" w16cid:durableId="379479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7"/>
  <w:revisionView w:inkAnnotation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42CC"/>
    <w:rsid w:val="000D7AEE"/>
    <w:rsid w:val="000F0E47"/>
    <w:rsid w:val="0015074B"/>
    <w:rsid w:val="0016153A"/>
    <w:rsid w:val="001D5242"/>
    <w:rsid w:val="001F67EB"/>
    <w:rsid w:val="00237D62"/>
    <w:rsid w:val="00245009"/>
    <w:rsid w:val="0029639D"/>
    <w:rsid w:val="00325171"/>
    <w:rsid w:val="00326F90"/>
    <w:rsid w:val="003D5796"/>
    <w:rsid w:val="005019D1"/>
    <w:rsid w:val="005208B1"/>
    <w:rsid w:val="00525879"/>
    <w:rsid w:val="00582426"/>
    <w:rsid w:val="0066218E"/>
    <w:rsid w:val="00681CAC"/>
    <w:rsid w:val="006900BB"/>
    <w:rsid w:val="00693842"/>
    <w:rsid w:val="006B3180"/>
    <w:rsid w:val="006E785D"/>
    <w:rsid w:val="00702510"/>
    <w:rsid w:val="00731C24"/>
    <w:rsid w:val="00763A34"/>
    <w:rsid w:val="00785E59"/>
    <w:rsid w:val="007B23E2"/>
    <w:rsid w:val="00865FCE"/>
    <w:rsid w:val="008C05FE"/>
    <w:rsid w:val="008C5A97"/>
    <w:rsid w:val="00900F50"/>
    <w:rsid w:val="00AA1D8D"/>
    <w:rsid w:val="00AB2EFF"/>
    <w:rsid w:val="00AB68BF"/>
    <w:rsid w:val="00AF3299"/>
    <w:rsid w:val="00AF5740"/>
    <w:rsid w:val="00B47730"/>
    <w:rsid w:val="00B47D00"/>
    <w:rsid w:val="00B71CC3"/>
    <w:rsid w:val="00B871BD"/>
    <w:rsid w:val="00BB231C"/>
    <w:rsid w:val="00BE6035"/>
    <w:rsid w:val="00BF4847"/>
    <w:rsid w:val="00CB0664"/>
    <w:rsid w:val="00CD0A80"/>
    <w:rsid w:val="00CD454B"/>
    <w:rsid w:val="00D12A4E"/>
    <w:rsid w:val="00D32A21"/>
    <w:rsid w:val="00D64D77"/>
    <w:rsid w:val="00DD68F6"/>
    <w:rsid w:val="00E07725"/>
    <w:rsid w:val="00EE249D"/>
    <w:rsid w:val="00F00FF7"/>
    <w:rsid w:val="00F1353F"/>
    <w:rsid w:val="00F57DA8"/>
    <w:rsid w:val="00F960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00"/>
  <w15:docId w15:val="{EC1E3548-4285-4B8A-9359-E1FBE32A9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image" Target="media/image3.png" /><Relationship Id="rId18" Type="http://schemas.openxmlformats.org/officeDocument/2006/relationships/image" Target="media/image8.png" /><Relationship Id="rId26" Type="http://schemas.openxmlformats.org/officeDocument/2006/relationships/fontTable" Target="fontTable.xml" /><Relationship Id="rId3" Type="http://schemas.openxmlformats.org/officeDocument/2006/relationships/customXml" Target="../customXml/item3.xml" /><Relationship Id="rId21" Type="http://schemas.openxmlformats.org/officeDocument/2006/relationships/image" Target="media/image11.png" /><Relationship Id="rId7" Type="http://schemas.openxmlformats.org/officeDocument/2006/relationships/settings" Target="settings.xml" /><Relationship Id="rId12" Type="http://schemas.openxmlformats.org/officeDocument/2006/relationships/image" Target="media/image2.png" /><Relationship Id="rId17" Type="http://schemas.openxmlformats.org/officeDocument/2006/relationships/image" Target="media/image7.png" /><Relationship Id="rId25" Type="http://schemas.openxmlformats.org/officeDocument/2006/relationships/header" Target="header1.xml" /><Relationship Id="rId2" Type="http://schemas.openxmlformats.org/officeDocument/2006/relationships/customXml" Target="../customXml/item2.xml" /><Relationship Id="rId16" Type="http://schemas.openxmlformats.org/officeDocument/2006/relationships/image" Target="media/image6.png" /><Relationship Id="rId20" Type="http://schemas.openxmlformats.org/officeDocument/2006/relationships/image" Target="media/image10.png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image" Target="media/image1.png" /><Relationship Id="rId24" Type="http://schemas.openxmlformats.org/officeDocument/2006/relationships/image" Target="media/image14.png" /><Relationship Id="rId5" Type="http://schemas.openxmlformats.org/officeDocument/2006/relationships/numbering" Target="numbering.xml" /><Relationship Id="rId15" Type="http://schemas.openxmlformats.org/officeDocument/2006/relationships/image" Target="media/image5.png" /><Relationship Id="rId23" Type="http://schemas.openxmlformats.org/officeDocument/2006/relationships/image" Target="media/image13.png" /><Relationship Id="rId10" Type="http://schemas.openxmlformats.org/officeDocument/2006/relationships/endnotes" Target="endnotes.xml" /><Relationship Id="rId19" Type="http://schemas.openxmlformats.org/officeDocument/2006/relationships/image" Target="media/image9.png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image" Target="media/image4.png" /><Relationship Id="rId22" Type="http://schemas.openxmlformats.org/officeDocument/2006/relationships/image" Target="media/image12.png" /><Relationship Id="rId27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9EA7F03991E4692145ADC687B6184" ma:contentTypeVersion="3" ma:contentTypeDescription="Een nieuw document maken." ma:contentTypeScope="" ma:versionID="bbf80289190353e26a2a46b7d906f790">
  <xsd:schema xmlns:xsd="http://www.w3.org/2001/XMLSchema" xmlns:xs="http://www.w3.org/2001/XMLSchema" xmlns:p="http://schemas.microsoft.com/office/2006/metadata/properties" xmlns:ns2="7a771027-607d-4128-aa5c-c037a9d11639" targetNamespace="http://schemas.microsoft.com/office/2006/metadata/properties" ma:root="true" ma:fieldsID="2f74f332d0a7630071a047fcfaa58f5d" ns2:_="">
    <xsd:import namespace="7a771027-607d-4128-aa5c-c037a9d11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71027-607d-4128-aa5c-c037a9d11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859745-88E6-490C-98FB-10ADF79C3A42}"/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9D02634D-A082-4AFD-921A-F90F34291B4A}">
  <ds:schemaRefs>
    <ds:schemaRef ds:uri="http://schemas.microsoft.com/office/2006/metadata/properties"/>
    <ds:schemaRef ds:uri="http://www.w3.org/2000/xmlns/"/>
    <ds:schemaRef ds:uri="0bde3027-4a3b-419c-8fce-2a3bc5598535"/>
    <ds:schemaRef ds:uri="http://www.w3.org/2001/XMLSchema-instance"/>
    <ds:schemaRef ds:uri="http://schemas.microsoft.com/office/infopath/2007/PartnerControls"/>
    <ds:schemaRef ds:uri="b73c26df-61c1-4a7f-8301-3564b1c72f60"/>
  </ds:schemaRefs>
</ds:datastoreItem>
</file>

<file path=customXml/itemProps4.xml><?xml version="1.0" encoding="utf-8"?>
<ds:datastoreItem xmlns:ds="http://schemas.openxmlformats.org/officeDocument/2006/customXml" ds:itemID="{BA7605C6-6862-4F53-9847-15D9F56A3E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Patjarang -</cp:lastModifiedBy>
  <cp:revision>2</cp:revision>
  <cp:lastPrinted>2025-06-27T08:10:00Z</cp:lastPrinted>
  <dcterms:created xsi:type="dcterms:W3CDTF">2026-01-20T12:29:00Z</dcterms:created>
  <dcterms:modified xsi:type="dcterms:W3CDTF">2026-01-20T12:29:00Z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0x010100E629EA7F03991E4692145ADC687B6184</vt:lpwstr>
  </property>
</Properties>
</file>