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F52C6" w14:textId="77777777" w:rsidR="00271E37" w:rsidRPr="003213A2" w:rsidRDefault="00000000">
      <w:pPr>
        <w:pStyle w:val="Titel"/>
        <w:rPr>
          <w:rFonts w:ascii="URW Form Light" w:hAnsi="URW Form Light"/>
        </w:rPr>
      </w:pPr>
      <w:r w:rsidRPr="003213A2">
        <w:rPr>
          <w:rFonts w:ascii="URW Form Light" w:hAnsi="URW Form Light"/>
        </w:rPr>
        <w:t>Format Sleutelfunctionarissen (Bijlage 17)</w:t>
      </w:r>
    </w:p>
    <w:p w14:paraId="38875816" w14:textId="546CE68D" w:rsidR="00271E37" w:rsidRDefault="00000000">
      <w:pPr>
        <w:rPr>
          <w:rFonts w:ascii="URW Form Light" w:hAnsi="URW Form Light"/>
        </w:rPr>
      </w:pPr>
      <w:r w:rsidRPr="003213A2">
        <w:rPr>
          <w:rFonts w:ascii="URW Form Light" w:hAnsi="URW Form Light"/>
        </w:rPr>
        <w:t>Te uploaden per sleutelfunctionaris</w:t>
      </w:r>
      <w:r w:rsidRPr="003213A2">
        <w:rPr>
          <w:rFonts w:ascii="URW Form Light" w:hAnsi="URW Form Light"/>
        </w:rPr>
        <w:br/>
        <w:t>Let op: voeg voor iedere benoemde sleutelfunctionaris een afzonderlijk format toe.</w:t>
      </w:r>
    </w:p>
    <w:p w14:paraId="612DD231" w14:textId="0E778AEB" w:rsidR="003213A2" w:rsidRPr="003213A2" w:rsidRDefault="003213A2" w:rsidP="003213A2">
      <w:pPr>
        <w:pStyle w:val="Kop1"/>
        <w:numPr>
          <w:ilvl w:val="0"/>
          <w:numId w:val="10"/>
        </w:numPr>
        <w:rPr>
          <w:rFonts w:ascii="URW Form Light" w:hAnsi="URW Form Light"/>
        </w:rPr>
      </w:pPr>
      <w:r w:rsidRPr="003213A2">
        <w:rPr>
          <w:rFonts w:ascii="URW Form Light" w:hAnsi="URW Form Light"/>
        </w:rPr>
        <w:t>Gegevens functionaris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61"/>
        <w:gridCol w:w="4769"/>
      </w:tblGrid>
      <w:tr w:rsidR="003213A2" w:rsidRPr="003213A2" w14:paraId="793785B3" w14:textId="77777777" w:rsidTr="00FC1E73">
        <w:tc>
          <w:tcPr>
            <w:tcW w:w="8780" w:type="dxa"/>
            <w:gridSpan w:val="2"/>
          </w:tcPr>
          <w:p w14:paraId="72C135BD" w14:textId="7D14934F" w:rsidR="003213A2" w:rsidRPr="003213A2" w:rsidRDefault="003213A2" w:rsidP="003213A2">
            <w:pPr>
              <w:rPr>
                <w:rFonts w:ascii="URW Form Light" w:hAnsi="URW Form Light"/>
              </w:rPr>
            </w:pPr>
            <w:r w:rsidRPr="003213A2">
              <w:rPr>
                <w:rFonts w:ascii="URW Form Light" w:hAnsi="URW Form Light"/>
              </w:rPr>
              <w:t>Gegevens functionaris</w:t>
            </w:r>
          </w:p>
        </w:tc>
      </w:tr>
      <w:tr w:rsidR="003213A2" w:rsidRPr="003213A2" w14:paraId="4827443F" w14:textId="77777777" w:rsidTr="003213A2">
        <w:tc>
          <w:tcPr>
            <w:tcW w:w="3936" w:type="dxa"/>
          </w:tcPr>
          <w:p w14:paraId="62110F8C" w14:textId="3AA559FE" w:rsidR="003213A2" w:rsidRPr="003213A2" w:rsidRDefault="003213A2" w:rsidP="003213A2">
            <w:pPr>
              <w:rPr>
                <w:rFonts w:ascii="URW Form Light" w:hAnsi="URW Form Light"/>
              </w:rPr>
            </w:pPr>
            <w:r w:rsidRPr="003213A2">
              <w:rPr>
                <w:rFonts w:ascii="URW Form Light" w:hAnsi="URW Form Light"/>
              </w:rPr>
              <w:t>Naam</w:t>
            </w:r>
            <w:r>
              <w:rPr>
                <w:rFonts w:ascii="URW Form Light" w:hAnsi="URW Form Light"/>
              </w:rPr>
              <w:t xml:space="preserve">: </w:t>
            </w:r>
          </w:p>
        </w:tc>
        <w:tc>
          <w:tcPr>
            <w:tcW w:w="4844" w:type="dxa"/>
          </w:tcPr>
          <w:p w14:paraId="438E60E0" w14:textId="77777777" w:rsidR="003213A2" w:rsidRPr="003213A2" w:rsidRDefault="003213A2" w:rsidP="003213A2">
            <w:pPr>
              <w:rPr>
                <w:rFonts w:ascii="URW Form Light" w:hAnsi="URW Form Light"/>
              </w:rPr>
            </w:pPr>
          </w:p>
        </w:tc>
      </w:tr>
      <w:tr w:rsidR="003213A2" w:rsidRPr="003213A2" w14:paraId="515088D1" w14:textId="77777777" w:rsidTr="003213A2">
        <w:tc>
          <w:tcPr>
            <w:tcW w:w="3936" w:type="dxa"/>
          </w:tcPr>
          <w:p w14:paraId="2571FAAE" w14:textId="6E6D7659" w:rsidR="003213A2" w:rsidRPr="003213A2" w:rsidRDefault="003213A2" w:rsidP="003213A2">
            <w:pPr>
              <w:rPr>
                <w:rFonts w:ascii="URW Form Light" w:hAnsi="URW Form Light"/>
              </w:rPr>
            </w:pPr>
            <w:r>
              <w:rPr>
                <w:rFonts w:ascii="URW Form Light" w:hAnsi="URW Form Light"/>
              </w:rPr>
              <w:t xml:space="preserve">Organisatie (werkgever): </w:t>
            </w:r>
          </w:p>
        </w:tc>
        <w:tc>
          <w:tcPr>
            <w:tcW w:w="4844" w:type="dxa"/>
          </w:tcPr>
          <w:p w14:paraId="20AABE3A" w14:textId="77777777" w:rsidR="003213A2" w:rsidRPr="003213A2" w:rsidRDefault="003213A2" w:rsidP="003213A2">
            <w:pPr>
              <w:rPr>
                <w:rFonts w:ascii="URW Form Light" w:hAnsi="URW Form Light"/>
              </w:rPr>
            </w:pPr>
          </w:p>
        </w:tc>
      </w:tr>
      <w:tr w:rsidR="003213A2" w:rsidRPr="003213A2" w14:paraId="55CF4240" w14:textId="77777777" w:rsidTr="003213A2">
        <w:tc>
          <w:tcPr>
            <w:tcW w:w="3936" w:type="dxa"/>
          </w:tcPr>
          <w:p w14:paraId="199D9A49" w14:textId="1FC36393" w:rsidR="003213A2" w:rsidRPr="003213A2" w:rsidRDefault="003213A2" w:rsidP="003213A2">
            <w:pPr>
              <w:rPr>
                <w:rFonts w:ascii="URW Form Light" w:hAnsi="URW Form Light"/>
              </w:rPr>
            </w:pPr>
            <w:r>
              <w:rPr>
                <w:rFonts w:ascii="URW Form Light" w:hAnsi="URW Form Light"/>
              </w:rPr>
              <w:t xml:space="preserve">Functie in de opdracht Kansrijk Venlo: </w:t>
            </w:r>
          </w:p>
        </w:tc>
        <w:tc>
          <w:tcPr>
            <w:tcW w:w="4844" w:type="dxa"/>
          </w:tcPr>
          <w:p w14:paraId="4E34ACA0" w14:textId="77777777" w:rsidR="003213A2" w:rsidRPr="003213A2" w:rsidRDefault="003213A2" w:rsidP="003213A2">
            <w:pPr>
              <w:rPr>
                <w:rFonts w:ascii="URW Form Light" w:hAnsi="URW Form Light"/>
              </w:rPr>
            </w:pPr>
          </w:p>
        </w:tc>
      </w:tr>
      <w:tr w:rsidR="003213A2" w:rsidRPr="003213A2" w14:paraId="2BCFDC2D" w14:textId="77777777" w:rsidTr="003213A2">
        <w:tc>
          <w:tcPr>
            <w:tcW w:w="3936" w:type="dxa"/>
          </w:tcPr>
          <w:p w14:paraId="59517C70" w14:textId="11836CE9" w:rsidR="003213A2" w:rsidRDefault="003213A2" w:rsidP="003213A2">
            <w:pPr>
              <w:rPr>
                <w:rFonts w:ascii="URW Form Light" w:hAnsi="URW Form Light"/>
              </w:rPr>
            </w:pPr>
            <w:r>
              <w:rPr>
                <w:rFonts w:ascii="URW Form Light" w:hAnsi="URW Form Light"/>
              </w:rPr>
              <w:t xml:space="preserve">Perceel waarop functionaris wordt ingezet: </w:t>
            </w:r>
          </w:p>
        </w:tc>
        <w:tc>
          <w:tcPr>
            <w:tcW w:w="4844" w:type="dxa"/>
          </w:tcPr>
          <w:p w14:paraId="4B186BD6" w14:textId="77777777" w:rsidR="003213A2" w:rsidRDefault="003213A2" w:rsidP="003213A2">
            <w:pPr>
              <w:pStyle w:val="Lijstalinea"/>
              <w:numPr>
                <w:ilvl w:val="0"/>
                <w:numId w:val="11"/>
              </w:numPr>
              <w:rPr>
                <w:rFonts w:ascii="URW Form Light" w:hAnsi="URW Form Light"/>
              </w:rPr>
            </w:pPr>
            <w:r>
              <w:rPr>
                <w:rFonts w:ascii="URW Form Light" w:hAnsi="URW Form Light"/>
              </w:rPr>
              <w:t>Perceel 1- Kansrijk Samenleven</w:t>
            </w:r>
          </w:p>
          <w:p w14:paraId="261FC4DB" w14:textId="1FEEBBF0" w:rsidR="003213A2" w:rsidRPr="003213A2" w:rsidRDefault="003213A2" w:rsidP="003213A2">
            <w:pPr>
              <w:pStyle w:val="Lijstalinea"/>
              <w:numPr>
                <w:ilvl w:val="0"/>
                <w:numId w:val="11"/>
              </w:numPr>
              <w:rPr>
                <w:rFonts w:ascii="URW Form Light" w:hAnsi="URW Form Light"/>
              </w:rPr>
            </w:pPr>
            <w:r>
              <w:rPr>
                <w:rFonts w:ascii="URW Form Light" w:hAnsi="URW Form Light"/>
              </w:rPr>
              <w:t>Perceel 2- Kansrijk Jongerenwerk</w:t>
            </w:r>
          </w:p>
        </w:tc>
      </w:tr>
      <w:tr w:rsidR="003213A2" w:rsidRPr="003213A2" w14:paraId="1926E82C" w14:textId="77777777" w:rsidTr="003213A2">
        <w:tc>
          <w:tcPr>
            <w:tcW w:w="3936" w:type="dxa"/>
          </w:tcPr>
          <w:p w14:paraId="339755E4" w14:textId="7F5AD4C9" w:rsidR="003213A2" w:rsidRDefault="003213A2" w:rsidP="003213A2">
            <w:pPr>
              <w:rPr>
                <w:rFonts w:ascii="URW Form Light" w:hAnsi="URW Form Light"/>
              </w:rPr>
            </w:pPr>
            <w:r>
              <w:rPr>
                <w:rFonts w:ascii="URW Form Light" w:hAnsi="URW Form Light"/>
              </w:rPr>
              <w:t>FTE inzet binnen opdracht (indicatief)</w:t>
            </w:r>
          </w:p>
        </w:tc>
        <w:tc>
          <w:tcPr>
            <w:tcW w:w="4844" w:type="dxa"/>
          </w:tcPr>
          <w:p w14:paraId="4FC6D003" w14:textId="77777777" w:rsidR="003213A2" w:rsidRDefault="003213A2" w:rsidP="003213A2">
            <w:pPr>
              <w:pStyle w:val="Lijstalinea"/>
              <w:rPr>
                <w:rFonts w:ascii="URW Form Light" w:hAnsi="URW Form Light"/>
              </w:rPr>
            </w:pPr>
          </w:p>
        </w:tc>
      </w:tr>
    </w:tbl>
    <w:p w14:paraId="1A5D0336" w14:textId="0317DB96" w:rsidR="00271E37" w:rsidRPr="003213A2" w:rsidRDefault="00000000" w:rsidP="00933C8B">
      <w:pPr>
        <w:pStyle w:val="Kop1"/>
        <w:numPr>
          <w:ilvl w:val="0"/>
          <w:numId w:val="10"/>
        </w:numPr>
        <w:rPr>
          <w:rFonts w:ascii="URW Form Light" w:hAnsi="URW Form Light"/>
        </w:rPr>
      </w:pPr>
      <w:r w:rsidRPr="003213A2">
        <w:rPr>
          <w:rFonts w:ascii="URW Form Light" w:hAnsi="URW Form Light"/>
        </w:rPr>
        <w:t>Werkervaring</w:t>
      </w:r>
    </w:p>
    <w:p w14:paraId="7D50FC3D" w14:textId="3AF0D93D" w:rsidR="00271E37" w:rsidRDefault="00000000">
      <w:pPr>
        <w:rPr>
          <w:rFonts w:ascii="URW Form Light" w:hAnsi="URW Form Light"/>
        </w:rPr>
      </w:pPr>
      <w:r w:rsidRPr="003213A2">
        <w:rPr>
          <w:rFonts w:ascii="URW Form Light" w:hAnsi="URW Form Light"/>
        </w:rPr>
        <w:t xml:space="preserve">Geef een overzicht van de relevante werkervaring van deze persoon in de afgelopen </w:t>
      </w:r>
      <w:r w:rsidR="003213A2">
        <w:rPr>
          <w:rFonts w:ascii="URW Form Light" w:hAnsi="URW Form Light"/>
        </w:rPr>
        <w:t xml:space="preserve">10 </w:t>
      </w:r>
      <w:r w:rsidRPr="003213A2">
        <w:rPr>
          <w:rFonts w:ascii="URW Form Light" w:hAnsi="URW Form Light"/>
        </w:rPr>
        <w:t>jaar.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95"/>
        <w:gridCol w:w="2195"/>
        <w:gridCol w:w="4082"/>
      </w:tblGrid>
      <w:tr w:rsidR="003213A2" w14:paraId="53C58AE8" w14:textId="77777777" w:rsidTr="003213A2">
        <w:tc>
          <w:tcPr>
            <w:tcW w:w="2195" w:type="dxa"/>
          </w:tcPr>
          <w:p w14:paraId="715CF2CC" w14:textId="3299DA51" w:rsidR="003213A2" w:rsidRDefault="003213A2">
            <w:pPr>
              <w:rPr>
                <w:rFonts w:ascii="URW Form Light" w:hAnsi="URW Form Light"/>
              </w:rPr>
            </w:pPr>
            <w:r>
              <w:rPr>
                <w:rFonts w:ascii="URW Form Light" w:hAnsi="URW Form Light"/>
              </w:rPr>
              <w:t>Periode</w:t>
            </w:r>
          </w:p>
        </w:tc>
        <w:tc>
          <w:tcPr>
            <w:tcW w:w="2195" w:type="dxa"/>
          </w:tcPr>
          <w:p w14:paraId="15DB6D7B" w14:textId="784A65F1" w:rsidR="003213A2" w:rsidRDefault="003213A2">
            <w:pPr>
              <w:rPr>
                <w:rFonts w:ascii="URW Form Light" w:hAnsi="URW Form Light"/>
              </w:rPr>
            </w:pPr>
            <w:r>
              <w:rPr>
                <w:rFonts w:ascii="URW Form Light" w:hAnsi="URW Form Light"/>
              </w:rPr>
              <w:t>Organisatie</w:t>
            </w:r>
          </w:p>
        </w:tc>
        <w:tc>
          <w:tcPr>
            <w:tcW w:w="4082" w:type="dxa"/>
          </w:tcPr>
          <w:p w14:paraId="1E03B46B" w14:textId="623E2778" w:rsidR="003213A2" w:rsidRDefault="003213A2">
            <w:pPr>
              <w:rPr>
                <w:rFonts w:ascii="URW Form Light" w:hAnsi="URW Form Light"/>
              </w:rPr>
            </w:pPr>
            <w:r>
              <w:rPr>
                <w:rFonts w:ascii="URW Form Light" w:hAnsi="URW Form Light"/>
              </w:rPr>
              <w:t>Functie</w:t>
            </w:r>
          </w:p>
        </w:tc>
      </w:tr>
      <w:tr w:rsidR="003213A2" w14:paraId="38FD63B1" w14:textId="77777777" w:rsidTr="003213A2">
        <w:tc>
          <w:tcPr>
            <w:tcW w:w="2195" w:type="dxa"/>
          </w:tcPr>
          <w:p w14:paraId="5C6EB927" w14:textId="77777777" w:rsidR="003213A2" w:rsidRDefault="003213A2">
            <w:pPr>
              <w:rPr>
                <w:rFonts w:ascii="URW Form Light" w:hAnsi="URW Form Light"/>
              </w:rPr>
            </w:pPr>
          </w:p>
        </w:tc>
        <w:tc>
          <w:tcPr>
            <w:tcW w:w="2195" w:type="dxa"/>
          </w:tcPr>
          <w:p w14:paraId="1EC1E2F7" w14:textId="77777777" w:rsidR="003213A2" w:rsidRDefault="003213A2">
            <w:pPr>
              <w:rPr>
                <w:rFonts w:ascii="URW Form Light" w:hAnsi="URW Form Light"/>
              </w:rPr>
            </w:pPr>
          </w:p>
        </w:tc>
        <w:tc>
          <w:tcPr>
            <w:tcW w:w="4082" w:type="dxa"/>
          </w:tcPr>
          <w:p w14:paraId="0F2CD063" w14:textId="77777777" w:rsidR="003213A2" w:rsidRDefault="003213A2">
            <w:pPr>
              <w:rPr>
                <w:rFonts w:ascii="URW Form Light" w:hAnsi="URW Form Light"/>
              </w:rPr>
            </w:pPr>
          </w:p>
        </w:tc>
      </w:tr>
      <w:tr w:rsidR="003213A2" w14:paraId="4B032378" w14:textId="77777777" w:rsidTr="003213A2">
        <w:tc>
          <w:tcPr>
            <w:tcW w:w="2195" w:type="dxa"/>
          </w:tcPr>
          <w:p w14:paraId="6BE64767" w14:textId="77777777" w:rsidR="003213A2" w:rsidRDefault="003213A2">
            <w:pPr>
              <w:rPr>
                <w:rFonts w:ascii="URW Form Light" w:hAnsi="URW Form Light"/>
              </w:rPr>
            </w:pPr>
          </w:p>
        </w:tc>
        <w:tc>
          <w:tcPr>
            <w:tcW w:w="2195" w:type="dxa"/>
          </w:tcPr>
          <w:p w14:paraId="7C4E2CE8" w14:textId="77777777" w:rsidR="003213A2" w:rsidRDefault="003213A2">
            <w:pPr>
              <w:rPr>
                <w:rFonts w:ascii="URW Form Light" w:hAnsi="URW Form Light"/>
              </w:rPr>
            </w:pPr>
          </w:p>
        </w:tc>
        <w:tc>
          <w:tcPr>
            <w:tcW w:w="4082" w:type="dxa"/>
          </w:tcPr>
          <w:p w14:paraId="5E1DAF19" w14:textId="77777777" w:rsidR="003213A2" w:rsidRDefault="003213A2">
            <w:pPr>
              <w:rPr>
                <w:rFonts w:ascii="URW Form Light" w:hAnsi="URW Form Light"/>
              </w:rPr>
            </w:pPr>
          </w:p>
        </w:tc>
      </w:tr>
      <w:tr w:rsidR="003213A2" w14:paraId="4FA74592" w14:textId="77777777" w:rsidTr="003213A2">
        <w:tc>
          <w:tcPr>
            <w:tcW w:w="2195" w:type="dxa"/>
          </w:tcPr>
          <w:p w14:paraId="527498DF" w14:textId="77777777" w:rsidR="003213A2" w:rsidRDefault="003213A2">
            <w:pPr>
              <w:rPr>
                <w:rFonts w:ascii="URW Form Light" w:hAnsi="URW Form Light"/>
              </w:rPr>
            </w:pPr>
          </w:p>
        </w:tc>
        <w:tc>
          <w:tcPr>
            <w:tcW w:w="2195" w:type="dxa"/>
          </w:tcPr>
          <w:p w14:paraId="5E197A87" w14:textId="77777777" w:rsidR="003213A2" w:rsidRDefault="003213A2">
            <w:pPr>
              <w:rPr>
                <w:rFonts w:ascii="URW Form Light" w:hAnsi="URW Form Light"/>
              </w:rPr>
            </w:pPr>
          </w:p>
        </w:tc>
        <w:tc>
          <w:tcPr>
            <w:tcW w:w="4082" w:type="dxa"/>
          </w:tcPr>
          <w:p w14:paraId="127E6CE1" w14:textId="77777777" w:rsidR="003213A2" w:rsidRDefault="003213A2">
            <w:pPr>
              <w:rPr>
                <w:rFonts w:ascii="URW Form Light" w:hAnsi="URW Form Light"/>
              </w:rPr>
            </w:pPr>
          </w:p>
        </w:tc>
      </w:tr>
    </w:tbl>
    <w:p w14:paraId="355AE9AC" w14:textId="77777777" w:rsidR="003213A2" w:rsidRPr="003213A2" w:rsidRDefault="003213A2">
      <w:pPr>
        <w:rPr>
          <w:rFonts w:ascii="URW Form Light" w:hAnsi="URW Form Light"/>
        </w:rPr>
      </w:pPr>
    </w:p>
    <w:p w14:paraId="655F1D84" w14:textId="1B2ECCAE" w:rsidR="00271E37" w:rsidRPr="003213A2" w:rsidRDefault="00000000" w:rsidP="00933C8B">
      <w:pPr>
        <w:pStyle w:val="Kop1"/>
        <w:numPr>
          <w:ilvl w:val="0"/>
          <w:numId w:val="10"/>
        </w:numPr>
        <w:spacing w:before="0"/>
        <w:rPr>
          <w:rFonts w:ascii="URW Form Light" w:hAnsi="URW Form Light"/>
        </w:rPr>
      </w:pPr>
      <w:r w:rsidRPr="003213A2">
        <w:rPr>
          <w:rFonts w:ascii="URW Form Light" w:hAnsi="URW Form Light"/>
        </w:rPr>
        <w:t>Opleiding(en) en scholing</w:t>
      </w:r>
    </w:p>
    <w:p w14:paraId="0CFC3835" w14:textId="77777777" w:rsidR="00271E37" w:rsidRDefault="00000000">
      <w:pPr>
        <w:rPr>
          <w:rFonts w:ascii="URW Form Light" w:hAnsi="URW Form Light"/>
        </w:rPr>
      </w:pPr>
      <w:r w:rsidRPr="003213A2">
        <w:rPr>
          <w:rFonts w:ascii="URW Form Light" w:hAnsi="URW Form Light"/>
        </w:rPr>
        <w:t>Beschrijf afgeronde opleidingen en relevante aanvullende trainingen/cursussen.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95"/>
        <w:gridCol w:w="2195"/>
        <w:gridCol w:w="4082"/>
      </w:tblGrid>
      <w:tr w:rsidR="003213A2" w14:paraId="7C06B48A" w14:textId="77777777" w:rsidTr="008756F1">
        <w:tc>
          <w:tcPr>
            <w:tcW w:w="2195" w:type="dxa"/>
          </w:tcPr>
          <w:p w14:paraId="7ABD5176" w14:textId="77777777" w:rsidR="003213A2" w:rsidRDefault="003213A2" w:rsidP="008756F1">
            <w:pPr>
              <w:rPr>
                <w:rFonts w:ascii="URW Form Light" w:hAnsi="URW Form Light"/>
              </w:rPr>
            </w:pPr>
            <w:r>
              <w:rPr>
                <w:rFonts w:ascii="URW Form Light" w:hAnsi="URW Form Light"/>
              </w:rPr>
              <w:t>Periode</w:t>
            </w:r>
          </w:p>
        </w:tc>
        <w:tc>
          <w:tcPr>
            <w:tcW w:w="2195" w:type="dxa"/>
          </w:tcPr>
          <w:p w14:paraId="4BEB1819" w14:textId="0BA2B620" w:rsidR="003213A2" w:rsidRDefault="003213A2" w:rsidP="008756F1">
            <w:pPr>
              <w:rPr>
                <w:rFonts w:ascii="URW Form Light" w:hAnsi="URW Form Light"/>
              </w:rPr>
            </w:pPr>
            <w:r>
              <w:rPr>
                <w:rFonts w:ascii="URW Form Light" w:hAnsi="URW Form Light"/>
              </w:rPr>
              <w:t>Opleiding / cursus</w:t>
            </w:r>
          </w:p>
        </w:tc>
        <w:tc>
          <w:tcPr>
            <w:tcW w:w="4082" w:type="dxa"/>
          </w:tcPr>
          <w:p w14:paraId="15085738" w14:textId="3C87BB47" w:rsidR="003213A2" w:rsidRDefault="003213A2" w:rsidP="008756F1">
            <w:pPr>
              <w:rPr>
                <w:rFonts w:ascii="URW Form Light" w:hAnsi="URW Form Light"/>
              </w:rPr>
            </w:pPr>
            <w:r>
              <w:rPr>
                <w:rFonts w:ascii="URW Form Light" w:hAnsi="URW Form Light"/>
              </w:rPr>
              <w:t>Instelling</w:t>
            </w:r>
          </w:p>
        </w:tc>
      </w:tr>
      <w:tr w:rsidR="003213A2" w14:paraId="0DB88D86" w14:textId="77777777" w:rsidTr="008756F1">
        <w:tc>
          <w:tcPr>
            <w:tcW w:w="2195" w:type="dxa"/>
          </w:tcPr>
          <w:p w14:paraId="284910FD" w14:textId="77777777" w:rsidR="003213A2" w:rsidRDefault="003213A2" w:rsidP="008756F1">
            <w:pPr>
              <w:rPr>
                <w:rFonts w:ascii="URW Form Light" w:hAnsi="URW Form Light"/>
              </w:rPr>
            </w:pPr>
          </w:p>
        </w:tc>
        <w:tc>
          <w:tcPr>
            <w:tcW w:w="2195" w:type="dxa"/>
          </w:tcPr>
          <w:p w14:paraId="161D8152" w14:textId="77777777" w:rsidR="003213A2" w:rsidRDefault="003213A2" w:rsidP="008756F1">
            <w:pPr>
              <w:rPr>
                <w:rFonts w:ascii="URW Form Light" w:hAnsi="URW Form Light"/>
              </w:rPr>
            </w:pPr>
          </w:p>
        </w:tc>
        <w:tc>
          <w:tcPr>
            <w:tcW w:w="4082" w:type="dxa"/>
          </w:tcPr>
          <w:p w14:paraId="04F6DE3D" w14:textId="77777777" w:rsidR="003213A2" w:rsidRDefault="003213A2" w:rsidP="008756F1">
            <w:pPr>
              <w:rPr>
                <w:rFonts w:ascii="URW Form Light" w:hAnsi="URW Form Light"/>
              </w:rPr>
            </w:pPr>
          </w:p>
        </w:tc>
      </w:tr>
      <w:tr w:rsidR="003213A2" w14:paraId="5994AFDE" w14:textId="77777777" w:rsidTr="008756F1">
        <w:tc>
          <w:tcPr>
            <w:tcW w:w="2195" w:type="dxa"/>
          </w:tcPr>
          <w:p w14:paraId="7C1A0C77" w14:textId="77777777" w:rsidR="003213A2" w:rsidRDefault="003213A2" w:rsidP="008756F1">
            <w:pPr>
              <w:rPr>
                <w:rFonts w:ascii="URW Form Light" w:hAnsi="URW Form Light"/>
              </w:rPr>
            </w:pPr>
          </w:p>
        </w:tc>
        <w:tc>
          <w:tcPr>
            <w:tcW w:w="2195" w:type="dxa"/>
          </w:tcPr>
          <w:p w14:paraId="0E5D39AE" w14:textId="77777777" w:rsidR="003213A2" w:rsidRDefault="003213A2" w:rsidP="008756F1">
            <w:pPr>
              <w:rPr>
                <w:rFonts w:ascii="URW Form Light" w:hAnsi="URW Form Light"/>
              </w:rPr>
            </w:pPr>
          </w:p>
        </w:tc>
        <w:tc>
          <w:tcPr>
            <w:tcW w:w="4082" w:type="dxa"/>
          </w:tcPr>
          <w:p w14:paraId="297A72D9" w14:textId="77777777" w:rsidR="003213A2" w:rsidRDefault="003213A2" w:rsidP="008756F1">
            <w:pPr>
              <w:rPr>
                <w:rFonts w:ascii="URW Form Light" w:hAnsi="URW Form Light"/>
              </w:rPr>
            </w:pPr>
          </w:p>
        </w:tc>
      </w:tr>
      <w:tr w:rsidR="003213A2" w14:paraId="1912DFFD" w14:textId="77777777" w:rsidTr="008756F1">
        <w:tc>
          <w:tcPr>
            <w:tcW w:w="2195" w:type="dxa"/>
          </w:tcPr>
          <w:p w14:paraId="382BCAF7" w14:textId="77777777" w:rsidR="003213A2" w:rsidRDefault="003213A2" w:rsidP="008756F1">
            <w:pPr>
              <w:rPr>
                <w:rFonts w:ascii="URW Form Light" w:hAnsi="URW Form Light"/>
              </w:rPr>
            </w:pPr>
          </w:p>
        </w:tc>
        <w:tc>
          <w:tcPr>
            <w:tcW w:w="2195" w:type="dxa"/>
          </w:tcPr>
          <w:p w14:paraId="03162E1E" w14:textId="77777777" w:rsidR="003213A2" w:rsidRDefault="003213A2" w:rsidP="008756F1">
            <w:pPr>
              <w:rPr>
                <w:rFonts w:ascii="URW Form Light" w:hAnsi="URW Form Light"/>
              </w:rPr>
            </w:pPr>
          </w:p>
        </w:tc>
        <w:tc>
          <w:tcPr>
            <w:tcW w:w="4082" w:type="dxa"/>
          </w:tcPr>
          <w:p w14:paraId="04F3D3D9" w14:textId="77777777" w:rsidR="003213A2" w:rsidRDefault="003213A2" w:rsidP="008756F1">
            <w:pPr>
              <w:rPr>
                <w:rFonts w:ascii="URW Form Light" w:hAnsi="URW Form Light"/>
              </w:rPr>
            </w:pPr>
          </w:p>
        </w:tc>
      </w:tr>
    </w:tbl>
    <w:p w14:paraId="6D5C855A" w14:textId="77777777" w:rsidR="00933C8B" w:rsidRDefault="00933C8B" w:rsidP="00933C8B">
      <w:pPr>
        <w:pStyle w:val="Kop1"/>
        <w:rPr>
          <w:rFonts w:ascii="URW Form Light" w:hAnsi="URW Form Light"/>
        </w:rPr>
      </w:pPr>
    </w:p>
    <w:p w14:paraId="48C6C568" w14:textId="77777777" w:rsidR="00933C8B" w:rsidRDefault="00933C8B">
      <w:pPr>
        <w:rPr>
          <w:rFonts w:ascii="URW Form Light" w:eastAsiaTheme="majorEastAsia" w:hAnsi="URW Form Light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ascii="URW Form Light" w:hAnsi="URW Form Light"/>
        </w:rPr>
        <w:br w:type="page"/>
      </w:r>
    </w:p>
    <w:p w14:paraId="623181B7" w14:textId="0A01D61F" w:rsidR="00271E37" w:rsidRPr="003213A2" w:rsidRDefault="00000000" w:rsidP="00933C8B">
      <w:pPr>
        <w:pStyle w:val="Kop1"/>
        <w:numPr>
          <w:ilvl w:val="0"/>
          <w:numId w:val="10"/>
        </w:numPr>
        <w:rPr>
          <w:rFonts w:ascii="URW Form Light" w:hAnsi="URW Form Light"/>
        </w:rPr>
      </w:pPr>
      <w:r w:rsidRPr="003213A2">
        <w:rPr>
          <w:rFonts w:ascii="URW Form Light" w:hAnsi="URW Form Light"/>
        </w:rPr>
        <w:lastRenderedPageBreak/>
        <w:t>Competenties en vaardigheden</w:t>
      </w:r>
    </w:p>
    <w:p w14:paraId="75E10B19" w14:textId="795D8703" w:rsidR="00933C8B" w:rsidRDefault="00000000" w:rsidP="00933C8B">
      <w:pPr>
        <w:rPr>
          <w:rFonts w:ascii="URW Form Light" w:hAnsi="URW Form Light"/>
        </w:rPr>
      </w:pPr>
      <w:r w:rsidRPr="00933C8B">
        <w:rPr>
          <w:rFonts w:ascii="URW Form Light" w:hAnsi="URW Form Light"/>
        </w:rPr>
        <w:t>Beschrijf kort welke competenties deze functionaris meebrengt, en hoe deze aansluiten bij de opdracht Kansrijk Venlo. Denk aan:</w:t>
      </w:r>
    </w:p>
    <w:p w14:paraId="3AE82512" w14:textId="77777777" w:rsidR="00933C8B" w:rsidRDefault="00000000" w:rsidP="00933C8B">
      <w:pPr>
        <w:pStyle w:val="Lijstalinea"/>
        <w:numPr>
          <w:ilvl w:val="0"/>
          <w:numId w:val="15"/>
        </w:numPr>
        <w:rPr>
          <w:rFonts w:ascii="URW Form Light" w:hAnsi="URW Form Light"/>
        </w:rPr>
      </w:pPr>
      <w:r w:rsidRPr="00933C8B">
        <w:rPr>
          <w:rFonts w:ascii="URW Form Light" w:hAnsi="URW Form Light"/>
        </w:rPr>
        <w:t>Cultuursensitiviteit</w:t>
      </w:r>
    </w:p>
    <w:p w14:paraId="0BB9AF77" w14:textId="77777777" w:rsidR="00933C8B" w:rsidRDefault="00000000" w:rsidP="00933C8B">
      <w:pPr>
        <w:pStyle w:val="Lijstalinea"/>
        <w:numPr>
          <w:ilvl w:val="0"/>
          <w:numId w:val="15"/>
        </w:numPr>
        <w:rPr>
          <w:rFonts w:ascii="URW Form Light" w:hAnsi="URW Form Light"/>
        </w:rPr>
      </w:pPr>
      <w:r w:rsidRPr="00933C8B">
        <w:rPr>
          <w:rFonts w:ascii="URW Form Light" w:hAnsi="URW Form Light"/>
        </w:rPr>
        <w:t>Co-creatie en netwerksamenwerking</w:t>
      </w:r>
    </w:p>
    <w:p w14:paraId="44C526E9" w14:textId="77777777" w:rsidR="00933C8B" w:rsidRDefault="00000000" w:rsidP="00933C8B">
      <w:pPr>
        <w:pStyle w:val="Lijstalinea"/>
        <w:numPr>
          <w:ilvl w:val="0"/>
          <w:numId w:val="15"/>
        </w:numPr>
        <w:rPr>
          <w:rFonts w:ascii="URW Form Light" w:hAnsi="URW Form Light"/>
        </w:rPr>
      </w:pPr>
      <w:r w:rsidRPr="00933C8B">
        <w:rPr>
          <w:rFonts w:ascii="URW Form Light" w:hAnsi="URW Form Light"/>
        </w:rPr>
        <w:t>Sturend op impact / lerend werken</w:t>
      </w:r>
    </w:p>
    <w:p w14:paraId="43313370" w14:textId="77777777" w:rsidR="00933C8B" w:rsidRDefault="00000000" w:rsidP="00933C8B">
      <w:pPr>
        <w:pStyle w:val="Lijstalinea"/>
        <w:numPr>
          <w:ilvl w:val="0"/>
          <w:numId w:val="15"/>
        </w:numPr>
        <w:rPr>
          <w:rFonts w:ascii="URW Form Light" w:hAnsi="URW Form Light"/>
        </w:rPr>
      </w:pPr>
      <w:r w:rsidRPr="00933C8B">
        <w:rPr>
          <w:rFonts w:ascii="URW Form Light" w:hAnsi="URW Form Light"/>
        </w:rPr>
        <w:t>Omgaan met complexe dynamiek</w:t>
      </w:r>
    </w:p>
    <w:p w14:paraId="3E345995" w14:textId="77777777" w:rsidR="00933C8B" w:rsidRDefault="00000000" w:rsidP="00933C8B">
      <w:pPr>
        <w:pStyle w:val="Lijstalinea"/>
        <w:numPr>
          <w:ilvl w:val="0"/>
          <w:numId w:val="15"/>
        </w:numPr>
        <w:rPr>
          <w:rFonts w:ascii="URW Form Light" w:hAnsi="URW Form Light"/>
        </w:rPr>
      </w:pPr>
      <w:r w:rsidRPr="00933C8B">
        <w:rPr>
          <w:rFonts w:ascii="URW Form Light" w:hAnsi="URW Form Light"/>
        </w:rPr>
        <w:t>Flexibiliteit en wendbaarheid</w:t>
      </w:r>
    </w:p>
    <w:p w14:paraId="204A3E4C" w14:textId="01C6AF01" w:rsidR="00271E37" w:rsidRPr="00933C8B" w:rsidRDefault="00000000" w:rsidP="00933C8B">
      <w:pPr>
        <w:pStyle w:val="Lijstalinea"/>
        <w:numPr>
          <w:ilvl w:val="0"/>
          <w:numId w:val="15"/>
        </w:numPr>
        <w:rPr>
          <w:rFonts w:ascii="URW Form Light" w:hAnsi="URW Form Light"/>
        </w:rPr>
      </w:pPr>
      <w:r w:rsidRPr="00933C8B">
        <w:rPr>
          <w:rFonts w:ascii="URW Form Light" w:hAnsi="URW Form Light"/>
        </w:rPr>
        <w:t>Outreachend werken</w:t>
      </w:r>
    </w:p>
    <w:p w14:paraId="5B44A3E7" w14:textId="633730BE" w:rsidR="00271E37" w:rsidRPr="003213A2" w:rsidRDefault="00000000" w:rsidP="00933C8B">
      <w:pPr>
        <w:pStyle w:val="Kop1"/>
        <w:numPr>
          <w:ilvl w:val="0"/>
          <w:numId w:val="10"/>
        </w:numPr>
        <w:rPr>
          <w:rFonts w:ascii="URW Form Light" w:hAnsi="URW Form Light"/>
        </w:rPr>
      </w:pPr>
      <w:r w:rsidRPr="003213A2">
        <w:rPr>
          <w:rFonts w:ascii="URW Form Light" w:hAnsi="URW Form Light"/>
        </w:rPr>
        <w:t>Betrokkenheid bij visie, implementatie en doorontwikkeling</w:t>
      </w:r>
    </w:p>
    <w:p w14:paraId="7F46480F" w14:textId="633C831B" w:rsidR="00933C8B" w:rsidRDefault="00000000">
      <w:pPr>
        <w:rPr>
          <w:rFonts w:ascii="URW Form Light" w:hAnsi="URW Form Light"/>
        </w:rPr>
      </w:pPr>
      <w:r w:rsidRPr="003213A2">
        <w:rPr>
          <w:rFonts w:ascii="URW Form Light" w:hAnsi="URW Form Light"/>
        </w:rPr>
        <w:t>Beschrijf in max. 200 woorden hoe deze functionaris:</w:t>
      </w:r>
    </w:p>
    <w:p w14:paraId="6A1804C3" w14:textId="77777777" w:rsidR="00933C8B" w:rsidRDefault="00000000" w:rsidP="00933C8B">
      <w:pPr>
        <w:pStyle w:val="Lijstalinea"/>
        <w:numPr>
          <w:ilvl w:val="0"/>
          <w:numId w:val="16"/>
        </w:numPr>
        <w:rPr>
          <w:rFonts w:ascii="URW Form Light" w:hAnsi="URW Form Light"/>
        </w:rPr>
      </w:pPr>
      <w:r w:rsidRPr="00933C8B">
        <w:rPr>
          <w:rFonts w:ascii="URW Form Light" w:hAnsi="URW Form Light"/>
        </w:rPr>
        <w:t>Aansluit bij de visie van Kansrijk Venlo (inclusief impactgericht werken)</w:t>
      </w:r>
    </w:p>
    <w:p w14:paraId="476E082D" w14:textId="77777777" w:rsidR="00933C8B" w:rsidRDefault="00000000" w:rsidP="00933C8B">
      <w:pPr>
        <w:pStyle w:val="Lijstalinea"/>
        <w:numPr>
          <w:ilvl w:val="0"/>
          <w:numId w:val="16"/>
        </w:numPr>
        <w:rPr>
          <w:rFonts w:ascii="URW Form Light" w:hAnsi="URW Form Light"/>
        </w:rPr>
      </w:pPr>
      <w:r w:rsidRPr="00933C8B">
        <w:rPr>
          <w:rFonts w:ascii="URW Form Light" w:hAnsi="URW Form Light"/>
        </w:rPr>
        <w:t>In staat is om teams mee te nemen in verandering</w:t>
      </w:r>
    </w:p>
    <w:p w14:paraId="7350BAE4" w14:textId="4DD6E077" w:rsidR="00271E37" w:rsidRPr="00933C8B" w:rsidRDefault="00000000" w:rsidP="00933C8B">
      <w:pPr>
        <w:pStyle w:val="Lijstalinea"/>
        <w:numPr>
          <w:ilvl w:val="0"/>
          <w:numId w:val="16"/>
        </w:numPr>
        <w:rPr>
          <w:rFonts w:ascii="URW Form Light" w:hAnsi="URW Form Light"/>
        </w:rPr>
      </w:pPr>
      <w:r w:rsidRPr="00933C8B">
        <w:rPr>
          <w:rFonts w:ascii="URW Form Light" w:hAnsi="URW Form Light"/>
        </w:rPr>
        <w:t>Bijdraagt aan een lerende praktijk en doorontwikkeling</w:t>
      </w:r>
    </w:p>
    <w:p w14:paraId="7B1EC532" w14:textId="77777777" w:rsidR="00271E37" w:rsidRPr="003213A2" w:rsidRDefault="00000000">
      <w:pPr>
        <w:pStyle w:val="Kop1"/>
        <w:rPr>
          <w:rFonts w:ascii="URW Form Light" w:hAnsi="URW Form Light"/>
        </w:rPr>
      </w:pPr>
      <w:r w:rsidRPr="003213A2">
        <w:rPr>
          <w:rFonts w:ascii="URW Form Light" w:hAnsi="URW Form Light"/>
        </w:rPr>
        <w:t>6. Beschikbaarheid en inzet</w:t>
      </w:r>
    </w:p>
    <w:p w14:paraId="667FFF7B" w14:textId="1CCD1547" w:rsidR="00271E37" w:rsidRPr="003213A2" w:rsidRDefault="00000000">
      <w:pPr>
        <w:rPr>
          <w:rFonts w:ascii="URW Form Light" w:hAnsi="URW Form Light"/>
        </w:rPr>
      </w:pPr>
      <w:r w:rsidRPr="003213A2">
        <w:rPr>
          <w:rFonts w:ascii="URW Form Light" w:hAnsi="URW Form Light"/>
        </w:rPr>
        <w:t>Geef aan hoe deze functionaris beschikbaar is vanaf 1 april 2026 (of latere datum bij specialistisch jongerenwerk / school).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271E37" w:rsidRPr="003213A2" w14:paraId="283CF758" w14:textId="77777777">
        <w:tc>
          <w:tcPr>
            <w:tcW w:w="4320" w:type="dxa"/>
          </w:tcPr>
          <w:p w14:paraId="5778F650" w14:textId="77777777" w:rsidR="00271E37" w:rsidRPr="003213A2" w:rsidRDefault="00000000">
            <w:pPr>
              <w:rPr>
                <w:rFonts w:ascii="URW Form Light" w:hAnsi="URW Form Light"/>
              </w:rPr>
            </w:pPr>
            <w:r w:rsidRPr="003213A2">
              <w:rPr>
                <w:rFonts w:ascii="URW Form Light" w:hAnsi="URW Form Light"/>
              </w:rPr>
              <w:t>Beschikbaar per (datum)</w:t>
            </w:r>
          </w:p>
        </w:tc>
        <w:tc>
          <w:tcPr>
            <w:tcW w:w="4320" w:type="dxa"/>
          </w:tcPr>
          <w:p w14:paraId="568E32BA" w14:textId="3D65AD21" w:rsidR="00271E37" w:rsidRPr="003213A2" w:rsidRDefault="00271E37">
            <w:pPr>
              <w:rPr>
                <w:rFonts w:ascii="URW Form Light" w:hAnsi="URW Form Light"/>
              </w:rPr>
            </w:pPr>
          </w:p>
        </w:tc>
      </w:tr>
      <w:tr w:rsidR="00271E37" w:rsidRPr="003213A2" w14:paraId="79DE0A95" w14:textId="77777777">
        <w:tc>
          <w:tcPr>
            <w:tcW w:w="4320" w:type="dxa"/>
          </w:tcPr>
          <w:p w14:paraId="45E9A26A" w14:textId="77777777" w:rsidR="00271E37" w:rsidRPr="003213A2" w:rsidRDefault="00000000">
            <w:pPr>
              <w:rPr>
                <w:rFonts w:ascii="URW Form Light" w:hAnsi="URW Form Light"/>
              </w:rPr>
            </w:pPr>
            <w:r w:rsidRPr="003213A2">
              <w:rPr>
                <w:rFonts w:ascii="URW Form Light" w:hAnsi="URW Form Light"/>
              </w:rPr>
              <w:t>Reeds werkzaam binnen huidige opdracht?</w:t>
            </w:r>
          </w:p>
        </w:tc>
        <w:tc>
          <w:tcPr>
            <w:tcW w:w="4320" w:type="dxa"/>
          </w:tcPr>
          <w:p w14:paraId="2F08A63C" w14:textId="77777777" w:rsidR="00271E37" w:rsidRPr="003213A2" w:rsidRDefault="00000000">
            <w:pPr>
              <w:rPr>
                <w:rFonts w:ascii="URW Form Light" w:hAnsi="URW Form Light"/>
              </w:rPr>
            </w:pPr>
            <w:r w:rsidRPr="003213A2">
              <w:rPr>
                <w:rFonts w:ascii="URW Form Light" w:hAnsi="URW Form Light"/>
              </w:rPr>
              <w:t>Ja / Nee</w:t>
            </w:r>
          </w:p>
        </w:tc>
      </w:tr>
      <w:tr w:rsidR="00271E37" w:rsidRPr="003213A2" w14:paraId="47AA1675" w14:textId="77777777">
        <w:tc>
          <w:tcPr>
            <w:tcW w:w="4320" w:type="dxa"/>
          </w:tcPr>
          <w:p w14:paraId="5648FE93" w14:textId="77777777" w:rsidR="00271E37" w:rsidRPr="003213A2" w:rsidRDefault="00000000">
            <w:pPr>
              <w:rPr>
                <w:rFonts w:ascii="URW Form Light" w:hAnsi="URW Form Light"/>
              </w:rPr>
            </w:pPr>
            <w:r w:rsidRPr="003213A2">
              <w:rPr>
                <w:rFonts w:ascii="URW Form Light" w:hAnsi="URW Form Light"/>
              </w:rPr>
              <w:t>Commitment voor gehele looptijd (4+2+2 jaar)?</w:t>
            </w:r>
          </w:p>
        </w:tc>
        <w:tc>
          <w:tcPr>
            <w:tcW w:w="4320" w:type="dxa"/>
          </w:tcPr>
          <w:p w14:paraId="495B1E66" w14:textId="77777777" w:rsidR="00271E37" w:rsidRPr="003213A2" w:rsidRDefault="00000000">
            <w:pPr>
              <w:rPr>
                <w:rFonts w:ascii="URW Form Light" w:hAnsi="URW Form Light"/>
              </w:rPr>
            </w:pPr>
            <w:r w:rsidRPr="003213A2">
              <w:rPr>
                <w:rFonts w:ascii="URW Form Light" w:hAnsi="URW Form Light"/>
              </w:rPr>
              <w:t>Ja / Nee / Onder voorwaarden</w:t>
            </w:r>
          </w:p>
        </w:tc>
      </w:tr>
      <w:tr w:rsidR="00271E37" w:rsidRPr="003213A2" w14:paraId="792604C5" w14:textId="77777777">
        <w:tc>
          <w:tcPr>
            <w:tcW w:w="4320" w:type="dxa"/>
          </w:tcPr>
          <w:p w14:paraId="632C5374" w14:textId="77777777" w:rsidR="00271E37" w:rsidRPr="003213A2" w:rsidRDefault="00000000">
            <w:pPr>
              <w:rPr>
                <w:rFonts w:ascii="URW Form Light" w:hAnsi="URW Form Light"/>
              </w:rPr>
            </w:pPr>
            <w:r w:rsidRPr="003213A2">
              <w:rPr>
                <w:rFonts w:ascii="URW Form Light" w:hAnsi="URW Form Light"/>
              </w:rPr>
              <w:t>Eventuele aandachtspunten m.b.t. inzet</w:t>
            </w:r>
          </w:p>
        </w:tc>
        <w:tc>
          <w:tcPr>
            <w:tcW w:w="4320" w:type="dxa"/>
          </w:tcPr>
          <w:p w14:paraId="4D679B68" w14:textId="77777777" w:rsidR="00271E37" w:rsidRDefault="00271E37">
            <w:pPr>
              <w:rPr>
                <w:rFonts w:ascii="URW Form Light" w:hAnsi="URW Form Light"/>
              </w:rPr>
            </w:pPr>
          </w:p>
          <w:p w14:paraId="1575AE8A" w14:textId="77777777" w:rsidR="00933C8B" w:rsidRDefault="00933C8B">
            <w:pPr>
              <w:rPr>
                <w:rFonts w:ascii="URW Form Light" w:hAnsi="URW Form Light"/>
              </w:rPr>
            </w:pPr>
          </w:p>
          <w:p w14:paraId="368A77E3" w14:textId="32B18003" w:rsidR="00933C8B" w:rsidRPr="003213A2" w:rsidRDefault="00933C8B">
            <w:pPr>
              <w:rPr>
                <w:rFonts w:ascii="URW Form Light" w:hAnsi="URW Form Light"/>
              </w:rPr>
            </w:pPr>
          </w:p>
        </w:tc>
      </w:tr>
      <w:tr w:rsidR="00271E37" w:rsidRPr="003213A2" w14:paraId="734CD290" w14:textId="77777777">
        <w:tc>
          <w:tcPr>
            <w:tcW w:w="4320" w:type="dxa"/>
          </w:tcPr>
          <w:p w14:paraId="4291FA71" w14:textId="77777777" w:rsidR="00271E37" w:rsidRPr="003213A2" w:rsidRDefault="00000000">
            <w:pPr>
              <w:rPr>
                <w:rFonts w:ascii="URW Form Light" w:hAnsi="URW Form Light"/>
              </w:rPr>
            </w:pPr>
            <w:r w:rsidRPr="003213A2">
              <w:rPr>
                <w:rFonts w:ascii="URW Form Light" w:hAnsi="URW Form Light"/>
              </w:rPr>
              <w:t>Opmerkingen</w:t>
            </w:r>
          </w:p>
        </w:tc>
        <w:tc>
          <w:tcPr>
            <w:tcW w:w="4320" w:type="dxa"/>
          </w:tcPr>
          <w:p w14:paraId="461BE83E" w14:textId="77777777" w:rsidR="00271E37" w:rsidRDefault="00271E37">
            <w:pPr>
              <w:rPr>
                <w:rFonts w:ascii="URW Form Light" w:hAnsi="URW Form Light"/>
              </w:rPr>
            </w:pPr>
          </w:p>
          <w:p w14:paraId="79AEFD74" w14:textId="77777777" w:rsidR="00933C8B" w:rsidRDefault="00933C8B">
            <w:pPr>
              <w:rPr>
                <w:rFonts w:ascii="URW Form Light" w:hAnsi="URW Form Light"/>
              </w:rPr>
            </w:pPr>
          </w:p>
          <w:p w14:paraId="75CC017D" w14:textId="77777777" w:rsidR="00933C8B" w:rsidRDefault="00933C8B">
            <w:pPr>
              <w:rPr>
                <w:rFonts w:ascii="URW Form Light" w:hAnsi="URW Form Light"/>
              </w:rPr>
            </w:pPr>
          </w:p>
          <w:p w14:paraId="0345FCFF" w14:textId="77777777" w:rsidR="00933C8B" w:rsidRDefault="00933C8B">
            <w:pPr>
              <w:rPr>
                <w:rFonts w:ascii="URW Form Light" w:hAnsi="URW Form Light"/>
              </w:rPr>
            </w:pPr>
          </w:p>
          <w:p w14:paraId="7541AB12" w14:textId="4F67092D" w:rsidR="00933C8B" w:rsidRPr="003213A2" w:rsidRDefault="00933C8B">
            <w:pPr>
              <w:rPr>
                <w:rFonts w:ascii="URW Form Light" w:hAnsi="URW Form Light"/>
              </w:rPr>
            </w:pPr>
          </w:p>
        </w:tc>
      </w:tr>
    </w:tbl>
    <w:p w14:paraId="7A7E29E8" w14:textId="77777777" w:rsidR="00933C8B" w:rsidRDefault="00933C8B">
      <w:pPr>
        <w:pStyle w:val="Duidelijkcitaat"/>
        <w:rPr>
          <w:rFonts w:ascii="URW Form Light" w:hAnsi="URW Form Light"/>
        </w:rPr>
      </w:pPr>
    </w:p>
    <w:sectPr w:rsidR="00933C8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URW Form Light">
    <w:panose1 w:val="000004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4F577A"/>
    <w:multiLevelType w:val="hybridMultilevel"/>
    <w:tmpl w:val="33CC80C4"/>
    <w:lvl w:ilvl="0" w:tplc="AFCA8C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177097"/>
    <w:multiLevelType w:val="hybridMultilevel"/>
    <w:tmpl w:val="3594C9B2"/>
    <w:lvl w:ilvl="0" w:tplc="07E64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E137F2"/>
    <w:multiLevelType w:val="hybridMultilevel"/>
    <w:tmpl w:val="DFAC4D50"/>
    <w:lvl w:ilvl="0" w:tplc="07E64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F4ED4"/>
    <w:multiLevelType w:val="hybridMultilevel"/>
    <w:tmpl w:val="ABE27BE2"/>
    <w:lvl w:ilvl="0" w:tplc="07E64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346D3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6E32CC5"/>
    <w:multiLevelType w:val="hybridMultilevel"/>
    <w:tmpl w:val="959E755A"/>
    <w:lvl w:ilvl="0" w:tplc="07E64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724DE5"/>
    <w:multiLevelType w:val="hybridMultilevel"/>
    <w:tmpl w:val="29E244F0"/>
    <w:lvl w:ilvl="0" w:tplc="07E64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215856">
    <w:abstractNumId w:val="8"/>
  </w:num>
  <w:num w:numId="2" w16cid:durableId="1368405681">
    <w:abstractNumId w:val="6"/>
  </w:num>
  <w:num w:numId="3" w16cid:durableId="813792254">
    <w:abstractNumId w:val="5"/>
  </w:num>
  <w:num w:numId="4" w16cid:durableId="508179576">
    <w:abstractNumId w:val="4"/>
  </w:num>
  <w:num w:numId="5" w16cid:durableId="1160465723">
    <w:abstractNumId w:val="7"/>
  </w:num>
  <w:num w:numId="6" w16cid:durableId="1181434179">
    <w:abstractNumId w:val="3"/>
  </w:num>
  <w:num w:numId="7" w16cid:durableId="848060123">
    <w:abstractNumId w:val="2"/>
  </w:num>
  <w:num w:numId="8" w16cid:durableId="1305770593">
    <w:abstractNumId w:val="1"/>
  </w:num>
  <w:num w:numId="9" w16cid:durableId="869536803">
    <w:abstractNumId w:val="0"/>
  </w:num>
  <w:num w:numId="10" w16cid:durableId="1543594632">
    <w:abstractNumId w:val="13"/>
  </w:num>
  <w:num w:numId="11" w16cid:durableId="1280912663">
    <w:abstractNumId w:val="9"/>
  </w:num>
  <w:num w:numId="12" w16cid:durableId="267584896">
    <w:abstractNumId w:val="12"/>
  </w:num>
  <w:num w:numId="13" w16cid:durableId="1352226318">
    <w:abstractNumId w:val="10"/>
  </w:num>
  <w:num w:numId="14" w16cid:durableId="1213422406">
    <w:abstractNumId w:val="14"/>
  </w:num>
  <w:num w:numId="15" w16cid:durableId="1499930384">
    <w:abstractNumId w:val="15"/>
  </w:num>
  <w:num w:numId="16" w16cid:durableId="7566319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1E37"/>
    <w:rsid w:val="0029639D"/>
    <w:rsid w:val="003213A2"/>
    <w:rsid w:val="00326F90"/>
    <w:rsid w:val="006A0E8C"/>
    <w:rsid w:val="00933C8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9888D0"/>
  <w14:defaultImageDpi w14:val="300"/>
  <w15:docId w15:val="{F8960634-2752-4733-B402-2D93ED21A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264</Words>
  <Characters>1458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Kolman, Susan (SMG)</cp:lastModifiedBy>
  <cp:revision>2</cp:revision>
  <dcterms:created xsi:type="dcterms:W3CDTF">2025-09-26T08:30:00Z</dcterms:created>
  <dcterms:modified xsi:type="dcterms:W3CDTF">2025-09-26T08:30:00Z</dcterms:modified>
  <cp:category/>
</cp:coreProperties>
</file>