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9ECD5" w14:textId="388D3E95" w:rsidR="0032005C" w:rsidRPr="0067122B" w:rsidRDefault="00000000">
      <w:pPr>
        <w:pStyle w:val="Titel"/>
        <w:rPr>
          <w:lang w:val="nl-NL"/>
        </w:rPr>
      </w:pPr>
      <w:r w:rsidRPr="0067122B">
        <w:rPr>
          <w:lang w:val="nl-NL"/>
        </w:rPr>
        <w:t xml:space="preserve">Bijlage </w:t>
      </w:r>
      <w:r w:rsidR="00E71BCB">
        <w:rPr>
          <w:lang w:val="nl-NL"/>
        </w:rPr>
        <w:t>9</w:t>
      </w:r>
      <w:r w:rsidRPr="0067122B">
        <w:rPr>
          <w:lang w:val="nl-NL"/>
        </w:rPr>
        <w:t>: Opgave Sleutelfunctionarissen</w:t>
      </w:r>
    </w:p>
    <w:p w14:paraId="29971F76" w14:textId="118731C2" w:rsidR="00E71BCB" w:rsidRPr="00E71BCB" w:rsidRDefault="00E71BCB">
      <w:pPr>
        <w:pStyle w:val="Kop1"/>
        <w:rPr>
          <w:sz w:val="20"/>
          <w:szCs w:val="20"/>
          <w:lang w:val="nl-NL"/>
        </w:rPr>
      </w:pPr>
      <w:r w:rsidRPr="00E71BCB">
        <w:rPr>
          <w:sz w:val="20"/>
          <w:szCs w:val="20"/>
          <w:lang w:val="nl-NL"/>
        </w:rPr>
        <w:t>Aanbesteding ‘Dienstverlening Broker</w:t>
      </w:r>
      <w:r w:rsidR="00537518">
        <w:rPr>
          <w:sz w:val="20"/>
          <w:szCs w:val="20"/>
          <w:lang w:val="nl-NL"/>
        </w:rPr>
        <w:t>-Inhuur ICT professionals</w:t>
      </w:r>
      <w:r w:rsidRPr="00E71BCB">
        <w:rPr>
          <w:sz w:val="20"/>
          <w:szCs w:val="20"/>
          <w:lang w:val="nl-NL"/>
        </w:rPr>
        <w:t>’ met kenmerk: TN 527336</w:t>
      </w:r>
    </w:p>
    <w:p w14:paraId="756F74A1" w14:textId="02344065" w:rsidR="0032005C" w:rsidRPr="0067122B" w:rsidRDefault="00000000">
      <w:pPr>
        <w:pStyle w:val="Kop1"/>
        <w:rPr>
          <w:lang w:val="nl-NL"/>
        </w:rPr>
      </w:pPr>
      <w:r w:rsidRPr="0067122B">
        <w:rPr>
          <w:lang w:val="nl-NL"/>
        </w:rPr>
        <w:t>Gegevens Inschrijver</w:t>
      </w:r>
    </w:p>
    <w:p w14:paraId="4FDA28BE" w14:textId="77777777" w:rsidR="0032005C" w:rsidRPr="0067122B" w:rsidRDefault="00000000">
      <w:pPr>
        <w:rPr>
          <w:lang w:val="nl-NL"/>
        </w:rPr>
      </w:pPr>
      <w:r w:rsidRPr="0067122B">
        <w:rPr>
          <w:lang w:val="nl-NL"/>
        </w:rPr>
        <w:br/>
        <w:t>- Bedrijfsnaam: [Inschrijver invullen]</w:t>
      </w:r>
      <w:r w:rsidRPr="0067122B">
        <w:rPr>
          <w:lang w:val="nl-NL"/>
        </w:rPr>
        <w:br/>
        <w:t>- Contactpersoon: [Inschrijver invullen]</w:t>
      </w:r>
      <w:r w:rsidRPr="0067122B">
        <w:rPr>
          <w:lang w:val="nl-NL"/>
        </w:rPr>
        <w:br/>
        <w:t>- Telefoonnummer: [Inschrijver invullen]</w:t>
      </w:r>
      <w:r w:rsidRPr="0067122B">
        <w:rPr>
          <w:lang w:val="nl-NL"/>
        </w:rPr>
        <w:br/>
        <w:t>- E-mailadres: [Inschrijver invullen]</w:t>
      </w:r>
      <w:r w:rsidRPr="0067122B">
        <w:rPr>
          <w:lang w:val="nl-NL"/>
        </w:rPr>
        <w:br/>
      </w:r>
    </w:p>
    <w:p w14:paraId="7F59DC35" w14:textId="77777777" w:rsidR="0032005C" w:rsidRPr="0067122B" w:rsidRDefault="00000000">
      <w:pPr>
        <w:pStyle w:val="Kop1"/>
        <w:rPr>
          <w:lang w:val="nl-NL"/>
        </w:rPr>
      </w:pPr>
      <w:r w:rsidRPr="0067122B">
        <w:rPr>
          <w:lang w:val="nl-NL"/>
        </w:rPr>
        <w:t>Sleutelfunctionarissen</w:t>
      </w:r>
    </w:p>
    <w:p w14:paraId="62EA74D9" w14:textId="77777777" w:rsidR="00E71BCB" w:rsidRDefault="00000000">
      <w:pPr>
        <w:rPr>
          <w:lang w:val="nl-NL"/>
        </w:rPr>
      </w:pPr>
      <w:r w:rsidRPr="0067122B">
        <w:rPr>
          <w:lang w:val="nl-NL"/>
        </w:rPr>
        <w:br/>
        <w:t xml:space="preserve">Onderstaande sleutelfunctionarissen worden door de inschrijver voorgesteld voor de uitvoering van de opdracht. </w:t>
      </w:r>
    </w:p>
    <w:p w14:paraId="3561DFA1" w14:textId="00F8C6AC" w:rsidR="0032005C" w:rsidRPr="0067122B" w:rsidRDefault="00000000">
      <w:pPr>
        <w:rPr>
          <w:lang w:val="nl-NL"/>
        </w:rPr>
      </w:pPr>
      <w:r w:rsidRPr="0067122B">
        <w:rPr>
          <w:lang w:val="nl-NL"/>
        </w:rPr>
        <w:br/>
        <w:t>Deze personen zullen beschikbaar zijn voor de presentatie en het beantwoorden van vragen door de beoordelingscommissie.</w:t>
      </w:r>
      <w:r w:rsidRPr="0067122B">
        <w:rPr>
          <w:lang w:val="nl-NL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"/>
        <w:gridCol w:w="1205"/>
        <w:gridCol w:w="1811"/>
        <w:gridCol w:w="1205"/>
        <w:gridCol w:w="2452"/>
        <w:gridCol w:w="1951"/>
      </w:tblGrid>
      <w:tr w:rsidR="0032005C" w14:paraId="232B495E" w14:textId="77777777" w:rsidTr="0067122B">
        <w:trPr>
          <w:gridBefore w:val="1"/>
          <w:wBefore w:w="6" w:type="dxa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FF6E" w14:textId="77777777" w:rsidR="0032005C" w:rsidRDefault="00000000">
            <w:r>
              <w:t>Naam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CD92" w14:textId="77777777" w:rsidR="0032005C" w:rsidRDefault="00000000">
            <w:proofErr w:type="spellStart"/>
            <w:r>
              <w:t>Functie</w:t>
            </w:r>
            <w:proofErr w:type="spell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0CC4" w14:textId="77777777" w:rsidR="0032005C" w:rsidRDefault="00000000">
            <w:proofErr w:type="spellStart"/>
            <w:r>
              <w:t>Ervaring</w:t>
            </w:r>
            <w:proofErr w:type="spellEnd"/>
            <w:r>
              <w:t xml:space="preserve"> (jaren)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93EC" w14:textId="77777777" w:rsidR="0032005C" w:rsidRDefault="00000000">
            <w:proofErr w:type="spellStart"/>
            <w:r>
              <w:t>Verantwoordelijkheden</w:t>
            </w:r>
            <w:proofErr w:type="spellEnd"/>
            <w:r>
              <w:t xml:space="preserve"> </w:t>
            </w:r>
            <w:proofErr w:type="spellStart"/>
            <w:r>
              <w:t>binnen</w:t>
            </w:r>
            <w:proofErr w:type="spellEnd"/>
            <w:r>
              <w:t xml:space="preserve"> het project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8613" w14:textId="77777777" w:rsidR="0032005C" w:rsidRDefault="00000000">
            <w:proofErr w:type="spellStart"/>
            <w:r>
              <w:t>Beschikbaarheid</w:t>
            </w:r>
            <w:proofErr w:type="spellEnd"/>
            <w:r>
              <w:t xml:space="preserve"> op </w:t>
            </w:r>
            <w:proofErr w:type="spellStart"/>
            <w:r>
              <w:t>geplande</w:t>
            </w:r>
            <w:proofErr w:type="spellEnd"/>
            <w:r>
              <w:t xml:space="preserve"> data</w:t>
            </w:r>
          </w:p>
        </w:tc>
      </w:tr>
      <w:tr w:rsidR="0067122B" w14:paraId="7187DD5C" w14:textId="77777777" w:rsidTr="0067122B"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2C1A" w14:textId="77777777" w:rsidR="0067122B" w:rsidRDefault="0067122B" w:rsidP="0083799B">
            <w:r>
              <w:t xml:space="preserve">[Naam </w:t>
            </w:r>
            <w:proofErr w:type="spellStart"/>
            <w:r>
              <w:t>invullen</w:t>
            </w:r>
            <w:proofErr w:type="spellEnd"/>
            <w:r>
              <w:t>]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B297" w14:textId="77777777" w:rsidR="0067122B" w:rsidRDefault="0067122B" w:rsidP="0083799B">
            <w:proofErr w:type="spellStart"/>
            <w:r>
              <w:t>Accountmanager</w:t>
            </w:r>
            <w:proofErr w:type="spell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4031" w14:textId="77777777" w:rsidR="0067122B" w:rsidRDefault="0067122B" w:rsidP="0083799B">
            <w:r>
              <w:t xml:space="preserve">[Aantal jaren </w:t>
            </w:r>
            <w:proofErr w:type="spellStart"/>
            <w:r>
              <w:t>invullen</w:t>
            </w:r>
            <w:proofErr w:type="spellEnd"/>
            <w:r>
              <w:t>]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82E1" w14:textId="5639C34D" w:rsidR="0067122B" w:rsidRPr="0067122B" w:rsidRDefault="0067122B" w:rsidP="0083799B">
            <w:pPr>
              <w:rPr>
                <w:lang w:val="nl-NL"/>
              </w:rPr>
            </w:pPr>
            <w:r w:rsidRPr="0067122B">
              <w:rPr>
                <w:lang w:val="nl-NL"/>
              </w:rPr>
              <w:t>Verantwoordelijk voor de dagelijkse leiding en het beheersen van risico's binnen het project.</w:t>
            </w:r>
            <w:r w:rsidR="00E71BCB">
              <w:rPr>
                <w:lang w:val="nl-NL"/>
              </w:rPr>
              <w:t xml:space="preserve"> </w:t>
            </w:r>
            <w:r w:rsidR="00E71BCB" w:rsidRPr="00E71BCB">
              <w:rPr>
                <w:highlight w:val="yellow"/>
                <w:lang w:val="nl-NL"/>
              </w:rPr>
              <w:t>Aan te vullen door Inschrijver.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9494" w14:textId="77777777" w:rsidR="0067122B" w:rsidRDefault="0067122B" w:rsidP="0083799B">
            <w:r>
              <w:t>[Beschikbaar/Niet beschikbaar]</w:t>
            </w:r>
          </w:p>
        </w:tc>
      </w:tr>
      <w:tr w:rsidR="0032005C" w14:paraId="0315AA9D" w14:textId="77777777" w:rsidTr="0067122B">
        <w:trPr>
          <w:gridBefore w:val="1"/>
          <w:wBefore w:w="6" w:type="dxa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530B" w14:textId="77777777" w:rsidR="0032005C" w:rsidRDefault="00000000">
            <w:r>
              <w:t xml:space="preserve">[Naam </w:t>
            </w:r>
            <w:proofErr w:type="spellStart"/>
            <w:r>
              <w:t>invullen</w:t>
            </w:r>
            <w:proofErr w:type="spellEnd"/>
            <w:r>
              <w:t>]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BA2A" w14:textId="2453C84A" w:rsidR="0032005C" w:rsidRDefault="00E71BCB">
            <w:r w:rsidRPr="00E71BCB">
              <w:rPr>
                <w:highlight w:val="yellow"/>
              </w:rPr>
              <w:t>……………………..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D00D" w14:textId="77777777" w:rsidR="0032005C" w:rsidRDefault="00000000">
            <w:r>
              <w:t xml:space="preserve">[Aantal jaren </w:t>
            </w:r>
            <w:proofErr w:type="spellStart"/>
            <w:r>
              <w:t>invullen</w:t>
            </w:r>
            <w:proofErr w:type="spellEnd"/>
            <w:r>
              <w:t>]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40AF" w14:textId="16562774" w:rsidR="0032005C" w:rsidRPr="0067122B" w:rsidRDefault="00000000">
            <w:pPr>
              <w:rPr>
                <w:lang w:val="nl-NL"/>
              </w:rPr>
            </w:pPr>
            <w:r w:rsidRPr="0067122B">
              <w:rPr>
                <w:lang w:val="nl-NL"/>
              </w:rPr>
              <w:t>Verantwoordelijk voor de dagelijkse leiding en het beheersen van risico's binnen het project.</w:t>
            </w:r>
            <w:r w:rsidR="00E71BCB" w:rsidRPr="00E71BCB">
              <w:rPr>
                <w:highlight w:val="yellow"/>
                <w:lang w:val="nl-NL"/>
              </w:rPr>
              <w:t xml:space="preserve"> Aan te vullen door Inschrijver.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8219" w14:textId="77777777" w:rsidR="0032005C" w:rsidRDefault="00000000">
            <w:r>
              <w:t>[Beschikbaar/Niet beschikbaar]</w:t>
            </w:r>
          </w:p>
        </w:tc>
      </w:tr>
    </w:tbl>
    <w:p w14:paraId="713EFEFB" w14:textId="77777777" w:rsidR="0032005C" w:rsidRDefault="00000000">
      <w:pPr>
        <w:pStyle w:val="Kop1"/>
      </w:pPr>
      <w:proofErr w:type="spellStart"/>
      <w:r>
        <w:lastRenderedPageBreak/>
        <w:t>Verklaring</w:t>
      </w:r>
      <w:proofErr w:type="spellEnd"/>
    </w:p>
    <w:p w14:paraId="18C8DB00" w14:textId="319A2135" w:rsidR="0032005C" w:rsidRPr="0067122B" w:rsidRDefault="00000000">
      <w:pPr>
        <w:rPr>
          <w:lang w:val="nl-NL"/>
        </w:rPr>
      </w:pPr>
      <w:r w:rsidRPr="0067122B">
        <w:rPr>
          <w:lang w:val="nl-NL"/>
        </w:rPr>
        <w:br/>
        <w:t>Ondergetekende verklaart dat bovengenoemde sleutelfunctionarissen beschikbaar zijn voor het project en in staat zijn om de opdracht van Opdrachtgever succesvol uit te voeren, zoals voorgesteld in de inschrijving.</w:t>
      </w:r>
      <w:r w:rsidR="00E71BCB">
        <w:rPr>
          <w:lang w:val="nl-NL"/>
        </w:rPr>
        <w:t xml:space="preserve"> </w:t>
      </w:r>
      <w:r w:rsidRPr="0067122B">
        <w:rPr>
          <w:lang w:val="nl-NL"/>
        </w:rPr>
        <w:t xml:space="preserve">Eventuele wijzigingen in de beschikbaarheid van sleutelfunctionarissen zullen direct aan Opdrachtgever worden gemeld </w:t>
      </w:r>
      <w:r w:rsidRPr="0067122B">
        <w:rPr>
          <w:lang w:val="nl-NL"/>
        </w:rPr>
        <w:br/>
        <w:t>en er zal tijdig vervanging worden voorgesteld die gelijkwaardig is in expertise en ervaring.</w:t>
      </w:r>
      <w:r w:rsidRPr="0067122B">
        <w:rPr>
          <w:lang w:val="nl-NL"/>
        </w:rPr>
        <w:br/>
      </w:r>
    </w:p>
    <w:p w14:paraId="6C86441F" w14:textId="77777777" w:rsidR="0032005C" w:rsidRPr="0067122B" w:rsidRDefault="00000000">
      <w:pPr>
        <w:rPr>
          <w:lang w:val="nl-NL"/>
        </w:rPr>
      </w:pPr>
      <w:r w:rsidRPr="0067122B">
        <w:rPr>
          <w:lang w:val="nl-NL"/>
        </w:rPr>
        <w:br/>
        <w:t xml:space="preserve">Naam directeur of bevoegde </w:t>
      </w:r>
      <w:proofErr w:type="gramStart"/>
      <w:r w:rsidRPr="0067122B">
        <w:rPr>
          <w:lang w:val="nl-NL"/>
        </w:rPr>
        <w:t>vertegenwoordiger:  [</w:t>
      </w:r>
      <w:proofErr w:type="gramEnd"/>
      <w:r w:rsidRPr="0067122B">
        <w:rPr>
          <w:lang w:val="nl-NL"/>
        </w:rPr>
        <w:t>Naam invullen]</w:t>
      </w:r>
      <w:r w:rsidRPr="0067122B">
        <w:rPr>
          <w:lang w:val="nl-NL"/>
        </w:rPr>
        <w:br/>
      </w:r>
      <w:proofErr w:type="gramStart"/>
      <w:r w:rsidRPr="0067122B">
        <w:rPr>
          <w:lang w:val="nl-NL"/>
        </w:rPr>
        <w:t>Functie:  [</w:t>
      </w:r>
      <w:proofErr w:type="gramEnd"/>
      <w:r w:rsidRPr="0067122B">
        <w:rPr>
          <w:lang w:val="nl-NL"/>
        </w:rPr>
        <w:t>Functie invullen]</w:t>
      </w:r>
      <w:r w:rsidRPr="0067122B">
        <w:rPr>
          <w:lang w:val="nl-NL"/>
        </w:rPr>
        <w:br/>
      </w:r>
      <w:proofErr w:type="gramStart"/>
      <w:r w:rsidRPr="0067122B">
        <w:rPr>
          <w:lang w:val="nl-NL"/>
        </w:rPr>
        <w:t>Datum:  [</w:t>
      </w:r>
      <w:proofErr w:type="gramEnd"/>
      <w:r w:rsidRPr="0067122B">
        <w:rPr>
          <w:lang w:val="nl-NL"/>
        </w:rPr>
        <w:t>Datum invullen]</w:t>
      </w:r>
      <w:r w:rsidRPr="0067122B">
        <w:rPr>
          <w:lang w:val="nl-NL"/>
        </w:rPr>
        <w:br/>
      </w:r>
      <w:r w:rsidRPr="0067122B">
        <w:rPr>
          <w:lang w:val="nl-NL"/>
        </w:rPr>
        <w:br/>
        <w:t>Handtekening:</w:t>
      </w:r>
      <w:r w:rsidRPr="0067122B">
        <w:rPr>
          <w:lang w:val="nl-NL"/>
        </w:rPr>
        <w:br/>
        <w:t>[Ruimte voor handtekening]</w:t>
      </w:r>
      <w:r w:rsidRPr="0067122B">
        <w:rPr>
          <w:lang w:val="nl-NL"/>
        </w:rPr>
        <w:br/>
      </w:r>
    </w:p>
    <w:sectPr w:rsidR="0032005C" w:rsidRPr="0067122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4022566">
    <w:abstractNumId w:val="8"/>
  </w:num>
  <w:num w:numId="2" w16cid:durableId="2012677242">
    <w:abstractNumId w:val="6"/>
  </w:num>
  <w:num w:numId="3" w16cid:durableId="1962105502">
    <w:abstractNumId w:val="5"/>
  </w:num>
  <w:num w:numId="4" w16cid:durableId="1680041838">
    <w:abstractNumId w:val="4"/>
  </w:num>
  <w:num w:numId="5" w16cid:durableId="1826242623">
    <w:abstractNumId w:val="7"/>
  </w:num>
  <w:num w:numId="6" w16cid:durableId="2103211622">
    <w:abstractNumId w:val="3"/>
  </w:num>
  <w:num w:numId="7" w16cid:durableId="986780538">
    <w:abstractNumId w:val="2"/>
  </w:num>
  <w:num w:numId="8" w16cid:durableId="428625404">
    <w:abstractNumId w:val="1"/>
  </w:num>
  <w:num w:numId="9" w16cid:durableId="844632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hideSpellingErrors/>
  <w:hideGrammaticalError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41C"/>
    <w:rsid w:val="00034616"/>
    <w:rsid w:val="0006063C"/>
    <w:rsid w:val="0015074B"/>
    <w:rsid w:val="0029639D"/>
    <w:rsid w:val="0032005C"/>
    <w:rsid w:val="00326F90"/>
    <w:rsid w:val="004177CF"/>
    <w:rsid w:val="00537518"/>
    <w:rsid w:val="0067122B"/>
    <w:rsid w:val="00AA1D8D"/>
    <w:rsid w:val="00B1596B"/>
    <w:rsid w:val="00B47730"/>
    <w:rsid w:val="00C655F6"/>
    <w:rsid w:val="00C804B3"/>
    <w:rsid w:val="00CB0664"/>
    <w:rsid w:val="00E71BC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D8BC85"/>
  <w14:defaultImageDpi w14:val="300"/>
  <w15:docId w15:val="{0096D32E-7852-AC46-8C27-62416D67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Paul van der Loos</cp:lastModifiedBy>
  <cp:revision>2</cp:revision>
  <dcterms:created xsi:type="dcterms:W3CDTF">2025-09-16T13:11:00Z</dcterms:created>
  <dcterms:modified xsi:type="dcterms:W3CDTF">2025-09-16T13:11:00Z</dcterms:modified>
  <cp:category/>
</cp:coreProperties>
</file>