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1FFC2" w14:textId="4B33D813" w:rsidR="00BC23EC" w:rsidRPr="003D16D9" w:rsidRDefault="00583576">
      <w:pPr>
        <w:pStyle w:val="Kop1"/>
        <w:rPr>
          <w:rFonts w:cstheme="majorHAnsi"/>
          <w:color w:val="auto"/>
          <w:sz w:val="32"/>
          <w:szCs w:val="32"/>
          <w:lang w:val="nl-NL"/>
        </w:rPr>
      </w:pPr>
      <w:r w:rsidRPr="003D16D9">
        <w:rPr>
          <w:rFonts w:cstheme="majorHAnsi"/>
          <w:color w:val="auto"/>
          <w:sz w:val="32"/>
          <w:szCs w:val="32"/>
          <w:lang w:val="nl-NL"/>
        </w:rPr>
        <w:t xml:space="preserve">Bijlage 1 - Inschrijfformulier – </w:t>
      </w:r>
      <w:proofErr w:type="spellStart"/>
      <w:r w:rsidRPr="003D16D9">
        <w:rPr>
          <w:rFonts w:cstheme="majorHAnsi"/>
          <w:color w:val="auto"/>
          <w:sz w:val="32"/>
          <w:szCs w:val="32"/>
          <w:lang w:val="nl-NL"/>
        </w:rPr>
        <w:t>Wmo</w:t>
      </w:r>
      <w:proofErr w:type="spellEnd"/>
      <w:r w:rsidR="00306677">
        <w:rPr>
          <w:rFonts w:cstheme="majorHAnsi"/>
          <w:color w:val="auto"/>
          <w:sz w:val="32"/>
          <w:szCs w:val="32"/>
          <w:lang w:val="nl-NL"/>
        </w:rPr>
        <w:t>-a</w:t>
      </w:r>
      <w:r w:rsidRPr="003D16D9">
        <w:rPr>
          <w:rFonts w:cstheme="majorHAnsi"/>
          <w:color w:val="auto"/>
          <w:sz w:val="32"/>
          <w:szCs w:val="32"/>
          <w:lang w:val="nl-NL"/>
        </w:rPr>
        <w:t>anbesteding 2026–2030</w:t>
      </w:r>
    </w:p>
    <w:p w14:paraId="5EDD72D7" w14:textId="77777777" w:rsidR="00BC23EC" w:rsidRPr="005D5F5E" w:rsidRDefault="003063F9">
      <w:pPr>
        <w:pStyle w:val="Kop2"/>
        <w:rPr>
          <w:rFonts w:cstheme="majorHAnsi"/>
          <w:color w:val="auto"/>
          <w:lang w:val="nl-NL"/>
        </w:rPr>
      </w:pPr>
      <w:r w:rsidRPr="005D5F5E">
        <w:rPr>
          <w:rFonts w:cstheme="majorHAnsi"/>
          <w:color w:val="auto"/>
          <w:lang w:val="nl-NL"/>
        </w:rPr>
        <w:t>1. Algemene gegevens inschrijver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4949"/>
      </w:tblGrid>
      <w:tr w:rsidR="00583576" w:rsidRPr="005D5F5E" w14:paraId="4EF44335" w14:textId="77777777" w:rsidTr="005227CE">
        <w:tc>
          <w:tcPr>
            <w:tcW w:w="3681" w:type="dxa"/>
          </w:tcPr>
          <w:p w14:paraId="708B993D" w14:textId="022AD87B" w:rsidR="00BC23EC" w:rsidRPr="005D5F5E" w:rsidRDefault="003063F9">
            <w:pPr>
              <w:rPr>
                <w:rFonts w:asciiTheme="majorHAnsi" w:hAnsiTheme="majorHAnsi" w:cstheme="majorBidi"/>
              </w:rPr>
            </w:pPr>
            <w:r w:rsidRPr="2E878C93">
              <w:rPr>
                <w:rFonts w:asciiTheme="majorHAnsi" w:hAnsiTheme="majorHAnsi" w:cstheme="majorBidi"/>
              </w:rPr>
              <w:t xml:space="preserve">Naam </w:t>
            </w:r>
            <w:proofErr w:type="spellStart"/>
            <w:r w:rsidRPr="2E878C93">
              <w:rPr>
                <w:rFonts w:asciiTheme="majorHAnsi" w:hAnsiTheme="majorHAnsi" w:cstheme="majorBidi"/>
              </w:rPr>
              <w:t>organisatie</w:t>
            </w:r>
            <w:proofErr w:type="spellEnd"/>
          </w:p>
        </w:tc>
        <w:tc>
          <w:tcPr>
            <w:tcW w:w="4949" w:type="dxa"/>
          </w:tcPr>
          <w:p w14:paraId="3682B205" w14:textId="784EB20A" w:rsidR="00BC23EC" w:rsidRPr="00CE6B2C" w:rsidRDefault="0064752F">
            <w:pPr>
              <w:rPr>
                <w:rFonts w:ascii="Calibri" w:hAnsi="Calibri" w:cstheme="majorHAnsi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="003063F9">
              <w:rPr>
                <w:rFonts w:ascii="Calibri" w:hAnsi="Calibri" w:cs="Arial"/>
              </w:rPr>
              <w:t> </w:t>
            </w:r>
            <w:r w:rsidR="003063F9">
              <w:rPr>
                <w:rFonts w:ascii="Calibri" w:hAnsi="Calibri" w:cs="Arial"/>
              </w:rPr>
              <w:t> </w:t>
            </w:r>
            <w:r w:rsidR="003063F9">
              <w:rPr>
                <w:rFonts w:ascii="Calibri" w:hAnsi="Calibri" w:cs="Arial"/>
              </w:rPr>
              <w:t> </w:t>
            </w:r>
            <w:r w:rsidR="003063F9">
              <w:rPr>
                <w:rFonts w:ascii="Calibri" w:hAnsi="Calibri" w:cs="Arial"/>
              </w:rPr>
              <w:t> </w:t>
            </w:r>
            <w:r w:rsidR="003063F9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</w:tc>
      </w:tr>
      <w:tr w:rsidR="00583576" w:rsidRPr="005D5F5E" w14:paraId="457BECAA" w14:textId="77777777" w:rsidTr="005227CE">
        <w:tc>
          <w:tcPr>
            <w:tcW w:w="3681" w:type="dxa"/>
          </w:tcPr>
          <w:p w14:paraId="0BC3167C" w14:textId="77777777" w:rsidR="00BC23EC" w:rsidRPr="005D5F5E" w:rsidRDefault="003063F9">
            <w:pPr>
              <w:rPr>
                <w:rFonts w:asciiTheme="majorHAnsi" w:hAnsiTheme="majorHAnsi" w:cstheme="majorHAnsi"/>
              </w:rPr>
            </w:pPr>
            <w:proofErr w:type="spellStart"/>
            <w:r w:rsidRPr="005D5F5E">
              <w:rPr>
                <w:rFonts w:asciiTheme="majorHAnsi" w:hAnsiTheme="majorHAnsi" w:cstheme="majorHAnsi"/>
              </w:rPr>
              <w:t>KvK-nummer</w:t>
            </w:r>
            <w:proofErr w:type="spellEnd"/>
          </w:p>
        </w:tc>
        <w:tc>
          <w:tcPr>
            <w:tcW w:w="4949" w:type="dxa"/>
          </w:tcPr>
          <w:p w14:paraId="5642386F" w14:textId="27E9A9B0" w:rsidR="00BC23EC" w:rsidRPr="005D5F5E" w:rsidRDefault="00CE6B2C">
            <w:pPr>
              <w:rPr>
                <w:rFonts w:asciiTheme="majorHAnsi" w:hAnsiTheme="majorHAnsi" w:cstheme="majorHAnsi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</w:tc>
      </w:tr>
      <w:tr w:rsidR="0092265A" w:rsidRPr="005D5F5E" w14:paraId="26ACF994" w14:textId="77777777" w:rsidTr="005227CE">
        <w:tc>
          <w:tcPr>
            <w:tcW w:w="3681" w:type="dxa"/>
          </w:tcPr>
          <w:p w14:paraId="6E2DF5CB" w14:textId="1E2CD3CF" w:rsidR="0092265A" w:rsidRPr="005D5F5E" w:rsidRDefault="0092265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AGB</w:t>
            </w:r>
            <w:r w:rsidR="00E150EA">
              <w:rPr>
                <w:rFonts w:asciiTheme="majorHAnsi" w:hAnsiTheme="majorHAnsi" w:cstheme="majorHAnsi"/>
              </w:rPr>
              <w:t>-</w:t>
            </w:r>
            <w:r>
              <w:rPr>
                <w:rFonts w:asciiTheme="majorHAnsi" w:hAnsiTheme="majorHAnsi" w:cstheme="majorHAnsi"/>
              </w:rPr>
              <w:t>code</w:t>
            </w:r>
          </w:p>
        </w:tc>
        <w:tc>
          <w:tcPr>
            <w:tcW w:w="4949" w:type="dxa"/>
          </w:tcPr>
          <w:p w14:paraId="743B6C0C" w14:textId="6A7AC785" w:rsidR="0092265A" w:rsidRPr="00CE6B2C" w:rsidRDefault="00043A9B">
            <w:pPr>
              <w:rPr>
                <w:rFonts w:ascii="Calibri" w:hAnsi="Calibri" w:cs="Arial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</w:tc>
      </w:tr>
      <w:tr w:rsidR="00583576" w:rsidRPr="005D5F5E" w14:paraId="7C71A2B9" w14:textId="77777777" w:rsidTr="005227CE">
        <w:tc>
          <w:tcPr>
            <w:tcW w:w="3681" w:type="dxa"/>
          </w:tcPr>
          <w:p w14:paraId="3E3316A4" w14:textId="77777777" w:rsidR="00BC23EC" w:rsidRPr="005D5F5E" w:rsidRDefault="003063F9">
            <w:pPr>
              <w:rPr>
                <w:rFonts w:asciiTheme="majorHAnsi" w:hAnsiTheme="majorHAnsi" w:cstheme="majorHAnsi"/>
              </w:rPr>
            </w:pPr>
            <w:proofErr w:type="spellStart"/>
            <w:r w:rsidRPr="005D5F5E">
              <w:rPr>
                <w:rFonts w:asciiTheme="majorHAnsi" w:hAnsiTheme="majorHAnsi" w:cstheme="majorHAnsi"/>
              </w:rPr>
              <w:t>Correspondentieadres</w:t>
            </w:r>
            <w:proofErr w:type="spellEnd"/>
          </w:p>
        </w:tc>
        <w:tc>
          <w:tcPr>
            <w:tcW w:w="4949" w:type="dxa"/>
          </w:tcPr>
          <w:p w14:paraId="48F86619" w14:textId="3649B5F0" w:rsidR="00BC23EC" w:rsidRPr="005D5F5E" w:rsidRDefault="00CE6B2C">
            <w:pPr>
              <w:rPr>
                <w:rFonts w:asciiTheme="majorHAnsi" w:hAnsiTheme="majorHAnsi" w:cstheme="majorHAnsi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</w:tc>
      </w:tr>
      <w:tr w:rsidR="00583576" w:rsidRPr="005D5F5E" w14:paraId="7AA61298" w14:textId="77777777" w:rsidTr="005227CE">
        <w:tc>
          <w:tcPr>
            <w:tcW w:w="3681" w:type="dxa"/>
          </w:tcPr>
          <w:p w14:paraId="2E7C84A6" w14:textId="30C651F9" w:rsidR="00BC23EC" w:rsidRPr="005D5F5E" w:rsidRDefault="003063F9">
            <w:pPr>
              <w:rPr>
                <w:rFonts w:asciiTheme="majorHAnsi" w:hAnsiTheme="majorHAnsi" w:cstheme="majorHAnsi"/>
              </w:rPr>
            </w:pPr>
            <w:proofErr w:type="spellStart"/>
            <w:r w:rsidRPr="005D5F5E">
              <w:rPr>
                <w:rFonts w:asciiTheme="majorHAnsi" w:hAnsiTheme="majorHAnsi" w:cstheme="majorHAnsi"/>
              </w:rPr>
              <w:t>Contactpersoon</w:t>
            </w:r>
            <w:proofErr w:type="spellEnd"/>
            <w:r w:rsidR="001F711A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4949" w:type="dxa"/>
          </w:tcPr>
          <w:p w14:paraId="79F9AE71" w14:textId="4D81488C" w:rsidR="00BC23EC" w:rsidRPr="005D5F5E" w:rsidRDefault="00CE6B2C">
            <w:pPr>
              <w:rPr>
                <w:rFonts w:asciiTheme="majorHAnsi" w:hAnsiTheme="majorHAnsi" w:cstheme="majorHAnsi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</w:tc>
      </w:tr>
      <w:tr w:rsidR="00583576" w:rsidRPr="005D5F5E" w14:paraId="706F6F08" w14:textId="77777777" w:rsidTr="005227CE">
        <w:tc>
          <w:tcPr>
            <w:tcW w:w="3681" w:type="dxa"/>
          </w:tcPr>
          <w:p w14:paraId="502440A3" w14:textId="77777777" w:rsidR="00BC23EC" w:rsidRPr="005D5F5E" w:rsidRDefault="003063F9">
            <w:pPr>
              <w:rPr>
                <w:rFonts w:asciiTheme="majorHAnsi" w:hAnsiTheme="majorHAnsi" w:cstheme="majorHAnsi"/>
              </w:rPr>
            </w:pPr>
            <w:proofErr w:type="spellStart"/>
            <w:r w:rsidRPr="005D5F5E">
              <w:rPr>
                <w:rFonts w:asciiTheme="majorHAnsi" w:hAnsiTheme="majorHAnsi" w:cstheme="majorHAnsi"/>
              </w:rPr>
              <w:t>Telefoonnummer</w:t>
            </w:r>
            <w:proofErr w:type="spellEnd"/>
          </w:p>
        </w:tc>
        <w:tc>
          <w:tcPr>
            <w:tcW w:w="4949" w:type="dxa"/>
          </w:tcPr>
          <w:p w14:paraId="19D08AF4" w14:textId="7FAD3B0B" w:rsidR="00BC23EC" w:rsidRPr="005D5F5E" w:rsidRDefault="00CE6B2C">
            <w:pPr>
              <w:rPr>
                <w:rFonts w:asciiTheme="majorHAnsi" w:hAnsiTheme="majorHAnsi" w:cstheme="majorHAnsi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</w:tc>
      </w:tr>
      <w:tr w:rsidR="00583576" w:rsidRPr="005D5F5E" w14:paraId="2B57D243" w14:textId="77777777" w:rsidTr="005227CE">
        <w:tc>
          <w:tcPr>
            <w:tcW w:w="3681" w:type="dxa"/>
          </w:tcPr>
          <w:p w14:paraId="7E036F2D" w14:textId="77777777" w:rsidR="00BC23EC" w:rsidRPr="005D5F5E" w:rsidRDefault="003063F9">
            <w:pPr>
              <w:rPr>
                <w:rFonts w:asciiTheme="majorHAnsi" w:hAnsiTheme="majorHAnsi" w:cstheme="majorHAnsi"/>
              </w:rPr>
            </w:pPr>
            <w:r w:rsidRPr="005D5F5E">
              <w:rPr>
                <w:rFonts w:asciiTheme="majorHAnsi" w:hAnsiTheme="majorHAnsi" w:cstheme="majorHAnsi"/>
              </w:rPr>
              <w:t>E-</w:t>
            </w:r>
            <w:proofErr w:type="spellStart"/>
            <w:r w:rsidRPr="005D5F5E">
              <w:rPr>
                <w:rFonts w:asciiTheme="majorHAnsi" w:hAnsiTheme="majorHAnsi" w:cstheme="majorHAnsi"/>
              </w:rPr>
              <w:t>mailadres</w:t>
            </w:r>
            <w:proofErr w:type="spellEnd"/>
          </w:p>
        </w:tc>
        <w:tc>
          <w:tcPr>
            <w:tcW w:w="4949" w:type="dxa"/>
          </w:tcPr>
          <w:p w14:paraId="64CD197E" w14:textId="423BB2B1" w:rsidR="00BC23EC" w:rsidRPr="005D5F5E" w:rsidRDefault="00CE6B2C">
            <w:pPr>
              <w:rPr>
                <w:rFonts w:asciiTheme="majorHAnsi" w:hAnsiTheme="majorHAnsi" w:cstheme="majorHAnsi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</w:tc>
      </w:tr>
      <w:tr w:rsidR="00583576" w:rsidRPr="005D5F5E" w14:paraId="4792DBB3" w14:textId="77777777" w:rsidTr="005227CE">
        <w:tc>
          <w:tcPr>
            <w:tcW w:w="3681" w:type="dxa"/>
          </w:tcPr>
          <w:p w14:paraId="45A86F04" w14:textId="35588A6E" w:rsidR="00583576" w:rsidRPr="005D5F5E" w:rsidRDefault="00583576">
            <w:pPr>
              <w:rPr>
                <w:rFonts w:asciiTheme="majorHAnsi" w:hAnsiTheme="majorHAnsi" w:cstheme="majorHAnsi"/>
              </w:rPr>
            </w:pPr>
            <w:proofErr w:type="spellStart"/>
            <w:r w:rsidRPr="005D5F5E">
              <w:rPr>
                <w:rFonts w:asciiTheme="majorHAnsi" w:hAnsiTheme="majorHAnsi" w:cstheme="majorHAnsi"/>
              </w:rPr>
              <w:t>Tekenbevoegde</w:t>
            </w:r>
            <w:proofErr w:type="spellEnd"/>
            <w:r w:rsidRPr="005D5F5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D5F5E">
              <w:rPr>
                <w:rFonts w:asciiTheme="majorHAnsi" w:hAnsiTheme="majorHAnsi" w:cstheme="majorHAnsi"/>
              </w:rPr>
              <w:t>overeenkomst</w:t>
            </w:r>
            <w:proofErr w:type="spellEnd"/>
          </w:p>
        </w:tc>
        <w:tc>
          <w:tcPr>
            <w:tcW w:w="4949" w:type="dxa"/>
          </w:tcPr>
          <w:p w14:paraId="69B7B475" w14:textId="31957C80" w:rsidR="00583576" w:rsidRPr="005D5F5E" w:rsidRDefault="00CE6B2C">
            <w:pPr>
              <w:rPr>
                <w:rFonts w:asciiTheme="majorHAnsi" w:hAnsiTheme="majorHAnsi" w:cstheme="majorHAnsi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</w:tc>
      </w:tr>
    </w:tbl>
    <w:p w14:paraId="6D4D5475" w14:textId="77777777" w:rsidR="0067610C" w:rsidRPr="005D5F5E" w:rsidRDefault="0067610C">
      <w:pPr>
        <w:rPr>
          <w:rFonts w:asciiTheme="majorHAnsi" w:hAnsiTheme="majorHAnsi" w:cstheme="majorHAnsi"/>
        </w:rPr>
      </w:pPr>
    </w:p>
    <w:p w14:paraId="62FB5ABC" w14:textId="0A1D283A" w:rsidR="00BC23EC" w:rsidRPr="005D5F5E" w:rsidRDefault="003063F9">
      <w:pPr>
        <w:pStyle w:val="Kop2"/>
        <w:rPr>
          <w:rFonts w:cstheme="majorHAnsi"/>
          <w:color w:val="auto"/>
          <w:lang w:val="nl-NL"/>
        </w:rPr>
      </w:pPr>
      <w:r w:rsidRPr="005D5F5E">
        <w:rPr>
          <w:rFonts w:cstheme="majorHAnsi"/>
          <w:color w:val="auto"/>
          <w:lang w:val="nl-NL"/>
        </w:rPr>
        <w:t>2. Korte omschrijving organisatie en doelgroep(en)</w:t>
      </w:r>
    </w:p>
    <w:p w14:paraId="03E74BFF" w14:textId="33C0DCEE" w:rsidR="00BC23EC" w:rsidRDefault="003063F9">
      <w:pPr>
        <w:rPr>
          <w:rFonts w:asciiTheme="majorHAnsi" w:hAnsiTheme="majorHAnsi" w:cstheme="majorHAnsi"/>
          <w:lang w:val="nl-NL"/>
        </w:rPr>
      </w:pPr>
      <w:r w:rsidRPr="005D5F5E">
        <w:rPr>
          <w:rFonts w:asciiTheme="majorHAnsi" w:hAnsiTheme="majorHAnsi" w:cstheme="majorHAnsi"/>
          <w:lang w:val="nl-NL"/>
        </w:rPr>
        <w:t>Geef hier een korte toelichting op uw organisatie, de aard van uw dienstverlening en de doelgroep(en) waarmee u werkt:</w:t>
      </w:r>
    </w:p>
    <w:p w14:paraId="46FF6F2B" w14:textId="7D6BAC62" w:rsidR="001D2953" w:rsidRDefault="00CE6B2C">
      <w:pPr>
        <w:rPr>
          <w:rFonts w:ascii="Calibri" w:hAnsi="Calibri" w:cs="Arial"/>
        </w:rPr>
      </w:pPr>
      <w:r w:rsidRPr="00CE6B2C">
        <w:rPr>
          <w:rFonts w:ascii="Calibri" w:hAnsi="Calibri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E6B2C">
        <w:rPr>
          <w:rFonts w:ascii="Calibri" w:hAnsi="Calibri" w:cs="Arial"/>
        </w:rPr>
        <w:instrText xml:space="preserve"> FORMTEXT </w:instrText>
      </w:r>
      <w:r w:rsidRPr="00CE6B2C">
        <w:rPr>
          <w:rFonts w:ascii="Calibri" w:hAnsi="Calibri" w:cs="Arial"/>
        </w:rPr>
      </w:r>
      <w:r w:rsidRPr="00CE6B2C">
        <w:rPr>
          <w:rFonts w:ascii="Calibri" w:hAnsi="Calibri" w:cs="Arial"/>
        </w:rPr>
        <w:fldChar w:fldCharType="separate"/>
      </w:r>
      <w:r w:rsidRPr="00CE6B2C">
        <w:rPr>
          <w:rFonts w:ascii="Calibri" w:hAnsi="Calibri" w:cs="Arial"/>
        </w:rPr>
        <w:t> </w:t>
      </w:r>
      <w:r w:rsidRPr="00CE6B2C">
        <w:rPr>
          <w:rFonts w:ascii="Calibri" w:hAnsi="Calibri" w:cs="Arial"/>
        </w:rPr>
        <w:t> </w:t>
      </w:r>
      <w:r w:rsidRPr="00CE6B2C">
        <w:rPr>
          <w:rFonts w:ascii="Calibri" w:hAnsi="Calibri" w:cs="Arial"/>
        </w:rPr>
        <w:t> </w:t>
      </w:r>
      <w:r w:rsidRPr="00CE6B2C">
        <w:rPr>
          <w:rFonts w:ascii="Calibri" w:hAnsi="Calibri" w:cs="Arial"/>
        </w:rPr>
        <w:t> </w:t>
      </w:r>
      <w:r w:rsidRPr="00CE6B2C">
        <w:rPr>
          <w:rFonts w:ascii="Calibri" w:hAnsi="Calibri" w:cs="Arial"/>
        </w:rPr>
        <w:t> </w:t>
      </w:r>
      <w:r w:rsidRPr="00CE6B2C">
        <w:rPr>
          <w:rFonts w:ascii="Calibri" w:hAnsi="Calibri" w:cs="Arial"/>
        </w:rPr>
        <w:fldChar w:fldCharType="end"/>
      </w:r>
    </w:p>
    <w:p w14:paraId="5CF6815B" w14:textId="77777777" w:rsidR="00CE6B2C" w:rsidRPr="005D5F5E" w:rsidRDefault="00CE6B2C">
      <w:pPr>
        <w:rPr>
          <w:rFonts w:asciiTheme="majorHAnsi" w:hAnsiTheme="majorHAnsi" w:cstheme="majorHAnsi"/>
          <w:lang w:val="nl-NL"/>
        </w:rPr>
      </w:pPr>
    </w:p>
    <w:p w14:paraId="5B5B224B" w14:textId="6465785B" w:rsidR="00BC23EC" w:rsidRPr="005D5F5E" w:rsidRDefault="003063F9">
      <w:pPr>
        <w:pStyle w:val="Kop2"/>
        <w:rPr>
          <w:rFonts w:cstheme="majorHAnsi"/>
          <w:color w:val="auto"/>
          <w:lang w:val="nl-NL"/>
        </w:rPr>
      </w:pPr>
      <w:r w:rsidRPr="005D5F5E">
        <w:rPr>
          <w:rFonts w:cstheme="majorHAnsi"/>
          <w:color w:val="auto"/>
          <w:lang w:val="nl-NL"/>
        </w:rPr>
        <w:t xml:space="preserve">3. </w:t>
      </w:r>
      <w:r w:rsidR="009625EC">
        <w:rPr>
          <w:rFonts w:cstheme="majorHAnsi"/>
          <w:color w:val="auto"/>
          <w:lang w:val="nl-NL"/>
        </w:rPr>
        <w:t>Inschrijven</w:t>
      </w:r>
      <w:r w:rsidRPr="005D5F5E">
        <w:rPr>
          <w:rFonts w:cstheme="majorHAnsi"/>
          <w:color w:val="auto"/>
          <w:lang w:val="nl-NL"/>
        </w:rPr>
        <w:t xml:space="preserve"> voor </w:t>
      </w:r>
      <w:proofErr w:type="spellStart"/>
      <w:r w:rsidRPr="005D5F5E">
        <w:rPr>
          <w:rFonts w:cstheme="majorHAnsi"/>
          <w:color w:val="auto"/>
          <w:lang w:val="nl-NL"/>
        </w:rPr>
        <w:t>perce</w:t>
      </w:r>
      <w:proofErr w:type="spellEnd"/>
      <w:r w:rsidRPr="005D5F5E">
        <w:rPr>
          <w:rFonts w:cstheme="majorHAnsi"/>
          <w:color w:val="auto"/>
          <w:lang w:val="nl-NL"/>
        </w:rPr>
        <w:t>(e)l(en) en product(en)</w:t>
      </w:r>
    </w:p>
    <w:p w14:paraId="523F7AFA" w14:textId="14A567CD" w:rsidR="00BC23EC" w:rsidRPr="009464B2" w:rsidRDefault="003463EB">
      <w:pPr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H</w:t>
      </w:r>
      <w:r w:rsidR="003063F9" w:rsidRPr="005D5F5E">
        <w:rPr>
          <w:rFonts w:asciiTheme="majorHAnsi" w:hAnsiTheme="majorHAnsi" w:cstheme="majorHAnsi"/>
          <w:lang w:val="nl-NL"/>
        </w:rPr>
        <w:t xml:space="preserve">ieronder </w:t>
      </w:r>
      <w:r>
        <w:rPr>
          <w:rFonts w:asciiTheme="majorHAnsi" w:hAnsiTheme="majorHAnsi" w:cstheme="majorHAnsi"/>
          <w:lang w:val="nl-NL"/>
        </w:rPr>
        <w:t xml:space="preserve">kunt </w:t>
      </w:r>
      <w:r w:rsidR="00EE35E5">
        <w:rPr>
          <w:rFonts w:asciiTheme="majorHAnsi" w:hAnsiTheme="majorHAnsi" w:cstheme="majorHAnsi"/>
          <w:lang w:val="nl-NL"/>
        </w:rPr>
        <w:t xml:space="preserve">u </w:t>
      </w:r>
      <w:r w:rsidR="003063F9" w:rsidRPr="005D5F5E">
        <w:rPr>
          <w:rFonts w:asciiTheme="majorHAnsi" w:hAnsiTheme="majorHAnsi" w:cstheme="majorHAnsi"/>
          <w:lang w:val="nl-NL"/>
        </w:rPr>
        <w:t xml:space="preserve">aankruisen voor welk(e) </w:t>
      </w:r>
      <w:proofErr w:type="spellStart"/>
      <w:r w:rsidR="003063F9" w:rsidRPr="005D5F5E">
        <w:rPr>
          <w:rFonts w:asciiTheme="majorHAnsi" w:hAnsiTheme="majorHAnsi" w:cstheme="majorHAnsi"/>
          <w:lang w:val="nl-NL"/>
        </w:rPr>
        <w:t>perce</w:t>
      </w:r>
      <w:proofErr w:type="spellEnd"/>
      <w:r w:rsidR="003063F9" w:rsidRPr="005D5F5E">
        <w:rPr>
          <w:rFonts w:asciiTheme="majorHAnsi" w:hAnsiTheme="majorHAnsi" w:cstheme="majorHAnsi"/>
          <w:lang w:val="nl-NL"/>
        </w:rPr>
        <w:t xml:space="preserve">(e)l(en) en product(en) u zich </w:t>
      </w:r>
      <w:r w:rsidR="002A603D">
        <w:rPr>
          <w:rFonts w:asciiTheme="majorHAnsi" w:hAnsiTheme="majorHAnsi" w:cstheme="majorHAnsi"/>
          <w:lang w:val="nl-NL"/>
        </w:rPr>
        <w:t>inschrijft</w:t>
      </w:r>
      <w:r w:rsidR="003063F9" w:rsidRPr="005D5F5E">
        <w:rPr>
          <w:rFonts w:asciiTheme="majorHAnsi" w:hAnsiTheme="majorHAnsi" w:cstheme="majorHAnsi"/>
          <w:lang w:val="nl-NL"/>
        </w:rPr>
        <w:t xml:space="preserve">. </w:t>
      </w:r>
      <w:r w:rsidR="003063F9" w:rsidRPr="009464B2">
        <w:rPr>
          <w:rFonts w:asciiTheme="majorHAnsi" w:hAnsiTheme="majorHAnsi" w:cstheme="majorHAnsi"/>
          <w:lang w:val="nl-NL"/>
        </w:rPr>
        <w:t xml:space="preserve">U kunt zich voor meerdere percelen </w:t>
      </w:r>
      <w:r w:rsidR="002A603D">
        <w:rPr>
          <w:rFonts w:asciiTheme="majorHAnsi" w:hAnsiTheme="majorHAnsi" w:cstheme="majorHAnsi"/>
          <w:lang w:val="nl-NL"/>
        </w:rPr>
        <w:t>inschrijven</w:t>
      </w:r>
      <w:r w:rsidR="003063F9" w:rsidRPr="009464B2">
        <w:rPr>
          <w:rFonts w:asciiTheme="majorHAnsi" w:hAnsiTheme="majorHAnsi" w:cstheme="majorHAnsi"/>
          <w:lang w:val="nl-NL"/>
        </w:rPr>
        <w:t>.</w:t>
      </w:r>
    </w:p>
    <w:p w14:paraId="685D9997" w14:textId="77777777" w:rsidR="00BC23EC" w:rsidRPr="009464B2" w:rsidRDefault="003063F9">
      <w:pPr>
        <w:pStyle w:val="Kop3"/>
        <w:rPr>
          <w:rFonts w:cstheme="majorHAnsi"/>
          <w:color w:val="auto"/>
          <w:lang w:val="nl-NL"/>
        </w:rPr>
      </w:pPr>
      <w:r w:rsidRPr="009464B2">
        <w:rPr>
          <w:rFonts w:cstheme="majorHAnsi"/>
          <w:color w:val="auto"/>
          <w:lang w:val="nl-NL"/>
        </w:rPr>
        <w:t>Perceel 1 – Huishoudelijke Ondersteuning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583576" w:rsidRPr="00386606" w14:paraId="754E885D" w14:textId="77777777" w:rsidTr="001D23DC">
        <w:tc>
          <w:tcPr>
            <w:tcW w:w="8630" w:type="dxa"/>
          </w:tcPr>
          <w:p w14:paraId="723EFBCB" w14:textId="190B47FF" w:rsidR="00BC23EC" w:rsidRPr="005D5F5E" w:rsidRDefault="005C5F0A">
            <w:pPr>
              <w:rPr>
                <w:rFonts w:asciiTheme="majorHAnsi" w:hAnsiTheme="majorHAnsi" w:cstheme="majorHAnsi"/>
                <w:lang w:val="nl-NL"/>
              </w:rPr>
            </w:pPr>
            <w:r w:rsidRPr="008B10DA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7676">
              <w:rPr>
                <w:rFonts w:cs="Arial"/>
                <w:highlight w:val="lightGray"/>
                <w:lang w:val="nl-NL"/>
              </w:rPr>
              <w:instrText xml:space="preserve"> FORMCHECKBOX </w:instrText>
            </w:r>
            <w:r w:rsidRPr="008B10DA">
              <w:rPr>
                <w:rFonts w:cs="Arial"/>
                <w:highlight w:val="lightGray"/>
              </w:rPr>
            </w:r>
            <w:r w:rsidRPr="008B10DA">
              <w:rPr>
                <w:rFonts w:cs="Arial"/>
                <w:highlight w:val="lightGray"/>
              </w:rPr>
              <w:fldChar w:fldCharType="separate"/>
            </w:r>
            <w:r w:rsidRPr="008B10DA">
              <w:rPr>
                <w:rFonts w:cs="Arial"/>
                <w:highlight w:val="lightGray"/>
              </w:rPr>
              <w:fldChar w:fldCharType="end"/>
            </w:r>
            <w:r w:rsidRPr="00107676">
              <w:rPr>
                <w:rFonts w:cs="Arial"/>
                <w:lang w:val="nl-NL"/>
              </w:rPr>
              <w:t xml:space="preserve"> </w:t>
            </w:r>
            <w:r w:rsidRPr="005D5F5E">
              <w:rPr>
                <w:rFonts w:asciiTheme="majorHAnsi" w:hAnsiTheme="majorHAnsi" w:cstheme="majorHAnsi"/>
                <w:lang w:val="nl-NL"/>
              </w:rPr>
              <w:t>Product: Huishoudelijke Ondersteuning (inclusief kennismakingsperiode)</w:t>
            </w:r>
          </w:p>
        </w:tc>
      </w:tr>
      <w:tr w:rsidR="00583576" w:rsidRPr="005D5F5E" w14:paraId="6068B1D2" w14:textId="77777777" w:rsidTr="001D23DC">
        <w:tc>
          <w:tcPr>
            <w:tcW w:w="8630" w:type="dxa"/>
          </w:tcPr>
          <w:p w14:paraId="71B89290" w14:textId="434378BA" w:rsidR="001D2953" w:rsidRDefault="001D23DC">
            <w:pPr>
              <w:rPr>
                <w:rFonts w:asciiTheme="majorHAnsi" w:hAnsiTheme="majorHAnsi" w:cstheme="majorHAnsi"/>
                <w:lang w:val="nl-NL"/>
              </w:rPr>
            </w:pPr>
            <w:r w:rsidRPr="005D5F5E">
              <w:rPr>
                <w:rFonts w:asciiTheme="majorHAnsi" w:hAnsiTheme="majorHAnsi" w:cstheme="majorHAnsi"/>
                <w:lang w:val="nl-NL"/>
              </w:rPr>
              <w:t>Korte toelichting op uw aanbod:</w:t>
            </w:r>
            <w:r w:rsidR="001F711A">
              <w:rPr>
                <w:rFonts w:asciiTheme="majorHAnsi" w:hAnsiTheme="majorHAnsi" w:cstheme="majorHAnsi"/>
                <w:lang w:val="nl-NL"/>
              </w:rPr>
              <w:t xml:space="preserve"> </w:t>
            </w:r>
          </w:p>
          <w:p w14:paraId="3AEE7661" w14:textId="77777777" w:rsidR="006D334B" w:rsidRDefault="006D334B" w:rsidP="006D334B">
            <w:pPr>
              <w:rPr>
                <w:rFonts w:cs="Arial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  <w:p w14:paraId="2E805B78" w14:textId="77777777" w:rsidR="006D334B" w:rsidRPr="006D334B" w:rsidRDefault="006D334B">
            <w:pPr>
              <w:rPr>
                <w:rFonts w:asciiTheme="majorHAnsi" w:hAnsiTheme="majorHAnsi" w:cstheme="majorHAnsi"/>
                <w:lang w:val="nl-NL"/>
              </w:rPr>
            </w:pPr>
          </w:p>
          <w:p w14:paraId="7F0AE7B9" w14:textId="07DCF2E3" w:rsidR="001D2953" w:rsidRPr="005D5F5E" w:rsidRDefault="001D2953">
            <w:pPr>
              <w:rPr>
                <w:rFonts w:asciiTheme="majorHAnsi" w:hAnsiTheme="majorHAnsi" w:cstheme="majorHAnsi"/>
                <w:lang w:val="nl-NL"/>
              </w:rPr>
            </w:pPr>
          </w:p>
        </w:tc>
      </w:tr>
    </w:tbl>
    <w:p w14:paraId="2B7AAAD2" w14:textId="77777777" w:rsidR="00BC23EC" w:rsidRPr="005D5F5E" w:rsidRDefault="003063F9">
      <w:pPr>
        <w:pStyle w:val="Kop3"/>
        <w:rPr>
          <w:rFonts w:cstheme="majorHAnsi"/>
          <w:color w:val="auto"/>
        </w:rPr>
      </w:pPr>
      <w:proofErr w:type="spellStart"/>
      <w:r w:rsidRPr="005D5F5E">
        <w:rPr>
          <w:rFonts w:cstheme="majorHAnsi"/>
          <w:color w:val="auto"/>
        </w:rPr>
        <w:t>Perceel</w:t>
      </w:r>
      <w:proofErr w:type="spellEnd"/>
      <w:r w:rsidRPr="005D5F5E">
        <w:rPr>
          <w:rFonts w:cstheme="majorHAnsi"/>
          <w:color w:val="auto"/>
        </w:rPr>
        <w:t xml:space="preserve"> 2 – </w:t>
      </w:r>
      <w:proofErr w:type="spellStart"/>
      <w:r w:rsidRPr="005D5F5E">
        <w:rPr>
          <w:rFonts w:cstheme="majorHAnsi"/>
          <w:color w:val="auto"/>
        </w:rPr>
        <w:t>Individuele</w:t>
      </w:r>
      <w:proofErr w:type="spellEnd"/>
      <w:r w:rsidRPr="005D5F5E">
        <w:rPr>
          <w:rFonts w:cstheme="majorHAnsi"/>
          <w:color w:val="auto"/>
        </w:rPr>
        <w:t xml:space="preserve"> Begeleiding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583576" w:rsidRPr="005D5F5E" w14:paraId="3297FEE1" w14:textId="77777777" w:rsidTr="007914FE">
        <w:tc>
          <w:tcPr>
            <w:tcW w:w="8630" w:type="dxa"/>
          </w:tcPr>
          <w:p w14:paraId="121E61BB" w14:textId="2DADD111" w:rsidR="00BC23EC" w:rsidRPr="005D5F5E" w:rsidRDefault="005C5F0A">
            <w:pPr>
              <w:rPr>
                <w:rFonts w:asciiTheme="majorHAnsi" w:hAnsiTheme="majorHAnsi" w:cstheme="majorHAnsi"/>
              </w:rPr>
            </w:pPr>
            <w:r w:rsidRPr="74FC246D">
              <w:rPr>
                <w:rFonts w:cs="Arial"/>
                <w:highlight w:val="lightGray"/>
              </w:rPr>
              <w:fldChar w:fldCharType="begin"/>
            </w:r>
            <w:r w:rsidRPr="74FC246D">
              <w:rPr>
                <w:rFonts w:cs="Arial"/>
                <w:highlight w:val="lightGray"/>
              </w:rPr>
              <w:instrText xml:space="preserve"> FORMCHECKBOX </w:instrText>
            </w:r>
            <w:r w:rsidRPr="74FC246D">
              <w:rPr>
                <w:rFonts w:cs="Arial"/>
                <w:highlight w:val="lightGray"/>
              </w:rPr>
              <w:fldChar w:fldCharType="separate"/>
            </w:r>
            <w:r w:rsidRPr="74FC246D">
              <w:rPr>
                <w:rFonts w:cs="Arial"/>
                <w:highlight w:val="lightGray"/>
              </w:rPr>
              <w:fldChar w:fldCharType="end"/>
            </w:r>
            <w:r w:rsidRPr="008B10DA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10DA">
              <w:rPr>
                <w:rFonts w:cs="Arial"/>
                <w:highlight w:val="lightGray"/>
              </w:rPr>
              <w:instrText xml:space="preserve"> FORMCHECKBOX </w:instrText>
            </w:r>
            <w:r w:rsidRPr="008B10DA">
              <w:rPr>
                <w:rFonts w:cs="Arial"/>
                <w:highlight w:val="lightGray"/>
              </w:rPr>
            </w:r>
            <w:r w:rsidRPr="008B10DA">
              <w:rPr>
                <w:rFonts w:cs="Arial"/>
                <w:highlight w:val="lightGray"/>
              </w:rPr>
              <w:fldChar w:fldCharType="separate"/>
            </w:r>
            <w:r w:rsidRPr="008B10DA">
              <w:rPr>
                <w:rFonts w:cs="Arial"/>
                <w:highlight w:val="lightGray"/>
              </w:rPr>
              <w:fldChar w:fldCharType="end"/>
            </w:r>
            <w:r w:rsidRPr="74FC246D">
              <w:rPr>
                <w:rFonts w:cs="Arial"/>
              </w:rPr>
              <w:t xml:space="preserve"> </w:t>
            </w:r>
            <w:r w:rsidRPr="5A961692">
              <w:rPr>
                <w:rFonts w:asciiTheme="majorHAnsi" w:hAnsiTheme="majorHAnsi" w:cstheme="majorBidi"/>
              </w:rPr>
              <w:t xml:space="preserve">Product: </w:t>
            </w:r>
            <w:proofErr w:type="spellStart"/>
            <w:r w:rsidRPr="5A961692">
              <w:rPr>
                <w:rFonts w:asciiTheme="majorHAnsi" w:hAnsiTheme="majorHAnsi" w:cstheme="majorBidi"/>
              </w:rPr>
              <w:t>Individuele</w:t>
            </w:r>
            <w:proofErr w:type="spellEnd"/>
            <w:r w:rsidRPr="5A961692">
              <w:rPr>
                <w:rFonts w:asciiTheme="majorHAnsi" w:hAnsiTheme="majorHAnsi" w:cstheme="majorBidi"/>
              </w:rPr>
              <w:t xml:space="preserve"> Begeleiding basis</w:t>
            </w:r>
          </w:p>
        </w:tc>
      </w:tr>
      <w:tr w:rsidR="00583576" w:rsidRPr="005D5F5E" w14:paraId="04E17A91" w14:textId="77777777" w:rsidTr="007914FE">
        <w:tc>
          <w:tcPr>
            <w:tcW w:w="8630" w:type="dxa"/>
          </w:tcPr>
          <w:p w14:paraId="527C47F6" w14:textId="36156C4C" w:rsidR="00BC23EC" w:rsidRPr="005D5F5E" w:rsidRDefault="005C5F0A">
            <w:pPr>
              <w:rPr>
                <w:rFonts w:asciiTheme="majorHAnsi" w:hAnsiTheme="majorHAnsi" w:cstheme="majorHAnsi"/>
              </w:rPr>
            </w:pPr>
            <w:r w:rsidRPr="008B10DA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10DA">
              <w:rPr>
                <w:rFonts w:cs="Arial"/>
                <w:highlight w:val="lightGray"/>
              </w:rPr>
              <w:instrText xml:space="preserve"> FORMCHECKBOX </w:instrText>
            </w:r>
            <w:r w:rsidRPr="008B10DA">
              <w:rPr>
                <w:rFonts w:cs="Arial"/>
                <w:highlight w:val="lightGray"/>
              </w:rPr>
            </w:r>
            <w:r w:rsidRPr="008B10DA">
              <w:rPr>
                <w:rFonts w:cs="Arial"/>
                <w:highlight w:val="lightGray"/>
              </w:rPr>
              <w:fldChar w:fldCharType="separate"/>
            </w:r>
            <w:r w:rsidRPr="008B10DA">
              <w:rPr>
                <w:rFonts w:cs="Arial"/>
                <w:highlight w:val="lightGray"/>
              </w:rPr>
              <w:fldChar w:fldCharType="end"/>
            </w:r>
            <w:r w:rsidRPr="008B10DA">
              <w:rPr>
                <w:rFonts w:cs="Arial"/>
              </w:rPr>
              <w:t xml:space="preserve"> </w:t>
            </w:r>
            <w:r w:rsidRPr="729FF373">
              <w:rPr>
                <w:rFonts w:asciiTheme="majorHAnsi" w:hAnsiTheme="majorHAnsi" w:cstheme="majorBidi"/>
              </w:rPr>
              <w:t xml:space="preserve">Product: </w:t>
            </w:r>
            <w:proofErr w:type="spellStart"/>
            <w:r w:rsidRPr="729FF373">
              <w:rPr>
                <w:rFonts w:asciiTheme="majorHAnsi" w:hAnsiTheme="majorHAnsi" w:cstheme="majorBidi"/>
              </w:rPr>
              <w:t>Individuele</w:t>
            </w:r>
            <w:proofErr w:type="spellEnd"/>
            <w:r w:rsidRPr="729FF373">
              <w:rPr>
                <w:rFonts w:asciiTheme="majorHAnsi" w:hAnsiTheme="majorHAnsi" w:cstheme="majorBidi"/>
              </w:rPr>
              <w:t xml:space="preserve"> Begeleiding plus</w:t>
            </w:r>
          </w:p>
        </w:tc>
      </w:tr>
      <w:tr w:rsidR="00583576" w:rsidRPr="005D5F5E" w14:paraId="199539F5" w14:textId="77777777">
        <w:tc>
          <w:tcPr>
            <w:tcW w:w="8630" w:type="dxa"/>
          </w:tcPr>
          <w:p w14:paraId="0460AE1C" w14:textId="77777777" w:rsidR="007914FE" w:rsidRPr="00651E3B" w:rsidRDefault="007914FE">
            <w:pPr>
              <w:rPr>
                <w:rFonts w:asciiTheme="majorHAnsi" w:hAnsiTheme="majorHAnsi" w:cstheme="majorHAnsi"/>
                <w:lang w:val="nl-NL"/>
              </w:rPr>
            </w:pPr>
            <w:r w:rsidRPr="00651E3B">
              <w:rPr>
                <w:rFonts w:asciiTheme="majorHAnsi" w:hAnsiTheme="majorHAnsi" w:cstheme="majorHAnsi"/>
                <w:lang w:val="nl-NL"/>
              </w:rPr>
              <w:t>Korte toelichting op uw aanbod:</w:t>
            </w:r>
          </w:p>
          <w:p w14:paraId="5FFC39C6" w14:textId="486AB534" w:rsidR="001D2953" w:rsidRDefault="00CE6B2C">
            <w:pPr>
              <w:rPr>
                <w:rFonts w:cs="Arial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  <w:p w14:paraId="143D610D" w14:textId="77777777" w:rsidR="001D2953" w:rsidRDefault="001D2953">
            <w:pPr>
              <w:rPr>
                <w:rFonts w:asciiTheme="majorHAnsi" w:hAnsiTheme="majorHAnsi" w:cstheme="majorHAnsi"/>
              </w:rPr>
            </w:pPr>
          </w:p>
          <w:p w14:paraId="6681B8A3" w14:textId="466F6EBF" w:rsidR="001D2953" w:rsidRPr="005D5F5E" w:rsidRDefault="001D2953">
            <w:pPr>
              <w:rPr>
                <w:rFonts w:asciiTheme="majorHAnsi" w:hAnsiTheme="majorHAnsi" w:cstheme="majorHAnsi"/>
              </w:rPr>
            </w:pPr>
          </w:p>
        </w:tc>
      </w:tr>
    </w:tbl>
    <w:p w14:paraId="0CDD1F55" w14:textId="77777777" w:rsidR="00BC23EC" w:rsidRPr="005D5F5E" w:rsidRDefault="003063F9">
      <w:pPr>
        <w:pStyle w:val="Kop3"/>
        <w:rPr>
          <w:rFonts w:cstheme="majorHAnsi"/>
          <w:color w:val="auto"/>
        </w:rPr>
      </w:pPr>
      <w:proofErr w:type="spellStart"/>
      <w:r w:rsidRPr="005D5F5E">
        <w:rPr>
          <w:rFonts w:cstheme="majorHAnsi"/>
          <w:color w:val="auto"/>
        </w:rPr>
        <w:lastRenderedPageBreak/>
        <w:t>Perceel</w:t>
      </w:r>
      <w:proofErr w:type="spellEnd"/>
      <w:r w:rsidRPr="005D5F5E">
        <w:rPr>
          <w:rFonts w:cstheme="majorHAnsi"/>
          <w:color w:val="auto"/>
        </w:rPr>
        <w:t xml:space="preserve"> 3 – </w:t>
      </w:r>
      <w:proofErr w:type="spellStart"/>
      <w:r w:rsidRPr="005D5F5E">
        <w:rPr>
          <w:rFonts w:cstheme="majorHAnsi"/>
          <w:color w:val="auto"/>
        </w:rPr>
        <w:t>Groepsbegeleiding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374"/>
      </w:tblGrid>
      <w:tr w:rsidR="00583576" w:rsidRPr="005D5F5E" w14:paraId="06DF509A" w14:textId="77777777" w:rsidTr="282D96F2">
        <w:tc>
          <w:tcPr>
            <w:tcW w:w="8630" w:type="dxa"/>
            <w:gridSpan w:val="2"/>
          </w:tcPr>
          <w:p w14:paraId="36E83FAB" w14:textId="69E35E42" w:rsidR="00BC23EC" w:rsidRPr="005D5F5E" w:rsidRDefault="005C5F0A">
            <w:pPr>
              <w:rPr>
                <w:rFonts w:asciiTheme="majorHAnsi" w:hAnsiTheme="majorHAnsi" w:cstheme="majorHAnsi"/>
              </w:rPr>
            </w:pPr>
            <w:r w:rsidRPr="74FC246D">
              <w:rPr>
                <w:rFonts w:cs="Arial"/>
                <w:highlight w:val="lightGray"/>
              </w:rPr>
              <w:fldChar w:fldCharType="begin"/>
            </w:r>
            <w:r w:rsidRPr="74FC246D">
              <w:rPr>
                <w:rFonts w:cs="Arial"/>
                <w:highlight w:val="lightGray"/>
              </w:rPr>
              <w:instrText xml:space="preserve"> FORMCHECKBOX </w:instrText>
            </w:r>
            <w:r w:rsidRPr="74FC246D">
              <w:rPr>
                <w:rFonts w:cs="Arial"/>
                <w:highlight w:val="lightGray"/>
              </w:rPr>
              <w:fldChar w:fldCharType="separate"/>
            </w:r>
            <w:r w:rsidRPr="74FC246D">
              <w:rPr>
                <w:rFonts w:cs="Arial"/>
                <w:highlight w:val="lightGray"/>
              </w:rPr>
              <w:fldChar w:fldCharType="end"/>
            </w:r>
            <w:r w:rsidRPr="008B10DA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10DA">
              <w:rPr>
                <w:rFonts w:cs="Arial"/>
                <w:highlight w:val="lightGray"/>
              </w:rPr>
              <w:instrText xml:space="preserve"> FORMCHECKBOX </w:instrText>
            </w:r>
            <w:r w:rsidRPr="008B10DA">
              <w:rPr>
                <w:rFonts w:cs="Arial"/>
                <w:highlight w:val="lightGray"/>
              </w:rPr>
            </w:r>
            <w:r w:rsidRPr="008B10DA">
              <w:rPr>
                <w:rFonts w:cs="Arial"/>
                <w:highlight w:val="lightGray"/>
              </w:rPr>
              <w:fldChar w:fldCharType="separate"/>
            </w:r>
            <w:r w:rsidRPr="008B10DA">
              <w:rPr>
                <w:rFonts w:cs="Arial"/>
                <w:highlight w:val="lightGray"/>
              </w:rPr>
              <w:fldChar w:fldCharType="end"/>
            </w:r>
            <w:r w:rsidRPr="74FC246D">
              <w:rPr>
                <w:rFonts w:cs="Arial"/>
              </w:rPr>
              <w:t xml:space="preserve"> </w:t>
            </w:r>
            <w:r w:rsidRPr="282D96F2">
              <w:rPr>
                <w:rFonts w:asciiTheme="majorHAnsi" w:hAnsiTheme="majorHAnsi" w:cstheme="majorBidi"/>
              </w:rPr>
              <w:t xml:space="preserve">Product: </w:t>
            </w:r>
            <w:proofErr w:type="spellStart"/>
            <w:r w:rsidRPr="282D96F2">
              <w:rPr>
                <w:rFonts w:asciiTheme="majorHAnsi" w:hAnsiTheme="majorHAnsi" w:cstheme="majorBidi"/>
              </w:rPr>
              <w:t>Groepsbegeleiding</w:t>
            </w:r>
            <w:proofErr w:type="spellEnd"/>
            <w:r w:rsidRPr="282D96F2">
              <w:rPr>
                <w:rFonts w:asciiTheme="majorHAnsi" w:hAnsiTheme="majorHAnsi" w:cstheme="majorBidi"/>
              </w:rPr>
              <w:t xml:space="preserve"> </w:t>
            </w:r>
            <w:proofErr w:type="spellStart"/>
            <w:r w:rsidRPr="282D96F2">
              <w:rPr>
                <w:rFonts w:asciiTheme="majorHAnsi" w:hAnsiTheme="majorHAnsi" w:cstheme="majorBidi"/>
              </w:rPr>
              <w:t>behoudgericht</w:t>
            </w:r>
            <w:proofErr w:type="spellEnd"/>
          </w:p>
        </w:tc>
      </w:tr>
      <w:tr w:rsidR="00583576" w:rsidRPr="005D5F5E" w14:paraId="7FBC8AF2" w14:textId="77777777" w:rsidTr="282D96F2">
        <w:tc>
          <w:tcPr>
            <w:tcW w:w="8630" w:type="dxa"/>
            <w:gridSpan w:val="2"/>
          </w:tcPr>
          <w:p w14:paraId="38FDE810" w14:textId="388DEB44" w:rsidR="00BC23EC" w:rsidRPr="005D5F5E" w:rsidRDefault="005C5F0A">
            <w:pPr>
              <w:rPr>
                <w:rFonts w:asciiTheme="majorHAnsi" w:hAnsiTheme="majorHAnsi" w:cstheme="majorHAnsi"/>
              </w:rPr>
            </w:pPr>
            <w:r w:rsidRPr="74FC246D">
              <w:rPr>
                <w:rFonts w:cs="Arial"/>
                <w:highlight w:val="lightGray"/>
              </w:rPr>
              <w:fldChar w:fldCharType="begin"/>
            </w:r>
            <w:r w:rsidRPr="74FC246D">
              <w:rPr>
                <w:rFonts w:cs="Arial"/>
                <w:highlight w:val="lightGray"/>
              </w:rPr>
              <w:instrText xml:space="preserve"> FORMCHECKBOX </w:instrText>
            </w:r>
            <w:r w:rsidRPr="74FC246D">
              <w:rPr>
                <w:rFonts w:cs="Arial"/>
                <w:highlight w:val="lightGray"/>
              </w:rPr>
              <w:fldChar w:fldCharType="separate"/>
            </w:r>
            <w:r w:rsidRPr="74FC246D">
              <w:rPr>
                <w:rFonts w:cs="Arial"/>
                <w:highlight w:val="lightGray"/>
              </w:rPr>
              <w:fldChar w:fldCharType="end"/>
            </w:r>
            <w:r w:rsidRPr="008B10DA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10DA">
              <w:rPr>
                <w:rFonts w:cs="Arial"/>
                <w:highlight w:val="lightGray"/>
              </w:rPr>
              <w:instrText xml:space="preserve"> FORMCHECKBOX </w:instrText>
            </w:r>
            <w:r w:rsidRPr="008B10DA">
              <w:rPr>
                <w:rFonts w:cs="Arial"/>
                <w:highlight w:val="lightGray"/>
              </w:rPr>
            </w:r>
            <w:r w:rsidRPr="008B10DA">
              <w:rPr>
                <w:rFonts w:cs="Arial"/>
                <w:highlight w:val="lightGray"/>
              </w:rPr>
              <w:fldChar w:fldCharType="separate"/>
            </w:r>
            <w:r w:rsidRPr="008B10DA">
              <w:rPr>
                <w:rFonts w:cs="Arial"/>
                <w:highlight w:val="lightGray"/>
              </w:rPr>
              <w:fldChar w:fldCharType="end"/>
            </w:r>
            <w:r w:rsidRPr="74FC246D">
              <w:rPr>
                <w:rFonts w:cs="Arial"/>
              </w:rPr>
              <w:t xml:space="preserve"> </w:t>
            </w:r>
            <w:r w:rsidRPr="282D96F2">
              <w:rPr>
                <w:rFonts w:asciiTheme="majorHAnsi" w:hAnsiTheme="majorHAnsi" w:cstheme="majorBidi"/>
              </w:rPr>
              <w:t xml:space="preserve">Product: </w:t>
            </w:r>
            <w:proofErr w:type="spellStart"/>
            <w:r w:rsidRPr="282D96F2">
              <w:rPr>
                <w:rFonts w:asciiTheme="majorHAnsi" w:hAnsiTheme="majorHAnsi" w:cstheme="majorBidi"/>
              </w:rPr>
              <w:t>Groepsbegeleiding</w:t>
            </w:r>
            <w:proofErr w:type="spellEnd"/>
            <w:r w:rsidRPr="282D96F2">
              <w:rPr>
                <w:rFonts w:asciiTheme="majorHAnsi" w:hAnsiTheme="majorHAnsi" w:cstheme="majorBidi"/>
              </w:rPr>
              <w:t xml:space="preserve"> </w:t>
            </w:r>
            <w:proofErr w:type="spellStart"/>
            <w:r w:rsidRPr="282D96F2">
              <w:rPr>
                <w:rFonts w:asciiTheme="majorHAnsi" w:hAnsiTheme="majorHAnsi" w:cstheme="majorBidi"/>
              </w:rPr>
              <w:t>ontwikkelgericht</w:t>
            </w:r>
            <w:proofErr w:type="spellEnd"/>
          </w:p>
        </w:tc>
      </w:tr>
      <w:tr w:rsidR="00583576" w:rsidRPr="005D5F5E" w14:paraId="529EE299" w14:textId="77777777" w:rsidTr="00E00A1C">
        <w:tc>
          <w:tcPr>
            <w:tcW w:w="3256" w:type="dxa"/>
          </w:tcPr>
          <w:p w14:paraId="7F2B5DA5" w14:textId="77777777" w:rsidR="00BC23EC" w:rsidRPr="005D5F5E" w:rsidRDefault="003063F9">
            <w:pPr>
              <w:rPr>
                <w:rFonts w:asciiTheme="majorHAnsi" w:hAnsiTheme="majorHAnsi" w:cstheme="majorHAnsi"/>
              </w:rPr>
            </w:pPr>
            <w:proofErr w:type="spellStart"/>
            <w:r w:rsidRPr="005D5F5E">
              <w:rPr>
                <w:rFonts w:asciiTheme="majorHAnsi" w:hAnsiTheme="majorHAnsi" w:cstheme="majorHAnsi"/>
              </w:rPr>
              <w:t>Gemeente</w:t>
            </w:r>
            <w:proofErr w:type="spellEnd"/>
            <w:r w:rsidRPr="005D5F5E">
              <w:rPr>
                <w:rFonts w:asciiTheme="majorHAnsi" w:hAnsiTheme="majorHAnsi" w:cstheme="majorHAnsi"/>
              </w:rPr>
              <w:t>(n):</w:t>
            </w:r>
          </w:p>
        </w:tc>
        <w:tc>
          <w:tcPr>
            <w:tcW w:w="5374" w:type="dxa"/>
          </w:tcPr>
          <w:p w14:paraId="10E7781B" w14:textId="77777777" w:rsidR="00E270BC" w:rsidRDefault="00E75B2F">
            <w:pPr>
              <w:rPr>
                <w:rFonts w:asciiTheme="majorHAnsi" w:hAnsiTheme="majorHAnsi" w:cstheme="majorHAnsi"/>
              </w:rPr>
            </w:pPr>
            <w:r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highlight w:val="lightGray"/>
              </w:rPr>
              <w:instrText xml:space="preserve"> FORMCHECKBOX </w:instrText>
            </w:r>
            <w:r>
              <w:rPr>
                <w:rFonts w:cs="Arial"/>
                <w:highlight w:val="lightGray"/>
              </w:rPr>
            </w:r>
            <w:r>
              <w:rPr>
                <w:rFonts w:cs="Arial"/>
                <w:highlight w:val="lightGray"/>
              </w:rPr>
              <w:fldChar w:fldCharType="separate"/>
            </w:r>
            <w:r>
              <w:rPr>
                <w:rFonts w:cs="Arial"/>
                <w:highlight w:val="lightGray"/>
              </w:rPr>
              <w:fldChar w:fldCharType="end"/>
            </w:r>
            <w:r w:rsidR="00A7386C" w:rsidRPr="008B10DA">
              <w:rPr>
                <w:rFonts w:cs="Arial"/>
              </w:rPr>
              <w:t xml:space="preserve"> </w:t>
            </w:r>
            <w:r w:rsidR="003063F9" w:rsidRPr="005D5F5E">
              <w:rPr>
                <w:rFonts w:asciiTheme="majorHAnsi" w:hAnsiTheme="majorHAnsi" w:cstheme="majorHAnsi"/>
              </w:rPr>
              <w:t xml:space="preserve">Ooststellingwerf  </w:t>
            </w:r>
          </w:p>
          <w:p w14:paraId="0AA7ED6C" w14:textId="4D372CDA" w:rsidR="00E270BC" w:rsidRDefault="006A34F2">
            <w:pPr>
              <w:rPr>
                <w:rFonts w:cs="Arial"/>
              </w:rPr>
            </w:pPr>
            <w:r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41"/>
            <w:r>
              <w:rPr>
                <w:rFonts w:cs="Arial"/>
                <w:highlight w:val="lightGray"/>
              </w:rPr>
              <w:instrText xml:space="preserve"> FORMCHECKBOX </w:instrText>
            </w:r>
            <w:r>
              <w:rPr>
                <w:rFonts w:cs="Arial"/>
                <w:highlight w:val="lightGray"/>
              </w:rPr>
            </w:r>
            <w:r>
              <w:rPr>
                <w:rFonts w:cs="Arial"/>
                <w:highlight w:val="lightGray"/>
              </w:rPr>
              <w:fldChar w:fldCharType="separate"/>
            </w:r>
            <w:r>
              <w:rPr>
                <w:rFonts w:cs="Arial"/>
                <w:highlight w:val="lightGray"/>
              </w:rPr>
              <w:fldChar w:fldCharType="end"/>
            </w:r>
            <w:bookmarkEnd w:id="0"/>
            <w:r w:rsidR="00A7386C" w:rsidRPr="008B10DA">
              <w:rPr>
                <w:rFonts w:cs="Arial"/>
              </w:rPr>
              <w:t xml:space="preserve"> </w:t>
            </w:r>
            <w:r w:rsidR="003063F9" w:rsidRPr="005D5F5E">
              <w:rPr>
                <w:rFonts w:asciiTheme="majorHAnsi" w:hAnsiTheme="majorHAnsi" w:cstheme="majorHAnsi"/>
              </w:rPr>
              <w:t>Weststellingwerf</w:t>
            </w:r>
          </w:p>
          <w:p w14:paraId="3DB48D56" w14:textId="1C808CD8" w:rsidR="00BC23EC" w:rsidRPr="005D5F5E" w:rsidRDefault="00A7386C">
            <w:pPr>
              <w:rPr>
                <w:rFonts w:asciiTheme="majorHAnsi" w:hAnsiTheme="majorHAnsi" w:cstheme="majorHAnsi"/>
              </w:rPr>
            </w:pPr>
            <w:r w:rsidRPr="008B10DA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cs="Arial"/>
                <w:highlight w:val="lightGray"/>
              </w:rPr>
              <w:instrText xml:space="preserve"> FORMCHECKBOX </w:instrText>
            </w:r>
            <w:r w:rsidRPr="008B10DA">
              <w:rPr>
                <w:rFonts w:cs="Arial"/>
                <w:highlight w:val="lightGray"/>
              </w:rPr>
            </w:r>
            <w:r w:rsidRPr="008B10DA">
              <w:rPr>
                <w:rFonts w:cs="Arial"/>
                <w:highlight w:val="lightGray"/>
              </w:rPr>
              <w:fldChar w:fldCharType="separate"/>
            </w:r>
            <w:r w:rsidRPr="008B10DA">
              <w:rPr>
                <w:rFonts w:cs="Arial"/>
                <w:highlight w:val="lightGray"/>
              </w:rPr>
              <w:fldChar w:fldCharType="end"/>
            </w:r>
            <w:r w:rsidRPr="008B10DA">
              <w:rPr>
                <w:rFonts w:cs="Arial"/>
              </w:rPr>
              <w:t xml:space="preserve"> </w:t>
            </w:r>
            <w:r w:rsidR="003063F9" w:rsidRPr="005D5F5E">
              <w:rPr>
                <w:rFonts w:asciiTheme="majorHAnsi" w:hAnsiTheme="majorHAnsi" w:cstheme="majorHAnsi"/>
              </w:rPr>
              <w:t>Opsterland</w:t>
            </w:r>
          </w:p>
        </w:tc>
      </w:tr>
      <w:tr w:rsidR="00583576" w:rsidRPr="005D5F5E" w14:paraId="1955FD4B" w14:textId="77777777" w:rsidTr="00E00A1C">
        <w:tc>
          <w:tcPr>
            <w:tcW w:w="3256" w:type="dxa"/>
          </w:tcPr>
          <w:p w14:paraId="3467F6ED" w14:textId="77777777" w:rsidR="00BC23EC" w:rsidRPr="005D5F5E" w:rsidRDefault="003063F9">
            <w:pPr>
              <w:rPr>
                <w:rFonts w:asciiTheme="majorHAnsi" w:hAnsiTheme="majorHAnsi" w:cstheme="majorHAnsi"/>
              </w:rPr>
            </w:pPr>
            <w:r w:rsidRPr="005D5F5E">
              <w:rPr>
                <w:rFonts w:asciiTheme="majorHAnsi" w:hAnsiTheme="majorHAnsi" w:cstheme="majorHAnsi"/>
              </w:rPr>
              <w:t>Adres(</w:t>
            </w:r>
            <w:proofErr w:type="spellStart"/>
            <w:r w:rsidRPr="005D5F5E">
              <w:rPr>
                <w:rFonts w:asciiTheme="majorHAnsi" w:hAnsiTheme="majorHAnsi" w:cstheme="majorHAnsi"/>
              </w:rPr>
              <w:t>sen</w:t>
            </w:r>
            <w:proofErr w:type="spellEnd"/>
            <w:r w:rsidRPr="005D5F5E">
              <w:rPr>
                <w:rFonts w:asciiTheme="majorHAnsi" w:hAnsiTheme="majorHAnsi" w:cstheme="majorHAnsi"/>
              </w:rPr>
              <w:t xml:space="preserve">) </w:t>
            </w:r>
            <w:proofErr w:type="spellStart"/>
            <w:r w:rsidRPr="005D5F5E">
              <w:rPr>
                <w:rFonts w:asciiTheme="majorHAnsi" w:hAnsiTheme="majorHAnsi" w:cstheme="majorHAnsi"/>
              </w:rPr>
              <w:t>locatie</w:t>
            </w:r>
            <w:proofErr w:type="spellEnd"/>
            <w:r w:rsidRPr="005D5F5E">
              <w:rPr>
                <w:rFonts w:asciiTheme="majorHAnsi" w:hAnsiTheme="majorHAnsi" w:cstheme="majorHAnsi"/>
              </w:rPr>
              <w:t>(s):</w:t>
            </w:r>
          </w:p>
        </w:tc>
        <w:tc>
          <w:tcPr>
            <w:tcW w:w="5374" w:type="dxa"/>
          </w:tcPr>
          <w:p w14:paraId="09DE5B99" w14:textId="59C397A2" w:rsidR="00583576" w:rsidRPr="005D5F5E" w:rsidRDefault="00CE6B2C">
            <w:pPr>
              <w:rPr>
                <w:rFonts w:asciiTheme="majorHAnsi" w:hAnsiTheme="majorHAnsi" w:cstheme="majorHAnsi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  <w:p w14:paraId="1378B8CB" w14:textId="6C3A8A36" w:rsidR="00BC23EC" w:rsidRPr="005D5F5E" w:rsidRDefault="003063F9">
            <w:pPr>
              <w:rPr>
                <w:rFonts w:asciiTheme="majorHAnsi" w:hAnsiTheme="majorHAnsi" w:cstheme="majorHAnsi"/>
              </w:rPr>
            </w:pPr>
            <w:r w:rsidRPr="005D5F5E">
              <w:rPr>
                <w:rFonts w:asciiTheme="majorHAnsi" w:hAnsiTheme="majorHAnsi" w:cstheme="majorHAnsi"/>
              </w:rPr>
              <w:br/>
            </w:r>
          </w:p>
        </w:tc>
      </w:tr>
      <w:tr w:rsidR="00583576" w:rsidRPr="005D5F5E" w14:paraId="791FF822" w14:textId="77777777" w:rsidTr="282D96F2">
        <w:tc>
          <w:tcPr>
            <w:tcW w:w="8630" w:type="dxa"/>
            <w:gridSpan w:val="2"/>
          </w:tcPr>
          <w:p w14:paraId="6917CFB3" w14:textId="77777777" w:rsidR="007914FE" w:rsidRPr="00EE35E5" w:rsidRDefault="007914FE">
            <w:pPr>
              <w:rPr>
                <w:rFonts w:asciiTheme="majorHAnsi" w:hAnsiTheme="majorHAnsi" w:cstheme="majorHAnsi"/>
                <w:lang w:val="nl-NL"/>
              </w:rPr>
            </w:pPr>
            <w:r w:rsidRPr="00EE35E5">
              <w:rPr>
                <w:rFonts w:asciiTheme="majorHAnsi" w:hAnsiTheme="majorHAnsi" w:cstheme="majorHAnsi"/>
                <w:lang w:val="nl-NL"/>
              </w:rPr>
              <w:t>Korte toelichting op uw aanbod:</w:t>
            </w:r>
          </w:p>
          <w:p w14:paraId="641BC8EE" w14:textId="2AA60E7F" w:rsidR="00583576" w:rsidRPr="005D5F5E" w:rsidRDefault="00CE6B2C">
            <w:pPr>
              <w:rPr>
                <w:rFonts w:asciiTheme="majorHAnsi" w:hAnsiTheme="majorHAnsi" w:cstheme="majorHAnsi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  <w:p w14:paraId="6A252349" w14:textId="77777777" w:rsidR="00583576" w:rsidRDefault="00583576">
            <w:pPr>
              <w:rPr>
                <w:rFonts w:asciiTheme="majorHAnsi" w:hAnsiTheme="majorHAnsi" w:cstheme="majorHAnsi"/>
              </w:rPr>
            </w:pPr>
          </w:p>
          <w:p w14:paraId="26A73EC6" w14:textId="77777777" w:rsidR="001D2953" w:rsidRPr="005D5F5E" w:rsidRDefault="001D2953">
            <w:pPr>
              <w:rPr>
                <w:rFonts w:asciiTheme="majorHAnsi" w:hAnsiTheme="majorHAnsi" w:cstheme="majorHAnsi"/>
              </w:rPr>
            </w:pPr>
          </w:p>
        </w:tc>
      </w:tr>
    </w:tbl>
    <w:p w14:paraId="4C444953" w14:textId="77777777" w:rsidR="00BC23EC" w:rsidRPr="005D5F5E" w:rsidRDefault="003063F9">
      <w:pPr>
        <w:pStyle w:val="Kop3"/>
        <w:rPr>
          <w:rFonts w:cstheme="majorHAnsi"/>
          <w:color w:val="auto"/>
        </w:rPr>
      </w:pPr>
      <w:proofErr w:type="spellStart"/>
      <w:r w:rsidRPr="005D5F5E">
        <w:rPr>
          <w:rFonts w:cstheme="majorHAnsi"/>
          <w:color w:val="auto"/>
        </w:rPr>
        <w:t>Perceel</w:t>
      </w:r>
      <w:proofErr w:type="spellEnd"/>
      <w:r w:rsidRPr="005D5F5E">
        <w:rPr>
          <w:rFonts w:cstheme="majorHAnsi"/>
          <w:color w:val="auto"/>
        </w:rPr>
        <w:t xml:space="preserve"> 4 – </w:t>
      </w:r>
      <w:proofErr w:type="spellStart"/>
      <w:r w:rsidRPr="005D5F5E">
        <w:rPr>
          <w:rFonts w:cstheme="majorHAnsi"/>
          <w:color w:val="auto"/>
        </w:rPr>
        <w:t>Kortdurend</w:t>
      </w:r>
      <w:proofErr w:type="spellEnd"/>
      <w:r w:rsidRPr="005D5F5E">
        <w:rPr>
          <w:rFonts w:cstheme="majorHAnsi"/>
          <w:color w:val="auto"/>
        </w:rPr>
        <w:t xml:space="preserve"> </w:t>
      </w:r>
      <w:proofErr w:type="spellStart"/>
      <w:r w:rsidRPr="005D5F5E">
        <w:rPr>
          <w:rFonts w:cstheme="majorHAnsi"/>
          <w:color w:val="auto"/>
        </w:rPr>
        <w:t>Verblijf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583576" w:rsidRPr="005D5F5E" w14:paraId="2BA09605" w14:textId="77777777" w:rsidTr="007914FE">
        <w:tc>
          <w:tcPr>
            <w:tcW w:w="8630" w:type="dxa"/>
          </w:tcPr>
          <w:p w14:paraId="74E90CE5" w14:textId="759741FA" w:rsidR="00BC23EC" w:rsidRPr="005D5F5E" w:rsidRDefault="00D5466B">
            <w:pPr>
              <w:rPr>
                <w:rFonts w:asciiTheme="majorHAnsi" w:hAnsiTheme="majorHAnsi" w:cstheme="majorHAnsi"/>
              </w:rPr>
            </w:pPr>
            <w:r w:rsidRPr="008B10DA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10DA">
              <w:rPr>
                <w:rFonts w:cs="Arial"/>
                <w:highlight w:val="lightGray"/>
              </w:rPr>
              <w:instrText xml:space="preserve"> FORMCHECKBOX </w:instrText>
            </w:r>
            <w:r w:rsidRPr="008B10DA">
              <w:rPr>
                <w:rFonts w:cs="Arial"/>
                <w:highlight w:val="lightGray"/>
              </w:rPr>
            </w:r>
            <w:r w:rsidRPr="008B10DA">
              <w:rPr>
                <w:rFonts w:cs="Arial"/>
                <w:highlight w:val="lightGray"/>
              </w:rPr>
              <w:fldChar w:fldCharType="separate"/>
            </w:r>
            <w:r w:rsidRPr="008B10DA">
              <w:rPr>
                <w:rFonts w:cs="Arial"/>
                <w:highlight w:val="lightGray"/>
              </w:rPr>
              <w:fldChar w:fldCharType="end"/>
            </w:r>
            <w:r w:rsidRPr="008B10DA">
              <w:rPr>
                <w:rFonts w:cs="Arial"/>
              </w:rPr>
              <w:t xml:space="preserve"> </w:t>
            </w:r>
            <w:r w:rsidRPr="005D5F5E">
              <w:rPr>
                <w:rFonts w:asciiTheme="majorHAnsi" w:hAnsiTheme="majorHAnsi" w:cstheme="majorHAnsi"/>
              </w:rPr>
              <w:t xml:space="preserve">Product: </w:t>
            </w:r>
            <w:proofErr w:type="spellStart"/>
            <w:r w:rsidRPr="005D5F5E">
              <w:rPr>
                <w:rFonts w:asciiTheme="majorHAnsi" w:hAnsiTheme="majorHAnsi" w:cstheme="majorHAnsi"/>
              </w:rPr>
              <w:t>Kortdurend</w:t>
            </w:r>
            <w:proofErr w:type="spellEnd"/>
            <w:r w:rsidRPr="005D5F5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D5F5E">
              <w:rPr>
                <w:rFonts w:asciiTheme="majorHAnsi" w:hAnsiTheme="majorHAnsi" w:cstheme="majorHAnsi"/>
              </w:rPr>
              <w:t>verblijf</w:t>
            </w:r>
            <w:proofErr w:type="spellEnd"/>
          </w:p>
        </w:tc>
      </w:tr>
      <w:tr w:rsidR="00583576" w:rsidRPr="005D5F5E" w14:paraId="474B3133" w14:textId="77777777">
        <w:tc>
          <w:tcPr>
            <w:tcW w:w="8630" w:type="dxa"/>
          </w:tcPr>
          <w:p w14:paraId="3B7897A2" w14:textId="77777777" w:rsidR="007914FE" w:rsidRPr="00EE35E5" w:rsidRDefault="007914FE">
            <w:pPr>
              <w:rPr>
                <w:rFonts w:asciiTheme="majorHAnsi" w:hAnsiTheme="majorHAnsi" w:cstheme="majorHAnsi"/>
                <w:lang w:val="nl-NL"/>
              </w:rPr>
            </w:pPr>
            <w:r w:rsidRPr="00EE35E5">
              <w:rPr>
                <w:rFonts w:asciiTheme="majorHAnsi" w:hAnsiTheme="majorHAnsi" w:cstheme="majorHAnsi"/>
                <w:lang w:val="nl-NL"/>
              </w:rPr>
              <w:t>Korte toelichting op uw aanbod:</w:t>
            </w:r>
          </w:p>
          <w:p w14:paraId="25F63508" w14:textId="1C89364F" w:rsidR="00583576" w:rsidRPr="005D5F5E" w:rsidRDefault="00CE6B2C">
            <w:pPr>
              <w:rPr>
                <w:rFonts w:asciiTheme="majorHAnsi" w:hAnsiTheme="majorHAnsi" w:cstheme="majorHAnsi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  <w:p w14:paraId="22CD11F3" w14:textId="77777777" w:rsidR="00583576" w:rsidRPr="005D5F5E" w:rsidRDefault="00583576">
            <w:pPr>
              <w:rPr>
                <w:rFonts w:asciiTheme="majorHAnsi" w:hAnsiTheme="majorHAnsi" w:cstheme="majorHAnsi"/>
              </w:rPr>
            </w:pPr>
          </w:p>
          <w:p w14:paraId="288D1429" w14:textId="77777777" w:rsidR="00583576" w:rsidRPr="005D5F5E" w:rsidRDefault="00583576">
            <w:pPr>
              <w:rPr>
                <w:rFonts w:asciiTheme="majorHAnsi" w:hAnsiTheme="majorHAnsi" w:cstheme="majorHAnsi"/>
              </w:rPr>
            </w:pPr>
          </w:p>
        </w:tc>
      </w:tr>
    </w:tbl>
    <w:p w14:paraId="2AAB563C" w14:textId="77777777" w:rsidR="00BC23EC" w:rsidRPr="005D5F5E" w:rsidRDefault="00BC23EC">
      <w:pPr>
        <w:rPr>
          <w:rFonts w:asciiTheme="majorHAnsi" w:hAnsiTheme="majorHAnsi" w:cstheme="majorHAnsi"/>
        </w:rPr>
      </w:pPr>
    </w:p>
    <w:p w14:paraId="0A17F412" w14:textId="77777777" w:rsidR="00BC23EC" w:rsidRPr="005D5F5E" w:rsidRDefault="003063F9">
      <w:pPr>
        <w:pStyle w:val="Kop2"/>
        <w:rPr>
          <w:rFonts w:cstheme="majorHAnsi"/>
          <w:color w:val="auto"/>
        </w:rPr>
      </w:pPr>
      <w:r w:rsidRPr="005D5F5E">
        <w:rPr>
          <w:rFonts w:cstheme="majorHAnsi"/>
          <w:color w:val="auto"/>
        </w:rPr>
        <w:t xml:space="preserve">4. </w:t>
      </w:r>
      <w:proofErr w:type="spellStart"/>
      <w:r w:rsidRPr="005D5F5E">
        <w:rPr>
          <w:rFonts w:cstheme="majorHAnsi"/>
          <w:color w:val="auto"/>
        </w:rPr>
        <w:t>Verklaringen</w:t>
      </w:r>
      <w:proofErr w:type="spellEnd"/>
    </w:p>
    <w:p w14:paraId="726787D7" w14:textId="0C632094" w:rsidR="00583576" w:rsidRPr="005D5F5E" w:rsidRDefault="00583576" w:rsidP="001F711A">
      <w:pPr>
        <w:spacing w:after="0"/>
        <w:rPr>
          <w:rFonts w:asciiTheme="majorHAnsi" w:hAnsiTheme="majorHAnsi" w:cstheme="majorHAnsi"/>
          <w:lang w:val="nl-NL"/>
        </w:rPr>
      </w:pPr>
      <w:r w:rsidRPr="005D5F5E">
        <w:rPr>
          <w:rFonts w:asciiTheme="majorHAnsi" w:hAnsiTheme="majorHAnsi" w:cstheme="majorHAnsi"/>
          <w:lang w:val="nl-NL"/>
        </w:rPr>
        <w:t>Ondergetekende verklaart hierbij:</w:t>
      </w:r>
    </w:p>
    <w:p w14:paraId="53FB19D3" w14:textId="3EF1DB8F" w:rsidR="00BC23EC" w:rsidRPr="00ED1921" w:rsidRDefault="003063F9" w:rsidP="00ED1921">
      <w:pPr>
        <w:pStyle w:val="Lijstalinea"/>
        <w:numPr>
          <w:ilvl w:val="0"/>
          <w:numId w:val="12"/>
        </w:numPr>
        <w:rPr>
          <w:rFonts w:asciiTheme="majorHAnsi" w:hAnsiTheme="majorHAnsi" w:cstheme="majorHAnsi"/>
          <w:lang w:val="nl-NL"/>
        </w:rPr>
      </w:pPr>
      <w:r w:rsidRPr="00ED1921">
        <w:rPr>
          <w:rFonts w:asciiTheme="majorHAnsi" w:hAnsiTheme="majorHAnsi" w:cstheme="majorHAnsi"/>
          <w:lang w:val="nl-NL"/>
        </w:rPr>
        <w:t xml:space="preserve">zich aan te melden voor deelname aan de </w:t>
      </w:r>
      <w:proofErr w:type="spellStart"/>
      <w:r w:rsidR="00B90A55" w:rsidRPr="00ED1921">
        <w:rPr>
          <w:rFonts w:asciiTheme="majorHAnsi" w:hAnsiTheme="majorHAnsi" w:cstheme="majorHAnsi"/>
          <w:lang w:val="nl-NL"/>
        </w:rPr>
        <w:t>Wm</w:t>
      </w:r>
      <w:r w:rsidR="001C73DB">
        <w:rPr>
          <w:rFonts w:asciiTheme="majorHAnsi" w:hAnsiTheme="majorHAnsi" w:cstheme="majorHAnsi"/>
          <w:lang w:val="nl-NL"/>
        </w:rPr>
        <w:t>o</w:t>
      </w:r>
      <w:proofErr w:type="spellEnd"/>
      <w:r w:rsidR="001C73DB">
        <w:rPr>
          <w:rFonts w:asciiTheme="majorHAnsi" w:hAnsiTheme="majorHAnsi" w:cstheme="majorHAnsi"/>
          <w:lang w:val="nl-NL"/>
        </w:rPr>
        <w:t>-</w:t>
      </w:r>
      <w:r w:rsidRPr="00ED1921">
        <w:rPr>
          <w:rFonts w:asciiTheme="majorHAnsi" w:hAnsiTheme="majorHAnsi" w:cstheme="majorHAnsi"/>
          <w:lang w:val="nl-NL"/>
        </w:rPr>
        <w:t>aanbesteding 2026–2030;</w:t>
      </w:r>
    </w:p>
    <w:p w14:paraId="631A91D6" w14:textId="4CD19FCF" w:rsidR="00BC23EC" w:rsidRPr="00ED1921" w:rsidRDefault="003063F9" w:rsidP="00ED1921">
      <w:pPr>
        <w:pStyle w:val="Lijstalinea"/>
        <w:numPr>
          <w:ilvl w:val="0"/>
          <w:numId w:val="12"/>
        </w:numPr>
        <w:rPr>
          <w:rFonts w:asciiTheme="majorHAnsi" w:hAnsiTheme="majorHAnsi" w:cstheme="majorHAnsi"/>
          <w:lang w:val="nl-NL"/>
        </w:rPr>
      </w:pPr>
      <w:r w:rsidRPr="00ED1921">
        <w:rPr>
          <w:rFonts w:asciiTheme="majorHAnsi" w:hAnsiTheme="majorHAnsi" w:cstheme="majorHAnsi"/>
          <w:lang w:val="nl-NL"/>
        </w:rPr>
        <w:t>dat alle gevraagde documenten correct en volledig zijn aangeleverd;</w:t>
      </w:r>
    </w:p>
    <w:p w14:paraId="0D59A4F3" w14:textId="2AC58A83" w:rsidR="00BC23EC" w:rsidRPr="00ED1921" w:rsidRDefault="003063F9" w:rsidP="00ED1921">
      <w:pPr>
        <w:pStyle w:val="Lijstalinea"/>
        <w:numPr>
          <w:ilvl w:val="0"/>
          <w:numId w:val="12"/>
        </w:numPr>
        <w:rPr>
          <w:rFonts w:asciiTheme="majorHAnsi" w:hAnsiTheme="majorHAnsi" w:cstheme="majorHAnsi"/>
          <w:lang w:val="nl-NL"/>
        </w:rPr>
      </w:pPr>
      <w:r w:rsidRPr="00ED1921">
        <w:rPr>
          <w:rFonts w:asciiTheme="majorHAnsi" w:hAnsiTheme="majorHAnsi" w:cstheme="majorHAnsi"/>
          <w:lang w:val="nl-NL"/>
        </w:rPr>
        <w:t>kennis te hebben genomen van en akkoord te gaan met de inhoud van:</w:t>
      </w:r>
    </w:p>
    <w:p w14:paraId="0EC6A8F6" w14:textId="77777777" w:rsidR="00ED1921" w:rsidRDefault="003063F9" w:rsidP="00ED1921">
      <w:pPr>
        <w:pStyle w:val="Lijstalinea"/>
        <w:numPr>
          <w:ilvl w:val="0"/>
          <w:numId w:val="11"/>
        </w:numPr>
        <w:rPr>
          <w:rFonts w:asciiTheme="majorHAnsi" w:hAnsiTheme="majorHAnsi" w:cstheme="majorHAnsi"/>
          <w:lang w:val="nl-NL"/>
        </w:rPr>
      </w:pPr>
      <w:r w:rsidRPr="00ED1921">
        <w:rPr>
          <w:rFonts w:asciiTheme="majorHAnsi" w:hAnsiTheme="majorHAnsi" w:cstheme="majorHAnsi"/>
          <w:lang w:val="nl-NL"/>
        </w:rPr>
        <w:t>het inkoopdocument</w:t>
      </w:r>
      <w:r w:rsidR="00583576" w:rsidRPr="00ED1921">
        <w:rPr>
          <w:rFonts w:asciiTheme="majorHAnsi" w:hAnsiTheme="majorHAnsi" w:cstheme="majorHAnsi"/>
          <w:lang w:val="nl-NL"/>
        </w:rPr>
        <w:t>;</w:t>
      </w:r>
    </w:p>
    <w:p w14:paraId="4E5E95A2" w14:textId="58C08049" w:rsidR="00ED1921" w:rsidRDefault="003063F9" w:rsidP="00ED1921">
      <w:pPr>
        <w:pStyle w:val="Lijstalinea"/>
        <w:numPr>
          <w:ilvl w:val="0"/>
          <w:numId w:val="11"/>
        </w:numPr>
        <w:rPr>
          <w:rFonts w:asciiTheme="majorHAnsi" w:hAnsiTheme="majorHAnsi" w:cstheme="majorHAnsi"/>
          <w:lang w:val="nl-NL"/>
        </w:rPr>
      </w:pPr>
      <w:r w:rsidRPr="00ED1921">
        <w:rPr>
          <w:rFonts w:asciiTheme="majorHAnsi" w:hAnsiTheme="majorHAnsi" w:cstheme="majorHAnsi"/>
          <w:lang w:val="nl-NL"/>
        </w:rPr>
        <w:t xml:space="preserve">de </w:t>
      </w:r>
      <w:proofErr w:type="spellStart"/>
      <w:r w:rsidRPr="00ED1921">
        <w:rPr>
          <w:rFonts w:asciiTheme="majorHAnsi" w:hAnsiTheme="majorHAnsi" w:cstheme="majorHAnsi"/>
          <w:lang w:val="nl-NL"/>
        </w:rPr>
        <w:t>concept</w:t>
      </w:r>
      <w:r w:rsidR="00157F69">
        <w:rPr>
          <w:rFonts w:asciiTheme="majorHAnsi" w:hAnsiTheme="majorHAnsi" w:cstheme="majorHAnsi"/>
          <w:lang w:val="nl-NL"/>
        </w:rPr>
        <w:t>-</w:t>
      </w:r>
      <w:r w:rsidRPr="00ED1921">
        <w:rPr>
          <w:rFonts w:asciiTheme="majorHAnsi" w:hAnsiTheme="majorHAnsi" w:cstheme="majorHAnsi"/>
          <w:lang w:val="nl-NL"/>
        </w:rPr>
        <w:t>overeenkomst</w:t>
      </w:r>
      <w:proofErr w:type="spellEnd"/>
      <w:r w:rsidR="00583576" w:rsidRPr="00ED1921">
        <w:rPr>
          <w:rFonts w:asciiTheme="majorHAnsi" w:hAnsiTheme="majorHAnsi" w:cstheme="majorHAnsi"/>
          <w:lang w:val="nl-NL"/>
        </w:rPr>
        <w:t>;</w:t>
      </w:r>
    </w:p>
    <w:p w14:paraId="38812792" w14:textId="77777777" w:rsidR="00ED1921" w:rsidRDefault="003063F9" w:rsidP="00ED1921">
      <w:pPr>
        <w:pStyle w:val="Lijstalinea"/>
        <w:numPr>
          <w:ilvl w:val="0"/>
          <w:numId w:val="11"/>
        </w:numPr>
        <w:rPr>
          <w:rFonts w:asciiTheme="majorHAnsi" w:hAnsiTheme="majorHAnsi" w:cstheme="majorHAnsi"/>
          <w:lang w:val="nl-NL"/>
        </w:rPr>
      </w:pPr>
      <w:r w:rsidRPr="00ED1921">
        <w:rPr>
          <w:rFonts w:asciiTheme="majorHAnsi" w:hAnsiTheme="majorHAnsi" w:cstheme="majorHAnsi"/>
          <w:lang w:val="nl-NL"/>
        </w:rPr>
        <w:t>de uitvoeringsvoorwaarden</w:t>
      </w:r>
      <w:r w:rsidR="00583576" w:rsidRPr="00ED1921">
        <w:rPr>
          <w:rFonts w:asciiTheme="majorHAnsi" w:hAnsiTheme="majorHAnsi" w:cstheme="majorHAnsi"/>
          <w:lang w:val="nl-NL"/>
        </w:rPr>
        <w:t>;</w:t>
      </w:r>
    </w:p>
    <w:p w14:paraId="2DA8A33A" w14:textId="74854A52" w:rsidR="00BC23EC" w:rsidRPr="00ED1921" w:rsidRDefault="003063F9" w:rsidP="00ED1921">
      <w:pPr>
        <w:pStyle w:val="Lijstalinea"/>
        <w:numPr>
          <w:ilvl w:val="0"/>
          <w:numId w:val="11"/>
        </w:numPr>
        <w:rPr>
          <w:rFonts w:asciiTheme="majorHAnsi" w:hAnsiTheme="majorHAnsi" w:cstheme="majorHAnsi"/>
          <w:lang w:val="nl-NL"/>
        </w:rPr>
      </w:pPr>
      <w:r w:rsidRPr="00ED1921">
        <w:rPr>
          <w:rFonts w:asciiTheme="majorHAnsi" w:hAnsiTheme="majorHAnsi" w:cstheme="majorHAnsi"/>
          <w:lang w:val="nl-NL"/>
        </w:rPr>
        <w:t>de algemene inkoopvoorwaarden</w:t>
      </w:r>
      <w:r w:rsidR="00583576" w:rsidRPr="00ED1921">
        <w:rPr>
          <w:rFonts w:asciiTheme="majorHAnsi" w:hAnsiTheme="majorHAnsi" w:cstheme="majorHAnsi"/>
          <w:lang w:val="nl-NL"/>
        </w:rPr>
        <w:t>.</w:t>
      </w:r>
    </w:p>
    <w:p w14:paraId="5185B802" w14:textId="02A5B75C" w:rsidR="00ED1921" w:rsidRDefault="003063F9" w:rsidP="00ED1921">
      <w:pPr>
        <w:pStyle w:val="Lijstalinea"/>
        <w:numPr>
          <w:ilvl w:val="0"/>
          <w:numId w:val="12"/>
        </w:numPr>
        <w:rPr>
          <w:rFonts w:asciiTheme="majorHAnsi" w:hAnsiTheme="majorHAnsi" w:cstheme="majorHAnsi"/>
          <w:lang w:val="nl-NL"/>
        </w:rPr>
      </w:pPr>
      <w:r w:rsidRPr="00ED1921">
        <w:rPr>
          <w:rFonts w:asciiTheme="majorHAnsi" w:hAnsiTheme="majorHAnsi" w:cstheme="majorHAnsi"/>
          <w:lang w:val="nl-NL"/>
        </w:rPr>
        <w:t>bij gunning bereid te zijn de overeenkomst te ondertekenen.</w:t>
      </w:r>
    </w:p>
    <w:p w14:paraId="56C74BBB" w14:textId="77777777" w:rsidR="001D2953" w:rsidRPr="001D2953" w:rsidRDefault="001D2953" w:rsidP="001D2953">
      <w:pPr>
        <w:pStyle w:val="Lijstalinea"/>
        <w:rPr>
          <w:rFonts w:asciiTheme="majorHAnsi" w:hAnsiTheme="majorHAnsi" w:cstheme="majorHAnsi"/>
          <w:lang w:val="nl-NL"/>
        </w:rPr>
      </w:pPr>
    </w:p>
    <w:p w14:paraId="1B54D849" w14:textId="77777777" w:rsidR="00BC23EC" w:rsidRPr="005D5F5E" w:rsidRDefault="003063F9">
      <w:pPr>
        <w:pStyle w:val="Kop2"/>
        <w:rPr>
          <w:rFonts w:cstheme="majorHAnsi"/>
          <w:color w:val="auto"/>
        </w:rPr>
      </w:pPr>
      <w:r w:rsidRPr="005D5F5E">
        <w:rPr>
          <w:rFonts w:cstheme="majorHAnsi"/>
          <w:color w:val="auto"/>
        </w:rPr>
        <w:t xml:space="preserve">5. </w:t>
      </w:r>
      <w:proofErr w:type="spellStart"/>
      <w:r w:rsidRPr="005D5F5E">
        <w:rPr>
          <w:rFonts w:cstheme="majorHAnsi"/>
          <w:color w:val="auto"/>
        </w:rPr>
        <w:t>Ondertekening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6934"/>
      </w:tblGrid>
      <w:tr w:rsidR="00583576" w:rsidRPr="005D5F5E" w14:paraId="2D4817E0" w14:textId="77777777" w:rsidTr="004D2DF3">
        <w:tc>
          <w:tcPr>
            <w:tcW w:w="1696" w:type="dxa"/>
          </w:tcPr>
          <w:p w14:paraId="20FA20F1" w14:textId="111BB904" w:rsidR="00BC23EC" w:rsidRPr="005D5F5E" w:rsidRDefault="003063F9">
            <w:pPr>
              <w:rPr>
                <w:rFonts w:asciiTheme="majorHAnsi" w:hAnsiTheme="majorHAnsi" w:cstheme="majorHAnsi"/>
              </w:rPr>
            </w:pPr>
            <w:r w:rsidRPr="005D5F5E">
              <w:rPr>
                <w:rFonts w:asciiTheme="majorHAnsi" w:hAnsiTheme="majorHAnsi" w:cstheme="majorHAnsi"/>
              </w:rPr>
              <w:t>Naam</w:t>
            </w:r>
            <w:r w:rsidR="00583576" w:rsidRPr="005D5F5E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6934" w:type="dxa"/>
          </w:tcPr>
          <w:p w14:paraId="3DC915D8" w14:textId="77777777" w:rsidR="00583576" w:rsidRDefault="00CE6B2C">
            <w:pPr>
              <w:rPr>
                <w:rFonts w:ascii="Calibri" w:hAnsi="Calibri" w:cs="Arial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  <w:p w14:paraId="36CE8EC6" w14:textId="2BE648F5" w:rsidR="00CE6B2C" w:rsidRPr="005D5F5E" w:rsidRDefault="00CE6B2C">
            <w:pPr>
              <w:rPr>
                <w:rFonts w:asciiTheme="majorHAnsi" w:hAnsiTheme="majorHAnsi" w:cstheme="majorHAnsi"/>
              </w:rPr>
            </w:pPr>
          </w:p>
        </w:tc>
      </w:tr>
      <w:tr w:rsidR="00583576" w:rsidRPr="005D5F5E" w14:paraId="022663E8" w14:textId="77777777" w:rsidTr="004D2DF3">
        <w:tc>
          <w:tcPr>
            <w:tcW w:w="1696" w:type="dxa"/>
          </w:tcPr>
          <w:p w14:paraId="41C8ACF7" w14:textId="6F9591BC" w:rsidR="00BC23EC" w:rsidRPr="005D5F5E" w:rsidRDefault="003063F9">
            <w:pPr>
              <w:rPr>
                <w:rFonts w:asciiTheme="majorHAnsi" w:hAnsiTheme="majorHAnsi" w:cstheme="majorHAnsi"/>
              </w:rPr>
            </w:pPr>
            <w:proofErr w:type="spellStart"/>
            <w:r w:rsidRPr="005D5F5E">
              <w:rPr>
                <w:rFonts w:asciiTheme="majorHAnsi" w:hAnsiTheme="majorHAnsi" w:cstheme="majorHAnsi"/>
              </w:rPr>
              <w:t>Functie</w:t>
            </w:r>
            <w:proofErr w:type="spellEnd"/>
            <w:r w:rsidR="00583576" w:rsidRPr="005D5F5E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6934" w:type="dxa"/>
          </w:tcPr>
          <w:p w14:paraId="03FB8E06" w14:textId="77777777" w:rsidR="00583576" w:rsidRDefault="00CE6B2C">
            <w:pPr>
              <w:rPr>
                <w:rFonts w:ascii="Calibri" w:hAnsi="Calibri" w:cs="Arial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  <w:p w14:paraId="4AA0493C" w14:textId="4461C017" w:rsidR="00CE6B2C" w:rsidRPr="005D5F5E" w:rsidRDefault="00CE6B2C">
            <w:pPr>
              <w:rPr>
                <w:rFonts w:asciiTheme="majorHAnsi" w:hAnsiTheme="majorHAnsi" w:cstheme="majorHAnsi"/>
              </w:rPr>
            </w:pPr>
          </w:p>
        </w:tc>
      </w:tr>
      <w:tr w:rsidR="00583576" w:rsidRPr="005D5F5E" w14:paraId="178FDD75" w14:textId="77777777" w:rsidTr="004D2DF3">
        <w:tc>
          <w:tcPr>
            <w:tcW w:w="1696" w:type="dxa"/>
          </w:tcPr>
          <w:p w14:paraId="15D37E58" w14:textId="5804DDD8" w:rsidR="00BC23EC" w:rsidRPr="005D5F5E" w:rsidRDefault="003063F9">
            <w:pPr>
              <w:rPr>
                <w:rFonts w:asciiTheme="majorHAnsi" w:hAnsiTheme="majorHAnsi" w:cstheme="majorHAnsi"/>
              </w:rPr>
            </w:pPr>
            <w:proofErr w:type="spellStart"/>
            <w:r w:rsidRPr="005D5F5E">
              <w:rPr>
                <w:rFonts w:asciiTheme="majorHAnsi" w:hAnsiTheme="majorHAnsi" w:cstheme="majorHAnsi"/>
              </w:rPr>
              <w:t>Plaats</w:t>
            </w:r>
            <w:proofErr w:type="spellEnd"/>
            <w:r w:rsidR="00583576" w:rsidRPr="005D5F5E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6934" w:type="dxa"/>
          </w:tcPr>
          <w:p w14:paraId="5E149E4B" w14:textId="77777777" w:rsidR="00583576" w:rsidRDefault="00CE6B2C">
            <w:pPr>
              <w:rPr>
                <w:rFonts w:ascii="Calibri" w:hAnsi="Calibri" w:cs="Arial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  <w:p w14:paraId="6DA2BF40" w14:textId="2443B549" w:rsidR="00CE6B2C" w:rsidRPr="005D5F5E" w:rsidRDefault="00CE6B2C">
            <w:pPr>
              <w:rPr>
                <w:rFonts w:asciiTheme="majorHAnsi" w:hAnsiTheme="majorHAnsi" w:cstheme="majorHAnsi"/>
              </w:rPr>
            </w:pPr>
          </w:p>
        </w:tc>
      </w:tr>
      <w:tr w:rsidR="00583576" w:rsidRPr="005D5F5E" w14:paraId="28E68166" w14:textId="77777777" w:rsidTr="004D2DF3">
        <w:tc>
          <w:tcPr>
            <w:tcW w:w="1696" w:type="dxa"/>
          </w:tcPr>
          <w:p w14:paraId="052F97DE" w14:textId="4DBF8DBF" w:rsidR="00BC23EC" w:rsidRPr="005D5F5E" w:rsidRDefault="003063F9">
            <w:pPr>
              <w:rPr>
                <w:rFonts w:asciiTheme="majorHAnsi" w:hAnsiTheme="majorHAnsi" w:cstheme="majorHAnsi"/>
              </w:rPr>
            </w:pPr>
            <w:r w:rsidRPr="005D5F5E">
              <w:rPr>
                <w:rFonts w:asciiTheme="majorHAnsi" w:hAnsiTheme="majorHAnsi" w:cstheme="majorHAnsi"/>
              </w:rPr>
              <w:t>Datum</w:t>
            </w:r>
            <w:r w:rsidR="00583576" w:rsidRPr="005D5F5E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6934" w:type="dxa"/>
          </w:tcPr>
          <w:p w14:paraId="66CF8E74" w14:textId="038D536A" w:rsidR="00583576" w:rsidRDefault="002F2570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alibri" w:hAnsi="Calibri" w:cs="Arial"/>
              </w:rPr>
              <w:instrText xml:space="preserve"> FORMTEXT </w:instrText>
            </w:r>
            <w:r>
              <w:rPr>
                <w:rFonts w:ascii="Calibri" w:hAnsi="Calibri" w:cs="Arial"/>
              </w:rPr>
            </w:r>
            <w:r>
              <w:rPr>
                <w:rFonts w:ascii="Calibri" w:hAnsi="Calibri" w:cs="Arial"/>
              </w:rPr>
              <w:fldChar w:fldCharType="separate"/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</w:rPr>
              <w:fldChar w:fldCharType="end"/>
            </w:r>
          </w:p>
          <w:p w14:paraId="0DE1C245" w14:textId="315A0027" w:rsidR="00CE6B2C" w:rsidRPr="005D5F5E" w:rsidRDefault="00CE6B2C">
            <w:pPr>
              <w:rPr>
                <w:rFonts w:asciiTheme="majorHAnsi" w:hAnsiTheme="majorHAnsi" w:cstheme="majorHAnsi"/>
              </w:rPr>
            </w:pPr>
          </w:p>
        </w:tc>
      </w:tr>
      <w:tr w:rsidR="00583576" w:rsidRPr="005D5F5E" w14:paraId="724641CC" w14:textId="77777777" w:rsidTr="004D2DF3">
        <w:tc>
          <w:tcPr>
            <w:tcW w:w="1696" w:type="dxa"/>
          </w:tcPr>
          <w:p w14:paraId="2DFEDF9A" w14:textId="48ADAFE7" w:rsidR="00BC23EC" w:rsidRPr="005D5F5E" w:rsidRDefault="003063F9">
            <w:pPr>
              <w:rPr>
                <w:rFonts w:asciiTheme="majorHAnsi" w:hAnsiTheme="majorHAnsi" w:cstheme="majorHAnsi"/>
              </w:rPr>
            </w:pPr>
            <w:proofErr w:type="spellStart"/>
            <w:r w:rsidRPr="005D5F5E">
              <w:rPr>
                <w:rFonts w:asciiTheme="majorHAnsi" w:hAnsiTheme="majorHAnsi" w:cstheme="majorHAnsi"/>
              </w:rPr>
              <w:lastRenderedPageBreak/>
              <w:t>Handtekening</w:t>
            </w:r>
            <w:proofErr w:type="spellEnd"/>
            <w:r w:rsidR="00583576" w:rsidRPr="005D5F5E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6934" w:type="dxa"/>
          </w:tcPr>
          <w:p w14:paraId="261E4FED" w14:textId="77777777" w:rsidR="00583576" w:rsidRDefault="00CE6B2C">
            <w:pPr>
              <w:rPr>
                <w:rFonts w:ascii="Calibri" w:hAnsi="Calibri" w:cs="Arial"/>
              </w:rPr>
            </w:pPr>
            <w:r w:rsidRPr="00CE6B2C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6B2C">
              <w:rPr>
                <w:rFonts w:ascii="Calibri" w:hAnsi="Calibri" w:cs="Arial"/>
              </w:rPr>
              <w:instrText xml:space="preserve"> FORMTEXT </w:instrText>
            </w:r>
            <w:r w:rsidRPr="00CE6B2C">
              <w:rPr>
                <w:rFonts w:ascii="Calibri" w:hAnsi="Calibri" w:cs="Arial"/>
              </w:rPr>
            </w:r>
            <w:r w:rsidRPr="00CE6B2C">
              <w:rPr>
                <w:rFonts w:ascii="Calibri" w:hAnsi="Calibri" w:cs="Arial"/>
              </w:rPr>
              <w:fldChar w:fldCharType="separate"/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t> </w:t>
            </w:r>
            <w:r w:rsidRPr="00CE6B2C">
              <w:rPr>
                <w:rFonts w:ascii="Calibri" w:hAnsi="Calibri" w:cs="Arial"/>
              </w:rPr>
              <w:fldChar w:fldCharType="end"/>
            </w:r>
          </w:p>
          <w:p w14:paraId="25D4DD9B" w14:textId="38548B9A" w:rsidR="00CE6B2C" w:rsidRPr="005D5F5E" w:rsidRDefault="00CE6B2C">
            <w:pPr>
              <w:rPr>
                <w:rFonts w:asciiTheme="majorHAnsi" w:hAnsiTheme="majorHAnsi" w:cstheme="majorHAnsi"/>
              </w:rPr>
            </w:pPr>
          </w:p>
        </w:tc>
      </w:tr>
    </w:tbl>
    <w:p w14:paraId="0C571BAF" w14:textId="77777777" w:rsidR="001D5CDF" w:rsidRPr="005D5F5E" w:rsidRDefault="001D5CDF">
      <w:pPr>
        <w:rPr>
          <w:rFonts w:asciiTheme="majorHAnsi" w:hAnsiTheme="majorHAnsi" w:cstheme="majorHAnsi"/>
        </w:rPr>
      </w:pPr>
    </w:p>
    <w:sectPr w:rsidR="001D5CDF" w:rsidRPr="005D5F5E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E3C75" w14:textId="77777777" w:rsidR="00DB493C" w:rsidRDefault="00DB493C" w:rsidP="001F7D95">
      <w:pPr>
        <w:spacing w:after="0" w:line="240" w:lineRule="auto"/>
      </w:pPr>
      <w:r>
        <w:separator/>
      </w:r>
    </w:p>
  </w:endnote>
  <w:endnote w:type="continuationSeparator" w:id="0">
    <w:p w14:paraId="09747331" w14:textId="77777777" w:rsidR="00DB493C" w:rsidRDefault="00DB493C" w:rsidP="001F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8B5B1" w14:textId="77777777" w:rsidR="00DB493C" w:rsidRDefault="00DB493C" w:rsidP="001F7D95">
      <w:pPr>
        <w:spacing w:after="0" w:line="240" w:lineRule="auto"/>
      </w:pPr>
      <w:r>
        <w:separator/>
      </w:r>
    </w:p>
  </w:footnote>
  <w:footnote w:type="continuationSeparator" w:id="0">
    <w:p w14:paraId="38654CA3" w14:textId="77777777" w:rsidR="00DB493C" w:rsidRDefault="00DB493C" w:rsidP="001F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62188" w14:textId="27116DA7" w:rsidR="001F7D95" w:rsidRDefault="001E49A4">
    <w:pPr>
      <w:pStyle w:val="Koptekst"/>
    </w:pPr>
    <w:r>
      <w:rPr>
        <w:noProof/>
      </w:rPr>
      <w:drawing>
        <wp:inline distT="0" distB="0" distL="0" distR="0" wp14:anchorId="62A8674C" wp14:editId="750CC411">
          <wp:extent cx="5486400" cy="1012825"/>
          <wp:effectExtent l="0" t="0" r="0" b="0"/>
          <wp:docPr id="1009526373" name="Afbeelding 1009526373" descr="H:\Overig\OWO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Overig\OWO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7D7FCF"/>
    <w:multiLevelType w:val="hybridMultilevel"/>
    <w:tmpl w:val="032C0AFA"/>
    <w:lvl w:ilvl="0" w:tplc="997464F6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484548"/>
    <w:multiLevelType w:val="hybridMultilevel"/>
    <w:tmpl w:val="D0280C0E"/>
    <w:lvl w:ilvl="0" w:tplc="57086486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54D36"/>
    <w:multiLevelType w:val="hybridMultilevel"/>
    <w:tmpl w:val="8D764AD0"/>
    <w:lvl w:ilvl="0" w:tplc="997464F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674031">
    <w:abstractNumId w:val="8"/>
  </w:num>
  <w:num w:numId="2" w16cid:durableId="693270728">
    <w:abstractNumId w:val="6"/>
  </w:num>
  <w:num w:numId="3" w16cid:durableId="612327566">
    <w:abstractNumId w:val="5"/>
  </w:num>
  <w:num w:numId="4" w16cid:durableId="240607775">
    <w:abstractNumId w:val="4"/>
  </w:num>
  <w:num w:numId="5" w16cid:durableId="337194332">
    <w:abstractNumId w:val="7"/>
  </w:num>
  <w:num w:numId="6" w16cid:durableId="474642384">
    <w:abstractNumId w:val="3"/>
  </w:num>
  <w:num w:numId="7" w16cid:durableId="1917854938">
    <w:abstractNumId w:val="2"/>
  </w:num>
  <w:num w:numId="8" w16cid:durableId="992290642">
    <w:abstractNumId w:val="1"/>
  </w:num>
  <w:num w:numId="9" w16cid:durableId="24520580">
    <w:abstractNumId w:val="0"/>
  </w:num>
  <w:num w:numId="10" w16cid:durableId="1878737145">
    <w:abstractNumId w:val="11"/>
  </w:num>
  <w:num w:numId="11" w16cid:durableId="1651861201">
    <w:abstractNumId w:val="9"/>
  </w:num>
  <w:num w:numId="12" w16cid:durableId="19266489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RupNwN91MQ4StWMEaJmdwQEGsoLARfipB7Fjw7s+oK6JBTzCmhd8AEXD0z0iDrLWPGuigrcwbcu60TT/r8aIpA==" w:salt="q5/qqtp4kYz/VFocy4GHr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AE5"/>
    <w:rsid w:val="0002050B"/>
    <w:rsid w:val="000341A3"/>
    <w:rsid w:val="000341DD"/>
    <w:rsid w:val="00034616"/>
    <w:rsid w:val="00043A9B"/>
    <w:rsid w:val="0006063C"/>
    <w:rsid w:val="00061FAB"/>
    <w:rsid w:val="000620B1"/>
    <w:rsid w:val="00087C31"/>
    <w:rsid w:val="000B70D8"/>
    <w:rsid w:val="00107676"/>
    <w:rsid w:val="0015074B"/>
    <w:rsid w:val="001523D4"/>
    <w:rsid w:val="00157F69"/>
    <w:rsid w:val="00181653"/>
    <w:rsid w:val="001B57D6"/>
    <w:rsid w:val="001B59AF"/>
    <w:rsid w:val="001C73DB"/>
    <w:rsid w:val="001D23DC"/>
    <w:rsid w:val="001D2953"/>
    <w:rsid w:val="001D53FC"/>
    <w:rsid w:val="001D5CDF"/>
    <w:rsid w:val="001E3D65"/>
    <w:rsid w:val="001E49A4"/>
    <w:rsid w:val="001F711A"/>
    <w:rsid w:val="001F7D95"/>
    <w:rsid w:val="00220343"/>
    <w:rsid w:val="002469CC"/>
    <w:rsid w:val="002732BF"/>
    <w:rsid w:val="00285CA7"/>
    <w:rsid w:val="00290A9F"/>
    <w:rsid w:val="0029639D"/>
    <w:rsid w:val="002A603D"/>
    <w:rsid w:val="002F2570"/>
    <w:rsid w:val="003063F9"/>
    <w:rsid w:val="00306677"/>
    <w:rsid w:val="00311283"/>
    <w:rsid w:val="0032288B"/>
    <w:rsid w:val="00326F90"/>
    <w:rsid w:val="00340A1D"/>
    <w:rsid w:val="003463EB"/>
    <w:rsid w:val="00363142"/>
    <w:rsid w:val="00370A42"/>
    <w:rsid w:val="00376050"/>
    <w:rsid w:val="0038053C"/>
    <w:rsid w:val="00386606"/>
    <w:rsid w:val="003B04C4"/>
    <w:rsid w:val="003C1F4F"/>
    <w:rsid w:val="003C5787"/>
    <w:rsid w:val="003D006D"/>
    <w:rsid w:val="003D16D9"/>
    <w:rsid w:val="003E698F"/>
    <w:rsid w:val="00402EA6"/>
    <w:rsid w:val="00440A17"/>
    <w:rsid w:val="00451431"/>
    <w:rsid w:val="004527BC"/>
    <w:rsid w:val="004629E3"/>
    <w:rsid w:val="00467E03"/>
    <w:rsid w:val="004957DB"/>
    <w:rsid w:val="004D2DF3"/>
    <w:rsid w:val="00502660"/>
    <w:rsid w:val="00502BDA"/>
    <w:rsid w:val="005060BD"/>
    <w:rsid w:val="005227CE"/>
    <w:rsid w:val="00551169"/>
    <w:rsid w:val="005708B6"/>
    <w:rsid w:val="00583576"/>
    <w:rsid w:val="00592D92"/>
    <w:rsid w:val="005939D6"/>
    <w:rsid w:val="0059469A"/>
    <w:rsid w:val="005A3E5D"/>
    <w:rsid w:val="005B660B"/>
    <w:rsid w:val="005C5F0A"/>
    <w:rsid w:val="005D5F5E"/>
    <w:rsid w:val="005E3BC4"/>
    <w:rsid w:val="005F2D74"/>
    <w:rsid w:val="006147CA"/>
    <w:rsid w:val="0064752F"/>
    <w:rsid w:val="00651E3B"/>
    <w:rsid w:val="00670AA8"/>
    <w:rsid w:val="00675A6E"/>
    <w:rsid w:val="0067610C"/>
    <w:rsid w:val="006830C6"/>
    <w:rsid w:val="006A34F2"/>
    <w:rsid w:val="006D334B"/>
    <w:rsid w:val="006D3C7D"/>
    <w:rsid w:val="0071727D"/>
    <w:rsid w:val="00723DD5"/>
    <w:rsid w:val="00733974"/>
    <w:rsid w:val="00784F78"/>
    <w:rsid w:val="007914FE"/>
    <w:rsid w:val="007B38A2"/>
    <w:rsid w:val="007D4B9F"/>
    <w:rsid w:val="008240E4"/>
    <w:rsid w:val="00880DB6"/>
    <w:rsid w:val="008902AF"/>
    <w:rsid w:val="008963AD"/>
    <w:rsid w:val="008A011B"/>
    <w:rsid w:val="008B1F99"/>
    <w:rsid w:val="008D213C"/>
    <w:rsid w:val="0092265A"/>
    <w:rsid w:val="009251BA"/>
    <w:rsid w:val="009464B2"/>
    <w:rsid w:val="009625EC"/>
    <w:rsid w:val="00981BD1"/>
    <w:rsid w:val="009B2378"/>
    <w:rsid w:val="009E6DC9"/>
    <w:rsid w:val="009F36C7"/>
    <w:rsid w:val="00A659C9"/>
    <w:rsid w:val="00A70E7F"/>
    <w:rsid w:val="00A7292D"/>
    <w:rsid w:val="00A7386C"/>
    <w:rsid w:val="00A87B13"/>
    <w:rsid w:val="00AA1D8D"/>
    <w:rsid w:val="00AA46B7"/>
    <w:rsid w:val="00AE507E"/>
    <w:rsid w:val="00AF7918"/>
    <w:rsid w:val="00B0291F"/>
    <w:rsid w:val="00B05AEC"/>
    <w:rsid w:val="00B44122"/>
    <w:rsid w:val="00B47730"/>
    <w:rsid w:val="00B663DE"/>
    <w:rsid w:val="00B858D1"/>
    <w:rsid w:val="00B90A55"/>
    <w:rsid w:val="00BA326C"/>
    <w:rsid w:val="00BC23EC"/>
    <w:rsid w:val="00BF5559"/>
    <w:rsid w:val="00C05340"/>
    <w:rsid w:val="00C1494D"/>
    <w:rsid w:val="00C16044"/>
    <w:rsid w:val="00C16D3F"/>
    <w:rsid w:val="00C21117"/>
    <w:rsid w:val="00C21BFC"/>
    <w:rsid w:val="00C22F39"/>
    <w:rsid w:val="00C23717"/>
    <w:rsid w:val="00C273B7"/>
    <w:rsid w:val="00C62B9A"/>
    <w:rsid w:val="00C663A3"/>
    <w:rsid w:val="00C67992"/>
    <w:rsid w:val="00C708BF"/>
    <w:rsid w:val="00CB0664"/>
    <w:rsid w:val="00CB5A15"/>
    <w:rsid w:val="00CE6B2C"/>
    <w:rsid w:val="00D15EED"/>
    <w:rsid w:val="00D36981"/>
    <w:rsid w:val="00D40352"/>
    <w:rsid w:val="00D5167E"/>
    <w:rsid w:val="00D5466B"/>
    <w:rsid w:val="00D77A2F"/>
    <w:rsid w:val="00D91741"/>
    <w:rsid w:val="00DA007F"/>
    <w:rsid w:val="00DB1A11"/>
    <w:rsid w:val="00DB493C"/>
    <w:rsid w:val="00DC257D"/>
    <w:rsid w:val="00DC3A4A"/>
    <w:rsid w:val="00DC7DDA"/>
    <w:rsid w:val="00DE16B0"/>
    <w:rsid w:val="00E00A1C"/>
    <w:rsid w:val="00E0284B"/>
    <w:rsid w:val="00E150EA"/>
    <w:rsid w:val="00E15F95"/>
    <w:rsid w:val="00E21F08"/>
    <w:rsid w:val="00E2461F"/>
    <w:rsid w:val="00E270BC"/>
    <w:rsid w:val="00E42D2A"/>
    <w:rsid w:val="00E466F4"/>
    <w:rsid w:val="00E75B2F"/>
    <w:rsid w:val="00E84ECF"/>
    <w:rsid w:val="00E91043"/>
    <w:rsid w:val="00E91944"/>
    <w:rsid w:val="00E97944"/>
    <w:rsid w:val="00EB7210"/>
    <w:rsid w:val="00EC6B45"/>
    <w:rsid w:val="00ED1921"/>
    <w:rsid w:val="00ED29C8"/>
    <w:rsid w:val="00EE03F7"/>
    <w:rsid w:val="00EE35E5"/>
    <w:rsid w:val="00F0115D"/>
    <w:rsid w:val="00F63461"/>
    <w:rsid w:val="00F90813"/>
    <w:rsid w:val="00FC693F"/>
    <w:rsid w:val="00FC7408"/>
    <w:rsid w:val="228EB65A"/>
    <w:rsid w:val="282D96F2"/>
    <w:rsid w:val="2B4B15BD"/>
    <w:rsid w:val="2E878C93"/>
    <w:rsid w:val="45770690"/>
    <w:rsid w:val="541B024E"/>
    <w:rsid w:val="5A961692"/>
    <w:rsid w:val="633A9BB6"/>
    <w:rsid w:val="729FF373"/>
    <w:rsid w:val="74FC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3B048A"/>
  <w14:defaultImageDpi w14:val="300"/>
  <w15:docId w15:val="{5B1A7D29-A38C-4A23-B49B-1B9E9FA4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583576"/>
    <w:rPr>
      <w:color w:val="66666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464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64B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464B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64B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64B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9464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3133a5-1e64-4d2a-9271-820d4a33ffbe" xsi:nil="true"/>
    <marktconsultatie20250225 xmlns="c5b7dfb0-8620-47ae-aac5-af5b805238bb" xsi:nil="true"/>
    <lcf76f155ced4ddcb4097134ff3c332f xmlns="c5b7dfb0-8620-47ae-aac5-af5b805238b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41D405A3115468D3F321A52852D6E" ma:contentTypeVersion="15" ma:contentTypeDescription="Create a new document." ma:contentTypeScope="" ma:versionID="69e2c49f20578b0801ee51493ee469e0">
  <xsd:schema xmlns:xsd="http://www.w3.org/2001/XMLSchema" xmlns:xs="http://www.w3.org/2001/XMLSchema" xmlns:p="http://schemas.microsoft.com/office/2006/metadata/properties" xmlns:ns2="c5b7dfb0-8620-47ae-aac5-af5b805238bb" xmlns:ns3="6e3133a5-1e64-4d2a-9271-820d4a33ffbe" targetNamespace="http://schemas.microsoft.com/office/2006/metadata/properties" ma:root="true" ma:fieldsID="85519551b2819552fc6ee62a6d0573d6" ns2:_="" ns3:_="">
    <xsd:import namespace="c5b7dfb0-8620-47ae-aac5-af5b805238bb"/>
    <xsd:import namespace="6e3133a5-1e64-4d2a-9271-820d4a33ffbe"/>
    <xsd:element name="properties">
      <xsd:complexType>
        <xsd:sequence>
          <xsd:element name="documentManagement">
            <xsd:complexType>
              <xsd:all>
                <xsd:element ref="ns2:marktconsultatie20250225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7dfb0-8620-47ae-aac5-af5b805238bb" elementFormDefault="qualified">
    <xsd:import namespace="http://schemas.microsoft.com/office/2006/documentManagement/types"/>
    <xsd:import namespace="http://schemas.microsoft.com/office/infopath/2007/PartnerControls"/>
    <xsd:element name="marktconsultatie20250225" ma:index="3" nillable="true" ma:displayName="marktconsultatie 20250225" ma:format="Dropdown" ma:internalName="marktconsultatie20250225">
      <xsd:simpleType>
        <xsd:restriction base="dms:Text">
          <xsd:maxLength value="255"/>
        </xsd:restriction>
      </xsd:simpleType>
    </xsd:element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76069b9-5191-4ab7-aaf1-3dc5a1428f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133a5-1e64-4d2a-9271-820d4a33ffb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b30aa46-32dc-4d52-a029-9c807a211db5}" ma:internalName="TaxCatchAll" ma:readOnly="false" ma:showField="CatchAllData" ma:web="6e3133a5-1e64-4d2a-9271-820d4a33ff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30850C-736A-40C7-BC35-6A5B1EBB486E}">
  <ds:schemaRefs>
    <ds:schemaRef ds:uri="http://purl.org/dc/elements/1.1/"/>
    <ds:schemaRef ds:uri="http://purl.org/dc/terms/"/>
    <ds:schemaRef ds:uri="http://www.w3.org/XML/1998/namespace"/>
    <ds:schemaRef ds:uri="6e3133a5-1e64-4d2a-9271-820d4a33ffbe"/>
    <ds:schemaRef ds:uri="c5b7dfb0-8620-47ae-aac5-af5b805238bb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F60BCF1-8EBD-426B-B7A8-01EBBD0EB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7dfb0-8620-47ae-aac5-af5b805238bb"/>
    <ds:schemaRef ds:uri="6e3133a5-1e64-4d2a-9271-820d4a33f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B3D05A-3733-4F24-81A5-91475D33A9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Marieke de Jong</cp:lastModifiedBy>
  <cp:revision>3</cp:revision>
  <dcterms:created xsi:type="dcterms:W3CDTF">2025-10-06T14:13:00Z</dcterms:created>
  <dcterms:modified xsi:type="dcterms:W3CDTF">2025-10-06T14:14:00Z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0x01010099841D405A3115468D3F321A52852D6E</vt:lpwstr>
  </property>
  <property fmtid="{D5CDD505-2E9C-101B-9397-08002B2CF9AE}" pid="3" name="MediaServiceImageTags">
    <vt:lpwstr/>
  </property>
</Properties>
</file>