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2C08FC3" w14:textId="46325556" w:rsidR="00381EA0" w:rsidRPr="000F7B15" w:rsidRDefault="00AC3EC0" w:rsidP="00E23788">
      <w:pPr>
        <w:pStyle w:val="Titel"/>
        <w:rPr>
          <w:sz w:val="32"/>
          <w:szCs w:val="32"/>
          <w:lang w:val="nl-NL"/>
        </w:rPr>
      </w:pPr>
      <w:r>
        <w:rPr>
          <w:sz w:val="32"/>
          <w:szCs w:val="32"/>
          <w:lang w:val="nl-NL"/>
        </w:rPr>
        <w:t xml:space="preserve">Plan van aanpak </w:t>
      </w:r>
      <w:r w:rsidR="0068647D">
        <w:rPr>
          <w:sz w:val="32"/>
          <w:szCs w:val="32"/>
          <w:lang w:val="nl-NL"/>
        </w:rPr>
        <w:t>‘</w:t>
      </w:r>
      <w:r>
        <w:rPr>
          <w:sz w:val="32"/>
          <w:szCs w:val="32"/>
          <w:lang w:val="nl-NL"/>
        </w:rPr>
        <w:t>Flexibiliteit en Gedragscode</w:t>
      </w:r>
      <w:r w:rsidR="00E23788">
        <w:rPr>
          <w:sz w:val="32"/>
          <w:szCs w:val="32"/>
          <w:lang w:val="nl-NL"/>
        </w:rPr>
        <w:t xml:space="preserve"> </w:t>
      </w:r>
      <w:r w:rsidR="000F7B15" w:rsidRPr="000F7B15">
        <w:rPr>
          <w:sz w:val="32"/>
          <w:szCs w:val="32"/>
          <w:lang w:val="nl-NL"/>
        </w:rPr>
        <w:t xml:space="preserve">Maaionderhoud </w:t>
      </w:r>
      <w:r w:rsidR="0068647D" w:rsidRPr="00F176F2">
        <w:rPr>
          <w:sz w:val="32"/>
          <w:szCs w:val="32"/>
          <w:lang w:val="nl-NL"/>
        </w:rPr>
        <w:t>K</w:t>
      </w:r>
      <w:r w:rsidR="000F7B15" w:rsidRPr="00F176F2">
        <w:rPr>
          <w:sz w:val="32"/>
          <w:szCs w:val="32"/>
          <w:lang w:val="nl-NL"/>
        </w:rPr>
        <w:t>eringen perceel 1 Noord</w:t>
      </w:r>
      <w:r w:rsidR="009122FD" w:rsidRPr="00F176F2">
        <w:rPr>
          <w:sz w:val="32"/>
          <w:szCs w:val="32"/>
          <w:lang w:val="nl-NL"/>
        </w:rPr>
        <w:t xml:space="preserve"> of perceel 2 Zuid</w:t>
      </w:r>
      <w:r w:rsidR="000F6FD6" w:rsidRPr="00F176F2">
        <w:rPr>
          <w:sz w:val="32"/>
          <w:szCs w:val="32"/>
          <w:lang w:val="nl-NL"/>
        </w:rPr>
        <w:t>’</w:t>
      </w:r>
    </w:p>
    <w:p w14:paraId="105824C7" w14:textId="77777777" w:rsidR="00381EA0" w:rsidRPr="000F7B15" w:rsidRDefault="009F35D1">
      <w:pPr>
        <w:pStyle w:val="Kop1"/>
        <w:rPr>
          <w:lang w:val="nl-NL"/>
        </w:rPr>
      </w:pPr>
      <w:r w:rsidRPr="000F7B15">
        <w:rPr>
          <w:lang w:val="nl-NL"/>
        </w:rPr>
        <w:t>1. Inleiding</w:t>
      </w:r>
    </w:p>
    <w:p w14:paraId="26C341E0" w14:textId="25337F73" w:rsidR="00B81577" w:rsidRPr="000F7B15" w:rsidRDefault="00B81577" w:rsidP="00B81577">
      <w:pPr>
        <w:rPr>
          <w:lang w:val="nl-NL"/>
        </w:rPr>
      </w:pPr>
      <w:r w:rsidRPr="000F7B15">
        <w:rPr>
          <w:lang w:val="nl-NL"/>
        </w:rPr>
        <w:t xml:space="preserve">Korte toelichting door </w:t>
      </w:r>
      <w:r>
        <w:rPr>
          <w:lang w:val="nl-NL"/>
        </w:rPr>
        <w:t>O</w:t>
      </w:r>
      <w:r w:rsidRPr="000F7B15">
        <w:rPr>
          <w:lang w:val="nl-NL"/>
        </w:rPr>
        <w:t>pdracht</w:t>
      </w:r>
      <w:r>
        <w:rPr>
          <w:lang w:val="nl-NL"/>
        </w:rPr>
        <w:t xml:space="preserve">gever op het </w:t>
      </w:r>
      <w:r w:rsidR="00DA53D7">
        <w:rPr>
          <w:lang w:val="nl-NL"/>
        </w:rPr>
        <w:t>Plan van aanpak</w:t>
      </w:r>
      <w:r w:rsidRPr="000F7B15">
        <w:rPr>
          <w:lang w:val="nl-NL"/>
        </w:rPr>
        <w:t>:</w:t>
      </w:r>
    </w:p>
    <w:p w14:paraId="2BC2E825" w14:textId="76250427" w:rsidR="00B81577" w:rsidRPr="000F3171" w:rsidRDefault="00DA53D7" w:rsidP="00B81577">
      <w:pPr>
        <w:pStyle w:val="Duidelijkcitaat"/>
        <w:rPr>
          <w:lang w:val="nl-NL"/>
        </w:rPr>
      </w:pPr>
      <w:r>
        <w:rPr>
          <w:lang w:val="nl-NL"/>
        </w:rPr>
        <w:t xml:space="preserve">Dit </w:t>
      </w:r>
      <w:r w:rsidR="00AE6F74">
        <w:rPr>
          <w:lang w:val="nl-NL"/>
        </w:rPr>
        <w:t>P</w:t>
      </w:r>
      <w:r>
        <w:rPr>
          <w:lang w:val="nl-NL"/>
        </w:rPr>
        <w:t xml:space="preserve">lan van aanpak </w:t>
      </w:r>
      <w:r w:rsidR="00454AF2">
        <w:rPr>
          <w:lang w:val="nl-NL"/>
        </w:rPr>
        <w:t xml:space="preserve">is een nadere invulling </w:t>
      </w:r>
      <w:r w:rsidR="00810B49">
        <w:rPr>
          <w:lang w:val="nl-NL"/>
        </w:rPr>
        <w:t>en concreti</w:t>
      </w:r>
      <w:r w:rsidR="00596483">
        <w:rPr>
          <w:lang w:val="nl-NL"/>
        </w:rPr>
        <w:t xml:space="preserve">sering </w:t>
      </w:r>
      <w:r w:rsidR="00454AF2">
        <w:rPr>
          <w:lang w:val="nl-NL"/>
        </w:rPr>
        <w:t xml:space="preserve">van de </w:t>
      </w:r>
      <w:r w:rsidR="009372F7">
        <w:rPr>
          <w:lang w:val="nl-NL"/>
        </w:rPr>
        <w:t xml:space="preserve">eisen en uitgangspunten zoals opgenomen in de </w:t>
      </w:r>
      <w:r w:rsidR="00596483">
        <w:rPr>
          <w:lang w:val="nl-NL"/>
        </w:rPr>
        <w:t>a</w:t>
      </w:r>
      <w:r w:rsidR="009372F7">
        <w:rPr>
          <w:lang w:val="nl-NL"/>
        </w:rPr>
        <w:t>anbestedingsstukken</w:t>
      </w:r>
      <w:r w:rsidR="00010D76">
        <w:rPr>
          <w:lang w:val="nl-NL"/>
        </w:rPr>
        <w:t xml:space="preserve"> en behoort tot de </w:t>
      </w:r>
      <w:r w:rsidR="00454AF2">
        <w:rPr>
          <w:lang w:val="nl-NL"/>
        </w:rPr>
        <w:t>contractuele verplichtingen van Opdrachtnemer. Aanvullende maatregelen of werkwijzen in dit plan worden geacht te zijn inbegrepen in de inschrijf</w:t>
      </w:r>
      <w:r w:rsidR="00F65AA4">
        <w:rPr>
          <w:lang w:val="nl-NL"/>
        </w:rPr>
        <w:t>prijs en geven geen recht op vergoeding van meerkosten</w:t>
      </w:r>
      <w:r w:rsidR="00AE15AB">
        <w:rPr>
          <w:lang w:val="nl-NL"/>
        </w:rPr>
        <w:t xml:space="preserve">, tenzij de Opdrachtgever een expliciete wijziging van de </w:t>
      </w:r>
      <w:r w:rsidR="00FA7448">
        <w:rPr>
          <w:lang w:val="nl-NL"/>
        </w:rPr>
        <w:t>O</w:t>
      </w:r>
      <w:r w:rsidR="00AE15AB">
        <w:rPr>
          <w:lang w:val="nl-NL"/>
        </w:rPr>
        <w:t>pdracht initieert.</w:t>
      </w:r>
    </w:p>
    <w:p w14:paraId="2087A037" w14:textId="1A433A4A" w:rsidR="00381EA0" w:rsidRPr="000F7B15" w:rsidRDefault="009F35D1">
      <w:pPr>
        <w:rPr>
          <w:lang w:val="nl-NL"/>
        </w:rPr>
      </w:pPr>
      <w:r w:rsidRPr="000F7B15">
        <w:rPr>
          <w:lang w:val="nl-NL"/>
        </w:rPr>
        <w:t xml:space="preserve">Korte </w:t>
      </w:r>
      <w:r w:rsidR="00E44BC3">
        <w:rPr>
          <w:lang w:val="nl-NL"/>
        </w:rPr>
        <w:t xml:space="preserve">visie </w:t>
      </w:r>
      <w:r w:rsidR="001C6130">
        <w:rPr>
          <w:lang w:val="nl-NL"/>
        </w:rPr>
        <w:t xml:space="preserve">van </w:t>
      </w:r>
      <w:r w:rsidR="000F7B15">
        <w:rPr>
          <w:lang w:val="nl-NL"/>
        </w:rPr>
        <w:t>O</w:t>
      </w:r>
      <w:r w:rsidRPr="000F7B15">
        <w:rPr>
          <w:lang w:val="nl-NL"/>
        </w:rPr>
        <w:t>pdrachtnemer op de uitvoering van de opdracht:</w:t>
      </w:r>
    </w:p>
    <w:p w14:paraId="0E1A211F" w14:textId="77777777" w:rsidR="00381EA0" w:rsidRPr="000F7B15" w:rsidRDefault="009F35D1">
      <w:pPr>
        <w:pStyle w:val="Duidelijkcitaat"/>
        <w:rPr>
          <w:lang w:val="nl-NL"/>
        </w:rPr>
      </w:pPr>
      <w:r w:rsidRPr="000F7B15">
        <w:rPr>
          <w:lang w:val="nl-NL"/>
        </w:rPr>
        <w:t>[...]</w:t>
      </w:r>
    </w:p>
    <w:p w14:paraId="1B754C26" w14:textId="77777777" w:rsidR="00381EA0" w:rsidRPr="000F7B15" w:rsidRDefault="009F35D1">
      <w:pPr>
        <w:pStyle w:val="Kop1"/>
        <w:rPr>
          <w:lang w:val="nl-NL"/>
        </w:rPr>
      </w:pPr>
      <w:r w:rsidRPr="000F7B15">
        <w:rPr>
          <w:lang w:val="nl-NL"/>
        </w:rPr>
        <w:t>2. Flexibiliteit bij onvoorziene omstandigheden en piekvraag</w:t>
      </w:r>
    </w:p>
    <w:p w14:paraId="41E072C6" w14:textId="77777777" w:rsidR="000F7B15" w:rsidRDefault="009F35D1" w:rsidP="000F7B15">
      <w:pPr>
        <w:pStyle w:val="Geenafstand"/>
        <w:rPr>
          <w:lang w:val="nl-NL"/>
        </w:rPr>
      </w:pPr>
      <w:r w:rsidRPr="000F7B15">
        <w:rPr>
          <w:lang w:val="nl-NL"/>
        </w:rPr>
        <w:t>Uitgangspunten opdrachtgever:</w:t>
      </w:r>
    </w:p>
    <w:p w14:paraId="3FBB2562" w14:textId="0830BD5C" w:rsidR="000F7B15" w:rsidRDefault="009F35D1">
      <w:pPr>
        <w:rPr>
          <w:lang w:val="nl-NL"/>
        </w:rPr>
      </w:pPr>
      <w:r w:rsidRPr="000F7B15">
        <w:rPr>
          <w:lang w:val="nl-NL"/>
        </w:rPr>
        <w:t xml:space="preserve">- </w:t>
      </w:r>
      <w:r w:rsidR="000F7B15">
        <w:rPr>
          <w:lang w:val="nl-NL"/>
        </w:rPr>
        <w:t>O</w:t>
      </w:r>
      <w:r w:rsidRPr="000F7B15">
        <w:rPr>
          <w:lang w:val="nl-NL"/>
        </w:rPr>
        <w:t xml:space="preserve">pdrachtnemer is in staat om </w:t>
      </w:r>
      <w:r w:rsidR="000F7B15">
        <w:rPr>
          <w:lang w:val="nl-NL"/>
        </w:rPr>
        <w:t xml:space="preserve">tijdens de uitvoering van dit contract om te gaan met (dreigende) omstandigheden die invloed kunnen hebben op de uitvoering van de werkzaamheden, zoals extreme weersomstandigheden </w:t>
      </w:r>
      <w:r w:rsidR="005F33B9">
        <w:rPr>
          <w:lang w:val="nl-NL"/>
        </w:rPr>
        <w:t xml:space="preserve"> (zeer droge of natte perioden)  </w:t>
      </w:r>
      <w:r w:rsidR="000F7B15">
        <w:rPr>
          <w:lang w:val="nl-NL"/>
        </w:rPr>
        <w:t xml:space="preserve">of gelijktijdige piekvragen van meerdere opdrachtgevers. </w:t>
      </w:r>
    </w:p>
    <w:p w14:paraId="6B127669" w14:textId="201FE068" w:rsidR="00381EA0" w:rsidRPr="000F7B15" w:rsidRDefault="009F35D1">
      <w:pPr>
        <w:rPr>
          <w:lang w:val="nl-NL"/>
        </w:rPr>
      </w:pPr>
      <w:r w:rsidRPr="000F7B15">
        <w:rPr>
          <w:lang w:val="nl-NL"/>
        </w:rPr>
        <w:t xml:space="preserve">Door </w:t>
      </w:r>
      <w:r w:rsidR="004173B6">
        <w:rPr>
          <w:lang w:val="nl-NL"/>
        </w:rPr>
        <w:t>O</w:t>
      </w:r>
      <w:r w:rsidRPr="000F7B15">
        <w:rPr>
          <w:lang w:val="nl-NL"/>
        </w:rPr>
        <w:t>pdrachtnemer in te vullen:</w:t>
      </w:r>
    </w:p>
    <w:p w14:paraId="79C3A1B2" w14:textId="3A715C5C" w:rsidR="000F7B15" w:rsidRDefault="009F35D1">
      <w:pPr>
        <w:rPr>
          <w:lang w:val="nl-NL"/>
        </w:rPr>
      </w:pPr>
      <w:r w:rsidRPr="000F7B15">
        <w:rPr>
          <w:lang w:val="nl-NL"/>
        </w:rPr>
        <w:t>• Welke maatregelen worden getroffen om flexibel te kunnen opschalen</w:t>
      </w:r>
      <w:r w:rsidR="001F015E">
        <w:rPr>
          <w:lang w:val="nl-NL"/>
        </w:rPr>
        <w:t xml:space="preserve"> en flex</w:t>
      </w:r>
      <w:r w:rsidR="00FE480B">
        <w:rPr>
          <w:lang w:val="nl-NL"/>
        </w:rPr>
        <w:t>ibiliteit te garanderen in menskracht, materieel en middelen</w:t>
      </w:r>
      <w:r w:rsidRPr="000F7B15">
        <w:rPr>
          <w:lang w:val="nl-NL"/>
        </w:rPr>
        <w:t>?</w:t>
      </w:r>
    </w:p>
    <w:p w14:paraId="016294BF" w14:textId="77777777" w:rsidR="000F7B15" w:rsidRPr="000F7B15" w:rsidRDefault="000F7B15" w:rsidP="000F7B15">
      <w:pPr>
        <w:pStyle w:val="Duidelijkcitaat"/>
        <w:rPr>
          <w:lang w:val="nl-NL"/>
        </w:rPr>
      </w:pPr>
      <w:r w:rsidRPr="000F7B15">
        <w:rPr>
          <w:lang w:val="nl-NL"/>
        </w:rPr>
        <w:t>[...]</w:t>
      </w:r>
    </w:p>
    <w:p w14:paraId="14CD3B59" w14:textId="77777777" w:rsidR="000F7B15" w:rsidRDefault="009F35D1">
      <w:pPr>
        <w:rPr>
          <w:lang w:val="nl-NL"/>
        </w:rPr>
      </w:pPr>
      <w:r w:rsidRPr="000F7B15">
        <w:rPr>
          <w:lang w:val="nl-NL"/>
        </w:rPr>
        <w:br/>
        <w:t>• Hoe wordt geborgd dat werkzaamheden geen vertraging oplopen bij onverwachte omstandigheden?</w:t>
      </w:r>
    </w:p>
    <w:p w14:paraId="2FC06DD6" w14:textId="77777777" w:rsidR="000F7B15" w:rsidRPr="000F7B15" w:rsidRDefault="000F7B15" w:rsidP="000F7B15">
      <w:pPr>
        <w:pStyle w:val="Duidelijkcitaat"/>
        <w:rPr>
          <w:lang w:val="nl-NL"/>
        </w:rPr>
      </w:pPr>
      <w:r w:rsidRPr="000F7B15">
        <w:rPr>
          <w:lang w:val="nl-NL"/>
        </w:rPr>
        <w:t>[...]</w:t>
      </w:r>
    </w:p>
    <w:p w14:paraId="4FF1E7C9" w14:textId="5A4ACFC7" w:rsidR="00A025AC" w:rsidRDefault="00274912" w:rsidP="00A025AC">
      <w:pPr>
        <w:rPr>
          <w:lang w:val="nl-NL"/>
        </w:rPr>
      </w:pPr>
      <w:r w:rsidRPr="000F7B15">
        <w:rPr>
          <w:lang w:val="nl-NL"/>
        </w:rPr>
        <w:t xml:space="preserve">• </w:t>
      </w:r>
      <w:r w:rsidR="00A025AC">
        <w:rPr>
          <w:lang w:val="nl-NL"/>
        </w:rPr>
        <w:t xml:space="preserve">Hoe wordt geborgd dat </w:t>
      </w:r>
      <w:r w:rsidR="001F015E">
        <w:rPr>
          <w:lang w:val="nl-NL"/>
        </w:rPr>
        <w:t xml:space="preserve">afspraken worden nagekomen </w:t>
      </w:r>
      <w:r w:rsidR="00A025AC">
        <w:rPr>
          <w:lang w:val="nl-NL"/>
        </w:rPr>
        <w:t xml:space="preserve">bij </w:t>
      </w:r>
      <w:r w:rsidR="00506D8C">
        <w:rPr>
          <w:lang w:val="nl-NL"/>
        </w:rPr>
        <w:t xml:space="preserve">gelijktijdige </w:t>
      </w:r>
      <w:r w:rsidR="00ED74BB">
        <w:rPr>
          <w:lang w:val="nl-NL"/>
        </w:rPr>
        <w:t>vraag van andere opdrachtgever(s)</w:t>
      </w:r>
      <w:r w:rsidR="00A025AC">
        <w:rPr>
          <w:lang w:val="nl-NL"/>
        </w:rPr>
        <w:t xml:space="preserve">? </w:t>
      </w:r>
    </w:p>
    <w:p w14:paraId="2DEDA937" w14:textId="77777777" w:rsidR="004A461B" w:rsidRPr="000F7B15" w:rsidRDefault="004A461B" w:rsidP="004A461B">
      <w:pPr>
        <w:pStyle w:val="Duidelijkcitaat"/>
        <w:rPr>
          <w:lang w:val="nl-NL"/>
        </w:rPr>
      </w:pPr>
      <w:r w:rsidRPr="000F7B15">
        <w:rPr>
          <w:lang w:val="nl-NL"/>
        </w:rPr>
        <w:t>[...]</w:t>
      </w:r>
    </w:p>
    <w:p w14:paraId="3B276A59" w14:textId="388B5E9C" w:rsidR="00A025AC" w:rsidRPr="000F7B15" w:rsidRDefault="00A025AC" w:rsidP="00A025AC">
      <w:pPr>
        <w:rPr>
          <w:lang w:val="nl-NL"/>
        </w:rPr>
      </w:pPr>
      <w:r w:rsidRPr="000F7B15">
        <w:rPr>
          <w:lang w:val="nl-NL"/>
        </w:rPr>
        <w:lastRenderedPageBreak/>
        <w:t xml:space="preserve">• </w:t>
      </w:r>
      <w:r>
        <w:rPr>
          <w:lang w:val="nl-NL"/>
        </w:rPr>
        <w:t xml:space="preserve">Hoe wordt geborgd dat </w:t>
      </w:r>
      <w:r w:rsidR="00FE480B">
        <w:rPr>
          <w:lang w:val="nl-NL"/>
        </w:rPr>
        <w:t xml:space="preserve">de afgesproken kwaliteit en planning worden </w:t>
      </w:r>
      <w:r w:rsidR="00DC3786">
        <w:rPr>
          <w:lang w:val="nl-NL"/>
        </w:rPr>
        <w:t xml:space="preserve">nagekomen </w:t>
      </w:r>
      <w:r>
        <w:rPr>
          <w:lang w:val="nl-NL"/>
        </w:rPr>
        <w:t xml:space="preserve">bij aanpassing van planning en uitvoering aan veranderde omstandigheden? </w:t>
      </w:r>
    </w:p>
    <w:p w14:paraId="1A1E2593" w14:textId="77777777" w:rsidR="00DF0A97" w:rsidRPr="000F7B15" w:rsidRDefault="00DF0A97" w:rsidP="00DF0A97">
      <w:pPr>
        <w:pStyle w:val="Duidelijkcitaat"/>
        <w:rPr>
          <w:lang w:val="nl-NL"/>
        </w:rPr>
      </w:pPr>
      <w:r w:rsidRPr="000F7B15">
        <w:rPr>
          <w:lang w:val="nl-NL"/>
        </w:rPr>
        <w:t>[...]</w:t>
      </w:r>
    </w:p>
    <w:p w14:paraId="3E5589A3" w14:textId="6E5B9031" w:rsidR="00381EA0" w:rsidRPr="000F7B15" w:rsidRDefault="009F35D1">
      <w:pPr>
        <w:rPr>
          <w:lang w:val="nl-NL"/>
        </w:rPr>
      </w:pPr>
      <w:r w:rsidRPr="000F7B15">
        <w:rPr>
          <w:lang w:val="nl-NL"/>
        </w:rPr>
        <w:br/>
        <w:t xml:space="preserve">• Welke communicatie wordt richting </w:t>
      </w:r>
      <w:r w:rsidR="00DF0A97">
        <w:rPr>
          <w:lang w:val="nl-NL"/>
        </w:rPr>
        <w:t>O</w:t>
      </w:r>
      <w:r w:rsidRPr="000F7B15">
        <w:rPr>
          <w:lang w:val="nl-NL"/>
        </w:rPr>
        <w:t>pdrachtgever gehanteerd bij wijzigende omstandigheden?</w:t>
      </w:r>
    </w:p>
    <w:p w14:paraId="56410E3E" w14:textId="0940702F" w:rsidR="00381EA0" w:rsidRPr="000F7B15" w:rsidRDefault="009F35D1" w:rsidP="00867857">
      <w:pPr>
        <w:pStyle w:val="Duidelijkcitaat"/>
        <w:rPr>
          <w:lang w:val="nl-NL"/>
        </w:rPr>
      </w:pPr>
      <w:r w:rsidRPr="000F7B15">
        <w:rPr>
          <w:lang w:val="nl-NL"/>
        </w:rPr>
        <w:t>[...]</w:t>
      </w:r>
    </w:p>
    <w:p w14:paraId="18CC5198" w14:textId="01F0C01D" w:rsidR="00381EA0" w:rsidRPr="000F7B15" w:rsidRDefault="00867857">
      <w:pPr>
        <w:pStyle w:val="Kop1"/>
        <w:rPr>
          <w:lang w:val="nl-NL"/>
        </w:rPr>
      </w:pPr>
      <w:r>
        <w:rPr>
          <w:lang w:val="nl-NL"/>
        </w:rPr>
        <w:t>3</w:t>
      </w:r>
      <w:r w:rsidR="009F35D1" w:rsidRPr="000F7B15">
        <w:rPr>
          <w:lang w:val="nl-NL"/>
        </w:rPr>
        <w:t xml:space="preserve">. Concreet toepassen van de </w:t>
      </w:r>
      <w:r w:rsidR="00862609">
        <w:rPr>
          <w:lang w:val="nl-NL"/>
        </w:rPr>
        <w:t>G</w:t>
      </w:r>
      <w:r w:rsidR="009F35D1" w:rsidRPr="000F7B15">
        <w:rPr>
          <w:lang w:val="nl-NL"/>
        </w:rPr>
        <w:t xml:space="preserve">edragscode </w:t>
      </w:r>
      <w:r w:rsidR="00786E27">
        <w:rPr>
          <w:lang w:val="nl-NL"/>
        </w:rPr>
        <w:t xml:space="preserve">Soortenbescherming voor de Unie van Waterschappen (hierna Gedragscode) </w:t>
      </w:r>
      <w:r w:rsidR="009F35D1" w:rsidRPr="000F7B15">
        <w:rPr>
          <w:lang w:val="nl-NL"/>
        </w:rPr>
        <w:t>tijdens uitvoering</w:t>
      </w:r>
      <w:r w:rsidR="00786E27">
        <w:rPr>
          <w:lang w:val="nl-NL"/>
        </w:rPr>
        <w:t xml:space="preserve"> van de Opdracht</w:t>
      </w:r>
    </w:p>
    <w:p w14:paraId="7162EB5D" w14:textId="0C06D335" w:rsidR="00381EA0" w:rsidRPr="000F7B15" w:rsidRDefault="009F35D1" w:rsidP="000D5964">
      <w:pPr>
        <w:pStyle w:val="Geenafstand"/>
        <w:rPr>
          <w:lang w:val="nl-NL"/>
        </w:rPr>
      </w:pPr>
      <w:r w:rsidRPr="000F7B15">
        <w:rPr>
          <w:lang w:val="nl-NL"/>
        </w:rPr>
        <w:t xml:space="preserve">Uitgangspunten </w:t>
      </w:r>
      <w:r w:rsidR="000C2062">
        <w:rPr>
          <w:lang w:val="nl-NL"/>
        </w:rPr>
        <w:t>O</w:t>
      </w:r>
      <w:r w:rsidRPr="000F7B15">
        <w:rPr>
          <w:lang w:val="nl-NL"/>
        </w:rPr>
        <w:t>pdrachtgever:</w:t>
      </w:r>
    </w:p>
    <w:p w14:paraId="7AEC42FF" w14:textId="7CE15458" w:rsidR="00381EA0" w:rsidRPr="000F7B15" w:rsidRDefault="009F35D1">
      <w:pPr>
        <w:rPr>
          <w:lang w:val="nl-NL"/>
        </w:rPr>
      </w:pPr>
      <w:r w:rsidRPr="000F7B15">
        <w:rPr>
          <w:lang w:val="nl-NL"/>
        </w:rPr>
        <w:t>- De Gedragscode is leidend in houding en gedrag op de werkplek.</w:t>
      </w:r>
      <w:r w:rsidRPr="000F7B15">
        <w:rPr>
          <w:lang w:val="nl-NL"/>
        </w:rPr>
        <w:br/>
        <w:t xml:space="preserve">- Van </w:t>
      </w:r>
      <w:r w:rsidR="000D5964">
        <w:rPr>
          <w:lang w:val="nl-NL"/>
        </w:rPr>
        <w:t>O</w:t>
      </w:r>
      <w:r w:rsidRPr="000F7B15">
        <w:rPr>
          <w:lang w:val="nl-NL"/>
        </w:rPr>
        <w:t xml:space="preserve">pdrachtnemer wordt verwacht dat medewerkers bekend zijn met deze </w:t>
      </w:r>
      <w:r w:rsidR="000C2062">
        <w:rPr>
          <w:lang w:val="nl-NL"/>
        </w:rPr>
        <w:t>Gedrags</w:t>
      </w:r>
      <w:r w:rsidRPr="000F7B15">
        <w:rPr>
          <w:lang w:val="nl-NL"/>
        </w:rPr>
        <w:t>code en zich ernaar gedragen.</w:t>
      </w:r>
    </w:p>
    <w:p w14:paraId="54D32659" w14:textId="2F4907A3" w:rsidR="00381EA0" w:rsidRPr="000F7B15" w:rsidRDefault="009F35D1">
      <w:pPr>
        <w:rPr>
          <w:lang w:val="nl-NL"/>
        </w:rPr>
      </w:pPr>
      <w:r w:rsidRPr="000F7B15">
        <w:rPr>
          <w:lang w:val="nl-NL"/>
        </w:rPr>
        <w:t xml:space="preserve">Door </w:t>
      </w:r>
      <w:r w:rsidR="000D5964">
        <w:rPr>
          <w:lang w:val="nl-NL"/>
        </w:rPr>
        <w:t>O</w:t>
      </w:r>
      <w:r w:rsidRPr="000F7B15">
        <w:rPr>
          <w:lang w:val="nl-NL"/>
        </w:rPr>
        <w:t>pdrachtnemer in te vullen:</w:t>
      </w:r>
    </w:p>
    <w:p w14:paraId="7A18C2D3" w14:textId="6B6DBEB9" w:rsidR="000D5964" w:rsidRDefault="009F35D1">
      <w:pPr>
        <w:rPr>
          <w:lang w:val="nl-NL"/>
        </w:rPr>
      </w:pPr>
      <w:r w:rsidRPr="000F7B15">
        <w:rPr>
          <w:lang w:val="nl-NL"/>
        </w:rPr>
        <w:t xml:space="preserve">• Hoe wordt de </w:t>
      </w:r>
      <w:r w:rsidR="000D5964">
        <w:rPr>
          <w:lang w:val="nl-NL"/>
        </w:rPr>
        <w:t>G</w:t>
      </w:r>
      <w:r w:rsidRPr="000F7B15">
        <w:rPr>
          <w:lang w:val="nl-NL"/>
        </w:rPr>
        <w:t xml:space="preserve">edragscode onder de aandacht gebracht </w:t>
      </w:r>
      <w:r w:rsidR="00091E2E">
        <w:rPr>
          <w:lang w:val="nl-NL"/>
        </w:rPr>
        <w:t xml:space="preserve">van </w:t>
      </w:r>
      <w:r w:rsidR="005E3E01">
        <w:rPr>
          <w:lang w:val="nl-NL"/>
        </w:rPr>
        <w:t>de</w:t>
      </w:r>
      <w:r w:rsidR="00091E2E">
        <w:rPr>
          <w:lang w:val="nl-NL"/>
        </w:rPr>
        <w:t xml:space="preserve"> in te zetten </w:t>
      </w:r>
      <w:r w:rsidR="005E3E01">
        <w:rPr>
          <w:lang w:val="nl-NL"/>
        </w:rPr>
        <w:t xml:space="preserve">medewerkers </w:t>
      </w:r>
      <w:r w:rsidRPr="000F7B15">
        <w:rPr>
          <w:lang w:val="nl-NL"/>
        </w:rPr>
        <w:t xml:space="preserve">binnen </w:t>
      </w:r>
      <w:r w:rsidR="00B77DCF">
        <w:rPr>
          <w:lang w:val="nl-NL"/>
        </w:rPr>
        <w:t xml:space="preserve">de </w:t>
      </w:r>
      <w:r w:rsidR="000C2062">
        <w:rPr>
          <w:lang w:val="nl-NL"/>
        </w:rPr>
        <w:t>O</w:t>
      </w:r>
      <w:r w:rsidR="00B77DCF">
        <w:rPr>
          <w:lang w:val="nl-NL"/>
        </w:rPr>
        <w:t>pdracht</w:t>
      </w:r>
      <w:r w:rsidRPr="000F7B15">
        <w:rPr>
          <w:lang w:val="nl-NL"/>
        </w:rPr>
        <w:t>?</w:t>
      </w:r>
    </w:p>
    <w:p w14:paraId="22F71855" w14:textId="77777777" w:rsidR="000D5964" w:rsidRPr="000F7B15" w:rsidRDefault="000D5964" w:rsidP="000D5964">
      <w:pPr>
        <w:pStyle w:val="Duidelijkcitaat"/>
        <w:rPr>
          <w:lang w:val="nl-NL"/>
        </w:rPr>
      </w:pPr>
      <w:r w:rsidRPr="000F7B15">
        <w:rPr>
          <w:lang w:val="nl-NL"/>
        </w:rPr>
        <w:t>[...]</w:t>
      </w:r>
    </w:p>
    <w:p w14:paraId="2F9E97DD" w14:textId="57075B55" w:rsidR="00381EA0" w:rsidRPr="000F7B15" w:rsidRDefault="009F35D1" w:rsidP="008A5EA0">
      <w:pPr>
        <w:rPr>
          <w:lang w:val="nl-NL"/>
        </w:rPr>
      </w:pPr>
      <w:r w:rsidRPr="000F7B15">
        <w:rPr>
          <w:lang w:val="nl-NL"/>
        </w:rPr>
        <w:br/>
      </w:r>
    </w:p>
    <w:p w14:paraId="7234B54D" w14:textId="3BCBF8ED" w:rsidR="00381EA0" w:rsidRPr="000F7B15" w:rsidRDefault="00867857">
      <w:pPr>
        <w:pStyle w:val="Kop1"/>
        <w:rPr>
          <w:lang w:val="nl-NL"/>
        </w:rPr>
      </w:pPr>
      <w:r>
        <w:rPr>
          <w:lang w:val="nl-NL"/>
        </w:rPr>
        <w:t>4</w:t>
      </w:r>
      <w:r w:rsidR="009F35D1" w:rsidRPr="000F7B15">
        <w:rPr>
          <w:lang w:val="nl-NL"/>
        </w:rPr>
        <w:t>. Slot</w:t>
      </w:r>
    </w:p>
    <w:p w14:paraId="6B1C37C4" w14:textId="77777777" w:rsidR="00381EA0" w:rsidRPr="000F7B15" w:rsidRDefault="009F35D1">
      <w:pPr>
        <w:rPr>
          <w:lang w:val="nl-NL"/>
        </w:rPr>
      </w:pPr>
      <w:r w:rsidRPr="000F7B15">
        <w:rPr>
          <w:lang w:val="nl-NL"/>
        </w:rPr>
        <w:t>Bevestiging dat het plan conform contractuele eisen is opgesteld en eventuele afstemmingsmomenten worden gepland:</w:t>
      </w:r>
    </w:p>
    <w:p w14:paraId="34945084" w14:textId="77777777" w:rsidR="00381EA0" w:rsidRDefault="009F35D1">
      <w:pPr>
        <w:pStyle w:val="Duidelijkcitaat"/>
      </w:pPr>
      <w:r>
        <w:t>[...]</w:t>
      </w:r>
    </w:p>
    <w:sectPr w:rsidR="00381EA0" w:rsidSect="00034616">
      <w:footerReference w:type="default" r:id="rId11"/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3EB74" w14:textId="77777777" w:rsidR="00512B98" w:rsidRDefault="00512B98" w:rsidP="009F35D1">
      <w:pPr>
        <w:spacing w:after="0" w:line="240" w:lineRule="auto"/>
      </w:pPr>
      <w:r>
        <w:separator/>
      </w:r>
    </w:p>
  </w:endnote>
  <w:endnote w:type="continuationSeparator" w:id="0">
    <w:p w14:paraId="2A818F5C" w14:textId="77777777" w:rsidR="00512B98" w:rsidRDefault="00512B98" w:rsidP="009F35D1">
      <w:pPr>
        <w:spacing w:after="0" w:line="240" w:lineRule="auto"/>
      </w:pPr>
      <w:r>
        <w:continuationSeparator/>
      </w:r>
    </w:p>
  </w:endnote>
  <w:endnote w:type="continuationNotice" w:id="1">
    <w:p w14:paraId="1AA20F4C" w14:textId="77777777" w:rsidR="00512B98" w:rsidRDefault="00512B98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modern"/>
    <w:pitch w:val="fixed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877343869"/>
      <w:docPartObj>
        <w:docPartGallery w:val="Page Numbers (Bottom of Page)"/>
        <w:docPartUnique/>
      </w:docPartObj>
    </w:sdtPr>
    <w:sdtContent>
      <w:p w14:paraId="3041E522" w14:textId="77C38106" w:rsidR="009F35D1" w:rsidRDefault="009F35D1">
        <w:pPr>
          <w:pStyle w:val="Voettekst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nl-NL"/>
          </w:rPr>
          <w:t>2</w:t>
        </w:r>
        <w:r>
          <w:fldChar w:fldCharType="end"/>
        </w:r>
      </w:p>
    </w:sdtContent>
  </w:sdt>
  <w:p w14:paraId="30B6BE60" w14:textId="77777777" w:rsidR="009F35D1" w:rsidRDefault="009F35D1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6BC1CC3" w14:textId="77777777" w:rsidR="00512B98" w:rsidRDefault="00512B98" w:rsidP="009F35D1">
      <w:pPr>
        <w:spacing w:after="0" w:line="240" w:lineRule="auto"/>
      </w:pPr>
      <w:r>
        <w:separator/>
      </w:r>
    </w:p>
  </w:footnote>
  <w:footnote w:type="continuationSeparator" w:id="0">
    <w:p w14:paraId="4FF35605" w14:textId="77777777" w:rsidR="00512B98" w:rsidRDefault="00512B98" w:rsidP="009F35D1">
      <w:pPr>
        <w:spacing w:after="0" w:line="240" w:lineRule="auto"/>
      </w:pPr>
      <w:r>
        <w:continuationSeparator/>
      </w:r>
    </w:p>
  </w:footnote>
  <w:footnote w:type="continuationNotice" w:id="1">
    <w:p w14:paraId="0CA65F32" w14:textId="77777777" w:rsidR="00512B98" w:rsidRDefault="00512B98">
      <w:pPr>
        <w:spacing w:after="0"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jstnummering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jstnummering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jstopsomteken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jstopsomteken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jstnummering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jstopsomteken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95311847">
    <w:abstractNumId w:val="8"/>
  </w:num>
  <w:num w:numId="2" w16cid:durableId="1019234762">
    <w:abstractNumId w:val="6"/>
  </w:num>
  <w:num w:numId="3" w16cid:durableId="1839538582">
    <w:abstractNumId w:val="5"/>
  </w:num>
  <w:num w:numId="4" w16cid:durableId="426465457">
    <w:abstractNumId w:val="4"/>
  </w:num>
  <w:num w:numId="5" w16cid:durableId="1577207096">
    <w:abstractNumId w:val="7"/>
  </w:num>
  <w:num w:numId="6" w16cid:durableId="1866484676">
    <w:abstractNumId w:val="3"/>
  </w:num>
  <w:num w:numId="7" w16cid:durableId="413937472">
    <w:abstractNumId w:val="2"/>
  </w:num>
  <w:num w:numId="8" w16cid:durableId="1604655705">
    <w:abstractNumId w:val="1"/>
  </w:num>
  <w:num w:numId="9" w16cid:durableId="164576868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hyphenationZone w:val="425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10D76"/>
    <w:rsid w:val="00034616"/>
    <w:rsid w:val="0006063C"/>
    <w:rsid w:val="000641FF"/>
    <w:rsid w:val="00073012"/>
    <w:rsid w:val="00091E2E"/>
    <w:rsid w:val="000C2062"/>
    <w:rsid w:val="000D5964"/>
    <w:rsid w:val="000F3171"/>
    <w:rsid w:val="000F6FD6"/>
    <w:rsid w:val="000F7B15"/>
    <w:rsid w:val="0015074B"/>
    <w:rsid w:val="001709E8"/>
    <w:rsid w:val="001C6130"/>
    <w:rsid w:val="001F015E"/>
    <w:rsid w:val="00274912"/>
    <w:rsid w:val="002864F8"/>
    <w:rsid w:val="0029462C"/>
    <w:rsid w:val="0029639D"/>
    <w:rsid w:val="002D5FB1"/>
    <w:rsid w:val="00305B13"/>
    <w:rsid w:val="00326F90"/>
    <w:rsid w:val="00381EA0"/>
    <w:rsid w:val="00405443"/>
    <w:rsid w:val="004173B6"/>
    <w:rsid w:val="004241B0"/>
    <w:rsid w:val="00446F52"/>
    <w:rsid w:val="00454AF2"/>
    <w:rsid w:val="004A461B"/>
    <w:rsid w:val="00506D8C"/>
    <w:rsid w:val="00512B98"/>
    <w:rsid w:val="00533817"/>
    <w:rsid w:val="00596483"/>
    <w:rsid w:val="005A36A8"/>
    <w:rsid w:val="005E3E01"/>
    <w:rsid w:val="005F33B9"/>
    <w:rsid w:val="0067584B"/>
    <w:rsid w:val="00681F7F"/>
    <w:rsid w:val="0068647D"/>
    <w:rsid w:val="006A6D49"/>
    <w:rsid w:val="006E2FEF"/>
    <w:rsid w:val="00786E27"/>
    <w:rsid w:val="007E58A9"/>
    <w:rsid w:val="00807F72"/>
    <w:rsid w:val="00810B49"/>
    <w:rsid w:val="00862609"/>
    <w:rsid w:val="00867857"/>
    <w:rsid w:val="008A5EA0"/>
    <w:rsid w:val="008D252D"/>
    <w:rsid w:val="008D76D1"/>
    <w:rsid w:val="008F5824"/>
    <w:rsid w:val="00911ADC"/>
    <w:rsid w:val="009122FD"/>
    <w:rsid w:val="009372F7"/>
    <w:rsid w:val="009F35D1"/>
    <w:rsid w:val="00A025AC"/>
    <w:rsid w:val="00A438CD"/>
    <w:rsid w:val="00A537B2"/>
    <w:rsid w:val="00A71C66"/>
    <w:rsid w:val="00AA1D8D"/>
    <w:rsid w:val="00AC3EC0"/>
    <w:rsid w:val="00AE15AB"/>
    <w:rsid w:val="00AE6F74"/>
    <w:rsid w:val="00B47730"/>
    <w:rsid w:val="00B77DCF"/>
    <w:rsid w:val="00B81577"/>
    <w:rsid w:val="00BB1FCE"/>
    <w:rsid w:val="00C45826"/>
    <w:rsid w:val="00C46642"/>
    <w:rsid w:val="00CA45D4"/>
    <w:rsid w:val="00CB0664"/>
    <w:rsid w:val="00CD477C"/>
    <w:rsid w:val="00CF61B1"/>
    <w:rsid w:val="00D03698"/>
    <w:rsid w:val="00D17099"/>
    <w:rsid w:val="00DA53D7"/>
    <w:rsid w:val="00DB39BB"/>
    <w:rsid w:val="00DB5422"/>
    <w:rsid w:val="00DC3786"/>
    <w:rsid w:val="00DF0A97"/>
    <w:rsid w:val="00E23788"/>
    <w:rsid w:val="00E44BC3"/>
    <w:rsid w:val="00EC6634"/>
    <w:rsid w:val="00ED74BB"/>
    <w:rsid w:val="00F176F2"/>
    <w:rsid w:val="00F65AA4"/>
    <w:rsid w:val="00FA7448"/>
    <w:rsid w:val="00FC693F"/>
    <w:rsid w:val="00FE02BF"/>
    <w:rsid w:val="00FE48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2594EC1"/>
  <w14:defaultImageDpi w14:val="300"/>
  <w15:docId w15:val="{08F296BD-EDA8-4F9F-9C24-02534487BB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274912"/>
  </w:style>
  <w:style w:type="paragraph" w:styleId="Kop1">
    <w:name w:val="heading 1"/>
    <w:basedOn w:val="Standaard"/>
    <w:next w:val="Standaard"/>
    <w:link w:val="Kop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Kop3">
    <w:name w:val="heading 3"/>
    <w:basedOn w:val="Standaard"/>
    <w:next w:val="Standaard"/>
    <w:link w:val="Kop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E618BF"/>
  </w:style>
  <w:style w:type="paragraph" w:styleId="Voettekst">
    <w:name w:val="footer"/>
    <w:basedOn w:val="Standaard"/>
    <w:link w:val="Voettekst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E618BF"/>
  </w:style>
  <w:style w:type="paragraph" w:styleId="Geenafstand">
    <w:name w:val="No Spacing"/>
    <w:uiPriority w:val="1"/>
    <w:qFormat/>
    <w:rsid w:val="00FC693F"/>
    <w:pPr>
      <w:spacing w:after="0" w:line="240" w:lineRule="auto"/>
    </w:pPr>
  </w:style>
  <w:style w:type="character" w:customStyle="1" w:styleId="Kop1Char">
    <w:name w:val="Kop 1 Char"/>
    <w:basedOn w:val="Standaardalinea-lettertype"/>
    <w:link w:val="Kop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Kop2Char">
    <w:name w:val="Kop 2 Char"/>
    <w:basedOn w:val="Standaardalinea-lettertype"/>
    <w:link w:val="Kop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Kop3Char">
    <w:name w:val="Kop 3 Char"/>
    <w:basedOn w:val="Standaardalinea-lettertype"/>
    <w:link w:val="Kop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el">
    <w:name w:val="Title"/>
    <w:basedOn w:val="Standaard"/>
    <w:next w:val="Standaard"/>
    <w:link w:val="Titel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elChar">
    <w:name w:val="Titel Char"/>
    <w:basedOn w:val="Standaardalinea-lettertype"/>
    <w:link w:val="Titel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jstalinea">
    <w:name w:val="List Paragraph"/>
    <w:basedOn w:val="Standaard"/>
    <w:uiPriority w:val="34"/>
    <w:qFormat/>
    <w:rsid w:val="00FC693F"/>
    <w:pPr>
      <w:ind w:left="720"/>
      <w:contextualSpacing/>
    </w:pPr>
  </w:style>
  <w:style w:type="paragraph" w:styleId="Plattetekst">
    <w:name w:val="Body Text"/>
    <w:basedOn w:val="Standaard"/>
    <w:link w:val="PlattetekstChar"/>
    <w:uiPriority w:val="99"/>
    <w:unhideWhenUsed/>
    <w:rsid w:val="00AA1D8D"/>
    <w:pPr>
      <w:spacing w:after="120"/>
    </w:pPr>
  </w:style>
  <w:style w:type="character" w:customStyle="1" w:styleId="PlattetekstChar">
    <w:name w:val="Platte tekst Char"/>
    <w:basedOn w:val="Standaardalinea-lettertype"/>
    <w:link w:val="Plattetekst"/>
    <w:uiPriority w:val="99"/>
    <w:rsid w:val="00AA1D8D"/>
  </w:style>
  <w:style w:type="paragraph" w:styleId="Plattetekst2">
    <w:name w:val="Body Text 2"/>
    <w:basedOn w:val="Standaard"/>
    <w:link w:val="Plattetekst2Char"/>
    <w:uiPriority w:val="99"/>
    <w:unhideWhenUsed/>
    <w:rsid w:val="00AA1D8D"/>
    <w:pPr>
      <w:spacing w:after="120" w:line="480" w:lineRule="auto"/>
    </w:pPr>
  </w:style>
  <w:style w:type="character" w:customStyle="1" w:styleId="Plattetekst2Char">
    <w:name w:val="Platte tekst 2 Char"/>
    <w:basedOn w:val="Standaardalinea-lettertype"/>
    <w:link w:val="Plattetekst2"/>
    <w:uiPriority w:val="99"/>
    <w:rsid w:val="00AA1D8D"/>
  </w:style>
  <w:style w:type="paragraph" w:styleId="Plattetekst3">
    <w:name w:val="Body Text 3"/>
    <w:basedOn w:val="Standaard"/>
    <w:link w:val="Platteteks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Plattetekst3Char">
    <w:name w:val="Platte tekst 3 Char"/>
    <w:basedOn w:val="Standaardalinea-lettertype"/>
    <w:link w:val="Plattetekst3"/>
    <w:uiPriority w:val="99"/>
    <w:rsid w:val="00AA1D8D"/>
    <w:rPr>
      <w:sz w:val="16"/>
      <w:szCs w:val="16"/>
    </w:rPr>
  </w:style>
  <w:style w:type="paragraph" w:styleId="Lijst">
    <w:name w:val="List"/>
    <w:basedOn w:val="Standaard"/>
    <w:uiPriority w:val="99"/>
    <w:unhideWhenUsed/>
    <w:rsid w:val="00AA1D8D"/>
    <w:pPr>
      <w:ind w:left="360" w:hanging="360"/>
      <w:contextualSpacing/>
    </w:pPr>
  </w:style>
  <w:style w:type="paragraph" w:styleId="Lijst2">
    <w:name w:val="List 2"/>
    <w:basedOn w:val="Standaard"/>
    <w:uiPriority w:val="99"/>
    <w:unhideWhenUsed/>
    <w:rsid w:val="00326F90"/>
    <w:pPr>
      <w:ind w:left="720" w:hanging="360"/>
      <w:contextualSpacing/>
    </w:pPr>
  </w:style>
  <w:style w:type="paragraph" w:styleId="Lijst3">
    <w:name w:val="List 3"/>
    <w:basedOn w:val="Standaard"/>
    <w:uiPriority w:val="99"/>
    <w:unhideWhenUsed/>
    <w:rsid w:val="00326F90"/>
    <w:pPr>
      <w:ind w:left="1080" w:hanging="360"/>
      <w:contextualSpacing/>
    </w:pPr>
  </w:style>
  <w:style w:type="paragraph" w:styleId="Lijstopsomteken">
    <w:name w:val="List Bullet"/>
    <w:basedOn w:val="Standaard"/>
    <w:uiPriority w:val="99"/>
    <w:unhideWhenUsed/>
    <w:rsid w:val="00326F90"/>
    <w:pPr>
      <w:numPr>
        <w:numId w:val="1"/>
      </w:numPr>
      <w:contextualSpacing/>
    </w:pPr>
  </w:style>
  <w:style w:type="paragraph" w:styleId="Lijstopsomteken2">
    <w:name w:val="List Bullet 2"/>
    <w:basedOn w:val="Standaard"/>
    <w:uiPriority w:val="99"/>
    <w:unhideWhenUsed/>
    <w:rsid w:val="00326F90"/>
    <w:pPr>
      <w:numPr>
        <w:numId w:val="2"/>
      </w:numPr>
      <w:contextualSpacing/>
    </w:pPr>
  </w:style>
  <w:style w:type="paragraph" w:styleId="Lijstopsomteken3">
    <w:name w:val="List Bullet 3"/>
    <w:basedOn w:val="Standaard"/>
    <w:uiPriority w:val="99"/>
    <w:unhideWhenUsed/>
    <w:rsid w:val="00326F90"/>
    <w:pPr>
      <w:numPr>
        <w:numId w:val="3"/>
      </w:numPr>
      <w:contextualSpacing/>
    </w:pPr>
  </w:style>
  <w:style w:type="paragraph" w:styleId="Lijstnummering">
    <w:name w:val="List Number"/>
    <w:basedOn w:val="Standaard"/>
    <w:uiPriority w:val="99"/>
    <w:unhideWhenUsed/>
    <w:rsid w:val="00326F90"/>
    <w:pPr>
      <w:numPr>
        <w:numId w:val="5"/>
      </w:numPr>
      <w:contextualSpacing/>
    </w:pPr>
  </w:style>
  <w:style w:type="paragraph" w:styleId="Lijstnummering2">
    <w:name w:val="List Number 2"/>
    <w:basedOn w:val="Standaard"/>
    <w:uiPriority w:val="99"/>
    <w:unhideWhenUsed/>
    <w:rsid w:val="0029639D"/>
    <w:pPr>
      <w:numPr>
        <w:numId w:val="6"/>
      </w:numPr>
      <w:contextualSpacing/>
    </w:pPr>
  </w:style>
  <w:style w:type="paragraph" w:styleId="Lijstnummering3">
    <w:name w:val="List Number 3"/>
    <w:basedOn w:val="Standaard"/>
    <w:uiPriority w:val="99"/>
    <w:unhideWhenUsed/>
    <w:rsid w:val="0029639D"/>
    <w:pPr>
      <w:numPr>
        <w:numId w:val="7"/>
      </w:numPr>
      <w:contextualSpacing/>
    </w:pPr>
  </w:style>
  <w:style w:type="paragraph" w:styleId="Lijstvoortzetting">
    <w:name w:val="List Continue"/>
    <w:basedOn w:val="Standaard"/>
    <w:uiPriority w:val="99"/>
    <w:unhideWhenUsed/>
    <w:rsid w:val="0029639D"/>
    <w:pPr>
      <w:spacing w:after="120"/>
      <w:ind w:left="360"/>
      <w:contextualSpacing/>
    </w:pPr>
  </w:style>
  <w:style w:type="paragraph" w:styleId="Lijstvoortzetting2">
    <w:name w:val="List Continue 2"/>
    <w:basedOn w:val="Standaard"/>
    <w:uiPriority w:val="99"/>
    <w:unhideWhenUsed/>
    <w:rsid w:val="0029639D"/>
    <w:pPr>
      <w:spacing w:after="120"/>
      <w:ind w:left="720"/>
      <w:contextualSpacing/>
    </w:pPr>
  </w:style>
  <w:style w:type="paragraph" w:styleId="Lijstvoortzetting3">
    <w:name w:val="List Continue 3"/>
    <w:basedOn w:val="Standaard"/>
    <w:uiPriority w:val="99"/>
    <w:unhideWhenUsed/>
    <w:rsid w:val="0029639D"/>
    <w:pPr>
      <w:spacing w:after="120"/>
      <w:ind w:left="1080"/>
      <w:contextualSpacing/>
    </w:pPr>
  </w:style>
  <w:style w:type="paragraph" w:styleId="Macrotekst">
    <w:name w:val="macro"/>
    <w:link w:val="Macroteks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kstChar">
    <w:name w:val="Macrotekst Char"/>
    <w:basedOn w:val="Standaardalinea-lettertype"/>
    <w:link w:val="Macrotekst"/>
    <w:uiPriority w:val="99"/>
    <w:rsid w:val="0029639D"/>
    <w:rPr>
      <w:rFonts w:ascii="Courier" w:hAnsi="Courier"/>
      <w:sz w:val="20"/>
      <w:szCs w:val="20"/>
    </w:rPr>
  </w:style>
  <w:style w:type="paragraph" w:styleId="Citaat">
    <w:name w:val="Quote"/>
    <w:basedOn w:val="Standaard"/>
    <w:next w:val="Standaard"/>
    <w:link w:val="CitaatChar"/>
    <w:uiPriority w:val="29"/>
    <w:qFormat/>
    <w:rsid w:val="00FC693F"/>
    <w:rPr>
      <w:i/>
      <w:iCs/>
      <w:color w:val="000000" w:themeColor="text1"/>
    </w:rPr>
  </w:style>
  <w:style w:type="character" w:customStyle="1" w:styleId="CitaatChar">
    <w:name w:val="Citaat Char"/>
    <w:basedOn w:val="Standaardalinea-lettertype"/>
    <w:link w:val="Citaat"/>
    <w:uiPriority w:val="29"/>
    <w:rsid w:val="00FC693F"/>
    <w:rPr>
      <w:i/>
      <w:iCs/>
      <w:color w:val="000000" w:themeColor="text1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Bijschrift">
    <w:name w:val="caption"/>
    <w:basedOn w:val="Standaard"/>
    <w:next w:val="Standaard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Zwaar">
    <w:name w:val="Strong"/>
    <w:basedOn w:val="Standaardalinea-lettertype"/>
    <w:uiPriority w:val="22"/>
    <w:qFormat/>
    <w:rsid w:val="00FC693F"/>
    <w:rPr>
      <w:b/>
      <w:bCs/>
    </w:rPr>
  </w:style>
  <w:style w:type="character" w:styleId="Nadruk">
    <w:name w:val="Emphasis"/>
    <w:basedOn w:val="Standaardalinea-lettertype"/>
    <w:uiPriority w:val="20"/>
    <w:qFormat/>
    <w:rsid w:val="00FC693F"/>
    <w:rPr>
      <w:i/>
      <w:iCs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FC693F"/>
    <w:rPr>
      <w:b/>
      <w:bCs/>
      <w:i/>
      <w:iCs/>
      <w:color w:val="4F81BD" w:themeColor="accent1"/>
    </w:rPr>
  </w:style>
  <w:style w:type="character" w:styleId="Subtielebenadrukking">
    <w:name w:val="Subtle Emphasis"/>
    <w:basedOn w:val="Standaardalinea-lettertype"/>
    <w:uiPriority w:val="19"/>
    <w:qFormat/>
    <w:rsid w:val="00FC693F"/>
    <w:rPr>
      <w:i/>
      <w:iCs/>
      <w:color w:val="808080" w:themeColor="text1" w:themeTint="7F"/>
    </w:rPr>
  </w:style>
  <w:style w:type="character" w:styleId="Intensievebenadrukking">
    <w:name w:val="Intense Emphasis"/>
    <w:basedOn w:val="Standaardalinea-lettertype"/>
    <w:uiPriority w:val="21"/>
    <w:qFormat/>
    <w:rsid w:val="00FC693F"/>
    <w:rPr>
      <w:b/>
      <w:bCs/>
      <w:i/>
      <w:iCs/>
      <w:color w:val="4F81BD" w:themeColor="accent1"/>
    </w:rPr>
  </w:style>
  <w:style w:type="character" w:styleId="Subtieleverwijzing">
    <w:name w:val="Subtle Reference"/>
    <w:basedOn w:val="Standaardalinea-lettertype"/>
    <w:uiPriority w:val="31"/>
    <w:qFormat/>
    <w:rsid w:val="00FC693F"/>
    <w:rPr>
      <w:smallCaps/>
      <w:color w:val="C0504D" w:themeColor="accent2"/>
      <w:u w:val="single"/>
    </w:rPr>
  </w:style>
  <w:style w:type="character" w:styleId="Intensieveverwijzing">
    <w:name w:val="Intense Reference"/>
    <w:basedOn w:val="Standaardalinea-lettertype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Titelvanboek">
    <w:name w:val="Book Title"/>
    <w:basedOn w:val="Standaardalinea-lettertype"/>
    <w:uiPriority w:val="33"/>
    <w:qFormat/>
    <w:rsid w:val="00FC693F"/>
    <w:rPr>
      <w:b/>
      <w:bCs/>
      <w:smallCaps/>
      <w:spacing w:val="5"/>
    </w:rPr>
  </w:style>
  <w:style w:type="paragraph" w:styleId="Kopvaninhoudsopgave">
    <w:name w:val="TOC Heading"/>
    <w:basedOn w:val="Kop1"/>
    <w:next w:val="Standaard"/>
    <w:uiPriority w:val="39"/>
    <w:semiHidden/>
    <w:unhideWhenUsed/>
    <w:qFormat/>
    <w:rsid w:val="00FC693F"/>
    <w:pPr>
      <w:outlineLvl w:val="9"/>
    </w:pPr>
  </w:style>
  <w:style w:type="table" w:styleId="Tabelraster">
    <w:name w:val="Table Grid"/>
    <w:basedOn w:val="Standaardtabe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chtearcering">
    <w:name w:val="Light Shading"/>
    <w:basedOn w:val="Standaardtabe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chtearcering-accent1">
    <w:name w:val="Light Shading Accent 1"/>
    <w:basedOn w:val="Standaardtabe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chtearcering-accent2">
    <w:name w:val="Light Shading Accent 2"/>
    <w:basedOn w:val="Standaardtabe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chtearcering-accent3">
    <w:name w:val="Light Shading Accent 3"/>
    <w:basedOn w:val="Standaardtabe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chtearcering-accent4">
    <w:name w:val="Light Shading Accent 4"/>
    <w:basedOn w:val="Standaardtabe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chtearcering-accent5">
    <w:name w:val="Light Shading Accent 5"/>
    <w:basedOn w:val="Standaardtabe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chtearcering-accent6">
    <w:name w:val="Light Shading Accent 6"/>
    <w:basedOn w:val="Standaardtabe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chtelijst">
    <w:name w:val="Light List"/>
    <w:basedOn w:val="Standaardtabe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chtelijst-accent1">
    <w:name w:val="Light List Accent 1"/>
    <w:basedOn w:val="Standaardtabe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chtelijst-accent2">
    <w:name w:val="Light List Accent 2"/>
    <w:basedOn w:val="Standaardtabe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chtelijst-accent3">
    <w:name w:val="Light List Accent 3"/>
    <w:basedOn w:val="Standaardtabe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chtelijst-accent4">
    <w:name w:val="Light List Accent 4"/>
    <w:basedOn w:val="Standaardtabe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chtelijst-accent5">
    <w:name w:val="Light List Accent 5"/>
    <w:basedOn w:val="Standaardtabe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chtelijst-accent6">
    <w:name w:val="Light List Accent 6"/>
    <w:basedOn w:val="Standaardtabe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chtraster">
    <w:name w:val="Light Grid"/>
    <w:basedOn w:val="Standaardtabe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chtraster-accent1">
    <w:name w:val="Light Grid Accent 1"/>
    <w:basedOn w:val="Standaardtabe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chtraster-accent2">
    <w:name w:val="Light Grid Accent 2"/>
    <w:basedOn w:val="Standaardtabe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chtraster-accent3">
    <w:name w:val="Light Grid Accent 3"/>
    <w:basedOn w:val="Standaardtabe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chtraster-accent4">
    <w:name w:val="Light Grid Accent 4"/>
    <w:basedOn w:val="Standaardtabe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chtraster-accent5">
    <w:name w:val="Light Grid Accent 5"/>
    <w:basedOn w:val="Standaardtabe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chtraster-accent6">
    <w:name w:val="Light Grid Accent 6"/>
    <w:basedOn w:val="Standaardtabe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Gemiddeldearcering1">
    <w:name w:val="Medium Shading 1"/>
    <w:basedOn w:val="Standaardtabe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1">
    <w:name w:val="Medium Shading 1 Accent 1"/>
    <w:basedOn w:val="Standaardtabe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2">
    <w:name w:val="Medium Shading 1 Accent 2"/>
    <w:basedOn w:val="Standaardtabe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3">
    <w:name w:val="Medium Shading 1 Accent 3"/>
    <w:basedOn w:val="Standaardtabe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4">
    <w:name w:val="Medium Shading 1 Accent 4"/>
    <w:basedOn w:val="Standaardtabe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5">
    <w:name w:val="Medium Shading 1 Accent 5"/>
    <w:basedOn w:val="Standaardtabe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6">
    <w:name w:val="Medium Shading 1 Accent 6"/>
    <w:basedOn w:val="Standaardtabe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2">
    <w:name w:val="Medium Shading 2"/>
    <w:basedOn w:val="Standaardtabe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1">
    <w:name w:val="Medium Shading 2 Accent 1"/>
    <w:basedOn w:val="Standaardtabe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2">
    <w:name w:val="Medium Shading 2 Accent 2"/>
    <w:basedOn w:val="Standaardtabe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3">
    <w:name w:val="Medium Shading 2 Accent 3"/>
    <w:basedOn w:val="Standaardtabe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4">
    <w:name w:val="Medium Shading 2 Accent 4"/>
    <w:basedOn w:val="Standaardtabe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5">
    <w:name w:val="Medium Shading 2 Accent 5"/>
    <w:basedOn w:val="Standaardtabe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6">
    <w:name w:val="Medium Shading 2 Accent 6"/>
    <w:basedOn w:val="Standaardtabe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lijst1">
    <w:name w:val="Medium List 1"/>
    <w:basedOn w:val="Standaardtabe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Gemiddeldelijst1-accent1">
    <w:name w:val="Medium List 1 Accent 1"/>
    <w:basedOn w:val="Standaardtabe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Gemiddeldelijst1-accent2">
    <w:name w:val="Medium List 1 Accent 2"/>
    <w:basedOn w:val="Standaardtabe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Gemiddeldelijst1-accent3">
    <w:name w:val="Medium List 1 Accent 3"/>
    <w:basedOn w:val="Standaardtabe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Gemiddeldelijst1-accent4">
    <w:name w:val="Medium List 1 Accent 4"/>
    <w:basedOn w:val="Standaardtabe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Gemiddeldelijst1-accent5">
    <w:name w:val="Medium List 1 Accent 5"/>
    <w:basedOn w:val="Standaardtabe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Gemiddeldelijst1-accent6">
    <w:name w:val="Medium List 1 Accent 6"/>
    <w:basedOn w:val="Standaardtabe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Gemiddeldelijst2">
    <w:name w:val="Medium List 2"/>
    <w:basedOn w:val="Standaardtabe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1">
    <w:name w:val="Medium List 2 Accent 1"/>
    <w:basedOn w:val="Standaardtabe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2">
    <w:name w:val="Medium List 2 Accent 2"/>
    <w:basedOn w:val="Standaardtabe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3">
    <w:name w:val="Medium List 2 Accent 3"/>
    <w:basedOn w:val="Standaardtabe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4">
    <w:name w:val="Medium List 2 Accent 4"/>
    <w:basedOn w:val="Standaardtabe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5">
    <w:name w:val="Medium List 2 Accent 5"/>
    <w:basedOn w:val="Standaardtabe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6">
    <w:name w:val="Medium List 2 Accent 6"/>
    <w:basedOn w:val="Standaardtabe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raster1">
    <w:name w:val="Medium Grid 1"/>
    <w:basedOn w:val="Standaardtabe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Gemiddeldraster1-accent1">
    <w:name w:val="Medium Grid 1 Accent 1"/>
    <w:basedOn w:val="Standaardtabe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Gemiddeldraster1-accent2">
    <w:name w:val="Medium Grid 1 Accent 2"/>
    <w:basedOn w:val="Standaardtabe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Gemiddeldraster1-accent3">
    <w:name w:val="Medium Grid 1 Accent 3"/>
    <w:basedOn w:val="Standaardtabe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Gemiddeldraster1-accent4">
    <w:name w:val="Medium Grid 1 Accent 4"/>
    <w:basedOn w:val="Standaardtabe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Gemiddeldraster1-accent5">
    <w:name w:val="Medium Grid 1 Accent 5"/>
    <w:basedOn w:val="Standaardtabe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Gemiddeldraster1-accent6">
    <w:name w:val="Medium Grid 1 Accent 6"/>
    <w:basedOn w:val="Standaardtabe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Gemiddeldraster2">
    <w:name w:val="Medium Grid 2"/>
    <w:basedOn w:val="Standaardtabe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1">
    <w:name w:val="Medium Grid 2 Accent 1"/>
    <w:basedOn w:val="Standaardtabe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2">
    <w:name w:val="Medium Grid 2 Accent 2"/>
    <w:basedOn w:val="Standaardtabe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3">
    <w:name w:val="Medium Grid 2 Accent 3"/>
    <w:basedOn w:val="Standaardtabe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4">
    <w:name w:val="Medium Grid 2 Accent 4"/>
    <w:basedOn w:val="Standaardtabe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5">
    <w:name w:val="Medium Grid 2 Accent 5"/>
    <w:basedOn w:val="Standaardtabe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6">
    <w:name w:val="Medium Grid 2 Accent 6"/>
    <w:basedOn w:val="Standaardtabe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3">
    <w:name w:val="Medium Grid 3"/>
    <w:basedOn w:val="Standaardtabe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Gemiddeldraster3-accent1">
    <w:name w:val="Medium Grid 3 Accent 1"/>
    <w:basedOn w:val="Standaardtabe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Gemiddeldraster3-accent2">
    <w:name w:val="Medium Grid 3 Accent 2"/>
    <w:basedOn w:val="Standaardtabe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Gemiddeldraster3-accent3">
    <w:name w:val="Medium Grid 3 Accent 3"/>
    <w:basedOn w:val="Standaardtabe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Gemiddeldraster3-accent4">
    <w:name w:val="Medium Grid 3 Accent 4"/>
    <w:basedOn w:val="Standaardtabe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Gemiddeldraster3-accent5">
    <w:name w:val="Medium Grid 3 Accent 5"/>
    <w:basedOn w:val="Standaardtabe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Gemiddeldraster3-accent6">
    <w:name w:val="Medium Grid 3 Accent 6"/>
    <w:basedOn w:val="Standaardtabe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onkerelijst">
    <w:name w:val="Dark List"/>
    <w:basedOn w:val="Standaardtabe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onkerelijst-accent1">
    <w:name w:val="Dark List Accent 1"/>
    <w:basedOn w:val="Standaardtabe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onkerelijst-accent2">
    <w:name w:val="Dark List Accent 2"/>
    <w:basedOn w:val="Standaardtabe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onkerelijst-accent3">
    <w:name w:val="Dark List Accent 3"/>
    <w:basedOn w:val="Standaardtabe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onkerelijst-accent4">
    <w:name w:val="Dark List Accent 4"/>
    <w:basedOn w:val="Standaardtabe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onkerelijst-accent5">
    <w:name w:val="Dark List Accent 5"/>
    <w:basedOn w:val="Standaardtabe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onkerelijst-accent6">
    <w:name w:val="Dark List Accent 6"/>
    <w:basedOn w:val="Standaardtabe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Kleurrijkearcering">
    <w:name w:val="Colorful Shading"/>
    <w:basedOn w:val="Standaardtabe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leurrijkearcering-accent1">
    <w:name w:val="Colorful Shading Accent 1"/>
    <w:basedOn w:val="Standaardtabe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leurrijkearcering-accent2">
    <w:name w:val="Colorful Shading Accent 2"/>
    <w:basedOn w:val="Standaardtabe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leurrijkearcering-accent3">
    <w:name w:val="Colorful Shading Accent 3"/>
    <w:basedOn w:val="Standaardtabe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Kleurrijkearcering-accent4">
    <w:name w:val="Colorful Shading Accent 4"/>
    <w:basedOn w:val="Standaardtabe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leurrijkearcering-accent5">
    <w:name w:val="Colorful Shading Accent 5"/>
    <w:basedOn w:val="Standaardtabe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leurrijkearcering-accent6">
    <w:name w:val="Colorful Shading Accent 6"/>
    <w:basedOn w:val="Standaardtabe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leurrijkelijst">
    <w:name w:val="Colorful List"/>
    <w:basedOn w:val="Standaardtabe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Kleurrijkelijst-accent1">
    <w:name w:val="Colorful List Accent 1"/>
    <w:basedOn w:val="Standaardtabe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Kleurrijkelijst-accent2">
    <w:name w:val="Colorful List Accent 2"/>
    <w:basedOn w:val="Standaardtabe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Kleurrijkelijst-accent3">
    <w:name w:val="Colorful List Accent 3"/>
    <w:basedOn w:val="Standaardtabe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Kleurrijkelijst-accent4">
    <w:name w:val="Colorful List Accent 4"/>
    <w:basedOn w:val="Standaardtabe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Kleurrijkelijst-accent5">
    <w:name w:val="Colorful List Accent 5"/>
    <w:basedOn w:val="Standaardtabe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Kleurrijkelijst-accent6">
    <w:name w:val="Colorful List Accent 6"/>
    <w:basedOn w:val="Standaardtabe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Kleurrijkraster">
    <w:name w:val="Colorful Grid"/>
    <w:basedOn w:val="Standaardtabe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Kleurrijkraster-accent1">
    <w:name w:val="Colorful Grid Accent 1"/>
    <w:basedOn w:val="Standaardtabe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Kleurrijkraster-accent2">
    <w:name w:val="Colorful Grid Accent 2"/>
    <w:basedOn w:val="Standaardtabe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Kleurrijkraster-accent3">
    <w:name w:val="Colorful Grid Accent 3"/>
    <w:basedOn w:val="Standaardtabe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Kleurrijkraster-accent4">
    <w:name w:val="Colorful Grid Accent 4"/>
    <w:basedOn w:val="Standaardtabe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Kleurrijkraster-accent5">
    <w:name w:val="Colorful Grid Accent 5"/>
    <w:basedOn w:val="Standaardtabe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Kleurrijkraster-accent6">
    <w:name w:val="Colorful Grid Accent 6"/>
    <w:basedOn w:val="Standaardtabe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styleId="Revisie">
    <w:name w:val="Revision"/>
    <w:hidden/>
    <w:uiPriority w:val="99"/>
    <w:semiHidden/>
    <w:rsid w:val="00FA7448"/>
    <w:pPr>
      <w:spacing w:after="0" w:line="240" w:lineRule="auto"/>
    </w:pPr>
  </w:style>
  <w:style w:type="character" w:styleId="Verwijzingopmerking">
    <w:name w:val="annotation reference"/>
    <w:basedOn w:val="Standaardalinea-lettertype"/>
    <w:uiPriority w:val="99"/>
    <w:semiHidden/>
    <w:unhideWhenUsed/>
    <w:rsid w:val="002864F8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unhideWhenUsed/>
    <w:rsid w:val="002864F8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2864F8"/>
    <w:rPr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2864F8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2864F8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e7774185-a43b-48c1-9d34-ce4637a3d3ec" xsi:nil="true"/>
    <lcf76f155ced4ddcb4097134ff3c332f xmlns="66c9ae83-7616-4a1b-95e6-be0cc42b0911">
      <Terms xmlns="http://schemas.microsoft.com/office/infopath/2007/PartnerControls"/>
    </lcf76f155ced4ddcb4097134ff3c332f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08D213D8FE4A84D9EE324F17D287219" ma:contentTypeVersion="13" ma:contentTypeDescription="Een nieuw document maken." ma:contentTypeScope="" ma:versionID="483258904f7d9b512166c4a5c62a0bbc">
  <xsd:schema xmlns:xsd="http://www.w3.org/2001/XMLSchema" xmlns:xs="http://www.w3.org/2001/XMLSchema" xmlns:p="http://schemas.microsoft.com/office/2006/metadata/properties" xmlns:ns2="66c9ae83-7616-4a1b-95e6-be0cc42b0911" xmlns:ns3="e7774185-a43b-48c1-9d34-ce4637a3d3ec" targetNamespace="http://schemas.microsoft.com/office/2006/metadata/properties" ma:root="true" ma:fieldsID="d6a8c8093f8d5e53ca09387918f1b230" ns2:_="" ns3:_="">
    <xsd:import namespace="66c9ae83-7616-4a1b-95e6-be0cc42b0911"/>
    <xsd:import namespace="e7774185-a43b-48c1-9d34-ce4637a3d3e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SearchProperties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6c9ae83-7616-4a1b-95e6-be0cc42b091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2" nillable="true" ma:taxonomy="true" ma:internalName="lcf76f155ced4ddcb4097134ff3c332f" ma:taxonomyFieldName="MediaServiceImageTags" ma:displayName="Afbeeldingtags" ma:readOnly="false" ma:fieldId="{5cf76f15-5ced-4ddc-b409-7134ff3c332f}" ma:taxonomyMulti="true" ma:sspId="71e319fa-4bb7-41f1-9489-1851290ee49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SearchProperties" ma:index="19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20" nillable="true" ma:displayName="MediaServiceDateTaken" ma:hidden="true" ma:indexed="true" ma:internalName="MediaServiceDateTake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7774185-a43b-48c1-9d34-ce4637a3d3ec" elementFormDefault="qualified">
    <xsd:import namespace="http://schemas.microsoft.com/office/2006/documentManagement/types"/>
    <xsd:import namespace="http://schemas.microsoft.com/office/infopath/2007/PartnerControls"/>
    <xsd:element name="TaxCatchAll" ma:index="13" nillable="true" ma:displayName="Taxonomy Catch All Column" ma:hidden="true" ma:list="{e78b98b4-bff2-45cc-bd2e-a63661ea1138}" ma:internalName="TaxCatchAll" ma:showField="CatchAllData" ma:web="e7774185-a43b-48c1-9d34-ce4637a3d3e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7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64497DE7-B915-465B-BE4E-C25FFDECAA1F}">
  <ds:schemaRefs>
    <ds:schemaRef ds:uri="http://schemas.microsoft.com/office/2006/metadata/properties"/>
    <ds:schemaRef ds:uri="http://schemas.microsoft.com/office/infopath/2007/PartnerControls"/>
    <ds:schemaRef ds:uri="e7774185-a43b-48c1-9d34-ce4637a3d3ec"/>
    <ds:schemaRef ds:uri="66c9ae83-7616-4a1b-95e6-be0cc42b0911"/>
  </ds:schemaRefs>
</ds:datastoreItem>
</file>

<file path=customXml/itemProps3.xml><?xml version="1.0" encoding="utf-8"?>
<ds:datastoreItem xmlns:ds="http://schemas.openxmlformats.org/officeDocument/2006/customXml" ds:itemID="{1FD5E78B-2565-4E22-B5A9-77197C5FF182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5916202B-F496-4BE7-A2C7-6D5905E47F4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6c9ae83-7616-4a1b-95e6-be0cc42b0911"/>
    <ds:schemaRef ds:uri="e7774185-a43b-48c1-9d34-ce4637a3d3e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Metadata/LabelInfo.xml><?xml version="1.0" encoding="utf-8"?>
<clbl:labelList xmlns:clbl="http://schemas.microsoft.com/office/2020/mipLabelMetadata">
  <clbl:label id="{a6da4699-c09b-4a60-9dcd-c0e21b8738c1}" enabled="0" method="" siteId="{a6da4699-c09b-4a60-9dcd-c0e21b8738c1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</TotalTime>
  <Pages>2</Pages>
  <Words>360</Words>
  <Characters>1984</Characters>
  <Application>Microsoft Office Word</Application>
  <DocSecurity>0</DocSecurity>
  <Lines>16</Lines>
  <Paragraphs>4</Paragraphs>
  <ScaleCrop>false</ScaleCrop>
  <HeadingPairs>
    <vt:vector size="6" baseType="variant">
      <vt:variant>
        <vt:lpstr>Titel</vt:lpstr>
      </vt:variant>
      <vt:variant>
        <vt:i4>1</vt:i4>
      </vt:variant>
      <vt:variant>
        <vt:lpstr>Koppen</vt:lpstr>
      </vt:variant>
      <vt:variant>
        <vt:i4>5</vt:i4>
      </vt:variant>
      <vt:variant>
        <vt:lpstr>Title</vt:lpstr>
      </vt:variant>
      <vt:variant>
        <vt:i4>1</vt:i4>
      </vt:variant>
    </vt:vector>
  </HeadingPairs>
  <TitlesOfParts>
    <vt:vector size="7" baseType="lpstr">
      <vt:lpstr/>
      <vt:lpstr>1. Inleiding</vt:lpstr>
      <vt:lpstr>2. Flexibiliteit bij onvoorziene omstandigheden en piekvraag</vt:lpstr>
      <vt:lpstr>3. Opties voor kleine kringloop en eigen verwerking</vt:lpstr>
      <vt:lpstr>4. Concreet toepassen van de gedragscode tijdens uitvoering</vt:lpstr>
      <vt:lpstr>5. Slot</vt:lpstr>
      <vt:lpstr/>
    </vt:vector>
  </TitlesOfParts>
  <Manager/>
  <Company/>
  <LinksUpToDate>false</LinksUpToDate>
  <CharactersWithSpaces>2340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Ton Lesscher</cp:lastModifiedBy>
  <cp:revision>62</cp:revision>
  <dcterms:created xsi:type="dcterms:W3CDTF">2025-05-13T22:24:00Z</dcterms:created>
  <dcterms:modified xsi:type="dcterms:W3CDTF">2025-07-14T12:30:00Z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0x010100408D213D8FE4A84D9EE324F17D287219</vt:lpwstr>
  </property>
  <property fmtid="{D5CDD505-2E9C-101B-9397-08002B2CF9AE}" pid="3" name="MediaServiceImageTags">
    <vt:lpwstr/>
  </property>
</Properties>
</file>