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BD71E" w14:textId="77777777" w:rsidR="008122DB" w:rsidRPr="00C443DB" w:rsidRDefault="00000000">
      <w:pPr>
        <w:pStyle w:val="Titel"/>
        <w:rPr>
          <w:lang w:val="nl-NL"/>
        </w:rPr>
      </w:pPr>
      <w:r w:rsidRPr="00C443DB">
        <w:rPr>
          <w:lang w:val="nl-NL"/>
        </w:rPr>
        <w:t>Betaling en facturatie – School en Omgeving 2025–2028</w:t>
      </w:r>
    </w:p>
    <w:p w14:paraId="1C1882A7" w14:textId="77777777" w:rsidR="008122DB" w:rsidRPr="00C443DB" w:rsidRDefault="00000000">
      <w:pPr>
        <w:pStyle w:val="Kop1"/>
        <w:rPr>
          <w:lang w:val="nl-NL"/>
        </w:rPr>
      </w:pPr>
      <w:r w:rsidRPr="00C443DB">
        <w:rPr>
          <w:lang w:val="nl-NL"/>
        </w:rPr>
        <w:t>1. Facturatie</w:t>
      </w:r>
    </w:p>
    <w:p w14:paraId="7358F198" w14:textId="00BC01A7" w:rsidR="008122DB" w:rsidRPr="00C443DB" w:rsidRDefault="00000000">
      <w:pPr>
        <w:rPr>
          <w:lang w:val="nl-NL"/>
        </w:rPr>
      </w:pPr>
      <w:r w:rsidRPr="00C443DB">
        <w:rPr>
          <w:lang w:val="nl-NL"/>
        </w:rPr>
        <w:t>De opdrachtnemer factureert maandelijks achteraf, op basis van daadwerkelijk geleverde prestaties en aantoonbare aanwezigheid van deelnemers. Facturen worden voorzien van een gespecificeerd overzicht per activiteit, per locatie en per maand.</w:t>
      </w:r>
      <w:r w:rsidR="00C443DB" w:rsidRPr="00C443DB">
        <w:rPr>
          <w:lang w:val="nl-NL"/>
        </w:rPr>
        <w:t xml:space="preserve"> H</w:t>
      </w:r>
      <w:r w:rsidR="00C443DB">
        <w:rPr>
          <w:lang w:val="nl-NL"/>
        </w:rPr>
        <w:t>ier worden ook de uren vermeld, conform verwachting van onderwijsin</w:t>
      </w:r>
      <w:r w:rsidR="008B06B5">
        <w:rPr>
          <w:lang w:val="nl-NL"/>
        </w:rPr>
        <w:t>s</w:t>
      </w:r>
      <w:r w:rsidR="00C443DB">
        <w:rPr>
          <w:lang w:val="nl-NL"/>
        </w:rPr>
        <w:t xml:space="preserve">pectie. </w:t>
      </w:r>
    </w:p>
    <w:p w14:paraId="36394583" w14:textId="77777777" w:rsidR="008122DB" w:rsidRPr="00C443DB" w:rsidRDefault="00000000">
      <w:pPr>
        <w:rPr>
          <w:lang w:val="nl-NL"/>
        </w:rPr>
      </w:pPr>
      <w:r w:rsidRPr="00C443DB">
        <w:rPr>
          <w:lang w:val="nl-NL"/>
        </w:rPr>
        <w:t>De factuur bevat ten minste:</w:t>
      </w:r>
      <w:r w:rsidRPr="00C443DB">
        <w:rPr>
          <w:lang w:val="nl-NL"/>
        </w:rPr>
        <w:br/>
        <w:t>- Naam van de school (perceel)</w:t>
      </w:r>
      <w:r w:rsidRPr="00C443DB">
        <w:rPr>
          <w:lang w:val="nl-NL"/>
        </w:rPr>
        <w:br/>
        <w:t>- Periode waarop de factuur betrekking heeft</w:t>
      </w:r>
      <w:r w:rsidRPr="00C443DB">
        <w:rPr>
          <w:lang w:val="nl-NL"/>
        </w:rPr>
        <w:br/>
        <w:t>- Aantal gerealiseerde activiteiten en deelnemers</w:t>
      </w:r>
      <w:r w:rsidRPr="00C443DB">
        <w:rPr>
          <w:lang w:val="nl-NL"/>
        </w:rPr>
        <w:br/>
        <w:t>- Eenheidsprijs (indien van toepassing)</w:t>
      </w:r>
      <w:r w:rsidRPr="00C443DB">
        <w:rPr>
          <w:lang w:val="nl-NL"/>
        </w:rPr>
        <w:br/>
        <w:t>- Totaalbedrag exclusief en inclusief btw</w:t>
      </w:r>
    </w:p>
    <w:p w14:paraId="4E2C7EA4" w14:textId="77777777" w:rsidR="008122DB" w:rsidRPr="00C443DB" w:rsidRDefault="00000000">
      <w:pPr>
        <w:pStyle w:val="Kop1"/>
        <w:rPr>
          <w:lang w:val="nl-NL"/>
        </w:rPr>
      </w:pPr>
      <w:r w:rsidRPr="00C443DB">
        <w:rPr>
          <w:lang w:val="nl-NL"/>
        </w:rPr>
        <w:t>2. Betaaltermijn</w:t>
      </w:r>
    </w:p>
    <w:p w14:paraId="1C03416E" w14:textId="77777777" w:rsidR="008122DB" w:rsidRPr="00C443DB" w:rsidRDefault="00000000">
      <w:pPr>
        <w:rPr>
          <w:lang w:val="nl-NL"/>
        </w:rPr>
      </w:pPr>
      <w:r w:rsidRPr="00C443DB">
        <w:rPr>
          <w:lang w:val="nl-NL"/>
        </w:rPr>
        <w:t>De stichting hanteert een betaaltermijn van maximaal 30 dagen na ontvangst van een correcte en volledige factuur. Betaling geschiedt uitsluitend elektronisch (via bankoverschrijving). Contante of alternatieve betalingswijzen zijn uitgesloten.</w:t>
      </w:r>
    </w:p>
    <w:p w14:paraId="43F1E95C" w14:textId="77777777" w:rsidR="008122DB" w:rsidRPr="00C443DB" w:rsidRDefault="00000000">
      <w:pPr>
        <w:pStyle w:val="Kop1"/>
        <w:rPr>
          <w:lang w:val="nl-NL"/>
        </w:rPr>
      </w:pPr>
      <w:r w:rsidRPr="00C443DB">
        <w:rPr>
          <w:lang w:val="nl-NL"/>
        </w:rPr>
        <w:t>3. Wijze van indienen</w:t>
      </w:r>
    </w:p>
    <w:p w14:paraId="32924471" w14:textId="6D5E1EE4" w:rsidR="008122DB" w:rsidRPr="00C443DB" w:rsidRDefault="00000000">
      <w:pPr>
        <w:rPr>
          <w:lang w:val="nl-NL"/>
        </w:rPr>
      </w:pPr>
      <w:r w:rsidRPr="00C443DB">
        <w:rPr>
          <w:lang w:val="nl-NL"/>
        </w:rPr>
        <w:t xml:space="preserve">Facturen dienen per e-mail te worden ingediend bij het centrale administratiekantoor van Stichting </w:t>
      </w:r>
      <w:proofErr w:type="spellStart"/>
      <w:r w:rsidRPr="00C443DB">
        <w:rPr>
          <w:lang w:val="nl-NL"/>
        </w:rPr>
        <w:t>Yunus</w:t>
      </w:r>
      <w:proofErr w:type="spellEnd"/>
      <w:r w:rsidRPr="00C443DB">
        <w:rPr>
          <w:lang w:val="nl-NL"/>
        </w:rPr>
        <w:t xml:space="preserve"> </w:t>
      </w:r>
      <w:proofErr w:type="spellStart"/>
      <w:r w:rsidRPr="00C443DB">
        <w:rPr>
          <w:lang w:val="nl-NL"/>
        </w:rPr>
        <w:t>Emre</w:t>
      </w:r>
      <w:proofErr w:type="spellEnd"/>
      <w:r w:rsidRPr="00C443DB">
        <w:rPr>
          <w:lang w:val="nl-NL"/>
        </w:rPr>
        <w:t xml:space="preserve">, op </w:t>
      </w:r>
      <w:hyperlink r:id="rId6" w:history="1">
        <w:r w:rsidR="00C443DB" w:rsidRPr="00E07D66">
          <w:rPr>
            <w:rStyle w:val="Hyperlink"/>
            <w:lang w:val="nl-NL"/>
          </w:rPr>
          <w:t>financien@bsyunusemre.nl</w:t>
        </w:r>
      </w:hyperlink>
      <w:r w:rsidR="00C443DB">
        <w:rPr>
          <w:lang w:val="nl-NL"/>
        </w:rPr>
        <w:t xml:space="preserve"> </w:t>
      </w:r>
      <w:r w:rsidR="008B06B5">
        <w:rPr>
          <w:lang w:val="nl-NL"/>
        </w:rPr>
        <w:t xml:space="preserve">en </w:t>
      </w:r>
      <w:r w:rsidR="00C443DB">
        <w:rPr>
          <w:lang w:val="nl-NL"/>
        </w:rPr>
        <w:t>de schooldirecteur</w:t>
      </w:r>
      <w:r w:rsidRPr="00C443DB">
        <w:rPr>
          <w:lang w:val="nl-NL"/>
        </w:rPr>
        <w:t>.</w:t>
      </w:r>
      <w:r w:rsidR="008B06B5">
        <w:rPr>
          <w:lang w:val="nl-NL"/>
        </w:rPr>
        <w:t xml:space="preserve"> Schooldirecteur beoordeelt en geeft eventueel akkoord waarna de betaling volgt. </w:t>
      </w:r>
    </w:p>
    <w:sectPr w:rsidR="008122DB" w:rsidRPr="00C443D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026336">
    <w:abstractNumId w:val="8"/>
  </w:num>
  <w:num w:numId="2" w16cid:durableId="1888489199">
    <w:abstractNumId w:val="6"/>
  </w:num>
  <w:num w:numId="3" w16cid:durableId="1666012155">
    <w:abstractNumId w:val="5"/>
  </w:num>
  <w:num w:numId="4" w16cid:durableId="610210900">
    <w:abstractNumId w:val="4"/>
  </w:num>
  <w:num w:numId="5" w16cid:durableId="528954225">
    <w:abstractNumId w:val="7"/>
  </w:num>
  <w:num w:numId="6" w16cid:durableId="290594012">
    <w:abstractNumId w:val="3"/>
  </w:num>
  <w:num w:numId="7" w16cid:durableId="59405109">
    <w:abstractNumId w:val="2"/>
  </w:num>
  <w:num w:numId="8" w16cid:durableId="335503462">
    <w:abstractNumId w:val="1"/>
  </w:num>
  <w:num w:numId="9" w16cid:durableId="145706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3FD2"/>
    <w:rsid w:val="008122DB"/>
    <w:rsid w:val="008B06B5"/>
    <w:rsid w:val="00AA1D8D"/>
    <w:rsid w:val="00B47730"/>
    <w:rsid w:val="00C443D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20292"/>
  <w14:defaultImageDpi w14:val="300"/>
  <w15:docId w15:val="{04E49E43-6D31-474A-A93D-6AD8F9D5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C443D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nancien@bsyunusemre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Mohamed Oumansour</cp:lastModifiedBy>
  <cp:revision>3</cp:revision>
  <dcterms:created xsi:type="dcterms:W3CDTF">2013-12-23T23:15:00Z</dcterms:created>
  <dcterms:modified xsi:type="dcterms:W3CDTF">2025-07-18T11:04:00Z</dcterms:modified>
  <cp:category/>
</cp:coreProperties>
</file>