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2F23E" w14:textId="0E5E7AB8" w:rsidR="00E705B9" w:rsidRPr="007D36A5" w:rsidRDefault="003211F3" w:rsidP="00371935">
      <w:pPr>
        <w:pStyle w:val="Titel"/>
      </w:pPr>
      <w:bookmarkStart w:id="0" w:name="_Toc195015430"/>
      <w:r w:rsidRPr="007D36A5">
        <w:t>Uitnodiging marktoriëntatie infuustechnologie – Amsterdam UMC</w:t>
      </w:r>
      <w:bookmarkEnd w:id="0"/>
    </w:p>
    <w:p w14:paraId="69FD7F2C" w14:textId="3BEAC111" w:rsidR="008560B6" w:rsidRDefault="003211F3" w:rsidP="00E869BC">
      <w:pPr>
        <w:rPr>
          <w:lang w:val="nl-NL"/>
        </w:rPr>
      </w:pPr>
      <w:r w:rsidRPr="70E819BB">
        <w:rPr>
          <w:lang w:val="nl-NL"/>
        </w:rPr>
        <w:t>Geachte heer/mevrouw,</w:t>
      </w:r>
      <w:r w:rsidRPr="00371935">
        <w:rPr>
          <w:lang w:val="nl-NL"/>
        </w:rPr>
        <w:br/>
      </w:r>
      <w:r w:rsidRPr="00371935">
        <w:rPr>
          <w:lang w:val="nl-NL"/>
        </w:rPr>
        <w:br/>
      </w:r>
      <w:r w:rsidRPr="70E819BB">
        <w:rPr>
          <w:lang w:val="nl-NL"/>
        </w:rPr>
        <w:t>Het Amsterdam UMC is voornemens een Europese aanbesteding te starten voor de vervanging van de infuustechnologie binnen haar organisatie. Ter voorbereiding hierop voeren wij in mei 2025 een marktoriëntatie uit, waarmee wij ons willen laten informeren over de laatste stand van zaken in de markt en uw visie op de toekomst van infuustechnologie.</w:t>
      </w:r>
      <w:r w:rsidRPr="00371935">
        <w:rPr>
          <w:lang w:val="nl-NL"/>
        </w:rPr>
        <w:br/>
      </w:r>
      <w:r w:rsidRPr="00371935">
        <w:rPr>
          <w:lang w:val="nl-NL"/>
        </w:rPr>
        <w:br/>
      </w:r>
      <w:r w:rsidRPr="70E819BB">
        <w:rPr>
          <w:lang w:val="nl-NL"/>
        </w:rPr>
        <w:t>1. Scope van de marktoriëntatie</w:t>
      </w:r>
      <w:r w:rsidRPr="00371935">
        <w:rPr>
          <w:lang w:val="nl-NL"/>
        </w:rPr>
        <w:br/>
      </w:r>
      <w:r w:rsidRPr="70E819BB">
        <w:rPr>
          <w:lang w:val="nl-NL"/>
        </w:rPr>
        <w:t xml:space="preserve">De beoogde opdracht omvat de vervanging van infuuspompen, </w:t>
      </w:r>
      <w:proofErr w:type="spellStart"/>
      <w:r w:rsidRPr="70E819BB">
        <w:rPr>
          <w:lang w:val="nl-NL"/>
        </w:rPr>
        <w:t>dockingstations</w:t>
      </w:r>
      <w:proofErr w:type="spellEnd"/>
      <w:r w:rsidR="5FBEFFBE" w:rsidRPr="70E819BB">
        <w:rPr>
          <w:lang w:val="nl-NL"/>
        </w:rPr>
        <w:t>, accessoires</w:t>
      </w:r>
      <w:r w:rsidRPr="70E819BB">
        <w:rPr>
          <w:lang w:val="nl-NL"/>
        </w:rPr>
        <w:t xml:space="preserve"> en disposables op beide locaties (AMC en </w:t>
      </w:r>
      <w:proofErr w:type="spellStart"/>
      <w:r w:rsidRPr="70E819BB">
        <w:rPr>
          <w:lang w:val="nl-NL"/>
        </w:rPr>
        <w:t>VUmc</w:t>
      </w:r>
      <w:proofErr w:type="spellEnd"/>
      <w:r w:rsidRPr="70E819BB">
        <w:rPr>
          <w:lang w:val="nl-NL"/>
        </w:rPr>
        <w:t>) van</w:t>
      </w:r>
      <w:r w:rsidR="00C47FE5" w:rsidRPr="70E819BB">
        <w:rPr>
          <w:lang w:val="nl-NL"/>
        </w:rPr>
        <w:t xml:space="preserve"> stichting</w:t>
      </w:r>
      <w:r w:rsidRPr="70E819BB">
        <w:rPr>
          <w:lang w:val="nl-NL"/>
        </w:rPr>
        <w:t xml:space="preserve"> Amsterdam UMC. Het gaat in totaal om circa 2300 spuitenpompen en 1500 </w:t>
      </w:r>
      <w:proofErr w:type="spellStart"/>
      <w:r w:rsidRPr="70E819BB">
        <w:rPr>
          <w:lang w:val="nl-NL"/>
        </w:rPr>
        <w:t>volumetrische</w:t>
      </w:r>
      <w:proofErr w:type="spellEnd"/>
      <w:r w:rsidRPr="70E819BB">
        <w:rPr>
          <w:lang w:val="nl-NL"/>
        </w:rPr>
        <w:t xml:space="preserve"> pompen, met koppelingen naar onder andere het EPD (</w:t>
      </w:r>
      <w:proofErr w:type="spellStart"/>
      <w:r w:rsidRPr="70E819BB">
        <w:rPr>
          <w:lang w:val="nl-NL"/>
        </w:rPr>
        <w:t>Epic</w:t>
      </w:r>
      <w:proofErr w:type="spellEnd"/>
      <w:r w:rsidRPr="70E819BB">
        <w:rPr>
          <w:lang w:val="nl-NL"/>
        </w:rPr>
        <w:t xml:space="preserve">), alarmeringssystemen (zoals IQ Messenger en </w:t>
      </w:r>
      <w:r w:rsidR="519B8629" w:rsidRPr="00371935">
        <w:rPr>
          <w:lang w:val="nl-NL"/>
        </w:rPr>
        <w:t>bewakingsmonitoren</w:t>
      </w:r>
      <w:r w:rsidRPr="70E819BB">
        <w:rPr>
          <w:lang w:val="nl-NL"/>
        </w:rPr>
        <w:t xml:space="preserve">), en licenties voor slimme infuuspompen. Jaarlijks worden circa 125.000 infuussystemen en </w:t>
      </w:r>
      <w:r w:rsidR="00C87289">
        <w:rPr>
          <w:lang w:val="nl-NL"/>
        </w:rPr>
        <w:t>80</w:t>
      </w:r>
      <w:r w:rsidRPr="70E819BB">
        <w:rPr>
          <w:lang w:val="nl-NL"/>
        </w:rPr>
        <w:t>.000 zijlijnen gebruikt.</w:t>
      </w:r>
      <w:r w:rsidRPr="00371935">
        <w:rPr>
          <w:lang w:val="nl-NL"/>
        </w:rPr>
        <w:br/>
      </w:r>
      <w:r w:rsidRPr="00371935">
        <w:rPr>
          <w:lang w:val="nl-NL"/>
        </w:rPr>
        <w:br/>
      </w:r>
      <w:r w:rsidRPr="70E819BB">
        <w:rPr>
          <w:lang w:val="nl-NL"/>
        </w:rPr>
        <w:t>2. Doel en opzet van de marktoriëntatie</w:t>
      </w:r>
      <w:r w:rsidRPr="00371935">
        <w:rPr>
          <w:lang w:val="nl-NL"/>
        </w:rPr>
        <w:br/>
      </w:r>
      <w:r w:rsidRPr="70E819BB">
        <w:rPr>
          <w:lang w:val="nl-NL"/>
        </w:rPr>
        <w:t xml:space="preserve">Wij vragen leveranciers om schriftelijk te reageren op de bijgevoegde vragenlijst. Deze vragenlijst is opgesteld in samenwerking met gebruikers, technici en ICT-specialisten van Amsterdam UMC en vormt het hart van de marktoriëntatie. </w:t>
      </w:r>
      <w:r w:rsidRPr="00371935">
        <w:rPr>
          <w:lang w:val="nl-NL"/>
        </w:rPr>
        <w:br/>
      </w:r>
      <w:r w:rsidRPr="00371935">
        <w:rPr>
          <w:lang w:val="nl-NL"/>
        </w:rPr>
        <w:br/>
      </w:r>
      <w:r w:rsidR="000020FB">
        <w:rPr>
          <w:lang w:val="nl-NL"/>
        </w:rPr>
        <w:t xml:space="preserve">Na de schriftelijke ronde </w:t>
      </w:r>
      <w:r w:rsidR="00E21496" w:rsidRPr="70E819BB">
        <w:rPr>
          <w:lang w:val="nl-NL"/>
        </w:rPr>
        <w:t xml:space="preserve">selecteert Amsterdam UMC een aantal leveranciers </w:t>
      </w:r>
      <w:r w:rsidR="003D533A" w:rsidRPr="70E819BB">
        <w:rPr>
          <w:lang w:val="nl-NL"/>
        </w:rPr>
        <w:t xml:space="preserve">waarvan het aanbod aansluit op </w:t>
      </w:r>
      <w:r w:rsidR="00EC5405" w:rsidRPr="70E819BB">
        <w:rPr>
          <w:lang w:val="nl-NL"/>
        </w:rPr>
        <w:t xml:space="preserve">de </w:t>
      </w:r>
      <w:r w:rsidR="001F11CB" w:rsidRPr="70E819BB">
        <w:rPr>
          <w:lang w:val="nl-NL"/>
        </w:rPr>
        <w:t>gewenste situatie. Deze leveranciers worden uit</w:t>
      </w:r>
      <w:r w:rsidR="00B80976" w:rsidRPr="70E819BB">
        <w:rPr>
          <w:lang w:val="nl-NL"/>
        </w:rPr>
        <w:t xml:space="preserve">genodigd voor een </w:t>
      </w:r>
      <w:proofErr w:type="spellStart"/>
      <w:r w:rsidR="00B80976" w:rsidRPr="70E819BB">
        <w:rPr>
          <w:lang w:val="nl-NL"/>
        </w:rPr>
        <w:t>demodag</w:t>
      </w:r>
      <w:proofErr w:type="spellEnd"/>
      <w:r w:rsidR="00E73432" w:rsidRPr="70E819BB">
        <w:rPr>
          <w:lang w:val="nl-NL"/>
        </w:rPr>
        <w:t>,</w:t>
      </w:r>
      <w:r w:rsidRPr="70E819BB">
        <w:rPr>
          <w:lang w:val="nl-NL"/>
        </w:rPr>
        <w:t xml:space="preserve"> waarop de gelegenheid wordt geboden om </w:t>
      </w:r>
      <w:r w:rsidR="008560B6" w:rsidRPr="70E819BB">
        <w:rPr>
          <w:lang w:val="nl-NL"/>
        </w:rPr>
        <w:t xml:space="preserve">de </w:t>
      </w:r>
      <w:r w:rsidRPr="70E819BB">
        <w:rPr>
          <w:lang w:val="nl-NL"/>
        </w:rPr>
        <w:t>producten en oplossingen te presenteren</w:t>
      </w:r>
      <w:r w:rsidR="00ED751A">
        <w:rPr>
          <w:lang w:val="nl-NL"/>
        </w:rPr>
        <w:t xml:space="preserve"> en</w:t>
      </w:r>
      <w:r w:rsidR="00944F26">
        <w:rPr>
          <w:lang w:val="nl-NL"/>
        </w:rPr>
        <w:t xml:space="preserve"> </w:t>
      </w:r>
      <w:r w:rsidRPr="70E819BB">
        <w:rPr>
          <w:lang w:val="nl-NL"/>
        </w:rPr>
        <w:t>vragen te beantwoorden.</w:t>
      </w:r>
      <w:r w:rsidR="003F7731" w:rsidRPr="70E819BB">
        <w:rPr>
          <w:lang w:val="nl-NL"/>
        </w:rPr>
        <w:t xml:space="preserve"> </w:t>
      </w:r>
      <w:r w:rsidR="008623D5">
        <w:rPr>
          <w:lang w:val="nl-NL"/>
        </w:rPr>
        <w:t xml:space="preserve">Hierna wenst </w:t>
      </w:r>
      <w:r w:rsidR="007A3D94">
        <w:rPr>
          <w:lang w:val="nl-NL"/>
        </w:rPr>
        <w:t xml:space="preserve">Amsterdam UMC de </w:t>
      </w:r>
      <w:r w:rsidR="00B4577A">
        <w:rPr>
          <w:lang w:val="nl-NL"/>
        </w:rPr>
        <w:t>demo</w:t>
      </w:r>
      <w:r w:rsidR="007A3D94">
        <w:rPr>
          <w:lang w:val="nl-NL"/>
        </w:rPr>
        <w:t xml:space="preserve">producten nog </w:t>
      </w:r>
      <w:r w:rsidR="008623D5">
        <w:rPr>
          <w:lang w:val="nl-NL"/>
        </w:rPr>
        <w:t xml:space="preserve">voor een korte verkenningsperiode </w:t>
      </w:r>
      <w:r w:rsidR="00914E60">
        <w:rPr>
          <w:lang w:val="nl-NL"/>
        </w:rPr>
        <w:t>op zicht te behouden</w:t>
      </w:r>
      <w:r w:rsidR="008623D5">
        <w:rPr>
          <w:lang w:val="nl-NL"/>
        </w:rPr>
        <w:t xml:space="preserve">. </w:t>
      </w:r>
      <w:r w:rsidRPr="00371935">
        <w:rPr>
          <w:lang w:val="nl-NL"/>
        </w:rPr>
        <w:br/>
      </w:r>
      <w:r w:rsidRPr="00371935">
        <w:rPr>
          <w:lang w:val="nl-NL"/>
        </w:rPr>
        <w:br/>
      </w:r>
      <w:r w:rsidRPr="70E819BB">
        <w:rPr>
          <w:lang w:val="nl-NL"/>
        </w:rPr>
        <w:t>3. Planning</w:t>
      </w:r>
      <w:r w:rsidRPr="00371935">
        <w:rPr>
          <w:lang w:val="nl-NL"/>
        </w:rPr>
        <w:br/>
      </w:r>
      <w:r w:rsidRPr="00071480">
        <w:rPr>
          <w:lang w:val="nl-NL"/>
        </w:rPr>
        <w:t xml:space="preserve">- Deadline schriftelijke beantwoording vragenlijst: </w:t>
      </w:r>
      <w:r w:rsidR="000470F3" w:rsidRPr="00605D53">
        <w:rPr>
          <w:lang w:val="nl-NL"/>
        </w:rPr>
        <w:t xml:space="preserve">13 </w:t>
      </w:r>
      <w:r w:rsidRPr="00605D53">
        <w:rPr>
          <w:lang w:val="nl-NL"/>
        </w:rPr>
        <w:t>mei 2025</w:t>
      </w:r>
      <w:r w:rsidRPr="00071480">
        <w:rPr>
          <w:lang w:val="nl-NL"/>
        </w:rPr>
        <w:br/>
        <w:t xml:space="preserve">- Beoordeling en selectie leveranciers voor </w:t>
      </w:r>
      <w:proofErr w:type="spellStart"/>
      <w:r w:rsidRPr="00071480">
        <w:rPr>
          <w:lang w:val="nl-NL"/>
        </w:rPr>
        <w:t>demodag</w:t>
      </w:r>
      <w:proofErr w:type="spellEnd"/>
      <w:r w:rsidRPr="00071480">
        <w:rPr>
          <w:lang w:val="nl-NL"/>
        </w:rPr>
        <w:t xml:space="preserve">: </w:t>
      </w:r>
      <w:r w:rsidR="000470F3" w:rsidRPr="00605D53">
        <w:rPr>
          <w:lang w:val="nl-NL"/>
        </w:rPr>
        <w:t xml:space="preserve">28 </w:t>
      </w:r>
      <w:r w:rsidRPr="00605D53">
        <w:rPr>
          <w:lang w:val="nl-NL"/>
        </w:rPr>
        <w:t>mei 2025</w:t>
      </w:r>
      <w:r w:rsidRPr="00071480">
        <w:rPr>
          <w:lang w:val="nl-NL"/>
        </w:rPr>
        <w:br/>
        <w:t xml:space="preserve">- </w:t>
      </w:r>
      <w:proofErr w:type="spellStart"/>
      <w:r w:rsidRPr="00071480">
        <w:rPr>
          <w:lang w:val="nl-NL"/>
        </w:rPr>
        <w:t>Demodag</w:t>
      </w:r>
      <w:proofErr w:type="spellEnd"/>
      <w:r w:rsidRPr="00071480">
        <w:rPr>
          <w:lang w:val="nl-NL"/>
        </w:rPr>
        <w:t xml:space="preserve"> met productpresentaties: </w:t>
      </w:r>
      <w:r w:rsidR="0031748C" w:rsidRPr="00605D53">
        <w:rPr>
          <w:lang w:val="nl-NL"/>
        </w:rPr>
        <w:t>dinsdag 10 juni</w:t>
      </w:r>
      <w:r w:rsidRPr="00371935">
        <w:rPr>
          <w:lang w:val="nl-NL"/>
        </w:rPr>
        <w:br/>
      </w:r>
      <w:r w:rsidRPr="00371935">
        <w:rPr>
          <w:lang w:val="nl-NL"/>
        </w:rPr>
        <w:br/>
      </w:r>
      <w:r w:rsidRPr="70E819BB">
        <w:rPr>
          <w:lang w:val="nl-NL"/>
        </w:rPr>
        <w:t>4. Uw reactie</w:t>
      </w:r>
      <w:r w:rsidRPr="00371935">
        <w:rPr>
          <w:lang w:val="nl-NL"/>
        </w:rPr>
        <w:br/>
      </w:r>
      <w:r w:rsidRPr="70E819BB">
        <w:rPr>
          <w:lang w:val="nl-NL"/>
        </w:rPr>
        <w:t>Wij verzoeken u vriendelijk om</w:t>
      </w:r>
      <w:r w:rsidR="00615447" w:rsidRPr="70E819BB">
        <w:rPr>
          <w:lang w:val="nl-NL"/>
        </w:rPr>
        <w:t xml:space="preserve"> uiterlijk </w:t>
      </w:r>
      <w:r w:rsidR="00071480">
        <w:rPr>
          <w:lang w:val="nl-NL"/>
        </w:rPr>
        <w:t>13 mei</w:t>
      </w:r>
      <w:r w:rsidR="00615447" w:rsidRPr="70E819BB">
        <w:rPr>
          <w:lang w:val="nl-NL"/>
        </w:rPr>
        <w:t xml:space="preserve"> via </w:t>
      </w:r>
      <w:proofErr w:type="spellStart"/>
      <w:r w:rsidR="00615447" w:rsidRPr="70E819BB">
        <w:rPr>
          <w:lang w:val="nl-NL"/>
        </w:rPr>
        <w:t>Tenderned</w:t>
      </w:r>
      <w:proofErr w:type="spellEnd"/>
      <w:r w:rsidRPr="70E819BB">
        <w:rPr>
          <w:lang w:val="nl-NL"/>
        </w:rPr>
        <w:t>:</w:t>
      </w:r>
      <w:r w:rsidRPr="00371935">
        <w:rPr>
          <w:lang w:val="nl-NL"/>
        </w:rPr>
        <w:br/>
      </w:r>
      <w:r w:rsidRPr="70E819BB">
        <w:rPr>
          <w:lang w:val="nl-NL"/>
        </w:rPr>
        <w:t xml:space="preserve">- </w:t>
      </w:r>
      <w:r w:rsidR="00B83C68">
        <w:rPr>
          <w:lang w:val="nl-NL"/>
        </w:rPr>
        <w:t xml:space="preserve">Onderstaande </w:t>
      </w:r>
      <w:r w:rsidRPr="70E819BB">
        <w:rPr>
          <w:lang w:val="nl-NL"/>
        </w:rPr>
        <w:t>vragenlijst volledig en schriftelijk te beantwoorden</w:t>
      </w:r>
      <w:r w:rsidRPr="00371935">
        <w:rPr>
          <w:lang w:val="nl-NL"/>
        </w:rPr>
        <w:br/>
      </w:r>
      <w:r w:rsidRPr="70E819BB">
        <w:rPr>
          <w:lang w:val="nl-NL"/>
        </w:rPr>
        <w:t xml:space="preserve">- Uw belangstelling voor deelname aan de </w:t>
      </w:r>
      <w:proofErr w:type="spellStart"/>
      <w:r w:rsidRPr="70E819BB">
        <w:rPr>
          <w:lang w:val="nl-NL"/>
        </w:rPr>
        <w:t>demodag</w:t>
      </w:r>
      <w:proofErr w:type="spellEnd"/>
      <w:r w:rsidRPr="70E819BB">
        <w:rPr>
          <w:lang w:val="nl-NL"/>
        </w:rPr>
        <w:t xml:space="preserve"> kenbaar te maken</w:t>
      </w:r>
      <w:r w:rsidRPr="00371935">
        <w:rPr>
          <w:lang w:val="nl-NL"/>
        </w:rPr>
        <w:br/>
      </w:r>
      <w:r w:rsidRPr="70E819BB">
        <w:rPr>
          <w:lang w:val="nl-NL"/>
        </w:rPr>
        <w:t>- Eventuele aanvullende documentatie digitaal aan te leveren</w:t>
      </w:r>
      <w:r w:rsidRPr="00371935">
        <w:rPr>
          <w:lang w:val="nl-NL"/>
        </w:rPr>
        <w:br/>
      </w:r>
      <w:r w:rsidRPr="00371935">
        <w:rPr>
          <w:lang w:val="nl-NL"/>
        </w:rPr>
        <w:br/>
      </w:r>
      <w:r w:rsidRPr="70E819BB">
        <w:rPr>
          <w:lang w:val="nl-NL"/>
        </w:rPr>
        <w:t>Mocht u vragen hebben over deze marktoriëntatie, dan kunt u contact opnemen met ondergetekende.</w:t>
      </w:r>
      <w:r w:rsidR="00971C45" w:rsidRPr="70E819BB">
        <w:rPr>
          <w:lang w:val="nl-NL"/>
        </w:rPr>
        <w:t xml:space="preserve"> De marktoriëntatie wordt gehouden onder de voorwaarden zoals benoemd in Bijlage 1.</w:t>
      </w:r>
      <w:r w:rsidRPr="00371935">
        <w:rPr>
          <w:lang w:val="nl-NL"/>
        </w:rPr>
        <w:br/>
      </w:r>
      <w:r w:rsidRPr="00371935">
        <w:rPr>
          <w:lang w:val="nl-NL"/>
        </w:rPr>
        <w:br/>
      </w:r>
      <w:r w:rsidRPr="70E819BB">
        <w:rPr>
          <w:lang w:val="nl-NL"/>
        </w:rPr>
        <w:t xml:space="preserve">Wij danken u bij voorbaat voor uw medewerking en kijken uit naar uw bijdrage aan deze </w:t>
      </w:r>
      <w:r w:rsidRPr="70E819BB">
        <w:rPr>
          <w:lang w:val="nl-NL"/>
        </w:rPr>
        <w:lastRenderedPageBreak/>
        <w:t>marktoriëntatie.</w:t>
      </w:r>
      <w:r w:rsidRPr="00371935">
        <w:rPr>
          <w:lang w:val="nl-NL"/>
        </w:rPr>
        <w:br/>
      </w:r>
      <w:r w:rsidRPr="00371935">
        <w:rPr>
          <w:lang w:val="nl-NL"/>
        </w:rPr>
        <w:br/>
      </w:r>
      <w:r w:rsidRPr="70E819BB">
        <w:rPr>
          <w:lang w:val="nl-NL"/>
        </w:rPr>
        <w:t>Met vriendelijke groet,</w:t>
      </w:r>
      <w:r w:rsidRPr="00371935">
        <w:rPr>
          <w:lang w:val="nl-NL"/>
        </w:rPr>
        <w:br/>
      </w:r>
    </w:p>
    <w:p w14:paraId="742C6D51" w14:textId="18876C89" w:rsidR="00D46B73" w:rsidRPr="00D46B73" w:rsidRDefault="00D46B73" w:rsidP="00D46B73">
      <w:pPr>
        <w:rPr>
          <w:lang w:val="nl-NL"/>
        </w:rPr>
      </w:pPr>
      <w:r w:rsidRPr="00D46B73">
        <w:rPr>
          <w:lang w:val="nl-NL"/>
        </w:rPr>
        <w:drawing>
          <wp:inline distT="0" distB="0" distL="0" distR="0" wp14:anchorId="4E74DC18" wp14:editId="505CF09C">
            <wp:extent cx="2628900" cy="447675"/>
            <wp:effectExtent l="0" t="0" r="0" b="9525"/>
            <wp:docPr id="174138238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628900" cy="447675"/>
                    </a:xfrm>
                    <a:prstGeom prst="rect">
                      <a:avLst/>
                    </a:prstGeom>
                    <a:noFill/>
                    <a:ln>
                      <a:noFill/>
                    </a:ln>
                  </pic:spPr>
                </pic:pic>
              </a:graphicData>
            </a:graphic>
          </wp:inline>
        </w:drawing>
      </w:r>
    </w:p>
    <w:p w14:paraId="676AAC24" w14:textId="77777777" w:rsidR="00D46B73" w:rsidRPr="00D46B73" w:rsidRDefault="00D46B73" w:rsidP="00D46B73">
      <w:pPr>
        <w:rPr>
          <w:lang w:val="nl-NL"/>
        </w:rPr>
      </w:pPr>
      <w:r w:rsidRPr="00D46B73">
        <w:rPr>
          <w:lang w:val="nl-NL"/>
        </w:rPr>
        <w:t>Wouter Lieftink | Inkoper divisie 6</w:t>
      </w:r>
      <w:r w:rsidRPr="00D46B73">
        <w:rPr>
          <w:lang w:val="nl-NL"/>
        </w:rPr>
        <w:br/>
        <w:t>Dienst Strategische inkoop</w:t>
      </w:r>
      <w:r w:rsidRPr="00D46B73">
        <w:rPr>
          <w:lang w:val="nl-NL"/>
        </w:rPr>
        <w:br/>
        <w:t xml:space="preserve">Locatie </w:t>
      </w:r>
      <w:proofErr w:type="spellStart"/>
      <w:r w:rsidRPr="00D46B73">
        <w:rPr>
          <w:lang w:val="nl-NL"/>
        </w:rPr>
        <w:t>VUmc</w:t>
      </w:r>
      <w:proofErr w:type="spellEnd"/>
      <w:r w:rsidRPr="00D46B73">
        <w:rPr>
          <w:lang w:val="nl-NL"/>
        </w:rPr>
        <w:t xml:space="preserve"> | Gebouw Zuid D vleugel | </w:t>
      </w:r>
      <w:proofErr w:type="spellStart"/>
      <w:r w:rsidRPr="00D46B73">
        <w:rPr>
          <w:lang w:val="nl-NL"/>
        </w:rPr>
        <w:t>Amstelveenseweg</w:t>
      </w:r>
      <w:proofErr w:type="spellEnd"/>
      <w:r w:rsidRPr="00D46B73">
        <w:rPr>
          <w:lang w:val="nl-NL"/>
        </w:rPr>
        <w:t xml:space="preserve"> 601, 1007 MB Amsterdam</w:t>
      </w:r>
      <w:r w:rsidRPr="00D46B73">
        <w:rPr>
          <w:lang w:val="nl-NL"/>
        </w:rPr>
        <w:br/>
        <w:t xml:space="preserve">Locatie AMC | H 022 | </w:t>
      </w:r>
      <w:proofErr w:type="spellStart"/>
      <w:r w:rsidRPr="00D46B73">
        <w:rPr>
          <w:lang w:val="nl-NL"/>
        </w:rPr>
        <w:t>Meibergdreef</w:t>
      </w:r>
      <w:proofErr w:type="spellEnd"/>
      <w:r w:rsidRPr="00D46B73">
        <w:rPr>
          <w:lang w:val="nl-NL"/>
        </w:rPr>
        <w:t xml:space="preserve"> 9, 1105 AZ Amsterdam</w:t>
      </w:r>
      <w:r w:rsidRPr="00D46B73">
        <w:rPr>
          <w:lang w:val="nl-NL"/>
        </w:rPr>
        <w:br/>
        <w:t xml:space="preserve">T: 06-21186094  |  E: </w:t>
      </w:r>
      <w:hyperlink r:id="rId13" w:history="1">
        <w:r w:rsidRPr="00D46B73">
          <w:rPr>
            <w:rStyle w:val="Hyperlink"/>
            <w:lang w:val="nl-NL"/>
          </w:rPr>
          <w:t>w.lieftink@amsterdamumc.nl</w:t>
        </w:r>
      </w:hyperlink>
    </w:p>
    <w:p w14:paraId="25B3FFC1" w14:textId="12BF42DD" w:rsidR="00E705B9" w:rsidRPr="007D36A5" w:rsidRDefault="00B80976" w:rsidP="00E869BC">
      <w:pPr>
        <w:rPr>
          <w:lang w:val="nl-NL"/>
        </w:rPr>
      </w:pPr>
      <w:r w:rsidRPr="00371935">
        <w:rPr>
          <w:lang w:val="nl-NL"/>
        </w:rPr>
        <w:br/>
      </w:r>
      <w:r w:rsidRPr="00371935">
        <w:rPr>
          <w:lang w:val="nl-NL"/>
        </w:rPr>
        <w:br/>
      </w:r>
      <w:r w:rsidRPr="00371935">
        <w:rPr>
          <w:lang w:val="nl-NL"/>
        </w:rPr>
        <w:br/>
      </w:r>
      <w:r w:rsidRPr="00371935">
        <w:rPr>
          <w:lang w:val="nl-NL"/>
        </w:rPr>
        <w:br/>
      </w:r>
      <w:r w:rsidRPr="00371935">
        <w:rPr>
          <w:lang w:val="nl-NL"/>
        </w:rPr>
        <w:br/>
      </w:r>
    </w:p>
    <w:p w14:paraId="466854EF" w14:textId="4DB64CAD" w:rsidR="007D36A5" w:rsidRDefault="007D36A5" w:rsidP="00E869BC">
      <w:pPr>
        <w:rPr>
          <w:lang w:val="nl-NL"/>
        </w:rPr>
      </w:pPr>
      <w:r>
        <w:rPr>
          <w:lang w:val="nl-NL"/>
        </w:rPr>
        <w:br w:type="page"/>
      </w:r>
    </w:p>
    <w:p w14:paraId="1F26FFE8" w14:textId="2FCA121C" w:rsidR="00615447" w:rsidRDefault="00971C45" w:rsidP="00371935">
      <w:pPr>
        <w:pStyle w:val="Titel"/>
      </w:pPr>
      <w:bookmarkStart w:id="1" w:name="_Toc195015431"/>
      <w:r>
        <w:lastRenderedPageBreak/>
        <w:t xml:space="preserve">Bijlage 1: </w:t>
      </w:r>
      <w:r w:rsidR="00615447">
        <w:t>Voorwaarden marktoriëntatie</w:t>
      </w:r>
      <w:bookmarkEnd w:id="1"/>
    </w:p>
    <w:p w14:paraId="381D0A12" w14:textId="3255BD93" w:rsidR="00615447" w:rsidRPr="00605D53" w:rsidRDefault="00615447" w:rsidP="00371935">
      <w:pPr>
        <w:rPr>
          <w:lang w:val="nl-NL"/>
        </w:rPr>
      </w:pPr>
      <w:r w:rsidRPr="00605D53">
        <w:rPr>
          <w:lang w:val="nl-NL"/>
        </w:rPr>
        <w:t xml:space="preserve">Deelname aan de marktoriëntatie is voor beide partijen geheel vrijblijvend. </w:t>
      </w:r>
    </w:p>
    <w:p w14:paraId="12E5D093" w14:textId="24FCD528" w:rsidR="00615447" w:rsidRPr="00605D53" w:rsidRDefault="00615447" w:rsidP="075C919B">
      <w:pPr>
        <w:rPr>
          <w:lang w:val="nl-NL"/>
        </w:rPr>
      </w:pPr>
      <w:r w:rsidRPr="00605D53">
        <w:rPr>
          <w:lang w:val="nl-NL"/>
        </w:rPr>
        <w:t xml:space="preserve">Er worden geen vergoedingen gegeven voor gemaakte of te maken kosten, verbonden aan de marktoriëntatie. </w:t>
      </w:r>
    </w:p>
    <w:p w14:paraId="157F59CB" w14:textId="5FCCEB07" w:rsidR="00615447" w:rsidRPr="00605D53" w:rsidRDefault="00615447" w:rsidP="075C919B">
      <w:pPr>
        <w:rPr>
          <w:lang w:val="nl-NL"/>
        </w:rPr>
      </w:pPr>
      <w:r w:rsidRPr="00605D53">
        <w:rPr>
          <w:lang w:val="nl-NL"/>
        </w:rPr>
        <w:t xml:space="preserve">Deze marktoriëntatie maakt geen deel uit van een eventuele aanbestedingsprocedure. Hieruit volgt dat er geen consequenties voortvloeien uit de deelname aan de marktoriëntatie, ten aanzien van een eventuele aanbestedingsprocedure in de toekomst. Er ontstaan geen voorkeursposities of uitsluitingsgronden door doordeelname aan de marktoriëntatie. </w:t>
      </w:r>
    </w:p>
    <w:p w14:paraId="4D1814E7" w14:textId="723D0D1D" w:rsidR="00615447" w:rsidRPr="00605D53" w:rsidRDefault="00615447" w:rsidP="00371935">
      <w:pPr>
        <w:rPr>
          <w:lang w:val="nl-NL"/>
        </w:rPr>
      </w:pPr>
      <w:r w:rsidRPr="00605D53">
        <w:rPr>
          <w:lang w:val="nl-NL"/>
        </w:rPr>
        <w:t xml:space="preserve">Aan deze marktoriëntatie, de beschikbaar gestelde documenten en alle overige informatie in het kader van deze opdracht kunnen geen (wederzijdse) rechten worden ontleend. </w:t>
      </w:r>
    </w:p>
    <w:p w14:paraId="2CA9C4C7" w14:textId="77777777" w:rsidR="00615447" w:rsidRPr="00605D53" w:rsidRDefault="00615447" w:rsidP="38D21FBA">
      <w:pPr>
        <w:rPr>
          <w:lang w:val="nl-NL"/>
        </w:rPr>
      </w:pPr>
      <w:r w:rsidRPr="00605D53">
        <w:rPr>
          <w:lang w:val="nl-NL"/>
        </w:rPr>
        <w:t xml:space="preserve">Verkregen informatie en inzichten van marktpartijen kunnen vervolgens worden meegenomen in de voorbereidingsfase waarin het project zich op dit moment bevindt. Amsterdam UMC is hiertoe echter niet verplicht. </w:t>
      </w:r>
    </w:p>
    <w:p w14:paraId="07EED259" w14:textId="77777777" w:rsidR="00615447" w:rsidRPr="00605D53" w:rsidRDefault="00615447" w:rsidP="38D21FBA">
      <w:pPr>
        <w:rPr>
          <w:lang w:val="nl-NL"/>
        </w:rPr>
      </w:pPr>
      <w:r w:rsidRPr="00605D53">
        <w:rPr>
          <w:lang w:val="nl-NL"/>
        </w:rPr>
        <w:t xml:space="preserve">Gezien het vrijblijvende karakter van de marktoriëntatie, kunnen er geen rechten ontleend worden aan enige verstrekte informatie en/of beschikbaar gestelde documenten in het kader van deze marktoriëntatie. </w:t>
      </w:r>
    </w:p>
    <w:p w14:paraId="700861D1" w14:textId="77777777" w:rsidR="00615447" w:rsidRPr="00605D53" w:rsidRDefault="00615447" w:rsidP="38D21FBA">
      <w:pPr>
        <w:rPr>
          <w:lang w:val="nl-NL"/>
        </w:rPr>
      </w:pPr>
      <w:r w:rsidRPr="00605D53">
        <w:rPr>
          <w:lang w:val="nl-NL"/>
        </w:rPr>
        <w:t xml:space="preserve">Daarnaast is het van belang te weten dat informatie uit deze marktoriëntatie kan afwijken van informatie die later in het kader van een eventuele voorgenomen aanbesteding wordt verstrekt. </w:t>
      </w:r>
    </w:p>
    <w:p w14:paraId="6EED9FD1" w14:textId="0C9D85B1" w:rsidR="00615447" w:rsidRPr="00605D53" w:rsidRDefault="00615447" w:rsidP="38D21FBA">
      <w:pPr>
        <w:rPr>
          <w:rFonts w:asciiTheme="majorHAnsi" w:eastAsiaTheme="majorEastAsia" w:hAnsiTheme="majorHAnsi" w:cstheme="majorBidi"/>
          <w:b/>
          <w:bCs/>
          <w:color w:val="365F91" w:themeColor="accent1" w:themeShade="BF"/>
          <w:sz w:val="28"/>
          <w:szCs w:val="28"/>
          <w:lang w:val="nl-NL"/>
        </w:rPr>
      </w:pPr>
      <w:r w:rsidRPr="00605D53">
        <w:rPr>
          <w:lang w:val="nl-NL"/>
        </w:rPr>
        <w:t xml:space="preserve">Tevens kan de ontvangen informatie worden verwerkt in de aanbestedingsdocumenten. Dit betekent dat de informatie die wordt verstrekt (gedeeltelijk) publiekelijk kan worden gemaakt, via </w:t>
      </w:r>
      <w:proofErr w:type="spellStart"/>
      <w:r w:rsidRPr="00605D53">
        <w:rPr>
          <w:lang w:val="nl-NL"/>
        </w:rPr>
        <w:t>TenderNed</w:t>
      </w:r>
      <w:proofErr w:type="spellEnd"/>
      <w:r w:rsidRPr="00605D53">
        <w:rPr>
          <w:lang w:val="nl-NL"/>
        </w:rPr>
        <w:t>.</w:t>
      </w:r>
    </w:p>
    <w:p w14:paraId="68083876" w14:textId="77777777" w:rsidR="00971C45" w:rsidRDefault="00971C45" w:rsidP="00E869BC">
      <w:pPr>
        <w:rPr>
          <w:rFonts w:asciiTheme="majorHAnsi" w:eastAsiaTheme="majorEastAsia" w:hAnsiTheme="majorHAnsi" w:cstheme="majorBidi"/>
          <w:b/>
          <w:bCs/>
          <w:color w:val="365F91" w:themeColor="accent1" w:themeShade="BF"/>
          <w:sz w:val="28"/>
          <w:szCs w:val="28"/>
          <w:lang w:val="nl-NL"/>
        </w:rPr>
      </w:pPr>
      <w:r w:rsidRPr="3F85365B">
        <w:rPr>
          <w:lang w:val="nl-NL"/>
        </w:rPr>
        <w:br w:type="page"/>
      </w:r>
      <w:permStart w:id="1619725014" w:edGrp="everyone"/>
      <w:permEnd w:id="1619725014"/>
    </w:p>
    <w:p w14:paraId="14F6DEB1" w14:textId="5119DB8B" w:rsidR="007D36A5" w:rsidRPr="001E4EF4" w:rsidRDefault="007D36A5" w:rsidP="00371935">
      <w:pPr>
        <w:pStyle w:val="Titel"/>
      </w:pPr>
      <w:bookmarkStart w:id="2" w:name="_Toc195015432"/>
      <w:r w:rsidRPr="001E4EF4">
        <w:lastRenderedPageBreak/>
        <w:t>Vragenlijst Marktoriëntatie Infuustechnologie – Amsterdam UMC</w:t>
      </w:r>
      <w:bookmarkEnd w:id="2"/>
    </w:p>
    <w:tbl>
      <w:tblPr>
        <w:tblStyle w:val="Tabelraster"/>
        <w:tblW w:w="0" w:type="auto"/>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ook w:val="04A0" w:firstRow="1" w:lastRow="0" w:firstColumn="1" w:lastColumn="0" w:noHBand="0" w:noVBand="1"/>
      </w:tblPr>
      <w:tblGrid>
        <w:gridCol w:w="2689"/>
        <w:gridCol w:w="6707"/>
      </w:tblGrid>
      <w:tr w:rsidR="00016230" w:rsidRPr="00016230" w14:paraId="038A3AC8" w14:textId="77777777" w:rsidTr="00016230">
        <w:tc>
          <w:tcPr>
            <w:tcW w:w="2689" w:type="dxa"/>
            <w:shd w:val="clear" w:color="auto" w:fill="DBE5F1" w:themeFill="accent1" w:themeFillTint="33"/>
          </w:tcPr>
          <w:p w14:paraId="4D9729E1" w14:textId="6EE72641" w:rsidR="00016230" w:rsidRDefault="00016230" w:rsidP="00016230">
            <w:bookmarkStart w:id="3" w:name="_Toc195015433"/>
            <w:bookmarkStart w:id="4" w:name="_Toc196393015"/>
            <w:proofErr w:type="spellStart"/>
            <w:r>
              <w:t>Namens</w:t>
            </w:r>
            <w:proofErr w:type="spellEnd"/>
            <w:r>
              <w:t xml:space="preserve"> </w:t>
            </w:r>
            <w:proofErr w:type="spellStart"/>
            <w:r>
              <w:t>leverancier</w:t>
            </w:r>
            <w:proofErr w:type="spellEnd"/>
            <w:r>
              <w:t>:</w:t>
            </w:r>
          </w:p>
        </w:tc>
        <w:sdt>
          <w:sdtPr>
            <w:alias w:val="Leverancier"/>
            <w:tag w:val="Leverancier"/>
            <w:id w:val="553284916"/>
            <w:placeholder>
              <w:docPart w:val="3585E2AF5ADB492F9BFA63636114533B"/>
            </w:placeholder>
            <w:showingPlcHdr/>
          </w:sdtPr>
          <w:sdtContent>
            <w:permStart w:id="46418084" w:edGrp="everyone" w:displacedByCustomXml="prev"/>
            <w:tc>
              <w:tcPr>
                <w:tcW w:w="6707" w:type="dxa"/>
              </w:tcPr>
              <w:p w14:paraId="3B2E8AA9" w14:textId="59313F75" w:rsidR="00016230" w:rsidRPr="00016230" w:rsidRDefault="00016230" w:rsidP="00016230">
                <w:pPr>
                  <w:rPr>
                    <w:lang w:val="nl-NL"/>
                  </w:rPr>
                </w:pPr>
                <w:r>
                  <w:rPr>
                    <w:rStyle w:val="Tekstvantijdelijkeaanduiding"/>
                    <w:lang w:val="nl-NL"/>
                  </w:rPr>
                  <w:t>Uw antwoord</w:t>
                </w:r>
              </w:p>
            </w:tc>
            <w:permEnd w:id="46418084" w:displacedByCustomXml="next"/>
          </w:sdtContent>
        </w:sdt>
      </w:tr>
      <w:tr w:rsidR="00016230" w:rsidRPr="00016230" w14:paraId="0FDA206C" w14:textId="77777777" w:rsidTr="00016230">
        <w:tc>
          <w:tcPr>
            <w:tcW w:w="2689" w:type="dxa"/>
            <w:shd w:val="clear" w:color="auto" w:fill="DBE5F1" w:themeFill="accent1" w:themeFillTint="33"/>
          </w:tcPr>
          <w:p w14:paraId="68FDC5C6" w14:textId="3CB4FE79" w:rsidR="00016230" w:rsidRDefault="00016230" w:rsidP="00016230">
            <w:r>
              <w:t>Fabrikant / type / model:</w:t>
            </w:r>
          </w:p>
        </w:tc>
        <w:sdt>
          <w:sdtPr>
            <w:alias w:val="TypeModel"/>
            <w:tag w:val="TypeModel"/>
            <w:id w:val="1959298874"/>
            <w:placeholder>
              <w:docPart w:val="14D883C373614DD1A2BCB7AFAC084BF3"/>
            </w:placeholder>
            <w:showingPlcHdr/>
          </w:sdtPr>
          <w:sdtContent>
            <w:permStart w:id="1160526406" w:edGrp="everyone" w:displacedByCustomXml="prev"/>
            <w:tc>
              <w:tcPr>
                <w:tcW w:w="6707" w:type="dxa"/>
              </w:tcPr>
              <w:p w14:paraId="6A9922D4" w14:textId="7213B65B" w:rsidR="00016230" w:rsidRPr="00016230" w:rsidRDefault="00016230" w:rsidP="00016230">
                <w:pPr>
                  <w:rPr>
                    <w:lang w:val="nl-NL"/>
                  </w:rPr>
                </w:pPr>
                <w:r>
                  <w:rPr>
                    <w:rStyle w:val="Tekstvantijdelijkeaanduiding"/>
                    <w:lang w:val="nl-NL"/>
                  </w:rPr>
                  <w:t>Uw antwoord</w:t>
                </w:r>
              </w:p>
            </w:tc>
            <w:permEnd w:id="1160526406" w:displacedByCustomXml="next"/>
          </w:sdtContent>
        </w:sdt>
      </w:tr>
      <w:tr w:rsidR="00016230" w:rsidRPr="00016230" w14:paraId="1DC09AF1" w14:textId="77777777" w:rsidTr="00016230">
        <w:tc>
          <w:tcPr>
            <w:tcW w:w="2689" w:type="dxa"/>
            <w:shd w:val="clear" w:color="auto" w:fill="DBE5F1" w:themeFill="accent1" w:themeFillTint="33"/>
          </w:tcPr>
          <w:p w14:paraId="3E1A76F2" w14:textId="49C80171" w:rsidR="00016230" w:rsidRDefault="00016230" w:rsidP="00016230">
            <w:proofErr w:type="spellStart"/>
            <w:r>
              <w:t>Uw</w:t>
            </w:r>
            <w:proofErr w:type="spellEnd"/>
            <w:r>
              <w:t xml:space="preserve"> naam: </w:t>
            </w:r>
          </w:p>
        </w:tc>
        <w:sdt>
          <w:sdtPr>
            <w:alias w:val="Naam"/>
            <w:tag w:val="Naam"/>
            <w:id w:val="-1411226753"/>
            <w:placeholder>
              <w:docPart w:val="64965ABC48C34C919F109977C9B99956"/>
            </w:placeholder>
            <w:showingPlcHdr/>
          </w:sdtPr>
          <w:sdtContent>
            <w:permStart w:id="644182084" w:edGrp="everyone" w:displacedByCustomXml="prev"/>
            <w:tc>
              <w:tcPr>
                <w:tcW w:w="6707" w:type="dxa"/>
              </w:tcPr>
              <w:p w14:paraId="18520619" w14:textId="4C5E8C18" w:rsidR="00016230" w:rsidRPr="00016230" w:rsidRDefault="00016230" w:rsidP="00016230">
                <w:pPr>
                  <w:rPr>
                    <w:lang w:val="nl-NL"/>
                  </w:rPr>
                </w:pPr>
                <w:r>
                  <w:rPr>
                    <w:rStyle w:val="Tekstvantijdelijkeaanduiding"/>
                    <w:lang w:val="nl-NL"/>
                  </w:rPr>
                  <w:t>Uw antwoord</w:t>
                </w:r>
              </w:p>
            </w:tc>
            <w:permEnd w:id="644182084" w:displacedByCustomXml="next"/>
          </w:sdtContent>
        </w:sdt>
      </w:tr>
      <w:tr w:rsidR="00016230" w:rsidRPr="00016230" w14:paraId="1E5ECFFA" w14:textId="77777777" w:rsidTr="00016230">
        <w:tc>
          <w:tcPr>
            <w:tcW w:w="2689" w:type="dxa"/>
            <w:shd w:val="clear" w:color="auto" w:fill="DBE5F1" w:themeFill="accent1" w:themeFillTint="33"/>
          </w:tcPr>
          <w:p w14:paraId="0CDA7C97" w14:textId="156C0D1E" w:rsidR="00016230" w:rsidRDefault="00016230" w:rsidP="00016230">
            <w:proofErr w:type="spellStart"/>
            <w:r>
              <w:t>Contactgegevens</w:t>
            </w:r>
            <w:proofErr w:type="spellEnd"/>
            <w:r>
              <w:t>:</w:t>
            </w:r>
          </w:p>
        </w:tc>
        <w:sdt>
          <w:sdtPr>
            <w:alias w:val="Contact"/>
            <w:tag w:val="Contact"/>
            <w:id w:val="1791708335"/>
            <w:placeholder>
              <w:docPart w:val="EC21CEE29BD648DA8A92C2D8869E14C4"/>
            </w:placeholder>
            <w:showingPlcHdr/>
          </w:sdtPr>
          <w:sdtContent>
            <w:permStart w:id="1060517599" w:edGrp="everyone" w:displacedByCustomXml="prev"/>
            <w:tc>
              <w:tcPr>
                <w:tcW w:w="6707" w:type="dxa"/>
              </w:tcPr>
              <w:p w14:paraId="34EA5F82" w14:textId="1B0C79B0" w:rsidR="00016230" w:rsidRPr="00016230" w:rsidRDefault="00016230" w:rsidP="00016230">
                <w:pPr>
                  <w:rPr>
                    <w:lang w:val="nl-NL"/>
                  </w:rPr>
                </w:pPr>
                <w:r>
                  <w:rPr>
                    <w:rStyle w:val="Tekstvantijdelijkeaanduiding"/>
                    <w:lang w:val="nl-NL"/>
                  </w:rPr>
                  <w:t>Uw antwoord</w:t>
                </w:r>
              </w:p>
            </w:tc>
            <w:permEnd w:id="1060517599" w:displacedByCustomXml="next"/>
          </w:sdtContent>
        </w:sdt>
      </w:tr>
      <w:tr w:rsidR="00016230" w:rsidRPr="00016230" w14:paraId="6B21D7F3" w14:textId="77777777" w:rsidTr="007F697D">
        <w:tc>
          <w:tcPr>
            <w:tcW w:w="2689" w:type="dxa"/>
            <w:shd w:val="clear" w:color="auto" w:fill="DBE5F1" w:themeFill="accent1" w:themeFillTint="33"/>
          </w:tcPr>
          <w:p w14:paraId="2DE3FC63" w14:textId="31E9A7FF" w:rsidR="00016230" w:rsidRDefault="00016230" w:rsidP="007F697D">
            <w:r>
              <w:t>Datum</w:t>
            </w:r>
            <w:r>
              <w:t>:</w:t>
            </w:r>
          </w:p>
        </w:tc>
        <w:sdt>
          <w:sdtPr>
            <w:alias w:val="Datum"/>
            <w:tag w:val="Datum"/>
            <w:id w:val="-319270261"/>
            <w:placeholder>
              <w:docPart w:val="7E3332A2A4D84227BA71FA0119C97646"/>
            </w:placeholder>
            <w:showingPlcHdr/>
          </w:sdtPr>
          <w:sdtContent>
            <w:permStart w:id="78085848" w:edGrp="everyone" w:displacedByCustomXml="prev"/>
            <w:tc>
              <w:tcPr>
                <w:tcW w:w="6707" w:type="dxa"/>
              </w:tcPr>
              <w:p w14:paraId="1E562DA5" w14:textId="77777777" w:rsidR="00016230" w:rsidRPr="00016230" w:rsidRDefault="00016230" w:rsidP="007F697D">
                <w:pPr>
                  <w:rPr>
                    <w:lang w:val="nl-NL"/>
                  </w:rPr>
                </w:pPr>
                <w:r>
                  <w:rPr>
                    <w:rStyle w:val="Tekstvantijdelijkeaanduiding"/>
                    <w:lang w:val="nl-NL"/>
                  </w:rPr>
                  <w:t>Uw antwoord</w:t>
                </w:r>
              </w:p>
            </w:tc>
            <w:permEnd w:id="78085848" w:displacedByCustomXml="next"/>
          </w:sdtContent>
        </w:sdt>
      </w:tr>
    </w:tbl>
    <w:p w14:paraId="448993C6" w14:textId="5BE4F6DF" w:rsidR="007D36A5" w:rsidRPr="007D36A5" w:rsidRDefault="007D36A5" w:rsidP="00371935">
      <w:pPr>
        <w:pStyle w:val="Kop1"/>
      </w:pPr>
      <w:proofErr w:type="spellStart"/>
      <w:r w:rsidRPr="008F0524">
        <w:t>Algemene</w:t>
      </w:r>
      <w:proofErr w:type="spellEnd"/>
      <w:r w:rsidRPr="007D36A5">
        <w:t xml:space="preserve"> </w:t>
      </w:r>
      <w:proofErr w:type="spellStart"/>
      <w:r w:rsidRPr="007D36A5">
        <w:t>Productinformatie</w:t>
      </w:r>
      <w:bookmarkEnd w:id="3"/>
      <w:bookmarkEnd w:id="4"/>
      <w:proofErr w:type="spellEnd"/>
    </w:p>
    <w:p w14:paraId="67713F67" w14:textId="697E5BD6" w:rsidR="00346AF6" w:rsidRPr="001E4EF4" w:rsidRDefault="00346AF6" w:rsidP="00371935">
      <w:pPr>
        <w:pStyle w:val="Kop2"/>
      </w:pPr>
      <w:bookmarkStart w:id="5" w:name="_Toc195015434"/>
      <w:bookmarkStart w:id="6" w:name="_Toc196393016"/>
      <w:r w:rsidRPr="001E4EF4">
        <w:t>Productportfolio</w:t>
      </w:r>
      <w:bookmarkEnd w:id="5"/>
      <w:bookmarkEnd w:id="6"/>
    </w:p>
    <w:p w14:paraId="6CF6F263" w14:textId="1C0ADA9B" w:rsidR="007D36A5" w:rsidRPr="00346AF6" w:rsidRDefault="007D36A5" w:rsidP="006F5861">
      <w:pPr>
        <w:pStyle w:val="Kop3"/>
      </w:pPr>
      <w:bookmarkStart w:id="7" w:name="_Toc196393017"/>
      <w:r w:rsidRPr="00346AF6">
        <w:t>Beschrijf uw productportfolio voor infuuspompen, met aandacht voor:</w:t>
      </w:r>
      <w:bookmarkEnd w:id="7"/>
    </w:p>
    <w:p w14:paraId="58BDA98A" w14:textId="5F3225E3" w:rsidR="007D36A5" w:rsidRPr="0036086F" w:rsidRDefault="00B80976" w:rsidP="0036086F">
      <w:pPr>
        <w:pStyle w:val="Lijstalinea"/>
      </w:pPr>
      <w:r>
        <w:t>T</w:t>
      </w:r>
      <w:r w:rsidR="007D36A5" w:rsidRPr="0036086F">
        <w:t xml:space="preserve">ypen infuuspompen (spuiten-, </w:t>
      </w:r>
      <w:proofErr w:type="spellStart"/>
      <w:r w:rsidR="007D36A5" w:rsidRPr="0036086F">
        <w:t>volumetrische</w:t>
      </w:r>
      <w:proofErr w:type="spellEnd"/>
      <w:r w:rsidR="007D36A5" w:rsidRPr="0036086F">
        <w:t xml:space="preserve">, </w:t>
      </w:r>
      <w:r w:rsidR="008356DB">
        <w:t>PCA-</w:t>
      </w:r>
      <w:r w:rsidR="007D36A5" w:rsidRPr="0036086F">
        <w:t>pompen, etc.)</w:t>
      </w:r>
    </w:p>
    <w:p w14:paraId="62098866" w14:textId="4E0C3F43" w:rsidR="0036086F" w:rsidRDefault="00F61D2C" w:rsidP="0036086F">
      <w:pPr>
        <w:pStyle w:val="Lijstalinea"/>
      </w:pPr>
      <w:r w:rsidRPr="0036086F">
        <w:t xml:space="preserve">Geschiktheid voor </w:t>
      </w:r>
      <w:proofErr w:type="spellStart"/>
      <w:r w:rsidR="007D36A5" w:rsidRPr="0036086F">
        <w:t>ziekenhuisbreed</w:t>
      </w:r>
      <w:proofErr w:type="spellEnd"/>
      <w:r w:rsidR="007D36A5" w:rsidRPr="0036086F">
        <w:t xml:space="preserve"> gebruik (kliniek, IC, OK, transport, etc.)</w:t>
      </w:r>
      <w:r w:rsidR="00B8000E" w:rsidRPr="0036086F">
        <w:t xml:space="preserve"> </w:t>
      </w:r>
    </w:p>
    <w:p w14:paraId="68F3BDB8" w14:textId="1FB0AD6A" w:rsidR="00C511D0" w:rsidRDefault="00D90B1A" w:rsidP="0036086F">
      <w:pPr>
        <w:pStyle w:val="Lijstalinea"/>
      </w:pPr>
      <w:r>
        <w:t>Modul</w:t>
      </w:r>
      <w:r w:rsidR="00477D94">
        <w:t>es</w:t>
      </w:r>
      <w:r w:rsidR="00975E40">
        <w:t xml:space="preserve"> / modulaire</w:t>
      </w:r>
      <w:r w:rsidR="209BA62B">
        <w:t xml:space="preserve"> en flexibel</w:t>
      </w:r>
      <w:r w:rsidR="00975E40">
        <w:t xml:space="preserve"> opbouw</w:t>
      </w:r>
      <w:r w:rsidR="4D7AAE05">
        <w:t>; alle typen pompen in één gebruiksconcept.</w:t>
      </w:r>
    </w:p>
    <w:p w14:paraId="7C429D26" w14:textId="35470DBF" w:rsidR="00C511D0" w:rsidRPr="0023480C" w:rsidRDefault="00F51DAE" w:rsidP="0036086F">
      <w:pPr>
        <w:pStyle w:val="Lijstalinea"/>
      </w:pPr>
      <w:r>
        <w:t xml:space="preserve">Connectiviteit (LAN / </w:t>
      </w:r>
      <w:proofErr w:type="spellStart"/>
      <w:r>
        <w:t>WiFi</w:t>
      </w:r>
      <w:proofErr w:type="spellEnd"/>
      <w:r>
        <w:t xml:space="preserve"> / overig) en interoperabiliteit met centrale systemen</w:t>
      </w:r>
    </w:p>
    <w:p w14:paraId="128DC0B6" w14:textId="6941DE4E" w:rsidR="00454E5C" w:rsidRDefault="4061E73A" w:rsidP="00454E5C">
      <w:pPr>
        <w:pStyle w:val="Lijstalinea"/>
      </w:pPr>
      <w:r w:rsidRPr="00C511D0">
        <w:t>T</w:t>
      </w:r>
      <w:r w:rsidR="74147A8C" w:rsidRPr="00C511D0">
        <w:t>oekomstbestendig</w:t>
      </w:r>
      <w:r w:rsidRPr="00C511D0">
        <w:t>heid</w:t>
      </w:r>
      <w:r w:rsidR="22DCEEF9" w:rsidRPr="00C511D0">
        <w:t>:</w:t>
      </w:r>
      <w:r w:rsidR="74147A8C" w:rsidRPr="00C511D0">
        <w:t xml:space="preserve"> updates en extra functionaliteiten</w:t>
      </w:r>
    </w:p>
    <w:permStart w:id="704401110" w:edGrp="everyone" w:displacedByCustomXml="next"/>
    <w:sdt>
      <w:sdtPr>
        <w:rPr>
          <w:rStyle w:val="Stijl1"/>
        </w:rPr>
        <w:alias w:val="1.1.1"/>
        <w:tag w:val="1.1.1"/>
        <w:id w:val="-1058924"/>
        <w:placeholder>
          <w:docPart w:val="C808562B75E44A1C92299B1491EF5F14"/>
        </w:placeholder>
        <w:showingPlcHdr/>
      </w:sdtPr>
      <w:sdtEndPr>
        <w:rPr>
          <w:rStyle w:val="Standaardalinea-lettertype"/>
          <w:rFonts w:asciiTheme="minorHAnsi" w:hAnsiTheme="minorHAnsi"/>
          <w:color w:val="auto"/>
          <w:lang w:val="nl-NL"/>
        </w:rPr>
      </w:sdtEndPr>
      <w:sdtContent>
        <w:p w14:paraId="3933E2EF" w14:textId="1946A53F" w:rsidR="00454E5C" w:rsidRPr="00454E5C" w:rsidRDefault="00D25E27" w:rsidP="008B488D">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 w14:paraId="4DE19033" w14:textId="703693B3" w:rsidR="002F221A" w:rsidRDefault="002F221A" w:rsidP="006F5861">
      <w:pPr>
        <w:pStyle w:val="Kop3"/>
      </w:pPr>
      <w:bookmarkStart w:id="8" w:name="_Toc196393018"/>
      <w:permEnd w:id="704401110"/>
      <w:r w:rsidRPr="00371935">
        <w:t xml:space="preserve">Beschrijf </w:t>
      </w:r>
      <w:r w:rsidR="0036086F" w:rsidRPr="00371935">
        <w:t xml:space="preserve">kenmerken van de </w:t>
      </w:r>
      <w:r w:rsidR="00E601A7" w:rsidRPr="00371935">
        <w:t xml:space="preserve">pompen en </w:t>
      </w:r>
      <w:proofErr w:type="spellStart"/>
      <w:r w:rsidR="00E601A7" w:rsidRPr="00371935">
        <w:t>docking</w:t>
      </w:r>
      <w:proofErr w:type="spellEnd"/>
      <w:r w:rsidR="00E601A7" w:rsidRPr="00371935">
        <w:t xml:space="preserve"> stations</w:t>
      </w:r>
      <w:r w:rsidR="0036086F" w:rsidRPr="00371935">
        <w:t xml:space="preserve">, o.a. </w:t>
      </w:r>
      <w:r w:rsidRPr="00371935">
        <w:t xml:space="preserve">gewicht, afmetingen en </w:t>
      </w:r>
      <w:r w:rsidRPr="008B488D">
        <w:t>batterijduur.</w:t>
      </w:r>
      <w:bookmarkEnd w:id="8"/>
    </w:p>
    <w:permStart w:id="355368845" w:edGrp="everyone" w:displacedByCustomXml="next"/>
    <w:bookmarkStart w:id="9" w:name="_Hlk196395839" w:displacedByCustomXml="next"/>
    <w:sdt>
      <w:sdtPr>
        <w:rPr>
          <w:rStyle w:val="Stijl1"/>
        </w:rPr>
        <w:alias w:val="1.1.2"/>
        <w:tag w:val="1.1.2"/>
        <w:id w:val="-473599324"/>
        <w:placeholder>
          <w:docPart w:val="2B8C2089F983471CBADF1757790376E7"/>
        </w:placeholder>
        <w:showingPlcHdr/>
      </w:sdtPr>
      <w:sdtEndPr>
        <w:rPr>
          <w:rStyle w:val="Standaardalinea-lettertype"/>
          <w:rFonts w:asciiTheme="minorHAnsi" w:hAnsiTheme="minorHAnsi"/>
          <w:color w:val="auto"/>
          <w:lang w:val="nl-NL"/>
        </w:rPr>
      </w:sdtEndPr>
      <w:sdtContent>
        <w:p w14:paraId="23DD197E" w14:textId="77777777" w:rsidR="008B488D" w:rsidRPr="00454E5C" w:rsidRDefault="008B488D" w:rsidP="008B488D">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 w14:paraId="41B46118" w14:textId="201AA1B3" w:rsidR="007D36A5" w:rsidRPr="00DC7034" w:rsidRDefault="007D36A5" w:rsidP="006F5861">
      <w:pPr>
        <w:pStyle w:val="Kop3"/>
      </w:pPr>
      <w:bookmarkStart w:id="10" w:name="_Toc196393019"/>
      <w:bookmarkEnd w:id="9"/>
      <w:permEnd w:id="355368845"/>
      <w:r w:rsidRPr="3F85365B">
        <w:t xml:space="preserve">Beschrijf uw </w:t>
      </w:r>
      <w:r w:rsidR="00346AF6" w:rsidRPr="3F85365B">
        <w:t>productportfolio voor infuussystemen</w:t>
      </w:r>
      <w:r w:rsidR="00F71096" w:rsidRPr="3F85365B">
        <w:t xml:space="preserve"> en bijproducten</w:t>
      </w:r>
      <w:r w:rsidR="00B80976" w:rsidRPr="3F85365B">
        <w:t>, met aandacht voor</w:t>
      </w:r>
      <w:r w:rsidRPr="3F85365B">
        <w:t>:</w:t>
      </w:r>
      <w:bookmarkEnd w:id="10"/>
    </w:p>
    <w:p w14:paraId="39B52249" w14:textId="5C768CFB" w:rsidR="001A3C29" w:rsidRDefault="00470A7D" w:rsidP="00E601A7">
      <w:pPr>
        <w:pStyle w:val="Lijstalinea"/>
      </w:pPr>
      <w:r>
        <w:t xml:space="preserve">Typen </w:t>
      </w:r>
      <w:r w:rsidR="00DC7034">
        <w:t xml:space="preserve">infuussystemen </w:t>
      </w:r>
      <w:r w:rsidR="001A3C29">
        <w:t xml:space="preserve">en </w:t>
      </w:r>
      <w:proofErr w:type="spellStart"/>
      <w:r w:rsidR="001A3C29">
        <w:t>bijspuitlijnen</w:t>
      </w:r>
      <w:proofErr w:type="spellEnd"/>
    </w:p>
    <w:p w14:paraId="3B962D87" w14:textId="73E80E97" w:rsidR="00B75A00" w:rsidRDefault="00470A7D" w:rsidP="00B93744">
      <w:pPr>
        <w:pStyle w:val="Lijstalinea"/>
      </w:pPr>
      <w:r>
        <w:t xml:space="preserve">Verwachte </w:t>
      </w:r>
      <w:r w:rsidRPr="00B93744">
        <w:t>jaarlijkse</w:t>
      </w:r>
      <w:r>
        <w:t xml:space="preserve"> beschikbaarheid en leverbetrouwbaarheid</w:t>
      </w:r>
    </w:p>
    <w:p w14:paraId="0250751B" w14:textId="3B341FF6" w:rsidR="00C87289" w:rsidRDefault="005236E2" w:rsidP="00C87289">
      <w:pPr>
        <w:pStyle w:val="Lijstalinea"/>
      </w:pPr>
      <w:r>
        <w:t xml:space="preserve">(Afwezigheid van) schadelijke materialen, zoals </w:t>
      </w:r>
      <w:r w:rsidR="008375CB">
        <w:t>latex, PFAS</w:t>
      </w:r>
      <w:r>
        <w:t>, etc.</w:t>
      </w:r>
    </w:p>
    <w:permStart w:id="2102329923" w:edGrp="everyone" w:displacedByCustomXml="next"/>
    <w:sdt>
      <w:sdtPr>
        <w:rPr>
          <w:rStyle w:val="Stijl1"/>
        </w:rPr>
        <w:alias w:val="1.1.3"/>
        <w:tag w:val="1.1.3"/>
        <w:id w:val="-1332057559"/>
        <w:placeholder>
          <w:docPart w:val="7BD94356F3D344F68E9AFCD0CA8B2738"/>
        </w:placeholder>
        <w:showingPlcHdr/>
      </w:sdtPr>
      <w:sdtEndPr>
        <w:rPr>
          <w:rStyle w:val="Standaardalinea-lettertype"/>
          <w:rFonts w:asciiTheme="minorHAnsi" w:hAnsiTheme="minorHAnsi"/>
          <w:color w:val="auto"/>
          <w:lang w:val="nl-NL"/>
        </w:rPr>
      </w:sdtEndPr>
      <w:sdtContent>
        <w:p w14:paraId="078AD1AB"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 w14:paraId="092223C5" w14:textId="77777777" w:rsidR="00E20DA6" w:rsidRDefault="00E20DA6" w:rsidP="006F5861">
      <w:pPr>
        <w:pStyle w:val="Kop3"/>
      </w:pPr>
      <w:bookmarkStart w:id="11" w:name="_Toc196393020"/>
      <w:permEnd w:id="2102329923"/>
      <w:r w:rsidRPr="00ED67A1">
        <w:t>Is het mogelijk om infuussystemen van andere leveranciers te gebruiken in uw infuuspompen?</w:t>
      </w:r>
      <w:bookmarkEnd w:id="11"/>
    </w:p>
    <w:permStart w:id="220733308" w:edGrp="everyone" w:displacedByCustomXml="next"/>
    <w:bookmarkStart w:id="12" w:name="_Toc196393021" w:displacedByCustomXml="next"/>
    <w:sdt>
      <w:sdtPr>
        <w:rPr>
          <w:rStyle w:val="Stijl1"/>
        </w:rPr>
        <w:alias w:val="1.1.4"/>
        <w:tag w:val="1.1.4"/>
        <w:id w:val="781077508"/>
        <w:placeholder>
          <w:docPart w:val="E417246FE72C4D4FB8C552B754C4BF29"/>
        </w:placeholder>
        <w:showingPlcHdr/>
      </w:sdtPr>
      <w:sdtEndPr>
        <w:rPr>
          <w:rStyle w:val="Standaardalinea-lettertype"/>
          <w:rFonts w:asciiTheme="minorHAnsi" w:hAnsiTheme="minorHAnsi"/>
          <w:color w:val="auto"/>
          <w:lang w:val="nl-NL"/>
        </w:rPr>
      </w:sdtEndPr>
      <w:sdtContent>
        <w:p w14:paraId="4B98A1C1"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220733308"/>
    <w:p w14:paraId="40CE835A" w14:textId="13C54800" w:rsidR="00BC4D83" w:rsidRPr="00BC4D83" w:rsidRDefault="00BC4D83" w:rsidP="006F5861">
      <w:pPr>
        <w:pStyle w:val="Kop3"/>
      </w:pPr>
      <w:r>
        <w:t xml:space="preserve">Op welke wijze draagt het ontwerp van uw infuuslijnen bij aan het “first time right” inleggen van infuuslijnen voor </w:t>
      </w:r>
      <w:proofErr w:type="spellStart"/>
      <w:r>
        <w:t>volumetrische</w:t>
      </w:r>
      <w:proofErr w:type="spellEnd"/>
      <w:r>
        <w:t xml:space="preserve"> pompen?</w:t>
      </w:r>
      <w:bookmarkEnd w:id="12"/>
    </w:p>
    <w:permStart w:id="698952136" w:edGrp="everyone" w:displacedByCustomXml="next"/>
    <w:bookmarkStart w:id="13" w:name="_Toc196393022" w:displacedByCustomXml="next"/>
    <w:sdt>
      <w:sdtPr>
        <w:rPr>
          <w:rStyle w:val="Stijl1"/>
        </w:rPr>
        <w:alias w:val="1.1.5"/>
        <w:tag w:val="1.1.5"/>
        <w:id w:val="31082781"/>
        <w:placeholder>
          <w:docPart w:val="399DA4F6A7A047979151537345E6622F"/>
        </w:placeholder>
        <w:showingPlcHdr/>
      </w:sdtPr>
      <w:sdtEndPr>
        <w:rPr>
          <w:rStyle w:val="Standaardalinea-lettertype"/>
          <w:rFonts w:asciiTheme="minorHAnsi" w:hAnsiTheme="minorHAnsi"/>
          <w:color w:val="auto"/>
          <w:lang w:val="nl-NL"/>
        </w:rPr>
      </w:sdtEndPr>
      <w:sdtContent>
        <w:p w14:paraId="1FF531F1"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698952136"/>
    <w:p w14:paraId="2DFFF687" w14:textId="0AB73FBC" w:rsidR="009131EE" w:rsidRDefault="009131EE" w:rsidP="00371935">
      <w:pPr>
        <w:pStyle w:val="Kop2"/>
      </w:pPr>
      <w:r>
        <w:lastRenderedPageBreak/>
        <w:t>Duurza</w:t>
      </w:r>
      <w:r w:rsidR="007C1DB9">
        <w:t>amheid</w:t>
      </w:r>
      <w:bookmarkEnd w:id="13"/>
    </w:p>
    <w:p w14:paraId="1E5B6FA0" w14:textId="21165A46" w:rsidR="00E93CB7" w:rsidRPr="00E93CB7" w:rsidRDefault="00E93CB7" w:rsidP="006F5861">
      <w:pPr>
        <w:pStyle w:val="Kop3"/>
      </w:pPr>
      <w:bookmarkStart w:id="14" w:name="_Toc196393023"/>
      <w:r w:rsidRPr="00D53B2A">
        <w:t>Wat is de ideale samenstelling voor infuuspomplijnen vanuit gebruikersgemak, duurzaamheid en kosten? Waarbij de uitdrukkelijke wens voor het AUMC is om zo min mogelijk variatie in lijnen te hebben.</w:t>
      </w:r>
      <w:r w:rsidRPr="00E93CB7">
        <w:t xml:space="preserve">  </w:t>
      </w:r>
      <w:r w:rsidR="00ED67A1">
        <w:br/>
      </w:r>
      <w:r w:rsidRPr="00E93CB7">
        <w:t>Het betreffen:</w:t>
      </w:r>
      <w:bookmarkEnd w:id="14"/>
      <w:r w:rsidRPr="00E93CB7">
        <w:t xml:space="preserve"> </w:t>
      </w:r>
    </w:p>
    <w:p w14:paraId="34D611AF" w14:textId="77777777" w:rsidR="00E93CB7" w:rsidRPr="00E93CB7" w:rsidRDefault="00E93CB7" w:rsidP="00371935">
      <w:pPr>
        <w:pStyle w:val="Lijstalinea"/>
      </w:pPr>
      <w:r w:rsidRPr="00E93CB7">
        <w:t xml:space="preserve">infusie/transfusie lijnen </w:t>
      </w:r>
    </w:p>
    <w:p w14:paraId="13714822" w14:textId="77777777" w:rsidR="00E93CB7" w:rsidRPr="00E93CB7" w:rsidRDefault="00E93CB7" w:rsidP="00371935">
      <w:pPr>
        <w:pStyle w:val="Lijstalinea"/>
      </w:pPr>
      <w:r w:rsidRPr="00E93CB7">
        <w:t>cytostatica lijnen</w:t>
      </w:r>
    </w:p>
    <w:permStart w:id="311964942" w:edGrp="everyone" w:displacedByCustomXml="next"/>
    <w:bookmarkStart w:id="15" w:name="_Toc196393024" w:displacedByCustomXml="next"/>
    <w:sdt>
      <w:sdtPr>
        <w:rPr>
          <w:rStyle w:val="Stijl1"/>
        </w:rPr>
        <w:alias w:val="1.2.1"/>
        <w:tag w:val="1.2.1"/>
        <w:id w:val="16518328"/>
        <w:placeholder>
          <w:docPart w:val="506B642845474F0998F2085F38EF4D97"/>
        </w:placeholder>
        <w:showingPlcHdr/>
      </w:sdtPr>
      <w:sdtEndPr>
        <w:rPr>
          <w:rStyle w:val="Standaardalinea-lettertype"/>
          <w:rFonts w:asciiTheme="minorHAnsi" w:hAnsiTheme="minorHAnsi"/>
          <w:color w:val="auto"/>
          <w:lang w:val="nl-NL"/>
        </w:rPr>
      </w:sdtEndPr>
      <w:sdtContent>
        <w:p w14:paraId="23F24C15"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311964942"/>
    <w:p w14:paraId="22551CCE" w14:textId="5430DF90" w:rsidR="00C87289" w:rsidRPr="00C87289" w:rsidRDefault="007C1DB9" w:rsidP="006F5861">
      <w:pPr>
        <w:pStyle w:val="Kop3"/>
      </w:pPr>
      <w:r w:rsidRPr="007C1DB9">
        <w:t xml:space="preserve">Welke ontwikkelingen zijn er op gebied van </w:t>
      </w:r>
      <w:r w:rsidR="00BC4D83">
        <w:t>d</w:t>
      </w:r>
      <w:r w:rsidR="00BC4D83" w:rsidRPr="007C1DB9">
        <w:t xml:space="preserve">uurzaamheid </w:t>
      </w:r>
      <w:r w:rsidRPr="007C1DB9">
        <w:t>in de infuuspompen en toedieningssystemen?</w:t>
      </w:r>
      <w:bookmarkEnd w:id="15"/>
      <w:r w:rsidR="00C87289">
        <w:t xml:space="preserve"> </w:t>
      </w:r>
    </w:p>
    <w:permStart w:id="2146117303" w:edGrp="everyone" w:displacedByCustomXml="next"/>
    <w:bookmarkStart w:id="16" w:name="_Toc196393025" w:displacedByCustomXml="next"/>
    <w:sdt>
      <w:sdtPr>
        <w:rPr>
          <w:rStyle w:val="Stijl1"/>
        </w:rPr>
        <w:alias w:val="1.2.2"/>
        <w:tag w:val="1.2.2"/>
        <w:id w:val="611864712"/>
        <w:placeholder>
          <w:docPart w:val="A72E500FCD584D6B8219586FC1D9FEC2"/>
        </w:placeholder>
        <w:showingPlcHdr/>
      </w:sdtPr>
      <w:sdtEndPr>
        <w:rPr>
          <w:rStyle w:val="Standaardalinea-lettertype"/>
          <w:rFonts w:asciiTheme="minorHAnsi" w:hAnsiTheme="minorHAnsi"/>
          <w:color w:val="auto"/>
          <w:lang w:val="nl-NL"/>
        </w:rPr>
      </w:sdtEndPr>
      <w:sdtContent>
        <w:p w14:paraId="62AA3C8E"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2146117303"/>
    <w:p w14:paraId="5FA7955C" w14:textId="77777777" w:rsidR="007C1DB9" w:rsidRPr="007C1DB9" w:rsidRDefault="007C1DB9" w:rsidP="006F5861">
      <w:pPr>
        <w:pStyle w:val="Kop3"/>
      </w:pPr>
      <w:r w:rsidRPr="007C1DB9">
        <w:t>Heeft u een levenscyclusanalyse (LCA) beschikbaar voor apparatuur en toedieningssystemen?</w:t>
      </w:r>
      <w:bookmarkEnd w:id="16"/>
    </w:p>
    <w:permStart w:id="49707025" w:edGrp="everyone" w:displacedByCustomXml="next"/>
    <w:bookmarkStart w:id="17" w:name="_Toc196393026" w:displacedByCustomXml="next"/>
    <w:sdt>
      <w:sdtPr>
        <w:rPr>
          <w:rStyle w:val="Stijl1"/>
        </w:rPr>
        <w:alias w:val="1.2.3"/>
        <w:tag w:val="1.2.3"/>
        <w:id w:val="620953468"/>
        <w:placeholder>
          <w:docPart w:val="66096933E7B44F46B3FF8A88B0BEA6F9"/>
        </w:placeholder>
        <w:showingPlcHdr/>
      </w:sdtPr>
      <w:sdtEndPr>
        <w:rPr>
          <w:rStyle w:val="Standaardalinea-lettertype"/>
          <w:rFonts w:asciiTheme="minorHAnsi" w:hAnsiTheme="minorHAnsi"/>
          <w:color w:val="auto"/>
          <w:lang w:val="nl-NL"/>
        </w:rPr>
      </w:sdtEndPr>
      <w:sdtContent>
        <w:p w14:paraId="5C967D79"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49707025"/>
    <w:p w14:paraId="3B19DE43" w14:textId="111CFBC8" w:rsidR="007C1DB9" w:rsidRDefault="007C1DB9" w:rsidP="006F5861">
      <w:pPr>
        <w:pStyle w:val="Kop3"/>
      </w:pPr>
      <w:r w:rsidRPr="007C1DB9">
        <w:t>Z</w:t>
      </w:r>
      <w:r w:rsidR="00071480">
        <w:t>ijn</w:t>
      </w:r>
      <w:r w:rsidRPr="007C1DB9">
        <w:t xml:space="preserve"> er gerecycled </w:t>
      </w:r>
      <w:r w:rsidR="00C87289">
        <w:t xml:space="preserve">/ herbruikbare </w:t>
      </w:r>
      <w:r w:rsidRPr="007C1DB9">
        <w:t>materia</w:t>
      </w:r>
      <w:r w:rsidR="00C87289">
        <w:t>len</w:t>
      </w:r>
      <w:r w:rsidRPr="007C1DB9">
        <w:t xml:space="preserve"> verwerkt in toedieningssystemen </w:t>
      </w:r>
      <w:r w:rsidR="00071480" w:rsidRPr="007C1DB9">
        <w:t>en</w:t>
      </w:r>
      <w:r w:rsidR="00071480">
        <w:t>/</w:t>
      </w:r>
      <w:r w:rsidRPr="007C1DB9">
        <w:t>of apparatuur?</w:t>
      </w:r>
      <w:bookmarkEnd w:id="17"/>
    </w:p>
    <w:permStart w:id="116416024" w:edGrp="everyone" w:displacedByCustomXml="next"/>
    <w:bookmarkStart w:id="18" w:name="_Toc196393027" w:displacedByCustomXml="next"/>
    <w:sdt>
      <w:sdtPr>
        <w:rPr>
          <w:rStyle w:val="Stijl1"/>
        </w:rPr>
        <w:alias w:val="1.2.4"/>
        <w:tag w:val="1.2.4"/>
        <w:id w:val="-786810124"/>
        <w:placeholder>
          <w:docPart w:val="45B1EEE23A3842C886411D8C60562912"/>
        </w:placeholder>
        <w:showingPlcHdr/>
      </w:sdtPr>
      <w:sdtEndPr>
        <w:rPr>
          <w:rStyle w:val="Standaardalinea-lettertype"/>
          <w:rFonts w:asciiTheme="minorHAnsi" w:hAnsiTheme="minorHAnsi"/>
          <w:color w:val="auto"/>
          <w:lang w:val="nl-NL"/>
        </w:rPr>
      </w:sdtEndPr>
      <w:sdtContent>
        <w:p w14:paraId="0078F636"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116416024"/>
    <w:p w14:paraId="7643E02E" w14:textId="2ACD0ACF" w:rsidR="00E20DA6" w:rsidRDefault="00E20DA6" w:rsidP="006F5861">
      <w:pPr>
        <w:pStyle w:val="Kop3"/>
      </w:pPr>
      <w:r w:rsidRPr="00E20DA6">
        <w:t>Op welke wijze heeft u aandacht besteed aan het energieverbruik van de infuuspompen en eventueel toebehoren die energie gebruiken?</w:t>
      </w:r>
      <w:bookmarkEnd w:id="18"/>
    </w:p>
    <w:permStart w:id="1454837402" w:edGrp="everyone" w:displacedByCustomXml="next"/>
    <w:sdt>
      <w:sdtPr>
        <w:rPr>
          <w:rStyle w:val="Stijl1"/>
        </w:rPr>
        <w:alias w:val="1.2.5"/>
        <w:tag w:val="1.2.5"/>
        <w:id w:val="-1330594038"/>
        <w:placeholder>
          <w:docPart w:val="4CEE98042E8D4567AFA1F979D33A4817"/>
        </w:placeholder>
        <w:showingPlcHdr/>
      </w:sdtPr>
      <w:sdtEndPr>
        <w:rPr>
          <w:rStyle w:val="Standaardalinea-lettertype"/>
          <w:rFonts w:asciiTheme="minorHAnsi" w:hAnsiTheme="minorHAnsi"/>
          <w:color w:val="auto"/>
          <w:lang w:val="nl-NL"/>
        </w:rPr>
      </w:sdtEndPr>
      <w:sdtContent>
        <w:p w14:paraId="2C5FCFA2"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 w14:paraId="4166117A" w14:textId="4AC075E0" w:rsidR="00B025EF" w:rsidRPr="00C55324" w:rsidRDefault="00B025EF" w:rsidP="00371935">
      <w:pPr>
        <w:pStyle w:val="Kop2"/>
      </w:pPr>
      <w:bookmarkStart w:id="19" w:name="_Toc195015435"/>
      <w:bookmarkStart w:id="20" w:name="_Toc196393028"/>
      <w:permEnd w:id="1454837402"/>
      <w:r w:rsidRPr="3F85365B">
        <w:t>Functionaliteiten</w:t>
      </w:r>
      <w:bookmarkEnd w:id="19"/>
      <w:bookmarkEnd w:id="20"/>
    </w:p>
    <w:p w14:paraId="16E4F750" w14:textId="370B23B8" w:rsidR="007D36A5" w:rsidRPr="00B025EF" w:rsidRDefault="007D36A5" w:rsidP="00E869BC">
      <w:pPr>
        <w:rPr>
          <w:lang w:val="nl-NL"/>
        </w:rPr>
      </w:pPr>
      <w:r w:rsidRPr="00B025EF">
        <w:rPr>
          <w:lang w:val="nl-NL"/>
        </w:rPr>
        <w:t>Beschrijf in hoeverre uw oplossing voorziet in:</w:t>
      </w:r>
    </w:p>
    <w:p w14:paraId="475A76BA" w14:textId="77777777" w:rsidR="00831509" w:rsidRDefault="00831509" w:rsidP="006F5861">
      <w:pPr>
        <w:pStyle w:val="Kop3"/>
      </w:pPr>
      <w:bookmarkStart w:id="21" w:name="_Toc196393029"/>
      <w:r w:rsidRPr="00371935">
        <w:t>Transfusie (toediening van bloed of bloedproducten)</w:t>
      </w:r>
      <w:bookmarkEnd w:id="21"/>
    </w:p>
    <w:permStart w:id="1151469639" w:edGrp="everyone" w:displacedByCustomXml="next"/>
    <w:bookmarkStart w:id="22" w:name="_Toc196393030" w:displacedByCustomXml="next"/>
    <w:sdt>
      <w:sdtPr>
        <w:rPr>
          <w:rStyle w:val="Stijl1"/>
        </w:rPr>
        <w:alias w:val="1.3.1"/>
        <w:tag w:val="1.3.1"/>
        <w:id w:val="-1164004676"/>
        <w:placeholder>
          <w:docPart w:val="1165722F6B0449E7AAE026217662A324"/>
        </w:placeholder>
        <w:showingPlcHdr/>
      </w:sdtPr>
      <w:sdtEndPr>
        <w:rPr>
          <w:rStyle w:val="Standaardalinea-lettertype"/>
          <w:rFonts w:asciiTheme="minorHAnsi" w:hAnsiTheme="minorHAnsi"/>
          <w:color w:val="auto"/>
          <w:lang w:val="nl-NL"/>
        </w:rPr>
      </w:sdtEndPr>
      <w:sdtContent>
        <w:p w14:paraId="1578B314"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1151469639"/>
    <w:p w14:paraId="04333BBA" w14:textId="2A501A7C" w:rsidR="00831509" w:rsidRDefault="00831509" w:rsidP="006F5861">
      <w:pPr>
        <w:pStyle w:val="Kop3"/>
      </w:pPr>
      <w:r w:rsidRPr="00371935">
        <w:t>Bolustoediening en -beveiliging (snelle toediening van een bolus met beveiliging tegen overdosering)</w:t>
      </w:r>
      <w:bookmarkEnd w:id="22"/>
    </w:p>
    <w:permStart w:id="751052356" w:edGrp="everyone" w:displacedByCustomXml="next"/>
    <w:bookmarkStart w:id="23" w:name="_Toc196393031" w:displacedByCustomXml="next"/>
    <w:sdt>
      <w:sdtPr>
        <w:rPr>
          <w:rStyle w:val="Stijl1"/>
        </w:rPr>
        <w:alias w:val="1.3.2"/>
        <w:tag w:val="1.3.2"/>
        <w:id w:val="947129089"/>
        <w:placeholder>
          <w:docPart w:val="EE2809A4C7C84E34B09423202422A2FF"/>
        </w:placeholder>
        <w:showingPlcHdr/>
      </w:sdtPr>
      <w:sdtEndPr>
        <w:rPr>
          <w:rStyle w:val="Standaardalinea-lettertype"/>
          <w:rFonts w:asciiTheme="minorHAnsi" w:hAnsiTheme="minorHAnsi"/>
          <w:color w:val="auto"/>
          <w:lang w:val="nl-NL"/>
        </w:rPr>
      </w:sdtEndPr>
      <w:sdtContent>
        <w:p w14:paraId="3F710B51"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751052356"/>
    <w:p w14:paraId="37F22658" w14:textId="6768535E" w:rsidR="00AB5CDC" w:rsidRDefault="00831509" w:rsidP="006F5861">
      <w:pPr>
        <w:pStyle w:val="Kop3"/>
      </w:pPr>
      <w:r w:rsidRPr="00371935">
        <w:t xml:space="preserve">VTBI (Volume </w:t>
      </w:r>
      <w:proofErr w:type="spellStart"/>
      <w:r w:rsidRPr="00371935">
        <w:t>to-be-infused</w:t>
      </w:r>
      <w:proofErr w:type="spellEnd"/>
      <w:r w:rsidRPr="00371935">
        <w:t xml:space="preserve">; instelbaar </w:t>
      </w:r>
      <w:r w:rsidR="00CF4068">
        <w:t xml:space="preserve">toe te dienen </w:t>
      </w:r>
      <w:r w:rsidRPr="00371935">
        <w:t>volume, waarna de pomp stopt)</w:t>
      </w:r>
      <w:bookmarkEnd w:id="23"/>
    </w:p>
    <w:permStart w:id="1212091033" w:edGrp="everyone" w:displacedByCustomXml="next"/>
    <w:bookmarkStart w:id="24" w:name="_Toc196393032" w:displacedByCustomXml="next"/>
    <w:sdt>
      <w:sdtPr>
        <w:rPr>
          <w:rStyle w:val="Stijl1"/>
        </w:rPr>
        <w:alias w:val="1.3.3"/>
        <w:tag w:val="1.3.3"/>
        <w:id w:val="997008270"/>
        <w:placeholder>
          <w:docPart w:val="0F29E701EE594B4D852B8DB85A6AE5A0"/>
        </w:placeholder>
        <w:showingPlcHdr/>
      </w:sdtPr>
      <w:sdtEndPr>
        <w:rPr>
          <w:rStyle w:val="Standaardalinea-lettertype"/>
          <w:rFonts w:asciiTheme="minorHAnsi" w:hAnsiTheme="minorHAnsi"/>
          <w:color w:val="auto"/>
          <w:lang w:val="nl-NL"/>
        </w:rPr>
      </w:sdtEndPr>
      <w:sdtContent>
        <w:p w14:paraId="2F7FF18F"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1212091033"/>
    <w:p w14:paraId="68F07D72" w14:textId="68128306" w:rsidR="007D36A5" w:rsidRPr="007D36A5" w:rsidRDefault="007D36A5" w:rsidP="006F5861">
      <w:pPr>
        <w:pStyle w:val="Kop3"/>
      </w:pPr>
      <w:proofErr w:type="spellStart"/>
      <w:r w:rsidRPr="007D36A5">
        <w:lastRenderedPageBreak/>
        <w:t>Piggy-back</w:t>
      </w:r>
      <w:proofErr w:type="spellEnd"/>
      <w:r w:rsidRPr="007D36A5">
        <w:t xml:space="preserve"> infusie (ondersteuning voor een secundaire parallelle toedieningslijn, bijv. medicatie)</w:t>
      </w:r>
      <w:bookmarkEnd w:id="24"/>
    </w:p>
    <w:permStart w:id="376505297" w:edGrp="everyone" w:displacedByCustomXml="next"/>
    <w:bookmarkStart w:id="25" w:name="_Toc196393033" w:displacedByCustomXml="next"/>
    <w:sdt>
      <w:sdtPr>
        <w:rPr>
          <w:rStyle w:val="Stijl1"/>
        </w:rPr>
        <w:alias w:val="1.3.4"/>
        <w:tag w:val="1.3.4"/>
        <w:id w:val="-1352028787"/>
        <w:placeholder>
          <w:docPart w:val="ABCD9052BCC247DD90C13B69B381B8B0"/>
        </w:placeholder>
        <w:showingPlcHdr/>
      </w:sdtPr>
      <w:sdtEndPr>
        <w:rPr>
          <w:rStyle w:val="Standaardalinea-lettertype"/>
          <w:rFonts w:asciiTheme="minorHAnsi" w:hAnsiTheme="minorHAnsi"/>
          <w:color w:val="auto"/>
          <w:lang w:val="nl-NL"/>
        </w:rPr>
      </w:sdtEndPr>
      <w:sdtContent>
        <w:p w14:paraId="25ACD85A"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376505297"/>
    <w:p w14:paraId="6D095FE5" w14:textId="236DF520" w:rsidR="007D36A5" w:rsidRPr="007D36A5" w:rsidRDefault="007D36A5" w:rsidP="006F5861">
      <w:pPr>
        <w:pStyle w:val="Kop3"/>
      </w:pPr>
      <w:r>
        <w:t xml:space="preserve">Take-over modus (back-up of automatische overname van </w:t>
      </w:r>
      <w:r w:rsidR="07B0334B">
        <w:t>infuus</w:t>
      </w:r>
      <w:r>
        <w:t xml:space="preserve"> door tweede infuuspomp)</w:t>
      </w:r>
      <w:bookmarkEnd w:id="25"/>
    </w:p>
    <w:permStart w:id="780688904" w:edGrp="everyone" w:displacedByCustomXml="next"/>
    <w:bookmarkStart w:id="26" w:name="_Toc196393034" w:displacedByCustomXml="next"/>
    <w:sdt>
      <w:sdtPr>
        <w:rPr>
          <w:rStyle w:val="Stijl1"/>
        </w:rPr>
        <w:alias w:val="1.3.5"/>
        <w:tag w:val="1.3.5"/>
        <w:id w:val="1041714296"/>
        <w:placeholder>
          <w:docPart w:val="F33592A928974786A442B793AA0F7DF6"/>
        </w:placeholder>
        <w:showingPlcHdr/>
      </w:sdtPr>
      <w:sdtEndPr>
        <w:rPr>
          <w:rStyle w:val="Standaardalinea-lettertype"/>
          <w:rFonts w:asciiTheme="minorHAnsi" w:hAnsiTheme="minorHAnsi"/>
          <w:color w:val="auto"/>
          <w:lang w:val="nl-NL"/>
        </w:rPr>
      </w:sdtEndPr>
      <w:sdtContent>
        <w:p w14:paraId="70CD010C"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780688904"/>
    <w:p w14:paraId="1BB0BA19" w14:textId="0355EC8D" w:rsidR="007D36A5" w:rsidRPr="007D36A5" w:rsidRDefault="007D36A5" w:rsidP="006F5861">
      <w:pPr>
        <w:pStyle w:val="Kop3"/>
      </w:pPr>
      <w:r w:rsidRPr="007D36A5">
        <w:t>Intermitterende infusie (mogelijkheid tot medicatietoediening met tussenpozen volgens schema)</w:t>
      </w:r>
      <w:bookmarkEnd w:id="26"/>
    </w:p>
    <w:permStart w:id="1979139052" w:edGrp="everyone" w:displacedByCustomXml="next"/>
    <w:bookmarkStart w:id="27" w:name="_Toc196393035" w:displacedByCustomXml="next"/>
    <w:sdt>
      <w:sdtPr>
        <w:rPr>
          <w:rStyle w:val="Stijl1"/>
        </w:rPr>
        <w:alias w:val="1.3.6"/>
        <w:tag w:val="1.3.6"/>
        <w:id w:val="1409036734"/>
        <w:placeholder>
          <w:docPart w:val="1CFA5F5A3BBC4BE6A8B3B81D5ED90D94"/>
        </w:placeholder>
        <w:showingPlcHdr/>
      </w:sdtPr>
      <w:sdtEndPr>
        <w:rPr>
          <w:rStyle w:val="Standaardalinea-lettertype"/>
          <w:rFonts w:asciiTheme="minorHAnsi" w:hAnsiTheme="minorHAnsi"/>
          <w:color w:val="auto"/>
          <w:lang w:val="nl-NL"/>
        </w:rPr>
      </w:sdtEndPr>
      <w:sdtContent>
        <w:p w14:paraId="41D8F702"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1979139052"/>
    <w:p w14:paraId="65E005C1" w14:textId="50F350F2" w:rsidR="007D36A5" w:rsidRPr="007D36A5" w:rsidRDefault="007D36A5" w:rsidP="006F5861">
      <w:pPr>
        <w:pStyle w:val="Kop3"/>
      </w:pPr>
      <w:r w:rsidRPr="007D36A5">
        <w:t>TPN (Totale Parenterale Voeding</w:t>
      </w:r>
      <w:r w:rsidR="00B60F03">
        <w:t xml:space="preserve">; </w:t>
      </w:r>
      <w:r w:rsidRPr="007D36A5">
        <w:t>toediening van voeding volgens een dagschema)</w:t>
      </w:r>
      <w:bookmarkEnd w:id="27"/>
    </w:p>
    <w:permStart w:id="1832472530" w:edGrp="everyone" w:displacedByCustomXml="next"/>
    <w:bookmarkStart w:id="28" w:name="_Toc196393036" w:displacedByCustomXml="next"/>
    <w:sdt>
      <w:sdtPr>
        <w:rPr>
          <w:rStyle w:val="Stijl1"/>
        </w:rPr>
        <w:alias w:val="1.3.7"/>
        <w:tag w:val="1.3.7"/>
        <w:id w:val="-357893776"/>
        <w:placeholder>
          <w:docPart w:val="44C04F5153BA4D2E8C928AFF9D43E8FC"/>
        </w:placeholder>
        <w:showingPlcHdr/>
      </w:sdtPr>
      <w:sdtEndPr>
        <w:rPr>
          <w:rStyle w:val="Standaardalinea-lettertype"/>
          <w:rFonts w:asciiTheme="minorHAnsi" w:hAnsiTheme="minorHAnsi"/>
          <w:color w:val="auto"/>
          <w:lang w:val="nl-NL"/>
        </w:rPr>
      </w:sdtEndPr>
      <w:sdtContent>
        <w:p w14:paraId="5C8F5BF4"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1832472530"/>
    <w:p w14:paraId="5E49B18D" w14:textId="29DE1949" w:rsidR="007D36A5" w:rsidRDefault="007D36A5" w:rsidP="006F5861">
      <w:pPr>
        <w:pStyle w:val="Kop3"/>
      </w:pPr>
      <w:r>
        <w:t>PCA/PCEA</w:t>
      </w:r>
      <w:r w:rsidR="00BF610D">
        <w:t>/PIEB</w:t>
      </w:r>
      <w:r>
        <w:t xml:space="preserve"> (</w:t>
      </w:r>
      <w:proofErr w:type="spellStart"/>
      <w:r>
        <w:t>patiëntgecontroleerde</w:t>
      </w:r>
      <w:proofErr w:type="spellEnd"/>
      <w:r>
        <w:t xml:space="preserve"> analgesie/pijnstilling binnen ingestelde grenzen)</w:t>
      </w:r>
      <w:bookmarkEnd w:id="28"/>
    </w:p>
    <w:permStart w:id="1575040515" w:edGrp="everyone" w:displacedByCustomXml="next"/>
    <w:bookmarkStart w:id="29" w:name="_Toc196393037" w:displacedByCustomXml="next"/>
    <w:sdt>
      <w:sdtPr>
        <w:rPr>
          <w:rStyle w:val="Stijl1"/>
        </w:rPr>
        <w:alias w:val="1.3.8"/>
        <w:tag w:val="1.3.8"/>
        <w:id w:val="2026132239"/>
        <w:placeholder>
          <w:docPart w:val="BBB2D3DFACFC445B93442DD2DE84773E"/>
        </w:placeholder>
        <w:showingPlcHdr/>
      </w:sdtPr>
      <w:sdtEndPr>
        <w:rPr>
          <w:rStyle w:val="Standaardalinea-lettertype"/>
          <w:rFonts w:asciiTheme="minorHAnsi" w:hAnsiTheme="minorHAnsi"/>
          <w:color w:val="auto"/>
          <w:lang w:val="nl-NL"/>
        </w:rPr>
      </w:sdtEndPr>
      <w:sdtContent>
        <w:p w14:paraId="67775B70"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1575040515"/>
    <w:p w14:paraId="677BF02D" w14:textId="377A16A9" w:rsidR="008356DB" w:rsidRDefault="002A772D" w:rsidP="006F5861">
      <w:pPr>
        <w:pStyle w:val="Kop3"/>
      </w:pPr>
      <w:r>
        <w:t>TCI (Target-</w:t>
      </w:r>
      <w:proofErr w:type="spellStart"/>
      <w:r>
        <w:t>controlled</w:t>
      </w:r>
      <w:proofErr w:type="spellEnd"/>
      <w:r>
        <w:t xml:space="preserve"> </w:t>
      </w:r>
      <w:proofErr w:type="spellStart"/>
      <w:r>
        <w:t>Infusion</w:t>
      </w:r>
      <w:proofErr w:type="spellEnd"/>
      <w:r w:rsidR="00B60F03">
        <w:t xml:space="preserve">; </w:t>
      </w:r>
      <w:r>
        <w:t xml:space="preserve">infusiesnelheid </w:t>
      </w:r>
      <w:r w:rsidR="002A43B6">
        <w:t xml:space="preserve">o.b.v. </w:t>
      </w:r>
      <w:proofErr w:type="spellStart"/>
      <w:r>
        <w:t>patiëntspecifieke</w:t>
      </w:r>
      <w:proofErr w:type="spellEnd"/>
      <w:r>
        <w:t xml:space="preserve"> parameters</w:t>
      </w:r>
      <w:r w:rsidR="00B60F03">
        <w:t>)</w:t>
      </w:r>
      <w:bookmarkEnd w:id="29"/>
    </w:p>
    <w:permStart w:id="1374643705" w:edGrp="everyone" w:displacedByCustomXml="next"/>
    <w:bookmarkStart w:id="30" w:name="_Toc196393038" w:displacedByCustomXml="next"/>
    <w:sdt>
      <w:sdtPr>
        <w:rPr>
          <w:rStyle w:val="Stijl1"/>
        </w:rPr>
        <w:alias w:val="1.3.9"/>
        <w:tag w:val="1.3.9"/>
        <w:id w:val="-39289267"/>
        <w:placeholder>
          <w:docPart w:val="778CD313C9F54C058E178F7BE0544D7E"/>
        </w:placeholder>
        <w:showingPlcHdr/>
      </w:sdtPr>
      <w:sdtEndPr>
        <w:rPr>
          <w:rStyle w:val="Standaardalinea-lettertype"/>
          <w:rFonts w:asciiTheme="minorHAnsi" w:hAnsiTheme="minorHAnsi"/>
          <w:color w:val="auto"/>
          <w:lang w:val="nl-NL"/>
        </w:rPr>
      </w:sdtEndPr>
      <w:sdtContent>
        <w:p w14:paraId="5D87F13A"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1374643705"/>
    <w:p w14:paraId="0958EA70" w14:textId="5AB42194" w:rsidR="002A772D" w:rsidRPr="00ED67A1" w:rsidRDefault="00546F4A" w:rsidP="006F5861">
      <w:pPr>
        <w:pStyle w:val="Kop3"/>
      </w:pPr>
      <w:r w:rsidRPr="00371935">
        <w:t>Beschrijf welke TCI-modellen (Target-</w:t>
      </w:r>
      <w:proofErr w:type="spellStart"/>
      <w:r w:rsidRPr="00371935">
        <w:t>Controlled</w:t>
      </w:r>
      <w:proofErr w:type="spellEnd"/>
      <w:r w:rsidRPr="00371935">
        <w:t xml:space="preserve"> </w:t>
      </w:r>
      <w:proofErr w:type="spellStart"/>
      <w:r w:rsidRPr="00371935">
        <w:t>Infusion</w:t>
      </w:r>
      <w:proofErr w:type="spellEnd"/>
      <w:r w:rsidRPr="00371935">
        <w:t xml:space="preserve">) u aanbiedt en hoe deze zijn afgestemd op verschillende </w:t>
      </w:r>
      <w:proofErr w:type="spellStart"/>
      <w:r w:rsidRPr="00371935">
        <w:t>patiëntspecifieke</w:t>
      </w:r>
      <w:proofErr w:type="spellEnd"/>
      <w:r w:rsidRPr="00371935">
        <w:t xml:space="preserve"> parameters.</w:t>
      </w:r>
      <w:bookmarkEnd w:id="30"/>
    </w:p>
    <w:permStart w:id="1138062905" w:edGrp="everyone" w:displacedByCustomXml="next"/>
    <w:bookmarkStart w:id="31" w:name="_Toc196393039" w:displacedByCustomXml="next"/>
    <w:sdt>
      <w:sdtPr>
        <w:rPr>
          <w:rStyle w:val="Stijl1"/>
        </w:rPr>
        <w:alias w:val="1.3.10"/>
        <w:tag w:val="1.3.10"/>
        <w:id w:val="-1591086396"/>
        <w:placeholder>
          <w:docPart w:val="FFBB888E0C6F4A1C9AF89CF3B53733C7"/>
        </w:placeholder>
        <w:showingPlcHdr/>
      </w:sdtPr>
      <w:sdtEndPr>
        <w:rPr>
          <w:rStyle w:val="Standaardalinea-lettertype"/>
          <w:rFonts w:asciiTheme="minorHAnsi" w:hAnsiTheme="minorHAnsi"/>
          <w:color w:val="auto"/>
          <w:lang w:val="nl-NL"/>
        </w:rPr>
      </w:sdtEndPr>
      <w:sdtContent>
        <w:p w14:paraId="6274AC93"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1138062905"/>
    <w:p w14:paraId="7BAE2786" w14:textId="1CD90B81" w:rsidR="00B378B3" w:rsidRDefault="00B378B3" w:rsidP="006F5861">
      <w:pPr>
        <w:pStyle w:val="Kop3"/>
      </w:pPr>
      <w:r w:rsidRPr="00ED67A1">
        <w:t>Beschrijf uw o</w:t>
      </w:r>
      <w:r w:rsidRPr="00371935">
        <w:t xml:space="preserve">plossingen voor </w:t>
      </w:r>
      <w:r w:rsidR="00C165FD" w:rsidRPr="00371935">
        <w:t>specialistische eisen van ziekenhuis</w:t>
      </w:r>
      <w:r w:rsidRPr="00371935">
        <w:t>afdelingen zoals neonatologie, oncologie, pijnbestrijding, pediatrie</w:t>
      </w:r>
      <w:r w:rsidR="00C165FD" w:rsidRPr="00371935">
        <w:t>.</w:t>
      </w:r>
      <w:bookmarkEnd w:id="31"/>
      <w:r w:rsidRPr="00371935">
        <w:t xml:space="preserve"> </w:t>
      </w:r>
    </w:p>
    <w:permStart w:id="1894844622" w:edGrp="everyone" w:displacedByCustomXml="next"/>
    <w:sdt>
      <w:sdtPr>
        <w:rPr>
          <w:rStyle w:val="Stijl1"/>
        </w:rPr>
        <w:alias w:val="1.3.11"/>
        <w:tag w:val="1.3.11"/>
        <w:id w:val="-1033883407"/>
        <w:placeholder>
          <w:docPart w:val="504683B8F8FA4038AF1075081D9A2FED"/>
        </w:placeholder>
        <w:showingPlcHdr/>
      </w:sdtPr>
      <w:sdtEndPr>
        <w:rPr>
          <w:rStyle w:val="Standaardalinea-lettertype"/>
          <w:rFonts w:asciiTheme="minorHAnsi" w:hAnsiTheme="minorHAnsi"/>
          <w:color w:val="auto"/>
          <w:lang w:val="nl-NL"/>
        </w:rPr>
      </w:sdtEndPr>
      <w:sdtContent>
        <w:p w14:paraId="6E83BCAC"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 w14:paraId="3EE75A53" w14:textId="0E12D34E" w:rsidR="002A772D" w:rsidRPr="00AB744B" w:rsidRDefault="002A772D" w:rsidP="00371935">
      <w:pPr>
        <w:pStyle w:val="Kop1"/>
      </w:pPr>
      <w:bookmarkStart w:id="32" w:name="_Toc195015436"/>
      <w:bookmarkStart w:id="33" w:name="_Toc196393040"/>
      <w:permEnd w:id="1894844622"/>
      <w:proofErr w:type="spellStart"/>
      <w:r w:rsidRPr="00AB744B">
        <w:t>Medicatieveiligheid</w:t>
      </w:r>
      <w:bookmarkEnd w:id="32"/>
      <w:bookmarkEnd w:id="33"/>
      <w:proofErr w:type="spellEnd"/>
    </w:p>
    <w:p w14:paraId="1F381CAC" w14:textId="554E440C" w:rsidR="00F51DAE" w:rsidRDefault="00F51DAE" w:rsidP="006F5861">
      <w:pPr>
        <w:pStyle w:val="Kop3"/>
      </w:pPr>
      <w:bookmarkStart w:id="34" w:name="_Toc196393041"/>
      <w:r w:rsidRPr="00932218">
        <w:t xml:space="preserve">Wat is de nauwkeurigheid en betrouwbaarheid van toediening (flow </w:t>
      </w:r>
      <w:proofErr w:type="spellStart"/>
      <w:r w:rsidRPr="00932218">
        <w:t>rates</w:t>
      </w:r>
      <w:proofErr w:type="spellEnd"/>
      <w:r w:rsidRPr="00932218">
        <w:t>, occlusiedetectie, lucht-in-lijn detectie)?</w:t>
      </w:r>
      <w:bookmarkEnd w:id="34"/>
    </w:p>
    <w:permStart w:id="748120535" w:edGrp="everyone" w:displacedByCustomXml="next"/>
    <w:sdt>
      <w:sdtPr>
        <w:rPr>
          <w:rStyle w:val="Stijl1"/>
        </w:rPr>
        <w:alias w:val="2.1.1"/>
        <w:tag w:val="2.1.1"/>
        <w:id w:val="-809250591"/>
        <w:placeholder>
          <w:docPart w:val="E623938BE58D408096DFC80277222693"/>
        </w:placeholder>
        <w:showingPlcHdr/>
      </w:sdtPr>
      <w:sdtEndPr>
        <w:rPr>
          <w:rStyle w:val="Standaardalinea-lettertype"/>
          <w:rFonts w:asciiTheme="minorHAnsi" w:hAnsiTheme="minorHAnsi"/>
          <w:color w:val="auto"/>
          <w:lang w:val="nl-NL"/>
        </w:rPr>
      </w:sdtEndPr>
      <w:sdtContent>
        <w:p w14:paraId="6049D4EF"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 w14:paraId="5FF6C4F4" w14:textId="078BF4B9" w:rsidR="00DF5C04" w:rsidRPr="00C30829" w:rsidRDefault="00DF5C04" w:rsidP="006F5861">
      <w:pPr>
        <w:pStyle w:val="Kop3"/>
      </w:pPr>
      <w:bookmarkStart w:id="35" w:name="_Toc196393042"/>
      <w:permEnd w:id="748120535"/>
      <w:r w:rsidRPr="00C30829">
        <w:t xml:space="preserve">Beschrijf hoe uw product bijdraagt aan de “5 </w:t>
      </w:r>
      <w:proofErr w:type="spellStart"/>
      <w:r w:rsidRPr="00C30829">
        <w:t>rights</w:t>
      </w:r>
      <w:proofErr w:type="spellEnd"/>
      <w:r w:rsidRPr="00C30829">
        <w:t xml:space="preserve"> of </w:t>
      </w:r>
      <w:proofErr w:type="spellStart"/>
      <w:r w:rsidRPr="00C30829">
        <w:t>medication</w:t>
      </w:r>
      <w:proofErr w:type="spellEnd"/>
      <w:r w:rsidRPr="00C30829">
        <w:t xml:space="preserve"> </w:t>
      </w:r>
      <w:proofErr w:type="spellStart"/>
      <w:r w:rsidRPr="00C30829">
        <w:t>administration</w:t>
      </w:r>
      <w:proofErr w:type="spellEnd"/>
      <w:r w:rsidRPr="00C30829">
        <w:t>”:</w:t>
      </w:r>
      <w:bookmarkEnd w:id="35"/>
    </w:p>
    <w:p w14:paraId="18EEA500" w14:textId="77777777" w:rsidR="00DF5C04" w:rsidRDefault="00DF5C04" w:rsidP="00546F4A">
      <w:pPr>
        <w:pStyle w:val="Lijstalinea"/>
      </w:pPr>
      <w:r>
        <w:t>Juiste persoon</w:t>
      </w:r>
    </w:p>
    <w:p w14:paraId="163CBB1B" w14:textId="77777777" w:rsidR="00DF5C04" w:rsidRDefault="00DF5C04" w:rsidP="00546F4A">
      <w:pPr>
        <w:pStyle w:val="Lijstalinea"/>
      </w:pPr>
      <w:r>
        <w:t>Juiste medicijn</w:t>
      </w:r>
    </w:p>
    <w:p w14:paraId="32E2C6F0" w14:textId="77777777" w:rsidR="00DF5C04" w:rsidRDefault="00DF5C04" w:rsidP="00546F4A">
      <w:pPr>
        <w:pStyle w:val="Lijstalinea"/>
      </w:pPr>
      <w:r>
        <w:lastRenderedPageBreak/>
        <w:t>Juiste route</w:t>
      </w:r>
    </w:p>
    <w:p w14:paraId="3495A5D9" w14:textId="4ED50952" w:rsidR="00932218" w:rsidRDefault="00DF5C04" w:rsidP="00932218">
      <w:pPr>
        <w:pStyle w:val="Lijstalinea"/>
      </w:pPr>
      <w:r>
        <w:t>Juiste dosis</w:t>
      </w:r>
      <w:r w:rsidR="00546F4A">
        <w:t xml:space="preserve"> </w:t>
      </w:r>
    </w:p>
    <w:p w14:paraId="746E6561" w14:textId="2A8A2C32" w:rsidR="00932218" w:rsidRDefault="00DF5C04" w:rsidP="00371935">
      <w:pPr>
        <w:pStyle w:val="Lijstalinea"/>
        <w:rPr>
          <w:rStyle w:val="Kop3Char"/>
        </w:rPr>
      </w:pPr>
      <w:r>
        <w:t>Juiste tijd</w:t>
      </w:r>
    </w:p>
    <w:permStart w:id="693502509" w:edGrp="everyone" w:displacedByCustomXml="next"/>
    <w:bookmarkStart w:id="36" w:name="_Toc196393043" w:displacedByCustomXml="next"/>
    <w:sdt>
      <w:sdtPr>
        <w:rPr>
          <w:rStyle w:val="Stijl1"/>
        </w:rPr>
        <w:alias w:val="2.1.2"/>
        <w:tag w:val="2.1.2"/>
        <w:id w:val="-1005666824"/>
        <w:placeholder>
          <w:docPart w:val="1F3C5C66A2004A189799F79261D56F6D"/>
        </w:placeholder>
        <w:showingPlcHdr/>
      </w:sdtPr>
      <w:sdtEndPr>
        <w:rPr>
          <w:rStyle w:val="Standaardalinea-lettertype"/>
          <w:rFonts w:asciiTheme="minorHAnsi" w:hAnsiTheme="minorHAnsi"/>
          <w:color w:val="auto"/>
          <w:lang w:val="nl-NL"/>
        </w:rPr>
      </w:sdtEndPr>
      <w:sdtContent>
        <w:p w14:paraId="20F212E2"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693502509"/>
    <w:p w14:paraId="78F0E96F" w14:textId="28EE176D" w:rsidR="00932218" w:rsidRDefault="00CB5431" w:rsidP="006F5861">
      <w:pPr>
        <w:pStyle w:val="Kop3"/>
      </w:pPr>
      <w:r w:rsidRPr="00932218">
        <w:t>Hoe wordt '</w:t>
      </w:r>
      <w:proofErr w:type="spellStart"/>
      <w:r w:rsidRPr="00932218">
        <w:t>safety</w:t>
      </w:r>
      <w:proofErr w:type="spellEnd"/>
      <w:r w:rsidRPr="00932218">
        <w:t xml:space="preserve"> </w:t>
      </w:r>
      <w:proofErr w:type="spellStart"/>
      <w:r w:rsidRPr="00932218">
        <w:t>by</w:t>
      </w:r>
      <w:proofErr w:type="spellEnd"/>
      <w:r w:rsidRPr="00932218">
        <w:t xml:space="preserve"> design' toegepast in uw oplossing om menselijke fouten te minimaliseren</w:t>
      </w:r>
      <w:r w:rsidR="00895E32" w:rsidRPr="00932218">
        <w:t>?</w:t>
      </w:r>
      <w:bookmarkEnd w:id="36"/>
      <w:r w:rsidR="00895E32">
        <w:t xml:space="preserve"> </w:t>
      </w:r>
    </w:p>
    <w:p w14:paraId="2E4F8711" w14:textId="01CEE341" w:rsidR="00895E32" w:rsidRDefault="00895E32" w:rsidP="00CB5431">
      <w:pPr>
        <w:rPr>
          <w:lang w:val="nl-NL"/>
        </w:rPr>
      </w:pPr>
      <w:r>
        <w:rPr>
          <w:lang w:val="nl-NL"/>
        </w:rPr>
        <w:t xml:space="preserve">Denk aan: </w:t>
      </w:r>
    </w:p>
    <w:p w14:paraId="18BF27F6" w14:textId="480CF65D" w:rsidR="00184245" w:rsidRDefault="004013CD" w:rsidP="00371935">
      <w:pPr>
        <w:pStyle w:val="Lijstalinea"/>
      </w:pPr>
      <w:r>
        <w:t>Overzicht behouden bij c</w:t>
      </w:r>
      <w:r w:rsidR="00184245">
        <w:t>omplexe infusiebehoeften (high care afdelingen)</w:t>
      </w:r>
    </w:p>
    <w:p w14:paraId="528D8B51" w14:textId="510A2855" w:rsidR="00184245" w:rsidRDefault="00B44678" w:rsidP="00371935">
      <w:pPr>
        <w:pStyle w:val="Lijstalinea"/>
      </w:pPr>
      <w:r>
        <w:t>Beveiliging en n</w:t>
      </w:r>
      <w:r w:rsidR="00091753">
        <w:t xml:space="preserve">auwkeurigheid bij kwetsbare patiëntengroepen </w:t>
      </w:r>
      <w:r w:rsidR="002A20DF">
        <w:t>(IC Neonatologie</w:t>
      </w:r>
      <w:r>
        <w:t>, IC Kind</w:t>
      </w:r>
      <w:r w:rsidR="002A20DF">
        <w:t>)</w:t>
      </w:r>
    </w:p>
    <w:p w14:paraId="12301E28" w14:textId="03857F8D" w:rsidR="00091753" w:rsidRDefault="00D057D9" w:rsidP="00371935">
      <w:pPr>
        <w:pStyle w:val="Lijstalinea"/>
      </w:pPr>
      <w:r>
        <w:t>Bestendigheid tegen stoten en schokken bij transport</w:t>
      </w:r>
    </w:p>
    <w:p w14:paraId="707E04C1" w14:textId="2694DC8C" w:rsidR="00D057D9" w:rsidRDefault="004013CD" w:rsidP="00371935">
      <w:pPr>
        <w:pStyle w:val="Lijstalinea"/>
      </w:pPr>
      <w:r>
        <w:t>Snelle beschikbaarheid protocollen bij spoedgevallen</w:t>
      </w:r>
    </w:p>
    <w:p w14:paraId="4C87E436" w14:textId="3B8230F9" w:rsidR="00B44678" w:rsidRDefault="00DD4332" w:rsidP="00DD4332">
      <w:pPr>
        <w:pStyle w:val="Lijstalinea"/>
      </w:pPr>
      <w:r>
        <w:t>Eenvoudige controle van instellingen</w:t>
      </w:r>
    </w:p>
    <w:p w14:paraId="69802082" w14:textId="2C42DD30" w:rsidR="008344D3" w:rsidRDefault="00DD4332" w:rsidP="006169B9">
      <w:pPr>
        <w:pStyle w:val="Lijstalinea"/>
      </w:pPr>
      <w:r>
        <w:t>Wijziging van instellingen door derden</w:t>
      </w:r>
    </w:p>
    <w:p w14:paraId="4783988B" w14:textId="015FD5C6" w:rsidR="00C87289" w:rsidRDefault="00C87289" w:rsidP="006169B9">
      <w:pPr>
        <w:pStyle w:val="Lijstalinea"/>
      </w:pPr>
      <w:r>
        <w:t>Overlast door luchtbelalarmen</w:t>
      </w:r>
    </w:p>
    <w:permStart w:id="1733238157" w:edGrp="everyone" w:displacedByCustomXml="next"/>
    <w:bookmarkStart w:id="37" w:name="_Toc196393044" w:displacedByCustomXml="next"/>
    <w:sdt>
      <w:sdtPr>
        <w:rPr>
          <w:rStyle w:val="Stijl1"/>
        </w:rPr>
        <w:alias w:val="2.1.3"/>
        <w:tag w:val="2.1.3"/>
        <w:id w:val="-532575604"/>
        <w:placeholder>
          <w:docPart w:val="E8FAD9094CD84D47ACB06CF13835FDC3"/>
        </w:placeholder>
        <w:showingPlcHdr/>
      </w:sdtPr>
      <w:sdtEndPr>
        <w:rPr>
          <w:rStyle w:val="Standaardalinea-lettertype"/>
          <w:rFonts w:asciiTheme="minorHAnsi" w:hAnsiTheme="minorHAnsi"/>
          <w:color w:val="auto"/>
          <w:lang w:val="nl-NL"/>
        </w:rPr>
      </w:sdtEndPr>
      <w:sdtContent>
        <w:p w14:paraId="45B8B1CA"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1733238157"/>
    <w:p w14:paraId="661EFDE6" w14:textId="5BE66251" w:rsidR="00CB2060" w:rsidRDefault="001C6AF4" w:rsidP="006F5861">
      <w:pPr>
        <w:pStyle w:val="Kop3"/>
      </w:pPr>
      <w:r>
        <w:t xml:space="preserve">Welke oplossing biedt u aan </w:t>
      </w:r>
      <w:r w:rsidR="00CB2060">
        <w:t>bij toediening van gevaarlijke stoffen (bijv. cytostatica):</w:t>
      </w:r>
      <w:bookmarkEnd w:id="37"/>
    </w:p>
    <w:p w14:paraId="2052480B" w14:textId="7431C288" w:rsidR="00CB2060" w:rsidRDefault="00CB2060" w:rsidP="00605D53">
      <w:pPr>
        <w:pStyle w:val="Lijstalinea"/>
        <w:numPr>
          <w:ilvl w:val="0"/>
          <w:numId w:val="65"/>
        </w:numPr>
      </w:pPr>
      <w:r>
        <w:t>T</w:t>
      </w:r>
      <w:r w:rsidR="001C6AF4">
        <w:t xml:space="preserve">er </w:t>
      </w:r>
      <w:r>
        <w:t xml:space="preserve">beveiliging tegen lekkage / </w:t>
      </w:r>
      <w:proofErr w:type="spellStart"/>
      <w:r>
        <w:t>spill</w:t>
      </w:r>
      <w:proofErr w:type="spellEnd"/>
      <w:r>
        <w:t xml:space="preserve">? </w:t>
      </w:r>
    </w:p>
    <w:p w14:paraId="162BB979" w14:textId="28262980" w:rsidR="00BC4D83" w:rsidRDefault="00071480" w:rsidP="00605D53">
      <w:pPr>
        <w:pStyle w:val="Lijstalinea"/>
        <w:numPr>
          <w:ilvl w:val="0"/>
          <w:numId w:val="65"/>
        </w:numPr>
      </w:pPr>
      <w:r>
        <w:t xml:space="preserve">Om (bij cytostatica) luchtbellen te verwijderen zonder dat </w:t>
      </w:r>
      <w:r w:rsidR="00CB2060">
        <w:t xml:space="preserve">een open verbinding ontstaat? </w:t>
      </w:r>
    </w:p>
    <w:permStart w:id="1080130045" w:edGrp="everyone" w:displacedByCustomXml="next"/>
    <w:bookmarkStart w:id="38" w:name="_Toc196393045" w:displacedByCustomXml="next"/>
    <w:sdt>
      <w:sdtPr>
        <w:rPr>
          <w:rStyle w:val="Stijl1"/>
        </w:rPr>
        <w:alias w:val="2.1.4"/>
        <w:tag w:val="2.1.4"/>
        <w:id w:val="540934014"/>
        <w:placeholder>
          <w:docPart w:val="9A2C09E0F98F4965AF52187CEAAC26F6"/>
        </w:placeholder>
        <w:showingPlcHdr/>
      </w:sdtPr>
      <w:sdtEndPr>
        <w:rPr>
          <w:rStyle w:val="Standaardalinea-lettertype"/>
          <w:rFonts w:asciiTheme="minorHAnsi" w:hAnsiTheme="minorHAnsi"/>
          <w:color w:val="auto"/>
          <w:lang w:val="nl-NL"/>
        </w:rPr>
      </w:sdtEndPr>
      <w:sdtContent>
        <w:p w14:paraId="028B63BC"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1080130045"/>
    <w:p w14:paraId="36794DBD" w14:textId="3261F5CB" w:rsidR="00B47654" w:rsidRPr="00605D53" w:rsidRDefault="001C6AF4" w:rsidP="006F5861">
      <w:pPr>
        <w:pStyle w:val="Kop3"/>
        <w:rPr>
          <w:rStyle w:val="Kop3Char"/>
        </w:rPr>
      </w:pPr>
      <w:r w:rsidRPr="00B47654">
        <w:t>Z</w:t>
      </w:r>
      <w:r w:rsidRPr="00605D53">
        <w:rPr>
          <w:rStyle w:val="Kop3Char"/>
        </w:rPr>
        <w:t>ijn uw infuus</w:t>
      </w:r>
      <w:r w:rsidR="00071480" w:rsidRPr="00605D53">
        <w:rPr>
          <w:rStyle w:val="Kop3Char"/>
        </w:rPr>
        <w:t>pompen en -</w:t>
      </w:r>
      <w:r w:rsidRPr="00605D53">
        <w:rPr>
          <w:rStyle w:val="Kop3Char"/>
        </w:rPr>
        <w:t xml:space="preserve">systemen getoetst aan </w:t>
      </w:r>
      <w:r w:rsidR="006F3570" w:rsidRPr="00605D53">
        <w:rPr>
          <w:rStyle w:val="Kop3Char"/>
        </w:rPr>
        <w:t>de IEC60601-2-24</w:t>
      </w:r>
      <w:r w:rsidR="00B47654" w:rsidRPr="00B47654">
        <w:rPr>
          <w:rStyle w:val="Voetnootmarkering"/>
          <w:vertAlign w:val="baseline"/>
        </w:rPr>
        <w:footnoteReference w:id="2"/>
      </w:r>
      <w:r w:rsidR="006F3570" w:rsidRPr="00605D53">
        <w:rPr>
          <w:rStyle w:val="Kop3Char"/>
        </w:rPr>
        <w:t xml:space="preserve"> en</w:t>
      </w:r>
      <w:r w:rsidR="00B47654" w:rsidRPr="00B47654">
        <w:rPr>
          <w:rStyle w:val="Kop3Char"/>
        </w:rPr>
        <w:t>/of</w:t>
      </w:r>
      <w:r w:rsidR="006F3570" w:rsidRPr="00605D53">
        <w:rPr>
          <w:rStyle w:val="Kop3Char"/>
        </w:rPr>
        <w:t xml:space="preserve"> </w:t>
      </w:r>
      <w:r w:rsidRPr="00605D53">
        <w:rPr>
          <w:rStyle w:val="Kop3Char"/>
        </w:rPr>
        <w:t>de ISO 8536</w:t>
      </w:r>
      <w:r w:rsidR="00B47654" w:rsidRPr="00B47654">
        <w:rPr>
          <w:rStyle w:val="Voetnootmarkering"/>
          <w:vertAlign w:val="baseline"/>
        </w:rPr>
        <w:footnoteReference w:id="3"/>
      </w:r>
      <w:r w:rsidR="006F3570" w:rsidRPr="00605D53">
        <w:rPr>
          <w:rStyle w:val="Kop3Char"/>
        </w:rPr>
        <w:t xml:space="preserve">? </w:t>
      </w:r>
      <w:r w:rsidR="00B47654" w:rsidRPr="00605D53">
        <w:rPr>
          <w:rStyle w:val="Kop3Char"/>
        </w:rPr>
        <w:t>M.b.t. ISO 8536: welke deelnormen?</w:t>
      </w:r>
      <w:bookmarkEnd w:id="38"/>
      <w:r w:rsidR="00B47654" w:rsidRPr="00605D53">
        <w:rPr>
          <w:rStyle w:val="Kop3Char"/>
        </w:rPr>
        <w:t xml:space="preserve"> </w:t>
      </w:r>
    </w:p>
    <w:permStart w:id="1784283491" w:edGrp="everyone" w:displacedByCustomXml="next"/>
    <w:bookmarkStart w:id="39" w:name="_Toc196393046" w:displacedByCustomXml="next"/>
    <w:sdt>
      <w:sdtPr>
        <w:rPr>
          <w:rStyle w:val="Stijl1"/>
        </w:rPr>
        <w:alias w:val="2.1.5"/>
        <w:tag w:val="2.1.5"/>
        <w:id w:val="-881098122"/>
        <w:placeholder>
          <w:docPart w:val="56F66EFFAB80436FAC6448DD4A0B6C50"/>
        </w:placeholder>
        <w:showingPlcHdr/>
      </w:sdtPr>
      <w:sdtEndPr>
        <w:rPr>
          <w:rStyle w:val="Standaardalinea-lettertype"/>
          <w:rFonts w:asciiTheme="minorHAnsi" w:hAnsiTheme="minorHAnsi"/>
          <w:color w:val="auto"/>
          <w:lang w:val="nl-NL"/>
        </w:rPr>
      </w:sdtEndPr>
      <w:sdtContent>
        <w:p w14:paraId="24CFC864"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1784283491"/>
    <w:p w14:paraId="087B898B" w14:textId="66A8116B" w:rsidR="006F3570" w:rsidRPr="00605D53" w:rsidRDefault="00B47654" w:rsidP="006F5861">
      <w:pPr>
        <w:pStyle w:val="Kop3"/>
        <w:rPr>
          <w:rStyle w:val="Kop3Char"/>
          <w:rFonts w:cstheme="majorHAnsi"/>
        </w:rPr>
      </w:pPr>
      <w:r w:rsidRPr="00605D53">
        <w:rPr>
          <w:rStyle w:val="Kop3Char"/>
          <w:rFonts w:cstheme="majorHAnsi"/>
        </w:rPr>
        <w:t>Kunt u testdocumentatie overhandigen waaruit de veiligheid ten behoeve van lucht , lek  en filterbeveiliging bij toedienen van cytostatica blijkt?</w:t>
      </w:r>
      <w:bookmarkEnd w:id="39"/>
    </w:p>
    <w:permStart w:id="438201621" w:edGrp="everyone" w:displacedByCustomXml="next"/>
    <w:bookmarkStart w:id="40" w:name="_Toc196393047" w:displacedByCustomXml="next"/>
    <w:sdt>
      <w:sdtPr>
        <w:rPr>
          <w:rStyle w:val="Stijl1"/>
        </w:rPr>
        <w:alias w:val="2.1.6"/>
        <w:tag w:val="2.1.6"/>
        <w:id w:val="-1414849003"/>
        <w:placeholder>
          <w:docPart w:val="3AD525139F92430AAD0992FCD862D96A"/>
        </w:placeholder>
        <w:showingPlcHdr/>
      </w:sdtPr>
      <w:sdtEndPr>
        <w:rPr>
          <w:rStyle w:val="Standaardalinea-lettertype"/>
          <w:rFonts w:asciiTheme="minorHAnsi" w:hAnsiTheme="minorHAnsi"/>
          <w:color w:val="auto"/>
          <w:lang w:val="nl-NL"/>
        </w:rPr>
      </w:sdtEndPr>
      <w:sdtContent>
        <w:p w14:paraId="24E4F9E4"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438201621"/>
    <w:p w14:paraId="1342F89F" w14:textId="11CE3DC1" w:rsidR="00AD3698" w:rsidRDefault="00F662C2" w:rsidP="006F5861">
      <w:pPr>
        <w:pStyle w:val="Kop3"/>
      </w:pPr>
      <w:r w:rsidRPr="3F85365B">
        <w:t xml:space="preserve">Biedt </w:t>
      </w:r>
      <w:r w:rsidR="00DF5C04" w:rsidRPr="3F85365B">
        <w:t xml:space="preserve">uw product </w:t>
      </w:r>
      <w:r w:rsidR="2EA549C8" w:rsidRPr="3F85365B">
        <w:t xml:space="preserve">mogelijkheid tot het </w:t>
      </w:r>
      <w:r w:rsidR="00DF3105">
        <w:t>gebruik</w:t>
      </w:r>
      <w:r w:rsidR="2EA549C8" w:rsidRPr="3F85365B">
        <w:t xml:space="preserve"> van </w:t>
      </w:r>
      <w:r w:rsidR="00DF5C04" w:rsidRPr="3F85365B">
        <w:t xml:space="preserve">een medicatiebibliotheek? </w:t>
      </w:r>
      <w:r w:rsidR="006663B9" w:rsidRPr="3F85365B">
        <w:t>Op welke wijze draagt dit bij aan de veiligheid van medicatietoediening?</w:t>
      </w:r>
      <w:bookmarkEnd w:id="40"/>
      <w:r w:rsidR="006663B9" w:rsidRPr="3F85365B">
        <w:t xml:space="preserve"> </w:t>
      </w:r>
    </w:p>
    <w:permStart w:id="67965972" w:edGrp="everyone" w:displacedByCustomXml="next"/>
    <w:bookmarkStart w:id="41" w:name="_Toc196393048" w:displacedByCustomXml="next"/>
    <w:sdt>
      <w:sdtPr>
        <w:rPr>
          <w:rStyle w:val="Stijl1"/>
        </w:rPr>
        <w:alias w:val="2.1.7"/>
        <w:tag w:val="2.1.7"/>
        <w:id w:val="-1175338898"/>
        <w:placeholder>
          <w:docPart w:val="920E338A12A441D3BA33B223C9E7283C"/>
        </w:placeholder>
        <w:showingPlcHdr/>
      </w:sdtPr>
      <w:sdtEndPr>
        <w:rPr>
          <w:rStyle w:val="Standaardalinea-lettertype"/>
          <w:rFonts w:asciiTheme="minorHAnsi" w:hAnsiTheme="minorHAnsi"/>
          <w:color w:val="auto"/>
          <w:lang w:val="nl-NL"/>
        </w:rPr>
      </w:sdtEndPr>
      <w:sdtContent>
        <w:p w14:paraId="56E4A69D"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67965972"/>
    <w:p w14:paraId="6C49A87E" w14:textId="2D31C3A1" w:rsidR="00D64277" w:rsidRDefault="00AD3698" w:rsidP="006F5861">
      <w:pPr>
        <w:pStyle w:val="Kop3"/>
      </w:pPr>
      <w:r w:rsidRPr="55DE21B6">
        <w:lastRenderedPageBreak/>
        <w:t>Beschrijf uw oplossing voor het beheren van de medicatiebibliotheken, en het aanbieden</w:t>
      </w:r>
      <w:r w:rsidR="00AD1A9B" w:rsidRPr="55DE21B6">
        <w:t xml:space="preserve"> van up-to-date bibliotheken in de pompen.</w:t>
      </w:r>
      <w:bookmarkEnd w:id="41"/>
      <w:r w:rsidRPr="55DE21B6">
        <w:t xml:space="preserve"> </w:t>
      </w:r>
    </w:p>
    <w:permStart w:id="1704660060" w:edGrp="everyone" w:displacedByCustomXml="next"/>
    <w:bookmarkStart w:id="42" w:name="_Toc196393049" w:displacedByCustomXml="next"/>
    <w:sdt>
      <w:sdtPr>
        <w:rPr>
          <w:rStyle w:val="Stijl1"/>
        </w:rPr>
        <w:alias w:val="2.1.8"/>
        <w:tag w:val="2.1.8"/>
        <w:id w:val="1940098453"/>
        <w:placeholder>
          <w:docPart w:val="9E1C282C033941029BEF93E609315DF2"/>
        </w:placeholder>
        <w:showingPlcHdr/>
      </w:sdtPr>
      <w:sdtEndPr>
        <w:rPr>
          <w:rStyle w:val="Standaardalinea-lettertype"/>
          <w:rFonts w:asciiTheme="minorHAnsi" w:hAnsiTheme="minorHAnsi"/>
          <w:color w:val="auto"/>
          <w:lang w:val="nl-NL"/>
        </w:rPr>
      </w:sdtEndPr>
      <w:sdtContent>
        <w:p w14:paraId="73E445D4"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1704660060"/>
    <w:p w14:paraId="3647E3FA" w14:textId="0CFB3D9E" w:rsidR="007D36A5" w:rsidRPr="007D36A5" w:rsidRDefault="005C64E8" w:rsidP="00371935">
      <w:pPr>
        <w:pStyle w:val="Kop1"/>
      </w:pPr>
      <w:proofErr w:type="spellStart"/>
      <w:r>
        <w:t>Interoperabiliteit</w:t>
      </w:r>
      <w:bookmarkStart w:id="43" w:name="_Toc195015437"/>
      <w:bookmarkStart w:id="44" w:name="_Toc195015438"/>
      <w:bookmarkEnd w:id="43"/>
      <w:proofErr w:type="spellEnd"/>
      <w:r w:rsidR="007D36A5">
        <w:t xml:space="preserve"> </w:t>
      </w:r>
      <w:proofErr w:type="spellStart"/>
      <w:r w:rsidR="007D36A5">
        <w:t>en</w:t>
      </w:r>
      <w:proofErr w:type="spellEnd"/>
      <w:r w:rsidR="007D36A5">
        <w:t xml:space="preserve"> </w:t>
      </w:r>
      <w:bookmarkEnd w:id="44"/>
      <w:proofErr w:type="spellStart"/>
      <w:r>
        <w:t>koppelingen</w:t>
      </w:r>
      <w:bookmarkEnd w:id="42"/>
      <w:proofErr w:type="spellEnd"/>
    </w:p>
    <w:p w14:paraId="51781A11" w14:textId="303A21D4" w:rsidR="0014450F" w:rsidRDefault="0014450F" w:rsidP="00371935">
      <w:pPr>
        <w:pStyle w:val="Kop2"/>
      </w:pPr>
      <w:bookmarkStart w:id="45" w:name="_Toc195015439"/>
      <w:bookmarkStart w:id="46" w:name="_Toc196393050"/>
      <w:proofErr w:type="spellStart"/>
      <w:r>
        <w:t>Epic</w:t>
      </w:r>
      <w:proofErr w:type="spellEnd"/>
      <w:r>
        <w:t xml:space="preserve"> koppeling</w:t>
      </w:r>
      <w:bookmarkEnd w:id="45"/>
      <w:bookmarkEnd w:id="46"/>
    </w:p>
    <w:p w14:paraId="2E60CD47" w14:textId="56E95BEB" w:rsidR="00D63154" w:rsidRDefault="00163082" w:rsidP="006F5861">
      <w:pPr>
        <w:pStyle w:val="Kop3"/>
      </w:pPr>
      <w:bookmarkStart w:id="47" w:name="_Toc196393051"/>
      <w:r w:rsidRPr="3F85365B">
        <w:t xml:space="preserve">Kunnen uw infuuspompen gekoppeld worden met EPD systeem </w:t>
      </w:r>
      <w:proofErr w:type="spellStart"/>
      <w:r w:rsidRPr="3F85365B">
        <w:t>Epic</w:t>
      </w:r>
      <w:proofErr w:type="spellEnd"/>
      <w:r w:rsidR="002B4602" w:rsidRPr="3F85365B">
        <w:t xml:space="preserve"> voor gegevensuitwisseling?</w:t>
      </w:r>
      <w:bookmarkEnd w:id="47"/>
      <w:r w:rsidR="002B4602" w:rsidRPr="3F85365B">
        <w:t xml:space="preserve"> </w:t>
      </w:r>
    </w:p>
    <w:permStart w:id="1854868182" w:edGrp="everyone" w:displacedByCustomXml="next"/>
    <w:bookmarkStart w:id="48" w:name="_Toc196393052" w:displacedByCustomXml="next"/>
    <w:sdt>
      <w:sdtPr>
        <w:rPr>
          <w:rStyle w:val="Stijl1"/>
        </w:rPr>
        <w:alias w:val="3.1.1"/>
        <w:tag w:val="3.1.1"/>
        <w:id w:val="1199199939"/>
        <w:placeholder>
          <w:docPart w:val="5708ED33F62E4FB6AACEB9D2DFEE8407"/>
        </w:placeholder>
        <w:showingPlcHdr/>
      </w:sdtPr>
      <w:sdtEndPr>
        <w:rPr>
          <w:rStyle w:val="Standaardalinea-lettertype"/>
          <w:rFonts w:asciiTheme="minorHAnsi" w:hAnsiTheme="minorHAnsi"/>
          <w:color w:val="auto"/>
          <w:lang w:val="nl-NL"/>
        </w:rPr>
      </w:sdtEndPr>
      <w:sdtContent>
        <w:p w14:paraId="6FB80E09"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1854868182"/>
    <w:p w14:paraId="6FFAAD72" w14:textId="10D16662" w:rsidR="00B859FC" w:rsidRDefault="00B859FC" w:rsidP="006F5861">
      <w:pPr>
        <w:pStyle w:val="Kop3"/>
      </w:pPr>
      <w:r w:rsidRPr="3F85365B">
        <w:t>Beschrijf</w:t>
      </w:r>
      <w:r w:rsidR="00E7471F" w:rsidRPr="3F85365B">
        <w:t xml:space="preserve"> deze functionaliteit, o.a. (globaal):</w:t>
      </w:r>
      <w:bookmarkEnd w:id="48"/>
    </w:p>
    <w:p w14:paraId="7A9775EF" w14:textId="07BF022C" w:rsidR="00E867C5" w:rsidRDefault="00E867C5" w:rsidP="00B129C0">
      <w:pPr>
        <w:pStyle w:val="Lijstalinea"/>
      </w:pPr>
      <w:r>
        <w:t xml:space="preserve">In hoeverre er sprake is van een closed-loop </w:t>
      </w:r>
      <w:r w:rsidR="00005FF1">
        <w:t xml:space="preserve">2-weg </w:t>
      </w:r>
      <w:r>
        <w:t>koppeling</w:t>
      </w:r>
    </w:p>
    <w:p w14:paraId="5DB1ADDB" w14:textId="3989E809" w:rsidR="009252DF" w:rsidRDefault="00E7471F" w:rsidP="00B129C0">
      <w:pPr>
        <w:pStyle w:val="Lijstalinea"/>
      </w:pPr>
      <w:r>
        <w:t>W</w:t>
      </w:r>
      <w:r w:rsidR="00D63154">
        <w:t>elke gegevens kunnen worden uitgewisseld</w:t>
      </w:r>
      <w:r w:rsidR="00D77370">
        <w:t>:</w:t>
      </w:r>
    </w:p>
    <w:p w14:paraId="0544D9DE" w14:textId="57423DBD" w:rsidR="005E41F8" w:rsidRDefault="005E41F8" w:rsidP="00371935">
      <w:pPr>
        <w:pStyle w:val="Lijstalinea"/>
        <w:numPr>
          <w:ilvl w:val="1"/>
          <w:numId w:val="53"/>
        </w:numPr>
      </w:pPr>
      <w:r>
        <w:t>Van Epic naar infuuspomp</w:t>
      </w:r>
    </w:p>
    <w:p w14:paraId="0417D09F" w14:textId="03249D30" w:rsidR="005E41F8" w:rsidRDefault="005E41F8" w:rsidP="00371935">
      <w:pPr>
        <w:pStyle w:val="Lijstalinea"/>
        <w:numPr>
          <w:ilvl w:val="1"/>
          <w:numId w:val="53"/>
        </w:numPr>
      </w:pPr>
      <w:r>
        <w:t>Van infuuspomp naar Epic</w:t>
      </w:r>
    </w:p>
    <w:p w14:paraId="384F949F" w14:textId="137C354D" w:rsidR="00431D25" w:rsidRDefault="00431D25" w:rsidP="00431D25">
      <w:pPr>
        <w:pStyle w:val="Lijstalinea"/>
      </w:pPr>
      <w:r w:rsidRPr="00111FCB">
        <w:t>Word</w:t>
      </w:r>
      <w:r>
        <w:t xml:space="preserve">t </w:t>
      </w:r>
      <w:r w:rsidR="00E51D90">
        <w:t>bij</w:t>
      </w:r>
      <w:r w:rsidRPr="00111FCB">
        <w:t xml:space="preserve"> omrekening</w:t>
      </w:r>
      <w:r>
        <w:t>en</w:t>
      </w:r>
      <w:r w:rsidRPr="00111FCB">
        <w:t xml:space="preserve"> met minimaal 4 decimalen gewerkt?</w:t>
      </w:r>
      <w:r>
        <w:t xml:space="preserve"> Is dit in te stellen?</w:t>
      </w:r>
    </w:p>
    <w:permStart w:id="1943215488" w:edGrp="everyone" w:displacedByCustomXml="next"/>
    <w:bookmarkStart w:id="49" w:name="_Toc196393053" w:displacedByCustomXml="next"/>
    <w:sdt>
      <w:sdtPr>
        <w:rPr>
          <w:rStyle w:val="Stijl1"/>
        </w:rPr>
        <w:alias w:val="3.1.2"/>
        <w:tag w:val="3.1.2"/>
        <w:id w:val="1847898583"/>
        <w:placeholder>
          <w:docPart w:val="01C9B786B0E24CCEAE99CE810F0FBF0E"/>
        </w:placeholder>
        <w:showingPlcHdr/>
      </w:sdtPr>
      <w:sdtEndPr>
        <w:rPr>
          <w:rStyle w:val="Standaardalinea-lettertype"/>
          <w:rFonts w:asciiTheme="minorHAnsi" w:hAnsiTheme="minorHAnsi"/>
          <w:color w:val="auto"/>
          <w:lang w:val="nl-NL"/>
        </w:rPr>
      </w:sdtEndPr>
      <w:sdtContent>
        <w:p w14:paraId="7B923DC0"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1943215488"/>
    <w:p w14:paraId="0852D63D" w14:textId="0972E0F8" w:rsidR="00D77370" w:rsidRPr="00431D25" w:rsidRDefault="00E7471F" w:rsidP="006F5861">
      <w:pPr>
        <w:pStyle w:val="Kop3"/>
      </w:pPr>
      <w:r w:rsidRPr="00431D25">
        <w:t>W</w:t>
      </w:r>
      <w:r w:rsidR="008B3A8E" w:rsidRPr="00431D25">
        <w:t xml:space="preserve">elke hardware </w:t>
      </w:r>
      <w:r w:rsidR="0072577D" w:rsidRPr="00431D25">
        <w:t xml:space="preserve">/ software is </w:t>
      </w:r>
      <w:r w:rsidR="008B3A8E" w:rsidRPr="00431D25">
        <w:t>nodig voor deze gegevensuitwisseling</w:t>
      </w:r>
      <w:r w:rsidR="00640CB5" w:rsidRPr="00431D25">
        <w:t>?</w:t>
      </w:r>
      <w:r w:rsidR="0072577D" w:rsidRPr="00431D25">
        <w:t xml:space="preserve"> </w:t>
      </w:r>
      <w:r w:rsidR="00D77370" w:rsidRPr="00431D25">
        <w:t xml:space="preserve">Is </w:t>
      </w:r>
      <w:r w:rsidR="0072577D" w:rsidRPr="00431D25">
        <w:t>hiervoor</w:t>
      </w:r>
      <w:r w:rsidR="00D77370" w:rsidRPr="00431D25">
        <w:t xml:space="preserve"> een bibliotheek nodig op de pomp?</w:t>
      </w:r>
      <w:bookmarkEnd w:id="49"/>
    </w:p>
    <w:permStart w:id="50869027" w:edGrp="everyone" w:displacedByCustomXml="next"/>
    <w:bookmarkStart w:id="50" w:name="_Toc196393054" w:displacedByCustomXml="next"/>
    <w:sdt>
      <w:sdtPr>
        <w:rPr>
          <w:rStyle w:val="Stijl1"/>
        </w:rPr>
        <w:alias w:val="3.1.3"/>
        <w:tag w:val="3.1.3"/>
        <w:id w:val="821926161"/>
        <w:placeholder>
          <w:docPart w:val="CE940B0935474D6C9D95EBE5E550B4F5"/>
        </w:placeholder>
        <w:showingPlcHdr/>
      </w:sdtPr>
      <w:sdtEndPr>
        <w:rPr>
          <w:rStyle w:val="Standaardalinea-lettertype"/>
          <w:rFonts w:asciiTheme="minorHAnsi" w:hAnsiTheme="minorHAnsi"/>
          <w:color w:val="auto"/>
          <w:lang w:val="nl-NL"/>
        </w:rPr>
      </w:sdtEndPr>
      <w:sdtContent>
        <w:p w14:paraId="3ECAF295"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50869027"/>
    <w:p w14:paraId="13B72234" w14:textId="128BF4EE" w:rsidR="008B3A8E" w:rsidRPr="00C30829" w:rsidRDefault="00F61F86" w:rsidP="006F5861">
      <w:pPr>
        <w:pStyle w:val="Kop3"/>
      </w:pPr>
      <w:r>
        <w:t xml:space="preserve">Beschrijf de </w:t>
      </w:r>
      <w:r w:rsidRPr="00C30829">
        <w:t>f</w:t>
      </w:r>
      <w:r w:rsidR="00D762A8" w:rsidRPr="00C30829">
        <w:t xml:space="preserve">unctionele aard van </w:t>
      </w:r>
      <w:r w:rsidR="006271AA" w:rsidRPr="00C30829">
        <w:t>de gegevensoverdracht:</w:t>
      </w:r>
      <w:bookmarkEnd w:id="50"/>
    </w:p>
    <w:p w14:paraId="5E395E7A" w14:textId="3ACB4540" w:rsidR="001C0D33" w:rsidRPr="00EB590A" w:rsidRDefault="001C0D33" w:rsidP="00371935">
      <w:pPr>
        <w:pStyle w:val="Lijstalinea"/>
      </w:pPr>
      <w:r>
        <w:t>Is het mogelijk om</w:t>
      </w:r>
      <w:r w:rsidR="0005122D">
        <w:t xml:space="preserve"> de</w:t>
      </w:r>
      <w:r w:rsidRPr="00EB590A">
        <w:t xml:space="preserve"> medicatieopdracht direct vanuit Epic </w:t>
      </w:r>
      <w:r w:rsidR="0005122D">
        <w:t xml:space="preserve">over te nemen in de </w:t>
      </w:r>
      <w:r>
        <w:t>infuus</w:t>
      </w:r>
      <w:r w:rsidRPr="00EB590A">
        <w:t>pomp</w:t>
      </w:r>
      <w:r w:rsidR="0005122D">
        <w:t xml:space="preserve">, t.b.v. automatische medicatieverificatie </w:t>
      </w:r>
      <w:r w:rsidR="00C5347B">
        <w:t>voorafgaand</w:t>
      </w:r>
      <w:r w:rsidR="006D3241">
        <w:t xml:space="preserve"> aan de toediening</w:t>
      </w:r>
      <w:r w:rsidR="00C5347B">
        <w:t>?</w:t>
      </w:r>
    </w:p>
    <w:p w14:paraId="75E31AA1" w14:textId="598534AB" w:rsidR="001C0D33" w:rsidRDefault="001C0D33" w:rsidP="00371935">
      <w:pPr>
        <w:pStyle w:val="Lijstalinea"/>
      </w:pPr>
      <w:r w:rsidRPr="00EB590A">
        <w:t xml:space="preserve">Kan de daadwerkelijk </w:t>
      </w:r>
      <w:r>
        <w:t xml:space="preserve">toegediende medicatie </w:t>
      </w:r>
      <w:r w:rsidRPr="00EB590A">
        <w:t>automatisch teruggeschreven worden naar het EPD</w:t>
      </w:r>
      <w:r w:rsidR="00F2593E">
        <w:t xml:space="preserve"> t.b.v. </w:t>
      </w:r>
      <w:r w:rsidR="00A303B0">
        <w:t xml:space="preserve">automatische medicatiecontrole </w:t>
      </w:r>
      <w:r w:rsidR="006D3241">
        <w:t>na de toediening</w:t>
      </w:r>
      <w:r w:rsidRPr="00EB590A">
        <w:t>?</w:t>
      </w:r>
    </w:p>
    <w:p w14:paraId="7BDD51C0" w14:textId="62C7F6B5" w:rsidR="001C0D33" w:rsidRPr="00EB590A" w:rsidRDefault="001C0D33" w:rsidP="00371935">
      <w:pPr>
        <w:pStyle w:val="Lijstalinea"/>
      </w:pPr>
      <w:r w:rsidRPr="00EB590A">
        <w:t xml:space="preserve">Kan de daadwerkelijk </w:t>
      </w:r>
      <w:r>
        <w:t xml:space="preserve">toegediende </w:t>
      </w:r>
      <w:r w:rsidRPr="00EB590A">
        <w:t>infusiehoeveelheid automatisch worden geregistreerd in het EPD</w:t>
      </w:r>
      <w:r w:rsidR="00F2593E">
        <w:t xml:space="preserve"> t.b.v. vochtbalans</w:t>
      </w:r>
      <w:r w:rsidR="006D3241">
        <w:t xml:space="preserve"> en medicatieregistratie</w:t>
      </w:r>
      <w:r w:rsidRPr="00EB590A">
        <w:t>?</w:t>
      </w:r>
    </w:p>
    <w:permStart w:id="1521549547" w:edGrp="everyone" w:displacedByCustomXml="next"/>
    <w:bookmarkStart w:id="51" w:name="_Toc196393055" w:displacedByCustomXml="next"/>
    <w:sdt>
      <w:sdtPr>
        <w:rPr>
          <w:rStyle w:val="Stijl1"/>
        </w:rPr>
        <w:alias w:val="3.1.4"/>
        <w:tag w:val="3.1.4"/>
        <w:id w:val="591134876"/>
        <w:placeholder>
          <w:docPart w:val="66C94E85984543D1957FBBC12E5F4664"/>
        </w:placeholder>
        <w:showingPlcHdr/>
      </w:sdtPr>
      <w:sdtEndPr>
        <w:rPr>
          <w:rStyle w:val="Standaardalinea-lettertype"/>
          <w:rFonts w:asciiTheme="minorHAnsi" w:hAnsiTheme="minorHAnsi"/>
          <w:color w:val="auto"/>
          <w:lang w:val="nl-NL"/>
        </w:rPr>
      </w:sdtEndPr>
      <w:sdtContent>
        <w:p w14:paraId="562E3618"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1521549547"/>
    <w:p w14:paraId="1EE24C93" w14:textId="77777777" w:rsidR="003849AD" w:rsidRDefault="001F4F7A" w:rsidP="006F5861">
      <w:pPr>
        <w:pStyle w:val="Kop3"/>
      </w:pPr>
      <w:r>
        <w:t>Is uw oplossing bewezen in minimaal één Europees ziekenhuis?</w:t>
      </w:r>
      <w:bookmarkEnd w:id="51"/>
      <w:r>
        <w:t xml:space="preserve"> </w:t>
      </w:r>
    </w:p>
    <w:p w14:paraId="70AEDD0B" w14:textId="1E4007DC" w:rsidR="003849AD" w:rsidRDefault="006C13FD" w:rsidP="00371935">
      <w:pPr>
        <w:pStyle w:val="Lijstalinea"/>
      </w:pPr>
      <w:r>
        <w:t>Welk ziekenhuis</w:t>
      </w:r>
      <w:r w:rsidR="001A10A6">
        <w:t>, zijn zij beschikbaar als referent</w:t>
      </w:r>
      <w:r w:rsidR="003849AD">
        <w:t>?</w:t>
      </w:r>
    </w:p>
    <w:p w14:paraId="5C0B95E1" w14:textId="6D6A48FD" w:rsidR="00AE6949" w:rsidRPr="00016230" w:rsidRDefault="003849AD" w:rsidP="00AE6949">
      <w:pPr>
        <w:pStyle w:val="Lijstalinea"/>
      </w:pPr>
      <w:r>
        <w:t>W</w:t>
      </w:r>
      <w:r w:rsidR="006C13FD">
        <w:t>at is de scope van de gegevens</w:t>
      </w:r>
      <w:r w:rsidR="00F2593E">
        <w:t>uitwisseling</w:t>
      </w:r>
      <w:r w:rsidR="006C13FD">
        <w:t>?</w:t>
      </w:r>
      <w:r w:rsidR="00146EBB">
        <w:t xml:space="preserve"> Betreft het een closed-loop 2-weg koppeling met Epic?</w:t>
      </w:r>
    </w:p>
    <w:permStart w:id="2125413202" w:edGrp="everyone" w:displacedByCustomXml="next"/>
    <w:bookmarkStart w:id="52" w:name="_Toc196393056" w:displacedByCustomXml="next"/>
    <w:bookmarkStart w:id="53" w:name="_Toc195015441" w:displacedByCustomXml="next"/>
    <w:sdt>
      <w:sdtPr>
        <w:rPr>
          <w:rStyle w:val="Stijl1"/>
        </w:rPr>
        <w:alias w:val="3.1.5"/>
        <w:tag w:val="3.1.5"/>
        <w:id w:val="2110542013"/>
        <w:placeholder>
          <w:docPart w:val="CE4A925CBD32439F9AEDE8B1A29A4F01"/>
        </w:placeholder>
        <w:showingPlcHdr/>
      </w:sdtPr>
      <w:sdtEndPr>
        <w:rPr>
          <w:rStyle w:val="Standaardalinea-lettertype"/>
          <w:rFonts w:asciiTheme="minorHAnsi" w:hAnsiTheme="minorHAnsi"/>
          <w:color w:val="auto"/>
          <w:lang w:val="nl-NL"/>
        </w:rPr>
      </w:sdtEndPr>
      <w:sdtContent>
        <w:p w14:paraId="5CBD7F6F"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2125413202"/>
    <w:p w14:paraId="28012A28" w14:textId="349C03B5" w:rsidR="0014450F" w:rsidRPr="0014450F" w:rsidRDefault="00DD2FBE" w:rsidP="000E758E">
      <w:pPr>
        <w:pStyle w:val="Kop2"/>
      </w:pPr>
      <w:r>
        <w:t>Alarmering</w:t>
      </w:r>
      <w:bookmarkEnd w:id="53"/>
      <w:bookmarkEnd w:id="52"/>
    </w:p>
    <w:p w14:paraId="4CC770D3" w14:textId="478C6CB8" w:rsidR="007D36A5" w:rsidRDefault="007D36A5" w:rsidP="006F5861">
      <w:pPr>
        <w:pStyle w:val="Kop3"/>
      </w:pPr>
      <w:bookmarkStart w:id="54" w:name="_Toc196393057"/>
      <w:r w:rsidRPr="70E819BB">
        <w:t xml:space="preserve">Is er een koppeling </w:t>
      </w:r>
      <w:r w:rsidR="00C5347B" w:rsidRPr="70E819BB">
        <w:t xml:space="preserve">mogelijk </w:t>
      </w:r>
      <w:r w:rsidRPr="70E819BB">
        <w:t>met het verpleegkundig</w:t>
      </w:r>
      <w:r w:rsidR="3C8CAFC3" w:rsidRPr="70E819BB">
        <w:t>/medisch</w:t>
      </w:r>
      <w:r w:rsidRPr="70E819BB">
        <w:t xml:space="preserve"> oproepsysteem (VOS</w:t>
      </w:r>
      <w:r w:rsidR="706C40DB" w:rsidRPr="70E819BB">
        <w:t>/MOS</w:t>
      </w:r>
      <w:r w:rsidRPr="70E819BB">
        <w:t>)?</w:t>
      </w:r>
      <w:r w:rsidR="00DE1659" w:rsidRPr="70E819BB">
        <w:t xml:space="preserve"> Beschrijf uw oplossing.</w:t>
      </w:r>
      <w:bookmarkEnd w:id="54"/>
      <w:r w:rsidR="00DE1659" w:rsidRPr="70E819BB">
        <w:t xml:space="preserve"> </w:t>
      </w:r>
    </w:p>
    <w:permStart w:id="1129018076" w:edGrp="everyone" w:displacedByCustomXml="next"/>
    <w:bookmarkStart w:id="55" w:name="_Toc196393058" w:displacedByCustomXml="next"/>
    <w:sdt>
      <w:sdtPr>
        <w:rPr>
          <w:rStyle w:val="Stijl1"/>
        </w:rPr>
        <w:alias w:val="3.2.1"/>
        <w:tag w:val="3.2.1"/>
        <w:id w:val="978034675"/>
        <w:placeholder>
          <w:docPart w:val="7DC7EE7A37D540359289D9AA5A01B227"/>
        </w:placeholder>
        <w:showingPlcHdr/>
      </w:sdtPr>
      <w:sdtEndPr>
        <w:rPr>
          <w:rStyle w:val="Standaardalinea-lettertype"/>
          <w:rFonts w:asciiTheme="minorHAnsi" w:hAnsiTheme="minorHAnsi"/>
          <w:color w:val="auto"/>
          <w:lang w:val="nl-NL"/>
        </w:rPr>
      </w:sdtEndPr>
      <w:sdtContent>
        <w:p w14:paraId="41FF9D77"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1129018076"/>
    <w:p w14:paraId="098352DB" w14:textId="77777777" w:rsidR="00D678BF" w:rsidRPr="00D678BF" w:rsidRDefault="00D678BF" w:rsidP="006F5861">
      <w:pPr>
        <w:pStyle w:val="Kop3"/>
      </w:pPr>
      <w:r w:rsidRPr="3F85365B">
        <w:t>Wat is uw best practice om alarm fatigue te beperken?</w:t>
      </w:r>
      <w:bookmarkEnd w:id="55"/>
      <w:r w:rsidRPr="3F85365B">
        <w:t xml:space="preserve"> </w:t>
      </w:r>
    </w:p>
    <w:permStart w:id="70599867" w:edGrp="everyone" w:displacedByCustomXml="next"/>
    <w:bookmarkStart w:id="56" w:name="_Toc196393059" w:displacedByCustomXml="next"/>
    <w:sdt>
      <w:sdtPr>
        <w:rPr>
          <w:rStyle w:val="Stijl1"/>
        </w:rPr>
        <w:alias w:val="3.2.2"/>
        <w:tag w:val="3.2.2"/>
        <w:id w:val="1974875153"/>
        <w:placeholder>
          <w:docPart w:val="58785DF88FEB4426B0BA9003AEA6FD47"/>
        </w:placeholder>
        <w:showingPlcHdr/>
      </w:sdtPr>
      <w:sdtEndPr>
        <w:rPr>
          <w:rStyle w:val="Standaardalinea-lettertype"/>
          <w:rFonts w:asciiTheme="minorHAnsi" w:hAnsiTheme="minorHAnsi"/>
          <w:color w:val="auto"/>
          <w:lang w:val="nl-NL"/>
        </w:rPr>
      </w:sdtEndPr>
      <w:sdtContent>
        <w:p w14:paraId="5AB1CC3F"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70599867"/>
    <w:p w14:paraId="27A18205" w14:textId="363B06EE" w:rsidR="00DD2FBE" w:rsidRDefault="00DD2FBE" w:rsidP="006F5861">
      <w:pPr>
        <w:pStyle w:val="Kop3"/>
      </w:pPr>
      <w:r w:rsidRPr="70E819BB">
        <w:t>Hoe wordt stille alarmering geregeld, waarbij alarmen primair niet op de pomp, maar op het zorgoproepsysteem doorkomen?</w:t>
      </w:r>
      <w:bookmarkEnd w:id="56"/>
    </w:p>
    <w:permStart w:id="258629858" w:edGrp="everyone" w:displacedByCustomXml="next"/>
    <w:bookmarkStart w:id="57" w:name="_Toc196393060" w:displacedByCustomXml="next"/>
    <w:sdt>
      <w:sdtPr>
        <w:rPr>
          <w:rStyle w:val="Stijl1"/>
        </w:rPr>
        <w:alias w:val="3.2.3"/>
        <w:tag w:val="3.2.3"/>
        <w:id w:val="-2020770585"/>
        <w:placeholder>
          <w:docPart w:val="28AD683A95514A0A940BA39F2E1B0996"/>
        </w:placeholder>
        <w:showingPlcHdr/>
      </w:sdtPr>
      <w:sdtEndPr>
        <w:rPr>
          <w:rStyle w:val="Standaardalinea-lettertype"/>
          <w:rFonts w:asciiTheme="minorHAnsi" w:hAnsiTheme="minorHAnsi"/>
          <w:color w:val="auto"/>
          <w:lang w:val="nl-NL"/>
        </w:rPr>
      </w:sdtEndPr>
      <w:sdtContent>
        <w:p w14:paraId="083E6FC1"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258629858"/>
    <w:p w14:paraId="529B4866" w14:textId="7A8A6AAF" w:rsidR="00C87289" w:rsidRPr="00C87289" w:rsidRDefault="00C87289" w:rsidP="006F5861">
      <w:pPr>
        <w:pStyle w:val="Kop3"/>
      </w:pPr>
      <w:r>
        <w:t>Welke slimme oplossingen biedt uw systeem voor het beperken van luchtbelalarmen bij gasvormende vloeistoffen?</w:t>
      </w:r>
      <w:bookmarkEnd w:id="57"/>
    </w:p>
    <w:permStart w:id="1472660535" w:edGrp="everyone" w:displacedByCustomXml="next"/>
    <w:bookmarkStart w:id="58" w:name="_Toc196393061" w:displacedByCustomXml="next"/>
    <w:bookmarkStart w:id="59" w:name="_Toc195015442" w:displacedByCustomXml="next"/>
    <w:sdt>
      <w:sdtPr>
        <w:rPr>
          <w:rStyle w:val="Stijl1"/>
        </w:rPr>
        <w:alias w:val="3.2.4"/>
        <w:tag w:val="3.2.4"/>
        <w:id w:val="-800926364"/>
        <w:placeholder>
          <w:docPart w:val="CD5BA55E6D3A4DAE8F7A9B4B454B267C"/>
        </w:placeholder>
        <w:showingPlcHdr/>
      </w:sdtPr>
      <w:sdtEndPr>
        <w:rPr>
          <w:rStyle w:val="Standaardalinea-lettertype"/>
          <w:rFonts w:asciiTheme="minorHAnsi" w:hAnsiTheme="minorHAnsi"/>
          <w:color w:val="auto"/>
          <w:lang w:val="nl-NL"/>
        </w:rPr>
      </w:sdtEndPr>
      <w:sdtContent>
        <w:p w14:paraId="62661596"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1472660535"/>
    <w:p w14:paraId="5D7CC861" w14:textId="583FB581" w:rsidR="00DD2FBE" w:rsidRDefault="00B45BC8" w:rsidP="00371935">
      <w:pPr>
        <w:pStyle w:val="Kop2"/>
      </w:pPr>
      <w:r>
        <w:t>Overzichtsdashboard</w:t>
      </w:r>
      <w:bookmarkEnd w:id="59"/>
      <w:bookmarkEnd w:id="58"/>
    </w:p>
    <w:p w14:paraId="2AF7CA0C" w14:textId="721EE31C" w:rsidR="00454A1B" w:rsidRPr="00C30829" w:rsidRDefault="007D36A5" w:rsidP="006F5861">
      <w:pPr>
        <w:pStyle w:val="Kop3"/>
      </w:pPr>
      <w:bookmarkStart w:id="60" w:name="_Toc196393062"/>
      <w:r w:rsidRPr="00C30829">
        <w:t xml:space="preserve">Biedt uw </w:t>
      </w:r>
      <w:r w:rsidR="00C554EE" w:rsidRPr="00C30829">
        <w:t xml:space="preserve">product </w:t>
      </w:r>
      <w:r w:rsidRPr="00C30829">
        <w:t>een overzichtsdashboard waar per bed de status van pompen en medicatietoediening zichtbaar is?</w:t>
      </w:r>
      <w:r w:rsidR="00D678BF" w:rsidRPr="00C30829">
        <w:t xml:space="preserve"> Beschrijf uw oplo</w:t>
      </w:r>
      <w:r w:rsidR="00C554EE" w:rsidRPr="00C30829">
        <w:t>ssing.</w:t>
      </w:r>
      <w:bookmarkEnd w:id="60"/>
    </w:p>
    <w:permStart w:id="373520475" w:edGrp="everyone" w:displacedByCustomXml="next"/>
    <w:bookmarkStart w:id="61" w:name="_Toc196393063" w:displacedByCustomXml="next"/>
    <w:bookmarkStart w:id="62" w:name="_Toc195015443" w:displacedByCustomXml="next"/>
    <w:sdt>
      <w:sdtPr>
        <w:rPr>
          <w:rStyle w:val="Stijl1"/>
        </w:rPr>
        <w:alias w:val="3.3.1"/>
        <w:tag w:val="3.3.1"/>
        <w:id w:val="-1944369958"/>
        <w:placeholder>
          <w:docPart w:val="974F96B84EB14BBC99BC5B71EEFFDE58"/>
        </w:placeholder>
        <w:showingPlcHdr/>
      </w:sdtPr>
      <w:sdtEndPr>
        <w:rPr>
          <w:rStyle w:val="Standaardalinea-lettertype"/>
          <w:rFonts w:asciiTheme="minorHAnsi" w:hAnsiTheme="minorHAnsi"/>
          <w:color w:val="auto"/>
          <w:lang w:val="nl-NL"/>
        </w:rPr>
      </w:sdtEndPr>
      <w:sdtContent>
        <w:p w14:paraId="5A64AE4E"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373520475"/>
    <w:p w14:paraId="4B639B39" w14:textId="6F579D5F" w:rsidR="00B45BC8" w:rsidRPr="00C55324" w:rsidRDefault="00B45BC8" w:rsidP="00371935">
      <w:pPr>
        <w:pStyle w:val="Kop2"/>
      </w:pPr>
      <w:r w:rsidRPr="3F85365B">
        <w:t>Track &amp; Trace</w:t>
      </w:r>
      <w:bookmarkEnd w:id="62"/>
      <w:bookmarkEnd w:id="61"/>
    </w:p>
    <w:p w14:paraId="0FC14823" w14:textId="77777777" w:rsidR="008F3509" w:rsidRDefault="007D36A5" w:rsidP="006F5861">
      <w:pPr>
        <w:pStyle w:val="Kop3"/>
      </w:pPr>
      <w:bookmarkStart w:id="63" w:name="_Toc196393064"/>
      <w:r w:rsidRPr="3F85365B">
        <w:t>Hoe wordt Track &amp; Trace van infuuspompen ondersteund?</w:t>
      </w:r>
      <w:r w:rsidR="002261E3" w:rsidRPr="3F85365B">
        <w:t xml:space="preserve"> Op basis van welke technologieën?</w:t>
      </w:r>
      <w:bookmarkEnd w:id="63"/>
    </w:p>
    <w:permStart w:id="1355547979" w:edGrp="everyone" w:displacedByCustomXml="next"/>
    <w:bookmarkStart w:id="64" w:name="_Toc196393065" w:displacedByCustomXml="next"/>
    <w:sdt>
      <w:sdtPr>
        <w:rPr>
          <w:rStyle w:val="Stijl1"/>
        </w:rPr>
        <w:alias w:val="3.4.1"/>
        <w:tag w:val="3.4.1"/>
        <w:id w:val="-822965007"/>
        <w:placeholder>
          <w:docPart w:val="A30CB40163FA44988813946F07B0FE78"/>
        </w:placeholder>
        <w:showingPlcHdr/>
      </w:sdtPr>
      <w:sdtEndPr>
        <w:rPr>
          <w:rStyle w:val="Standaardalinea-lettertype"/>
          <w:rFonts w:asciiTheme="minorHAnsi" w:hAnsiTheme="minorHAnsi"/>
          <w:color w:val="auto"/>
          <w:lang w:val="nl-NL"/>
        </w:rPr>
      </w:sdtEndPr>
      <w:sdtContent>
        <w:p w14:paraId="2A937849"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1355547979"/>
    <w:p w14:paraId="4001AF30" w14:textId="18A916FE" w:rsidR="002B0C18" w:rsidRPr="002B0C18" w:rsidRDefault="005C7163" w:rsidP="006F5861">
      <w:pPr>
        <w:pStyle w:val="Kop3"/>
      </w:pPr>
      <w:r w:rsidRPr="3F85365B">
        <w:t xml:space="preserve">Amsterdam UMC heeft een eigen Track &amp; Trace systeem o.b.v. </w:t>
      </w:r>
      <w:r w:rsidR="008F22F0" w:rsidRPr="00C30829">
        <w:t>bluetooth signaal (ed</w:t>
      </w:r>
      <w:r w:rsidR="008F22F0">
        <w:t>dy</w:t>
      </w:r>
      <w:r w:rsidR="008F22F0" w:rsidRPr="00C30829">
        <w:t>stone / ibeacon protocol)</w:t>
      </w:r>
      <w:r w:rsidR="00F61F86">
        <w:t xml:space="preserve">. </w:t>
      </w:r>
      <w:r w:rsidR="007559CD" w:rsidRPr="00F61F86">
        <w:t xml:space="preserve">Kunt u uw pompen voorzien van </w:t>
      </w:r>
      <w:r w:rsidR="0084605F" w:rsidRPr="00F61F86">
        <w:t xml:space="preserve">bluetooth </w:t>
      </w:r>
      <w:r w:rsidR="000859DD" w:rsidRPr="00F61F86">
        <w:t xml:space="preserve">signaal </w:t>
      </w:r>
      <w:r w:rsidR="0058603D" w:rsidRPr="00F61F86">
        <w:t>(ed</w:t>
      </w:r>
      <w:r w:rsidR="008F22F0" w:rsidRPr="00F61F86">
        <w:t>dys</w:t>
      </w:r>
      <w:r w:rsidR="0058603D" w:rsidRPr="00F61F86">
        <w:t xml:space="preserve">tone / ibeacon protocol) </w:t>
      </w:r>
      <w:r w:rsidR="00530BEA" w:rsidRPr="00F61F86">
        <w:t xml:space="preserve">en deze zodoende beschikbaar maken in het centrale Track &amp; Trace </w:t>
      </w:r>
      <w:r w:rsidR="00F61F86" w:rsidRPr="00F61F86">
        <w:t>system?</w:t>
      </w:r>
      <w:bookmarkEnd w:id="64"/>
    </w:p>
    <w:permStart w:id="1983922723" w:edGrp="everyone" w:displacedByCustomXml="next"/>
    <w:bookmarkStart w:id="65" w:name="_Toc196393066" w:displacedByCustomXml="next"/>
    <w:sdt>
      <w:sdtPr>
        <w:rPr>
          <w:rStyle w:val="Stijl1"/>
        </w:rPr>
        <w:alias w:val="3.4.2"/>
        <w:tag w:val="3.4.2"/>
        <w:id w:val="-805010226"/>
        <w:placeholder>
          <w:docPart w:val="CD7532FB797B41C9A01D0BA4F17271E0"/>
        </w:placeholder>
        <w:showingPlcHdr/>
      </w:sdtPr>
      <w:sdtEndPr>
        <w:rPr>
          <w:rStyle w:val="Standaardalinea-lettertype"/>
          <w:rFonts w:asciiTheme="minorHAnsi" w:hAnsiTheme="minorHAnsi"/>
          <w:color w:val="auto"/>
          <w:lang w:val="nl-NL"/>
        </w:rPr>
      </w:sdtEndPr>
      <w:sdtContent>
        <w:p w14:paraId="110EE038"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1983922723"/>
    <w:p w14:paraId="59027169" w14:textId="2D74B762" w:rsidR="00DB2BCD" w:rsidRPr="00C30829" w:rsidRDefault="00530BEA" w:rsidP="006F5861">
      <w:pPr>
        <w:pStyle w:val="Kop3"/>
      </w:pPr>
      <w:r w:rsidRPr="00C30829">
        <w:lastRenderedPageBreak/>
        <w:t>Indien de locatiebepaling van uw pompen op andere wijze wordt vormgegeven: k</w:t>
      </w:r>
      <w:r w:rsidR="00DB2BCD" w:rsidRPr="00C30829">
        <w:t xml:space="preserve">an </w:t>
      </w:r>
      <w:r w:rsidRPr="00C30829">
        <w:t xml:space="preserve">deze vanuit </w:t>
      </w:r>
      <w:r w:rsidR="00DB2BCD" w:rsidRPr="00C30829">
        <w:t>uw eigen systeem worden uitgewisseld met het centrale Track &amp; Trace systeem van Amsterdam UMC?</w:t>
      </w:r>
      <w:bookmarkEnd w:id="65"/>
    </w:p>
    <w:permStart w:id="255992293" w:edGrp="everyone" w:displacedByCustomXml="next"/>
    <w:bookmarkStart w:id="66" w:name="_Toc196393067" w:displacedByCustomXml="next"/>
    <w:bookmarkStart w:id="67" w:name="_Toc195015444" w:displacedByCustomXml="next"/>
    <w:sdt>
      <w:sdtPr>
        <w:rPr>
          <w:rStyle w:val="Stijl1"/>
        </w:rPr>
        <w:alias w:val="3.4.3"/>
        <w:tag w:val="3.4.3"/>
        <w:id w:val="1497756823"/>
        <w:placeholder>
          <w:docPart w:val="001722D3299848E3913077237C3EDD31"/>
        </w:placeholder>
        <w:showingPlcHdr/>
      </w:sdtPr>
      <w:sdtEndPr>
        <w:rPr>
          <w:rStyle w:val="Standaardalinea-lettertype"/>
          <w:rFonts w:asciiTheme="minorHAnsi" w:hAnsiTheme="minorHAnsi"/>
          <w:color w:val="auto"/>
          <w:lang w:val="nl-NL"/>
        </w:rPr>
      </w:sdtEndPr>
      <w:sdtContent>
        <w:p w14:paraId="5EEAD625"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255992293"/>
    <w:p w14:paraId="4B6001F6" w14:textId="76FDE356" w:rsidR="007D36A5" w:rsidRPr="007D36A5" w:rsidRDefault="007D36A5" w:rsidP="00371935">
      <w:pPr>
        <w:pStyle w:val="Kop1"/>
      </w:pPr>
      <w:r w:rsidRPr="007D36A5">
        <w:t>Netwerk &amp; Beheer</w:t>
      </w:r>
      <w:bookmarkEnd w:id="67"/>
      <w:bookmarkEnd w:id="66"/>
    </w:p>
    <w:p w14:paraId="478E8C33" w14:textId="77777777" w:rsidR="00BA3482" w:rsidRDefault="00BA3482" w:rsidP="00BA3482">
      <w:pPr>
        <w:pStyle w:val="Kop2"/>
      </w:pPr>
      <w:bookmarkStart w:id="68" w:name="_Toc196393068"/>
      <w:r w:rsidRPr="00371935">
        <w:t>Device management</w:t>
      </w:r>
      <w:bookmarkEnd w:id="68"/>
    </w:p>
    <w:p w14:paraId="42A5689A" w14:textId="77777777" w:rsidR="00BA3482" w:rsidRPr="00EA61BC" w:rsidRDefault="00BA3482" w:rsidP="00BA3482">
      <w:pPr>
        <w:rPr>
          <w:lang w:val="nl-NL"/>
        </w:rPr>
      </w:pPr>
      <w:r w:rsidRPr="00EA61BC">
        <w:rPr>
          <w:lang w:val="nl-NL"/>
        </w:rPr>
        <w:t>Wat zijn de oplossingen voor:</w:t>
      </w:r>
    </w:p>
    <w:p w14:paraId="5EAAC13F" w14:textId="77777777" w:rsidR="00BA3482" w:rsidRDefault="00BA3482" w:rsidP="006F5861">
      <w:pPr>
        <w:pStyle w:val="Kop3"/>
      </w:pPr>
      <w:bookmarkStart w:id="69" w:name="_Toc196393069"/>
      <w:r>
        <w:t>C</w:t>
      </w:r>
      <w:r w:rsidRPr="00371935">
        <w:t>entrale monitoring/beheer van de pompen en docking devices via centrale applicaties</w:t>
      </w:r>
      <w:bookmarkEnd w:id="69"/>
    </w:p>
    <w:permStart w:id="2076853458" w:edGrp="everyone" w:displacedByCustomXml="next"/>
    <w:bookmarkStart w:id="70" w:name="_Toc196393070" w:displacedByCustomXml="next"/>
    <w:sdt>
      <w:sdtPr>
        <w:rPr>
          <w:rStyle w:val="Stijl1"/>
        </w:rPr>
        <w:alias w:val="4.1.1"/>
        <w:tag w:val="4.1.1"/>
        <w:id w:val="-1504960493"/>
        <w:placeholder>
          <w:docPart w:val="1E3E3E55F1674ABAB609562971BFD56E"/>
        </w:placeholder>
        <w:showingPlcHdr/>
      </w:sdtPr>
      <w:sdtEndPr>
        <w:rPr>
          <w:rStyle w:val="Standaardalinea-lettertype"/>
          <w:rFonts w:asciiTheme="minorHAnsi" w:hAnsiTheme="minorHAnsi"/>
          <w:color w:val="auto"/>
          <w:lang w:val="nl-NL"/>
        </w:rPr>
      </w:sdtEndPr>
      <w:sdtContent>
        <w:p w14:paraId="6C6A1A94"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2076853458"/>
    <w:p w14:paraId="0402080D" w14:textId="25F466A4" w:rsidR="00042731" w:rsidRDefault="00BA3482" w:rsidP="006F5861">
      <w:pPr>
        <w:pStyle w:val="Kop3"/>
      </w:pPr>
      <w:r>
        <w:t>Configuratie- en instellingenbeheer op afstand voor dockings en infuuspompen (o.a. alarm- en spuitinstellingen)</w:t>
      </w:r>
      <w:r w:rsidR="00987C22">
        <w:t>, en in het bijzonder:</w:t>
      </w:r>
      <w:bookmarkEnd w:id="70"/>
    </w:p>
    <w:p w14:paraId="119FDCBF" w14:textId="77777777" w:rsidR="00987C22" w:rsidRPr="00EB590A" w:rsidRDefault="00987C22" w:rsidP="00987C22">
      <w:pPr>
        <w:pStyle w:val="Lijstalinea"/>
      </w:pPr>
      <w:r w:rsidRPr="00EB590A">
        <w:t>Medicatiebibliotheek-updates</w:t>
      </w:r>
    </w:p>
    <w:p w14:paraId="1DDBD879" w14:textId="77777777" w:rsidR="00987C22" w:rsidRDefault="00987C22" w:rsidP="00987C22">
      <w:pPr>
        <w:pStyle w:val="Lijstalinea"/>
      </w:pPr>
      <w:r>
        <w:t>Configuratieinstellingen</w:t>
      </w:r>
    </w:p>
    <w:p w14:paraId="160C6078" w14:textId="77777777" w:rsidR="00987C22" w:rsidRDefault="00987C22" w:rsidP="00987C22">
      <w:pPr>
        <w:pStyle w:val="Lijstalinea"/>
      </w:pPr>
      <w:r w:rsidRPr="00EB590A">
        <w:t>Firmware-updates</w:t>
      </w:r>
    </w:p>
    <w:permStart w:id="1703437724" w:edGrp="everyone" w:displacedByCustomXml="next"/>
    <w:sdt>
      <w:sdtPr>
        <w:rPr>
          <w:rStyle w:val="Stijl1"/>
        </w:rPr>
        <w:alias w:val="4.1.2"/>
        <w:tag w:val="4.1.2"/>
        <w:id w:val="299198457"/>
        <w:placeholder>
          <w:docPart w:val="E56BCF0302F740B5BD64798CCDD73E81"/>
        </w:placeholder>
        <w:showingPlcHdr/>
      </w:sdtPr>
      <w:sdtEndPr>
        <w:rPr>
          <w:rStyle w:val="Standaardalinea-lettertype"/>
          <w:rFonts w:asciiTheme="minorHAnsi" w:hAnsiTheme="minorHAnsi"/>
          <w:color w:val="auto"/>
          <w:lang w:val="nl-NL"/>
        </w:rPr>
      </w:sdtEndPr>
      <w:sdtContent>
        <w:p w14:paraId="0F1C0F80"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 w14:paraId="281EF5F7" w14:textId="77777777" w:rsidR="00BA3482" w:rsidRPr="00EA61BC" w:rsidRDefault="00BA3482" w:rsidP="006F5861">
      <w:pPr>
        <w:pStyle w:val="Kop3"/>
      </w:pPr>
      <w:bookmarkStart w:id="71" w:name="_Toc196393071"/>
      <w:permEnd w:id="1703437724"/>
      <w:r>
        <w:t>Op afstand kunnen zien wanneer pompen onderhoud nodig hebben (bron: assetbeheersysteem</w:t>
      </w:r>
      <w:r w:rsidRPr="006D3241">
        <w:t>)</w:t>
      </w:r>
      <w:bookmarkEnd w:id="71"/>
      <w:r w:rsidRPr="006D3241">
        <w:t xml:space="preserve"> </w:t>
      </w:r>
    </w:p>
    <w:permStart w:id="818493594" w:edGrp="everyone" w:displacedByCustomXml="next"/>
    <w:bookmarkStart w:id="72" w:name="_Toc196393072" w:displacedByCustomXml="next"/>
    <w:sdt>
      <w:sdtPr>
        <w:rPr>
          <w:rStyle w:val="Stijl1"/>
        </w:rPr>
        <w:alias w:val="4.1.3"/>
        <w:tag w:val="4.1.3"/>
        <w:id w:val="683171312"/>
        <w:placeholder>
          <w:docPart w:val="7B6C0B071ACA4ABAAA4140E7FCA7D2E2"/>
        </w:placeholder>
        <w:showingPlcHdr/>
      </w:sdtPr>
      <w:sdtEndPr>
        <w:rPr>
          <w:rStyle w:val="Standaardalinea-lettertype"/>
          <w:rFonts w:asciiTheme="minorHAnsi" w:hAnsiTheme="minorHAnsi"/>
          <w:color w:val="auto"/>
          <w:lang w:val="nl-NL"/>
        </w:rPr>
      </w:sdtEndPr>
      <w:sdtContent>
        <w:p w14:paraId="150A5E1D"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818493594"/>
    <w:p w14:paraId="0118A35A" w14:textId="6BBBFD84" w:rsidR="00DE34CC" w:rsidRDefault="005C64E8" w:rsidP="00371935">
      <w:pPr>
        <w:pStyle w:val="Kop2"/>
      </w:pPr>
      <w:r>
        <w:t>Draadloze connectiviteit</w:t>
      </w:r>
      <w:bookmarkEnd w:id="72"/>
    </w:p>
    <w:p w14:paraId="3D381B2D" w14:textId="3A7A4E3F" w:rsidR="007D36A5" w:rsidRPr="007D36A5" w:rsidRDefault="007D36A5" w:rsidP="006F5861">
      <w:pPr>
        <w:pStyle w:val="Kop3"/>
      </w:pPr>
      <w:bookmarkStart w:id="73" w:name="_Toc196393073"/>
      <w:r w:rsidRPr="007D36A5">
        <w:t xml:space="preserve">Ondersteunt uw systeem </w:t>
      </w:r>
      <w:r w:rsidRPr="000E758E">
        <w:t>draadloze</w:t>
      </w:r>
      <w:r w:rsidRPr="007D36A5">
        <w:t xml:space="preserve"> connectiviteit voor:</w:t>
      </w:r>
      <w:bookmarkEnd w:id="73"/>
    </w:p>
    <w:p w14:paraId="2C775AE6" w14:textId="3AAAA110" w:rsidR="007D36A5" w:rsidRPr="00EB590A" w:rsidRDefault="007D36A5" w:rsidP="00371935">
      <w:pPr>
        <w:pStyle w:val="Lijstalinea"/>
      </w:pPr>
      <w:r w:rsidRPr="00EB590A">
        <w:t>Medicatiebibliotheek-updates</w:t>
      </w:r>
    </w:p>
    <w:p w14:paraId="6CA59DA3" w14:textId="20DF76AB" w:rsidR="002B0C18" w:rsidRDefault="00D53774" w:rsidP="00CD11CB">
      <w:pPr>
        <w:pStyle w:val="Lijstalinea"/>
      </w:pPr>
      <w:r>
        <w:t>Configuratie</w:t>
      </w:r>
      <w:r w:rsidR="007A0D5A">
        <w:t>instellingen</w:t>
      </w:r>
    </w:p>
    <w:p w14:paraId="2E772B7E" w14:textId="0383A6E0" w:rsidR="007D36A5" w:rsidRDefault="007D36A5" w:rsidP="00371935">
      <w:pPr>
        <w:pStyle w:val="Lijstalinea"/>
      </w:pPr>
      <w:r w:rsidRPr="00EB590A">
        <w:t>Firmware-updates</w:t>
      </w:r>
    </w:p>
    <w:p w14:paraId="67288AF8" w14:textId="77777777" w:rsidR="00987C22" w:rsidRDefault="00987C22" w:rsidP="00987C22">
      <w:pPr>
        <w:pStyle w:val="Lijstalinea"/>
      </w:pPr>
      <w:r w:rsidRPr="00EB590A">
        <w:t>Integratie met EPD</w:t>
      </w:r>
    </w:p>
    <w:permStart w:id="1233015598" w:edGrp="everyone" w:displacedByCustomXml="next"/>
    <w:bookmarkStart w:id="74" w:name="_Toc196393074" w:displacedByCustomXml="next"/>
    <w:sdt>
      <w:sdtPr>
        <w:rPr>
          <w:rStyle w:val="Stijl1"/>
        </w:rPr>
        <w:alias w:val="4.2.1"/>
        <w:tag w:val="4.2.1"/>
        <w:id w:val="1268273489"/>
        <w:placeholder>
          <w:docPart w:val="F9EDC8783E9F4A0488D97E3D6707ADF3"/>
        </w:placeholder>
        <w:showingPlcHdr/>
      </w:sdtPr>
      <w:sdtEndPr>
        <w:rPr>
          <w:rStyle w:val="Standaardalinea-lettertype"/>
          <w:rFonts w:asciiTheme="minorHAnsi" w:hAnsiTheme="minorHAnsi"/>
          <w:color w:val="auto"/>
          <w:lang w:val="nl-NL"/>
        </w:rPr>
      </w:sdtEndPr>
      <w:sdtContent>
        <w:p w14:paraId="76802290"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1233015598"/>
    <w:p w14:paraId="3E2FDF26" w14:textId="194DEA33" w:rsidR="00553B30" w:rsidRPr="0023480C" w:rsidRDefault="00553B30" w:rsidP="006F5861">
      <w:pPr>
        <w:pStyle w:val="Kop3"/>
      </w:pPr>
      <w:r w:rsidRPr="0023480C">
        <w:t xml:space="preserve">Beschikt de pomp over Wifi? </w:t>
      </w:r>
      <w:r w:rsidR="00092CD9">
        <w:t>Is dit optioneel?</w:t>
      </w:r>
      <w:bookmarkEnd w:id="74"/>
      <w:r w:rsidR="00092CD9">
        <w:t xml:space="preserve"> </w:t>
      </w:r>
    </w:p>
    <w:permStart w:id="640431958" w:edGrp="everyone" w:displacedByCustomXml="next"/>
    <w:bookmarkStart w:id="75" w:name="_Toc196393075" w:displacedByCustomXml="next"/>
    <w:sdt>
      <w:sdtPr>
        <w:rPr>
          <w:rStyle w:val="Stijl1"/>
        </w:rPr>
        <w:alias w:val="4.2.2"/>
        <w:tag w:val="4.2.2"/>
        <w:id w:val="1678001432"/>
        <w:placeholder>
          <w:docPart w:val="EEDA5E44346641F0A66270F1B3734D0F"/>
        </w:placeholder>
        <w:showingPlcHdr/>
      </w:sdtPr>
      <w:sdtEndPr>
        <w:rPr>
          <w:rStyle w:val="Standaardalinea-lettertype"/>
          <w:rFonts w:asciiTheme="minorHAnsi" w:hAnsiTheme="minorHAnsi"/>
          <w:color w:val="auto"/>
          <w:lang w:val="nl-NL"/>
        </w:rPr>
      </w:sdtEndPr>
      <w:sdtContent>
        <w:p w14:paraId="053CB49D"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640431958"/>
    <w:p w14:paraId="4D909A55" w14:textId="71D4F7E2" w:rsidR="00553B30" w:rsidRDefault="00553B30" w:rsidP="006F5861">
      <w:pPr>
        <w:pStyle w:val="Kop3"/>
      </w:pPr>
      <w:r w:rsidRPr="0023480C">
        <w:lastRenderedPageBreak/>
        <w:t xml:space="preserve">Beschikt u oplossing </w:t>
      </w:r>
      <w:r>
        <w:t xml:space="preserve">(bij gegevensuitwisseling met Epic) </w:t>
      </w:r>
      <w:r w:rsidRPr="0023480C">
        <w:t xml:space="preserve">over een berichten buffer voor de momenten dat een pomp niet online is/ </w:t>
      </w:r>
      <w:r w:rsidR="00DA25C4">
        <w:t>h</w:t>
      </w:r>
      <w:r w:rsidRPr="0023480C">
        <w:t>et systeem in onderhoud is?</w:t>
      </w:r>
      <w:bookmarkEnd w:id="75"/>
    </w:p>
    <w:permStart w:id="1977631057" w:edGrp="everyone" w:displacedByCustomXml="next"/>
    <w:bookmarkStart w:id="76" w:name="_Toc196393076" w:displacedByCustomXml="next"/>
    <w:bookmarkStart w:id="77" w:name="_Toc195015445" w:displacedByCustomXml="next"/>
    <w:sdt>
      <w:sdtPr>
        <w:rPr>
          <w:rStyle w:val="Stijl1"/>
        </w:rPr>
        <w:alias w:val="4.2.3"/>
        <w:tag w:val="4.2.3"/>
        <w:id w:val="-214811896"/>
        <w:placeholder>
          <w:docPart w:val="9C012D277A234CFE8815C431232D5B0D"/>
        </w:placeholder>
        <w:showingPlcHdr/>
      </w:sdtPr>
      <w:sdtEndPr>
        <w:rPr>
          <w:rStyle w:val="Standaardalinea-lettertype"/>
          <w:rFonts w:asciiTheme="minorHAnsi" w:hAnsiTheme="minorHAnsi"/>
          <w:color w:val="auto"/>
          <w:lang w:val="nl-NL"/>
        </w:rPr>
      </w:sdtEndPr>
      <w:sdtContent>
        <w:p w14:paraId="74210C6F"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1977631057"/>
    <w:p w14:paraId="3339D571" w14:textId="473354BA" w:rsidR="007D36A5" w:rsidRPr="007D36A5" w:rsidRDefault="007D36A5" w:rsidP="00371935">
      <w:pPr>
        <w:pStyle w:val="Kop1"/>
      </w:pPr>
      <w:r w:rsidRPr="007D36A5">
        <w:t>Implementatie en Onderhoud</w:t>
      </w:r>
      <w:bookmarkEnd w:id="77"/>
      <w:bookmarkEnd w:id="76"/>
    </w:p>
    <w:p w14:paraId="10964479" w14:textId="14FBB523" w:rsidR="00DE6236" w:rsidRDefault="00DE6236" w:rsidP="00371935">
      <w:pPr>
        <w:pStyle w:val="Kop2"/>
      </w:pPr>
      <w:bookmarkStart w:id="78" w:name="_Toc195015446"/>
      <w:bookmarkStart w:id="79" w:name="_Toc196393077"/>
      <w:r>
        <w:t>Implementatie en training</w:t>
      </w:r>
      <w:bookmarkEnd w:id="78"/>
      <w:bookmarkEnd w:id="79"/>
    </w:p>
    <w:p w14:paraId="4CBE2685" w14:textId="0C0AACDD" w:rsidR="007D36A5" w:rsidRPr="007D36A5" w:rsidRDefault="007D36A5" w:rsidP="006F5861">
      <w:pPr>
        <w:pStyle w:val="Kop3"/>
      </w:pPr>
      <w:bookmarkStart w:id="80" w:name="_Toc196393078"/>
      <w:r w:rsidRPr="007D36A5">
        <w:t>Beschrijf uw aanpak voor de implementatie binnen een groot academisch ziekenhuis:</w:t>
      </w:r>
      <w:bookmarkEnd w:id="80"/>
    </w:p>
    <w:p w14:paraId="35D88752" w14:textId="1D92AEC2" w:rsidR="007D36A5" w:rsidRDefault="007D36A5" w:rsidP="00371935">
      <w:pPr>
        <w:pStyle w:val="Lijstalinea"/>
      </w:pPr>
      <w:r w:rsidRPr="00EB590A">
        <w:t>Wat is de verwachte levertermijn?</w:t>
      </w:r>
    </w:p>
    <w:p w14:paraId="03D51EF3" w14:textId="13C220B2" w:rsidR="00E1725C" w:rsidRPr="00EB590A" w:rsidRDefault="00E1725C" w:rsidP="00371935">
      <w:pPr>
        <w:pStyle w:val="Lijstalinea"/>
      </w:pPr>
      <w:r>
        <w:t>Stapsgewijze implementatie (highcare, dagbehandeling, verpleeg</w:t>
      </w:r>
      <w:r w:rsidR="009754B1">
        <w:t>kun</w:t>
      </w:r>
      <w:r w:rsidR="00806C3C">
        <w:t>de)</w:t>
      </w:r>
    </w:p>
    <w:p w14:paraId="4ECC27CF" w14:textId="699449D7" w:rsidR="007D36A5" w:rsidRPr="00EB590A" w:rsidRDefault="007D36A5" w:rsidP="00371935">
      <w:pPr>
        <w:pStyle w:val="Lijstalinea"/>
      </w:pPr>
      <w:r w:rsidRPr="00EB590A">
        <w:t>Hoe verloopt de installatie en kwaliteitsborging?</w:t>
      </w:r>
    </w:p>
    <w:p w14:paraId="092013EF" w14:textId="17462EBA" w:rsidR="007D36A5" w:rsidRDefault="007D36A5" w:rsidP="000D44E9">
      <w:pPr>
        <w:pStyle w:val="Lijstalinea"/>
      </w:pPr>
      <w:r w:rsidRPr="00EB590A">
        <w:t xml:space="preserve">Welke ondersteuning biedt u bij </w:t>
      </w:r>
      <w:r w:rsidR="001E376A">
        <w:t xml:space="preserve">voorbereidende werkzaamheden? </w:t>
      </w:r>
    </w:p>
    <w:permStart w:id="1880694738" w:edGrp="everyone" w:displacedByCustomXml="next"/>
    <w:bookmarkStart w:id="81" w:name="_Toc196393079" w:displacedByCustomXml="next"/>
    <w:sdt>
      <w:sdtPr>
        <w:rPr>
          <w:rStyle w:val="Stijl1"/>
        </w:rPr>
        <w:alias w:val="5.1.1"/>
        <w:tag w:val="5.1.1"/>
        <w:id w:val="-317498820"/>
        <w:placeholder>
          <w:docPart w:val="6BE205486A6C48189976EE56D355310D"/>
        </w:placeholder>
        <w:showingPlcHdr/>
      </w:sdtPr>
      <w:sdtEndPr>
        <w:rPr>
          <w:rStyle w:val="Standaardalinea-lettertype"/>
          <w:rFonts w:asciiTheme="minorHAnsi" w:hAnsiTheme="minorHAnsi"/>
          <w:color w:val="auto"/>
          <w:lang w:val="nl-NL"/>
        </w:rPr>
      </w:sdtEndPr>
      <w:sdtContent>
        <w:p w14:paraId="03C431EC"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1880694738"/>
    <w:p w14:paraId="2EA9623C" w14:textId="2DA40EFC" w:rsidR="007D36A5" w:rsidRPr="007D36A5" w:rsidRDefault="00C21489" w:rsidP="006F5861">
      <w:pPr>
        <w:pStyle w:val="Kop3"/>
      </w:pPr>
      <w:r>
        <w:t>Welke ondersteuning biedt u bij</w:t>
      </w:r>
      <w:r w:rsidR="007D36A5" w:rsidRPr="007D36A5">
        <w:t>:</w:t>
      </w:r>
      <w:bookmarkEnd w:id="81"/>
    </w:p>
    <w:p w14:paraId="332A6A4B" w14:textId="33A6FD4B" w:rsidR="007D36A5" w:rsidRPr="00EB590A" w:rsidRDefault="007D36A5" w:rsidP="00371935">
      <w:pPr>
        <w:pStyle w:val="Lijstalinea"/>
      </w:pPr>
      <w:r w:rsidRPr="00EB590A">
        <w:t>Training van gebruikers en technici</w:t>
      </w:r>
    </w:p>
    <w:p w14:paraId="7D3C988F" w14:textId="5A4837B0" w:rsidR="007D36A5" w:rsidRPr="00EB590A" w:rsidRDefault="007D36A5" w:rsidP="00371935">
      <w:pPr>
        <w:pStyle w:val="Lijstalinea"/>
      </w:pPr>
      <w:r w:rsidRPr="00EB590A">
        <w:t>E-learning of instructiematerialen</w:t>
      </w:r>
    </w:p>
    <w:p w14:paraId="18B59392" w14:textId="6C72AC43" w:rsidR="007D36A5" w:rsidRDefault="007D36A5" w:rsidP="00371935">
      <w:pPr>
        <w:pStyle w:val="Lijstalinea"/>
      </w:pPr>
      <w:r w:rsidRPr="00EB590A">
        <w:t>Herhalingsinstructies en toetsing</w:t>
      </w:r>
    </w:p>
    <w:permStart w:id="1579887787" w:edGrp="everyone" w:displacedByCustomXml="next"/>
    <w:sdt>
      <w:sdtPr>
        <w:rPr>
          <w:rStyle w:val="Stijl1"/>
        </w:rPr>
        <w:alias w:val="5.1.2"/>
        <w:tag w:val="5.1.2"/>
        <w:id w:val="-72123915"/>
        <w:placeholder>
          <w:docPart w:val="8A22AFE372FF471DB89700DF6FB5B8B5"/>
        </w:placeholder>
        <w:showingPlcHdr/>
      </w:sdtPr>
      <w:sdtEndPr>
        <w:rPr>
          <w:rStyle w:val="Standaardalinea-lettertype"/>
          <w:rFonts w:asciiTheme="minorHAnsi" w:hAnsiTheme="minorHAnsi"/>
          <w:color w:val="auto"/>
          <w:lang w:val="nl-NL"/>
        </w:rPr>
      </w:sdtEndPr>
      <w:sdtContent>
        <w:p w14:paraId="05FBEF5A"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 w14:paraId="7E70E197" w14:textId="69975B79" w:rsidR="00DE6236" w:rsidRPr="00EB590A" w:rsidRDefault="00DE6236" w:rsidP="00371935">
      <w:pPr>
        <w:pStyle w:val="Kop2"/>
      </w:pPr>
      <w:bookmarkStart w:id="82" w:name="_Toc195015447"/>
      <w:bookmarkStart w:id="83" w:name="_Toc196393080"/>
      <w:permEnd w:id="1579887787"/>
      <w:r>
        <w:t>Beheer en onderhoud</w:t>
      </w:r>
      <w:bookmarkEnd w:id="82"/>
      <w:bookmarkEnd w:id="83"/>
    </w:p>
    <w:p w14:paraId="5C537EAB" w14:textId="77777777" w:rsidR="00D53E5C" w:rsidRPr="00C30829" w:rsidRDefault="00D53E5C" w:rsidP="006F5861">
      <w:pPr>
        <w:pStyle w:val="Kop3"/>
      </w:pPr>
      <w:bookmarkStart w:id="84" w:name="_Toc196393081"/>
      <w:r w:rsidRPr="00D53E5C">
        <w:t>Welke onderhoudsmogelijkheden biedt de leverancier?</w:t>
      </w:r>
      <w:bookmarkEnd w:id="84"/>
    </w:p>
    <w:permStart w:id="1514209425" w:edGrp="everyone" w:displacedByCustomXml="next"/>
    <w:bookmarkStart w:id="85" w:name="_Toc196393082" w:displacedByCustomXml="next"/>
    <w:sdt>
      <w:sdtPr>
        <w:rPr>
          <w:rStyle w:val="Stijl1"/>
        </w:rPr>
        <w:alias w:val="5.2.1"/>
        <w:tag w:val="5.2.1"/>
        <w:id w:val="865636833"/>
        <w:placeholder>
          <w:docPart w:val="91ECD997A92C4AD8B06BD1B85BFE0588"/>
        </w:placeholder>
        <w:showingPlcHdr/>
      </w:sdtPr>
      <w:sdtEndPr>
        <w:rPr>
          <w:rStyle w:val="Standaardalinea-lettertype"/>
          <w:rFonts w:asciiTheme="minorHAnsi" w:hAnsiTheme="minorHAnsi"/>
          <w:color w:val="auto"/>
          <w:lang w:val="nl-NL"/>
        </w:rPr>
      </w:sdtEndPr>
      <w:sdtContent>
        <w:p w14:paraId="649A9ADF"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1514209425"/>
    <w:p w14:paraId="4D112024" w14:textId="5E8A896D" w:rsidR="00BD3703" w:rsidRPr="000D44E9" w:rsidRDefault="00BF61C4" w:rsidP="006F5861">
      <w:pPr>
        <w:pStyle w:val="Kop3"/>
      </w:pPr>
      <w:r>
        <w:t xml:space="preserve">Amsterdam UMC </w:t>
      </w:r>
      <w:r w:rsidR="00961AFF">
        <w:t xml:space="preserve">voert zelf onderhoud en reparaties uit aan infuuspompen. Voor complexe storingen moet teruggevallen kunnen worden op de </w:t>
      </w:r>
      <w:r w:rsidR="00BD3703">
        <w:t>ondersteuning van de leverancier.</w:t>
      </w:r>
      <w:r w:rsidR="00C30829" w:rsidRPr="00C30829">
        <w:t xml:space="preserve"> </w:t>
      </w:r>
      <w:r w:rsidR="00BD3703" w:rsidRPr="00C30829">
        <w:t>Ondersteunt u dit?</w:t>
      </w:r>
      <w:bookmarkEnd w:id="85"/>
    </w:p>
    <w:permStart w:id="296427818" w:edGrp="everyone" w:displacedByCustomXml="next"/>
    <w:bookmarkStart w:id="86" w:name="_Toc196393083" w:displacedByCustomXml="next"/>
    <w:sdt>
      <w:sdtPr>
        <w:rPr>
          <w:rStyle w:val="Stijl1"/>
        </w:rPr>
        <w:alias w:val="5.2.2"/>
        <w:tag w:val="5.2.2"/>
        <w:id w:val="-756828795"/>
        <w:placeholder>
          <w:docPart w:val="DF7FA644F5084BF1A4EEE5B20E184A25"/>
        </w:placeholder>
        <w:showingPlcHdr/>
      </w:sdtPr>
      <w:sdtEndPr>
        <w:rPr>
          <w:rStyle w:val="Standaardalinea-lettertype"/>
          <w:rFonts w:asciiTheme="minorHAnsi" w:hAnsiTheme="minorHAnsi"/>
          <w:color w:val="auto"/>
          <w:lang w:val="nl-NL"/>
        </w:rPr>
      </w:sdtEndPr>
      <w:sdtContent>
        <w:p w14:paraId="09B41DE2"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296427818"/>
    <w:p w14:paraId="386F8DD8" w14:textId="77777777" w:rsidR="00C30829" w:rsidRPr="00352EB0" w:rsidRDefault="00C30829" w:rsidP="006F5861">
      <w:pPr>
        <w:pStyle w:val="Kop3"/>
      </w:pPr>
      <w:r w:rsidRPr="00885663">
        <w:t>Amsterdam UMC voert zelf functioneel beheer uit voor software, EPD-koppelingen en beheert zelf de medicatiebibliotheken.</w:t>
      </w:r>
      <w:r>
        <w:t xml:space="preserve"> </w:t>
      </w:r>
      <w:r w:rsidRPr="00352EB0">
        <w:t>Ondersteunt u dit?</w:t>
      </w:r>
      <w:bookmarkEnd w:id="86"/>
    </w:p>
    <w:permStart w:id="617355112" w:edGrp="everyone" w:displacedByCustomXml="next"/>
    <w:bookmarkStart w:id="87" w:name="_Toc196393084" w:displacedByCustomXml="next"/>
    <w:sdt>
      <w:sdtPr>
        <w:rPr>
          <w:rStyle w:val="Stijl1"/>
        </w:rPr>
        <w:alias w:val="5.2.3"/>
        <w:tag w:val="5.2.3"/>
        <w:id w:val="116106007"/>
        <w:placeholder>
          <w:docPart w:val="131C09F8F89949C1B0D3AAA81DA3FDE4"/>
        </w:placeholder>
        <w:showingPlcHdr/>
      </w:sdtPr>
      <w:sdtEndPr>
        <w:rPr>
          <w:rStyle w:val="Standaardalinea-lettertype"/>
          <w:rFonts w:asciiTheme="minorHAnsi" w:hAnsiTheme="minorHAnsi"/>
          <w:color w:val="auto"/>
          <w:lang w:val="nl-NL"/>
        </w:rPr>
      </w:sdtEndPr>
      <w:sdtContent>
        <w:p w14:paraId="0DB92B02"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617355112"/>
    <w:p w14:paraId="1FA46494" w14:textId="0CB54311" w:rsidR="000A4118" w:rsidRPr="00C30829" w:rsidRDefault="000A4118" w:rsidP="006F5861">
      <w:pPr>
        <w:pStyle w:val="Kop3"/>
      </w:pPr>
      <w:r w:rsidRPr="00C30829">
        <w:lastRenderedPageBreak/>
        <w:t xml:space="preserve">Welke borging geeft u op de levering van </w:t>
      </w:r>
      <w:r w:rsidR="00415349" w:rsidRPr="00C30829">
        <w:t>onderdelen en accessoires?</w:t>
      </w:r>
      <w:bookmarkEnd w:id="87"/>
    </w:p>
    <w:permStart w:id="1958162040" w:edGrp="everyone" w:displacedByCustomXml="next"/>
    <w:bookmarkStart w:id="88" w:name="_Toc196393085" w:displacedByCustomXml="next"/>
    <w:sdt>
      <w:sdtPr>
        <w:rPr>
          <w:rStyle w:val="Stijl1"/>
        </w:rPr>
        <w:alias w:val="5.2.4"/>
        <w:tag w:val="5.2.4"/>
        <w:id w:val="-1581519444"/>
        <w:placeholder>
          <w:docPart w:val="3CBCB55C359D44EBA5F75A608F24B01A"/>
        </w:placeholder>
        <w:showingPlcHdr/>
      </w:sdtPr>
      <w:sdtEndPr>
        <w:rPr>
          <w:rStyle w:val="Standaardalinea-lettertype"/>
          <w:rFonts w:asciiTheme="minorHAnsi" w:hAnsiTheme="minorHAnsi"/>
          <w:color w:val="auto"/>
          <w:lang w:val="nl-NL"/>
        </w:rPr>
      </w:sdtEndPr>
      <w:sdtContent>
        <w:p w14:paraId="27F0A87B"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1958162040"/>
    <w:p w14:paraId="2D279796" w14:textId="5996964C" w:rsidR="00352EB0" w:rsidRPr="00C30829" w:rsidRDefault="00352EB0" w:rsidP="006F5861">
      <w:pPr>
        <w:pStyle w:val="Kop3"/>
      </w:pPr>
      <w:r w:rsidRPr="00C30829">
        <w:t>Waar is uw serviceorganisatie gelokaliseerd? Heeft u Nederlandssprekende storingslijn?</w:t>
      </w:r>
      <w:bookmarkEnd w:id="88"/>
    </w:p>
    <w:permStart w:id="1446716279" w:edGrp="everyone" w:displacedByCustomXml="next"/>
    <w:bookmarkStart w:id="89" w:name="_Toc196393086" w:displacedByCustomXml="next"/>
    <w:sdt>
      <w:sdtPr>
        <w:rPr>
          <w:rStyle w:val="Stijl1"/>
        </w:rPr>
        <w:alias w:val="5.2.5"/>
        <w:tag w:val="5.2.5"/>
        <w:id w:val="1773508021"/>
        <w:placeholder>
          <w:docPart w:val="7A5C2797FC294FA68100840CC24A557B"/>
        </w:placeholder>
        <w:showingPlcHdr/>
      </w:sdtPr>
      <w:sdtEndPr>
        <w:rPr>
          <w:rStyle w:val="Standaardalinea-lettertype"/>
          <w:rFonts w:asciiTheme="minorHAnsi" w:hAnsiTheme="minorHAnsi"/>
          <w:color w:val="auto"/>
          <w:lang w:val="nl-NL"/>
        </w:rPr>
      </w:sdtEndPr>
      <w:sdtContent>
        <w:p w14:paraId="4A5A720C"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1446716279"/>
    <w:p w14:paraId="65E8B9F7" w14:textId="5A53DEBF" w:rsidR="00352EB0" w:rsidRPr="00C30829" w:rsidRDefault="00352EB0" w:rsidP="006F5861">
      <w:pPr>
        <w:pStyle w:val="Kop3"/>
      </w:pPr>
      <w:r w:rsidRPr="00C30829">
        <w:t>Wat is de minimale response tijd bij uitval van de koppeling/ storing aan de koppeling?</w:t>
      </w:r>
      <w:bookmarkEnd w:id="89"/>
    </w:p>
    <w:permStart w:id="440337448" w:edGrp="everyone" w:displacedByCustomXml="next"/>
    <w:bookmarkStart w:id="90" w:name="_Toc196393087" w:displacedByCustomXml="next"/>
    <w:sdt>
      <w:sdtPr>
        <w:rPr>
          <w:rStyle w:val="Stijl1"/>
        </w:rPr>
        <w:alias w:val="5.2.6"/>
        <w:tag w:val="5.2.6"/>
        <w:id w:val="-1483383278"/>
        <w:placeholder>
          <w:docPart w:val="9745310CC3E44D0FB628F35FBB8723F6"/>
        </w:placeholder>
        <w:showingPlcHdr/>
      </w:sdtPr>
      <w:sdtEndPr>
        <w:rPr>
          <w:rStyle w:val="Standaardalinea-lettertype"/>
          <w:rFonts w:asciiTheme="minorHAnsi" w:hAnsiTheme="minorHAnsi"/>
          <w:color w:val="auto"/>
          <w:lang w:val="nl-NL"/>
        </w:rPr>
      </w:sdtEndPr>
      <w:sdtContent>
        <w:p w14:paraId="1F7459F9"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440337448"/>
    <w:p w14:paraId="32FC70B1" w14:textId="4186DFC5" w:rsidR="000D44E9" w:rsidRPr="001E4EF4" w:rsidRDefault="000D44E9" w:rsidP="00371935">
      <w:pPr>
        <w:pStyle w:val="Kop2"/>
      </w:pPr>
      <w:r w:rsidRPr="001E4EF4">
        <w:t>Training</w:t>
      </w:r>
      <w:bookmarkEnd w:id="90"/>
    </w:p>
    <w:p w14:paraId="76F81A73" w14:textId="61D4AD9F" w:rsidR="000A4118" w:rsidRPr="006F5861" w:rsidRDefault="00DE6236" w:rsidP="006F5861">
      <w:pPr>
        <w:pStyle w:val="Kop3"/>
      </w:pPr>
      <w:bookmarkStart w:id="91" w:name="_Toc196393088"/>
      <w:r w:rsidRPr="006F5861">
        <w:t>Geef een inschatting van de benodigde training voor de medisch technici van Amsterdam UMC</w:t>
      </w:r>
      <w:r w:rsidR="00E07B39" w:rsidRPr="006F5861">
        <w:t>? Is dit een Nederlandstalige training?</w:t>
      </w:r>
      <w:bookmarkEnd w:id="91"/>
    </w:p>
    <w:permStart w:id="1311007158" w:edGrp="everyone" w:displacedByCustomXml="next"/>
    <w:bookmarkStart w:id="92" w:name="_Toc196393089" w:displacedByCustomXml="next"/>
    <w:sdt>
      <w:sdtPr>
        <w:rPr>
          <w:rStyle w:val="Stijl1"/>
        </w:rPr>
        <w:alias w:val="5.3.1"/>
        <w:tag w:val="5.3.1"/>
        <w:id w:val="-919323910"/>
        <w:placeholder>
          <w:docPart w:val="28D49EBCB03E438A8F61B6DB80541C29"/>
        </w:placeholder>
        <w:showingPlcHdr/>
      </w:sdtPr>
      <w:sdtEndPr>
        <w:rPr>
          <w:rStyle w:val="Standaardalinea-lettertype"/>
          <w:rFonts w:asciiTheme="minorHAnsi" w:hAnsiTheme="minorHAnsi"/>
          <w:color w:val="auto"/>
          <w:lang w:val="nl-NL"/>
        </w:rPr>
      </w:sdtEndPr>
      <w:sdtContent>
        <w:p w14:paraId="68D0BDE7"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1311007158"/>
    <w:p w14:paraId="75CC54F8" w14:textId="5997EA27" w:rsidR="00DE6236" w:rsidRPr="00C30829" w:rsidRDefault="00DE6236" w:rsidP="006F5861">
      <w:pPr>
        <w:pStyle w:val="Kop3"/>
      </w:pPr>
      <w:r w:rsidRPr="00C30829">
        <w:t>Geef een inschatting van de benodigde training voor de (functioneel) applicatiebeheerders van Amsterdam UMC</w:t>
      </w:r>
      <w:r w:rsidR="00AE6949">
        <w:t>.</w:t>
      </w:r>
      <w:bookmarkEnd w:id="92"/>
    </w:p>
    <w:permStart w:id="1983788571" w:edGrp="everyone" w:displacedByCustomXml="next"/>
    <w:bookmarkStart w:id="93" w:name="_Toc196393090" w:displacedByCustomXml="next"/>
    <w:bookmarkStart w:id="94" w:name="_Toc195015448" w:displacedByCustomXml="next"/>
    <w:sdt>
      <w:sdtPr>
        <w:rPr>
          <w:rStyle w:val="Stijl1"/>
        </w:rPr>
        <w:alias w:val="5.3.2"/>
        <w:tag w:val="5.3.2"/>
        <w:id w:val="1351138282"/>
        <w:placeholder>
          <w:docPart w:val="DAFFA931FB224FBF82416413BD54C8EF"/>
        </w:placeholder>
        <w:showingPlcHdr/>
      </w:sdtPr>
      <w:sdtEndPr>
        <w:rPr>
          <w:rStyle w:val="Standaardalinea-lettertype"/>
          <w:rFonts w:asciiTheme="minorHAnsi" w:hAnsiTheme="minorHAnsi"/>
          <w:color w:val="auto"/>
          <w:lang w:val="nl-NL"/>
        </w:rPr>
      </w:sdtEndPr>
      <w:sdtContent>
        <w:p w14:paraId="33FCF0FE"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1983788571"/>
    <w:p w14:paraId="7EAAA9E1" w14:textId="44E63C0F" w:rsidR="00DE6236" w:rsidRPr="00C55324" w:rsidRDefault="00DE6236" w:rsidP="00371935">
      <w:pPr>
        <w:pStyle w:val="Kop2"/>
      </w:pPr>
      <w:r w:rsidRPr="3F85365B">
        <w:t>ICT aansluitvoorwaarden</w:t>
      </w:r>
      <w:bookmarkEnd w:id="94"/>
      <w:bookmarkEnd w:id="93"/>
    </w:p>
    <w:p w14:paraId="2616C27F" w14:textId="4CADEF2C" w:rsidR="00A215DF" w:rsidRDefault="00A215DF" w:rsidP="006F5861">
      <w:pPr>
        <w:pStyle w:val="Kop3"/>
      </w:pPr>
      <w:bookmarkStart w:id="95" w:name="_Toc196393092"/>
      <w:r>
        <w:t>Kunt</w:t>
      </w:r>
      <w:r w:rsidR="00E6584C">
        <w:t xml:space="preserve"> </w:t>
      </w:r>
      <w:r w:rsidR="008C5CE4">
        <w:t xml:space="preserve">u een MDS2 formulier </w:t>
      </w:r>
      <w:r w:rsidR="00C878F3">
        <w:t>aanleveren</w:t>
      </w:r>
      <w:r w:rsidR="00C30829">
        <w:t xml:space="preserve"> (in demofase)</w:t>
      </w:r>
      <w:r w:rsidR="00C878F3">
        <w:t>?</w:t>
      </w:r>
      <w:bookmarkEnd w:id="95"/>
    </w:p>
    <w:permStart w:id="1956252311" w:edGrp="everyone" w:displacedByCustomXml="next"/>
    <w:sdt>
      <w:sdtPr>
        <w:rPr>
          <w:rStyle w:val="Stijl1"/>
        </w:rPr>
        <w:alias w:val="5.4.2"/>
        <w:tag w:val="5.4.2"/>
        <w:id w:val="-109521344"/>
        <w:placeholder>
          <w:docPart w:val="BB0C2F307E8A4A5BB9F78C7C1613F5B6"/>
        </w:placeholder>
        <w:showingPlcHdr/>
      </w:sdtPr>
      <w:sdtEndPr>
        <w:rPr>
          <w:rStyle w:val="Standaardalinea-lettertype"/>
          <w:rFonts w:asciiTheme="minorHAnsi" w:hAnsiTheme="minorHAnsi"/>
          <w:color w:val="auto"/>
          <w:lang w:val="nl-NL"/>
        </w:rPr>
      </w:sdtEndPr>
      <w:sdtContent>
        <w:p w14:paraId="677A357D"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 w14:paraId="1F1F0EBC" w14:textId="10B06D9C" w:rsidR="007D36A5" w:rsidRPr="007D36A5" w:rsidRDefault="007D36A5" w:rsidP="00605D53">
      <w:pPr>
        <w:pStyle w:val="Kop1"/>
      </w:pPr>
      <w:bookmarkStart w:id="96" w:name="_Toc195015449"/>
      <w:bookmarkStart w:id="97" w:name="_Toc196393093"/>
      <w:permEnd w:id="1956252311"/>
      <w:r w:rsidRPr="007D36A5">
        <w:t>Visie en Toekomst</w:t>
      </w:r>
      <w:bookmarkEnd w:id="96"/>
      <w:bookmarkEnd w:id="97"/>
    </w:p>
    <w:p w14:paraId="0584F2B4" w14:textId="5B69A594" w:rsidR="007D36A5" w:rsidRPr="007D36A5" w:rsidRDefault="007D36A5" w:rsidP="006F5861">
      <w:pPr>
        <w:pStyle w:val="Kop3"/>
      </w:pPr>
      <w:bookmarkStart w:id="98" w:name="_Toc196393094"/>
      <w:r w:rsidRPr="007D36A5">
        <w:t>Welke technologische ontwikkelingen verwacht u binnen infuustechnologie in de komende 3 tot 5 jaar?</w:t>
      </w:r>
      <w:bookmarkEnd w:id="98"/>
      <w:r w:rsidRPr="007D36A5">
        <w:t xml:space="preserve"> </w:t>
      </w:r>
    </w:p>
    <w:p w14:paraId="585FA3E7" w14:textId="6E3DB526" w:rsidR="007D36A5" w:rsidRPr="007D36A5" w:rsidRDefault="007D36A5" w:rsidP="00371935">
      <w:pPr>
        <w:pStyle w:val="Lijstalinea"/>
        <w:numPr>
          <w:ilvl w:val="0"/>
          <w:numId w:val="57"/>
        </w:numPr>
      </w:pPr>
      <w:r w:rsidRPr="007D36A5">
        <w:t>Closed loop systemen</w:t>
      </w:r>
    </w:p>
    <w:p w14:paraId="681FBDD1" w14:textId="65196AE1" w:rsidR="007D36A5" w:rsidRPr="007D36A5" w:rsidRDefault="007D36A5" w:rsidP="00371935">
      <w:pPr>
        <w:pStyle w:val="Lijstalinea"/>
        <w:numPr>
          <w:ilvl w:val="0"/>
          <w:numId w:val="57"/>
        </w:numPr>
      </w:pPr>
      <w:r w:rsidRPr="007D36A5">
        <w:t>AI-ondersteunde infusiebeslissingen</w:t>
      </w:r>
    </w:p>
    <w:p w14:paraId="74E72D62" w14:textId="67579D62" w:rsidR="004C617E" w:rsidRPr="007D36A5" w:rsidRDefault="004C617E" w:rsidP="00371935">
      <w:pPr>
        <w:pStyle w:val="Lijstalinea"/>
        <w:numPr>
          <w:ilvl w:val="0"/>
          <w:numId w:val="57"/>
        </w:numPr>
      </w:pPr>
      <w:r>
        <w:t>Personalized medicine</w:t>
      </w:r>
    </w:p>
    <w:p w14:paraId="24C1E028" w14:textId="09C8C0DC" w:rsidR="007D36A5" w:rsidRPr="007D36A5" w:rsidRDefault="007D36A5" w:rsidP="00371935">
      <w:pPr>
        <w:pStyle w:val="Lijstalinea"/>
        <w:numPr>
          <w:ilvl w:val="0"/>
          <w:numId w:val="57"/>
        </w:numPr>
      </w:pPr>
      <w:r w:rsidRPr="007D36A5">
        <w:t>Nieuwe alarmeringsstrategieën</w:t>
      </w:r>
    </w:p>
    <w:p w14:paraId="0406A1C4" w14:textId="746A0F96" w:rsidR="00CA5A40" w:rsidRPr="007D36A5" w:rsidRDefault="007D36A5" w:rsidP="00371935">
      <w:pPr>
        <w:pStyle w:val="Lijstalinea"/>
        <w:numPr>
          <w:ilvl w:val="0"/>
          <w:numId w:val="57"/>
        </w:numPr>
      </w:pPr>
      <w:r w:rsidRPr="007D36A5">
        <w:t>Ontwikkelingen in patiëntveiligheid en workflow-efficiëntie</w:t>
      </w:r>
    </w:p>
    <w:p w14:paraId="73BEA391" w14:textId="1D9CD8BA" w:rsidR="007D36A5" w:rsidRDefault="00CA5A40" w:rsidP="00371935">
      <w:pPr>
        <w:pStyle w:val="Lijstalinea"/>
        <w:numPr>
          <w:ilvl w:val="0"/>
          <w:numId w:val="57"/>
        </w:numPr>
      </w:pPr>
      <w:r w:rsidRPr="00371935">
        <w:t>Etc.</w:t>
      </w:r>
    </w:p>
    <w:permStart w:id="348812736" w:edGrp="everyone" w:displacedByCustomXml="next"/>
    <w:sdt>
      <w:sdtPr>
        <w:rPr>
          <w:rStyle w:val="Stijl1"/>
        </w:rPr>
        <w:alias w:val="6.1.1"/>
        <w:tag w:val="6.1.1"/>
        <w:id w:val="1005409454"/>
        <w:placeholder>
          <w:docPart w:val="306DD1191F4A4323A1DF27B75852EE6F"/>
        </w:placeholder>
        <w:showingPlcHdr/>
      </w:sdtPr>
      <w:sdtEndPr>
        <w:rPr>
          <w:rStyle w:val="Standaardalinea-lettertype"/>
          <w:rFonts w:asciiTheme="minorHAnsi" w:hAnsiTheme="minorHAnsi"/>
          <w:color w:val="auto"/>
          <w:lang w:val="nl-NL"/>
        </w:rPr>
      </w:sdtEndPr>
      <w:sdtContent>
        <w:p w14:paraId="71203D6C" w14:textId="77777777" w:rsidR="00D25E27" w:rsidRPr="00454E5C" w:rsidRDefault="00D25E27" w:rsidP="00D25E27">
          <w:pPr>
            <w:pBdr>
              <w:top w:val="single" w:sz="4" w:space="1" w:color="1F497D" w:themeColor="text2"/>
              <w:bottom w:val="single" w:sz="4" w:space="1" w:color="1F497D" w:themeColor="text2"/>
            </w:pBdr>
            <w:rPr>
              <w:lang w:val="nl-NL"/>
            </w:rPr>
          </w:pPr>
          <w:r w:rsidRPr="00454E5C">
            <w:rPr>
              <w:rStyle w:val="Tekstvantijdelijkeaanduiding"/>
              <w:lang w:val="nl-NL"/>
            </w:rPr>
            <w:t>Uw antwoord</w:t>
          </w:r>
        </w:p>
      </w:sdtContent>
    </w:sdt>
    <w:permEnd w:id="348812736" w:displacedByCustomXml="prev"/>
    <w:sectPr w:rsidR="00D25E27" w:rsidRPr="00454E5C" w:rsidSect="00371935">
      <w:footerReference w:type="default" r:id="rId14"/>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02745" w14:textId="77777777" w:rsidR="00782DAC" w:rsidRDefault="00782DAC" w:rsidP="00B47654">
      <w:pPr>
        <w:spacing w:after="0" w:line="240" w:lineRule="auto"/>
      </w:pPr>
      <w:r>
        <w:separator/>
      </w:r>
    </w:p>
  </w:endnote>
  <w:endnote w:type="continuationSeparator" w:id="0">
    <w:p w14:paraId="5464C100" w14:textId="77777777" w:rsidR="00782DAC" w:rsidRDefault="00782DAC" w:rsidP="00B47654">
      <w:pPr>
        <w:spacing w:after="0" w:line="240" w:lineRule="auto"/>
      </w:pPr>
      <w:r>
        <w:continuationSeparator/>
      </w:r>
    </w:p>
  </w:endnote>
  <w:endnote w:type="continuationNotice" w:id="1">
    <w:p w14:paraId="7C5E5F7F" w14:textId="77777777" w:rsidR="00782DAC" w:rsidRDefault="00782D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366742"/>
      <w:docPartObj>
        <w:docPartGallery w:val="Page Numbers (Bottom of Page)"/>
        <w:docPartUnique/>
      </w:docPartObj>
    </w:sdtPr>
    <w:sdtContent>
      <w:p w14:paraId="2170AA09" w14:textId="63EC7E93" w:rsidR="00B83C68" w:rsidRDefault="00B83C68">
        <w:pPr>
          <w:pStyle w:val="Voettekst"/>
          <w:jc w:val="right"/>
        </w:pPr>
        <w:r>
          <w:fldChar w:fldCharType="begin"/>
        </w:r>
        <w:r>
          <w:instrText>PAGE   \* MERGEFORMAT</w:instrText>
        </w:r>
        <w:r>
          <w:fldChar w:fldCharType="separate"/>
        </w:r>
        <w:r>
          <w:rPr>
            <w:lang w:val="nl-NL"/>
          </w:rPr>
          <w:t>2</w:t>
        </w:r>
        <w:r>
          <w:fldChar w:fldCharType="end"/>
        </w:r>
      </w:p>
    </w:sdtContent>
  </w:sdt>
  <w:p w14:paraId="2EC1EB34" w14:textId="77777777" w:rsidR="00B83C68" w:rsidRDefault="00B83C6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F9739" w14:textId="77777777" w:rsidR="00782DAC" w:rsidRDefault="00782DAC" w:rsidP="00B47654">
      <w:pPr>
        <w:spacing w:after="0" w:line="240" w:lineRule="auto"/>
      </w:pPr>
      <w:r>
        <w:separator/>
      </w:r>
    </w:p>
  </w:footnote>
  <w:footnote w:type="continuationSeparator" w:id="0">
    <w:p w14:paraId="03AAA436" w14:textId="77777777" w:rsidR="00782DAC" w:rsidRDefault="00782DAC" w:rsidP="00B47654">
      <w:pPr>
        <w:spacing w:after="0" w:line="240" w:lineRule="auto"/>
      </w:pPr>
      <w:r>
        <w:continuationSeparator/>
      </w:r>
    </w:p>
  </w:footnote>
  <w:footnote w:type="continuationNotice" w:id="1">
    <w:p w14:paraId="3FD1CD43" w14:textId="77777777" w:rsidR="00782DAC" w:rsidRDefault="00782DAC">
      <w:pPr>
        <w:spacing w:after="0" w:line="240" w:lineRule="auto"/>
      </w:pPr>
    </w:p>
  </w:footnote>
  <w:footnote w:id="2">
    <w:p w14:paraId="4BA52EC3" w14:textId="740F5C81" w:rsidR="00B47654" w:rsidRPr="00605D53" w:rsidRDefault="00B47654">
      <w:pPr>
        <w:pStyle w:val="Voetnoottekst"/>
        <w:rPr>
          <w:lang w:val="nl-NL"/>
        </w:rPr>
      </w:pPr>
      <w:r>
        <w:rPr>
          <w:rStyle w:val="Voetnootmarkering"/>
        </w:rPr>
        <w:footnoteRef/>
      </w:r>
      <w:r w:rsidRPr="00605D53">
        <w:rPr>
          <w:lang w:val="nl-NL"/>
        </w:rPr>
        <w:t xml:space="preserve"> </w:t>
      </w:r>
      <w:r w:rsidRPr="006F3570">
        <w:rPr>
          <w:rStyle w:val="Kop3Char"/>
          <w:rFonts w:asciiTheme="minorHAnsi" w:hAnsiTheme="minorHAnsi"/>
        </w:rPr>
        <w:t>IEC60601-2-24: Medische elektrische toestellen - Deel 2-24: Bijzondere eisen voor de veiligheid en essentiële prestatie van infuuspompen en -besturingstoestellen</w:t>
      </w:r>
    </w:p>
  </w:footnote>
  <w:footnote w:id="3">
    <w:p w14:paraId="4023126D" w14:textId="11A6A360" w:rsidR="00B47654" w:rsidRPr="00605D53" w:rsidRDefault="00B47654">
      <w:pPr>
        <w:pStyle w:val="Voetnoottekst"/>
        <w:rPr>
          <w:lang w:val="nl-NL"/>
        </w:rPr>
      </w:pPr>
      <w:r>
        <w:rPr>
          <w:rStyle w:val="Voetnootmarkering"/>
        </w:rPr>
        <w:footnoteRef/>
      </w:r>
      <w:r>
        <w:t xml:space="preserve"> </w:t>
      </w:r>
      <w:r w:rsidRPr="00B47654">
        <w:t xml:space="preserve">ISO 8536: </w:t>
      </w:r>
      <w:proofErr w:type="spellStart"/>
      <w:r w:rsidRPr="00B47654">
        <w:t>Infusieapparatuur</w:t>
      </w:r>
      <w:proofErr w:type="spellEnd"/>
      <w:r w:rsidRPr="00B47654">
        <w:t xml:space="preserve"> </w:t>
      </w:r>
      <w:proofErr w:type="spellStart"/>
      <w:r w:rsidRPr="00B47654">
        <w:t>voor</w:t>
      </w:r>
      <w:proofErr w:type="spellEnd"/>
      <w:r w:rsidRPr="00B47654">
        <w:t xml:space="preserve"> </w:t>
      </w:r>
      <w:proofErr w:type="spellStart"/>
      <w:r w:rsidRPr="00B47654">
        <w:t>medisch</w:t>
      </w:r>
      <w:proofErr w:type="spellEnd"/>
      <w:r w:rsidRPr="00B47654">
        <w:t xml:space="preserve"> </w:t>
      </w:r>
      <w:proofErr w:type="spellStart"/>
      <w:r w:rsidRPr="00B47654">
        <w:t>gebruik</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00B00471"/>
    <w:multiLevelType w:val="hybridMultilevel"/>
    <w:tmpl w:val="61BE1572"/>
    <w:lvl w:ilvl="0" w:tplc="772C2D90">
      <w:numFmt w:val="bullet"/>
      <w:lvlText w:val=""/>
      <w:lvlJc w:val="left"/>
      <w:pPr>
        <w:ind w:left="720" w:hanging="360"/>
      </w:pPr>
      <w:rPr>
        <w:rFonts w:ascii="Wingdings" w:eastAsiaTheme="minorEastAsia"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4B82B28"/>
    <w:multiLevelType w:val="hybridMultilevel"/>
    <w:tmpl w:val="EAA2E848"/>
    <w:lvl w:ilvl="0" w:tplc="2834D264">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064F4651"/>
    <w:multiLevelType w:val="hybridMultilevel"/>
    <w:tmpl w:val="83283E88"/>
    <w:lvl w:ilvl="0" w:tplc="6DA61518">
      <w:start w:val="1"/>
      <w:numFmt w:val="decimal"/>
      <w:lvlText w:val="%1."/>
      <w:lvlJc w:val="left"/>
      <w:pPr>
        <w:ind w:left="360" w:hanging="720"/>
      </w:pPr>
      <w:rPr>
        <w:rFonts w:hint="default"/>
      </w:rPr>
    </w:lvl>
    <w:lvl w:ilvl="1" w:tplc="04130019" w:tentative="1">
      <w:start w:val="1"/>
      <w:numFmt w:val="lowerLetter"/>
      <w:lvlText w:val="%2."/>
      <w:lvlJc w:val="left"/>
      <w:pPr>
        <w:ind w:left="720" w:hanging="360"/>
      </w:pPr>
    </w:lvl>
    <w:lvl w:ilvl="2" w:tplc="0413001B" w:tentative="1">
      <w:start w:val="1"/>
      <w:numFmt w:val="lowerRoman"/>
      <w:lvlText w:val="%3."/>
      <w:lvlJc w:val="right"/>
      <w:pPr>
        <w:ind w:left="1440" w:hanging="180"/>
      </w:pPr>
    </w:lvl>
    <w:lvl w:ilvl="3" w:tplc="0413000F" w:tentative="1">
      <w:start w:val="1"/>
      <w:numFmt w:val="decimal"/>
      <w:lvlText w:val="%4."/>
      <w:lvlJc w:val="left"/>
      <w:pPr>
        <w:ind w:left="2160" w:hanging="360"/>
      </w:pPr>
    </w:lvl>
    <w:lvl w:ilvl="4" w:tplc="04130019" w:tentative="1">
      <w:start w:val="1"/>
      <w:numFmt w:val="lowerLetter"/>
      <w:lvlText w:val="%5."/>
      <w:lvlJc w:val="left"/>
      <w:pPr>
        <w:ind w:left="2880" w:hanging="360"/>
      </w:pPr>
    </w:lvl>
    <w:lvl w:ilvl="5" w:tplc="0413001B" w:tentative="1">
      <w:start w:val="1"/>
      <w:numFmt w:val="lowerRoman"/>
      <w:lvlText w:val="%6."/>
      <w:lvlJc w:val="right"/>
      <w:pPr>
        <w:ind w:left="3600" w:hanging="180"/>
      </w:pPr>
    </w:lvl>
    <w:lvl w:ilvl="6" w:tplc="0413000F" w:tentative="1">
      <w:start w:val="1"/>
      <w:numFmt w:val="decimal"/>
      <w:lvlText w:val="%7."/>
      <w:lvlJc w:val="left"/>
      <w:pPr>
        <w:ind w:left="4320" w:hanging="360"/>
      </w:pPr>
    </w:lvl>
    <w:lvl w:ilvl="7" w:tplc="04130019" w:tentative="1">
      <w:start w:val="1"/>
      <w:numFmt w:val="lowerLetter"/>
      <w:lvlText w:val="%8."/>
      <w:lvlJc w:val="left"/>
      <w:pPr>
        <w:ind w:left="5040" w:hanging="360"/>
      </w:pPr>
    </w:lvl>
    <w:lvl w:ilvl="8" w:tplc="0413001B" w:tentative="1">
      <w:start w:val="1"/>
      <w:numFmt w:val="lowerRoman"/>
      <w:lvlText w:val="%9."/>
      <w:lvlJc w:val="right"/>
      <w:pPr>
        <w:ind w:left="5760" w:hanging="180"/>
      </w:pPr>
    </w:lvl>
  </w:abstractNum>
  <w:abstractNum w:abstractNumId="12" w15:restartNumberingAfterBreak="0">
    <w:nsid w:val="0A4E72C8"/>
    <w:multiLevelType w:val="hybridMultilevel"/>
    <w:tmpl w:val="572EF504"/>
    <w:lvl w:ilvl="0" w:tplc="B92AF3D0">
      <w:numFmt w:val="bullet"/>
      <w:lvlText w:val=""/>
      <w:lvlJc w:val="left"/>
      <w:pPr>
        <w:ind w:left="1080" w:hanging="72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00D05C9"/>
    <w:multiLevelType w:val="hybridMultilevel"/>
    <w:tmpl w:val="431AA110"/>
    <w:lvl w:ilvl="0" w:tplc="724677FE">
      <w:numFmt w:val="bullet"/>
      <w:lvlText w:val="-"/>
      <w:lvlJc w:val="left"/>
      <w:pPr>
        <w:ind w:left="360" w:hanging="360"/>
      </w:pPr>
      <w:rPr>
        <w:rFonts w:ascii="Cambria" w:eastAsiaTheme="minorEastAsia" w:hAnsi="Cambri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1970864"/>
    <w:multiLevelType w:val="hybridMultilevel"/>
    <w:tmpl w:val="11CC01AA"/>
    <w:lvl w:ilvl="0" w:tplc="6884EF06">
      <w:numFmt w:val="bullet"/>
      <w:lvlText w:val=""/>
      <w:lvlJc w:val="left"/>
      <w:pPr>
        <w:ind w:left="1080" w:hanging="72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2656E23"/>
    <w:multiLevelType w:val="hybridMultilevel"/>
    <w:tmpl w:val="F2F8A4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5255616"/>
    <w:multiLevelType w:val="hybridMultilevel"/>
    <w:tmpl w:val="C6C06DC2"/>
    <w:lvl w:ilvl="0" w:tplc="1784A74E">
      <w:numFmt w:val="bullet"/>
      <w:lvlText w:val="-"/>
      <w:lvlJc w:val="left"/>
      <w:pPr>
        <w:ind w:left="720" w:hanging="360"/>
      </w:pPr>
      <w:rPr>
        <w:rFonts w:ascii="Cambria" w:eastAsiaTheme="minorEastAsia" w:hAnsi="Cambri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7787BCF"/>
    <w:multiLevelType w:val="hybridMultilevel"/>
    <w:tmpl w:val="D4BE2C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1ABD7441"/>
    <w:multiLevelType w:val="hybridMultilevel"/>
    <w:tmpl w:val="5D6C6F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4DF3110"/>
    <w:multiLevelType w:val="hybridMultilevel"/>
    <w:tmpl w:val="FDD43A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517131E"/>
    <w:multiLevelType w:val="hybridMultilevel"/>
    <w:tmpl w:val="523660E6"/>
    <w:lvl w:ilvl="0" w:tplc="B92AF3D0">
      <w:numFmt w:val="bullet"/>
      <w:lvlText w:val=""/>
      <w:lvlJc w:val="left"/>
      <w:pPr>
        <w:ind w:left="1080" w:hanging="72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70F2FBD"/>
    <w:multiLevelType w:val="hybridMultilevel"/>
    <w:tmpl w:val="60B44B7C"/>
    <w:lvl w:ilvl="0" w:tplc="B92AF3D0">
      <w:numFmt w:val="bullet"/>
      <w:lvlText w:val=""/>
      <w:lvlJc w:val="left"/>
      <w:pPr>
        <w:ind w:left="720" w:hanging="720"/>
      </w:pPr>
      <w:rPr>
        <w:rFonts w:ascii="Symbol" w:eastAsiaTheme="minorEastAsia" w:hAnsi="Symbol"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27CB4D87"/>
    <w:multiLevelType w:val="hybridMultilevel"/>
    <w:tmpl w:val="0B4CC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CAB5A0C"/>
    <w:multiLevelType w:val="hybridMultilevel"/>
    <w:tmpl w:val="6B60D0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2E5779ED"/>
    <w:multiLevelType w:val="hybridMultilevel"/>
    <w:tmpl w:val="8FF2D1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2E720362"/>
    <w:multiLevelType w:val="hybridMultilevel"/>
    <w:tmpl w:val="F54ABC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E786408"/>
    <w:multiLevelType w:val="hybridMultilevel"/>
    <w:tmpl w:val="82F43D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11F4244"/>
    <w:multiLevelType w:val="hybridMultilevel"/>
    <w:tmpl w:val="CDDE4C2A"/>
    <w:lvl w:ilvl="0" w:tplc="B92AF3D0">
      <w:numFmt w:val="bullet"/>
      <w:lvlText w:val=""/>
      <w:lvlJc w:val="left"/>
      <w:pPr>
        <w:ind w:left="1080" w:hanging="72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24701DF"/>
    <w:multiLevelType w:val="hybridMultilevel"/>
    <w:tmpl w:val="E112F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3435805"/>
    <w:multiLevelType w:val="hybridMultilevel"/>
    <w:tmpl w:val="E9D2CB68"/>
    <w:lvl w:ilvl="0" w:tplc="B92AF3D0">
      <w:numFmt w:val="bullet"/>
      <w:lvlText w:val=""/>
      <w:lvlJc w:val="left"/>
      <w:pPr>
        <w:ind w:left="1080" w:hanging="72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5512B3E"/>
    <w:multiLevelType w:val="hybridMultilevel"/>
    <w:tmpl w:val="62643072"/>
    <w:lvl w:ilvl="0" w:tplc="B92AF3D0">
      <w:numFmt w:val="bullet"/>
      <w:lvlText w:val=""/>
      <w:lvlJc w:val="left"/>
      <w:pPr>
        <w:ind w:left="1080" w:hanging="72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694079D"/>
    <w:multiLevelType w:val="hybridMultilevel"/>
    <w:tmpl w:val="99FE12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7BD124D"/>
    <w:multiLevelType w:val="hybridMultilevel"/>
    <w:tmpl w:val="75DC07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8957BB1"/>
    <w:multiLevelType w:val="hybridMultilevel"/>
    <w:tmpl w:val="FE801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39634ECB"/>
    <w:multiLevelType w:val="hybridMultilevel"/>
    <w:tmpl w:val="0760332A"/>
    <w:lvl w:ilvl="0" w:tplc="B92AF3D0">
      <w:numFmt w:val="bullet"/>
      <w:lvlText w:val=""/>
      <w:lvlJc w:val="left"/>
      <w:pPr>
        <w:ind w:left="1080" w:hanging="72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3CB07468"/>
    <w:multiLevelType w:val="hybridMultilevel"/>
    <w:tmpl w:val="22381B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3EB32B5A"/>
    <w:multiLevelType w:val="hybridMultilevel"/>
    <w:tmpl w:val="9BC413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3F5D20BD"/>
    <w:multiLevelType w:val="hybridMultilevel"/>
    <w:tmpl w:val="FCE23734"/>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40F52B97"/>
    <w:multiLevelType w:val="hybridMultilevel"/>
    <w:tmpl w:val="0DEEEA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58B272F"/>
    <w:multiLevelType w:val="hybridMultilevel"/>
    <w:tmpl w:val="11507D38"/>
    <w:lvl w:ilvl="0" w:tplc="046264AE">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492E3FF9"/>
    <w:multiLevelType w:val="hybridMultilevel"/>
    <w:tmpl w:val="FB6AB6A0"/>
    <w:lvl w:ilvl="0" w:tplc="B92AF3D0">
      <w:numFmt w:val="bullet"/>
      <w:lvlText w:val=""/>
      <w:lvlJc w:val="left"/>
      <w:pPr>
        <w:ind w:left="1080" w:hanging="72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9FB7854"/>
    <w:multiLevelType w:val="hybridMultilevel"/>
    <w:tmpl w:val="FA86B0D2"/>
    <w:lvl w:ilvl="0" w:tplc="B92AF3D0">
      <w:numFmt w:val="bullet"/>
      <w:lvlText w:val=""/>
      <w:lvlJc w:val="left"/>
      <w:pPr>
        <w:ind w:left="1080" w:hanging="72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AFF6BD1"/>
    <w:multiLevelType w:val="hybridMultilevel"/>
    <w:tmpl w:val="FCDC4E50"/>
    <w:lvl w:ilvl="0" w:tplc="EB12AFE2">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4B973461"/>
    <w:multiLevelType w:val="hybridMultilevel"/>
    <w:tmpl w:val="6D7EFA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4C5479B5"/>
    <w:multiLevelType w:val="hybridMultilevel"/>
    <w:tmpl w:val="E684E8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4E1F4609"/>
    <w:multiLevelType w:val="hybridMultilevel"/>
    <w:tmpl w:val="CF02F478"/>
    <w:lvl w:ilvl="0" w:tplc="724677FE">
      <w:numFmt w:val="bullet"/>
      <w:lvlText w:val="-"/>
      <w:lvlJc w:val="left"/>
      <w:pPr>
        <w:ind w:left="720" w:hanging="360"/>
      </w:pPr>
      <w:rPr>
        <w:rFonts w:ascii="Cambria" w:eastAsiaTheme="minorEastAsia"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2792FCD"/>
    <w:multiLevelType w:val="hybridMultilevel"/>
    <w:tmpl w:val="1AFA2B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53785B75"/>
    <w:multiLevelType w:val="multilevel"/>
    <w:tmpl w:val="F2C65A96"/>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360" w:hanging="36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8" w15:restartNumberingAfterBreak="0">
    <w:nsid w:val="53B46D17"/>
    <w:multiLevelType w:val="hybridMultilevel"/>
    <w:tmpl w:val="C6C047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53DA2C33"/>
    <w:multiLevelType w:val="hybridMultilevel"/>
    <w:tmpl w:val="FA14677E"/>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0" w15:restartNumberingAfterBreak="0">
    <w:nsid w:val="59612EEB"/>
    <w:multiLevelType w:val="hybridMultilevel"/>
    <w:tmpl w:val="7752F3E0"/>
    <w:lvl w:ilvl="0" w:tplc="B92AF3D0">
      <w:numFmt w:val="bullet"/>
      <w:lvlText w:val=""/>
      <w:lvlJc w:val="left"/>
      <w:pPr>
        <w:ind w:left="1080" w:hanging="72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5AD2728C"/>
    <w:multiLevelType w:val="hybridMultilevel"/>
    <w:tmpl w:val="8BACC0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5C8350D4"/>
    <w:multiLevelType w:val="hybridMultilevel"/>
    <w:tmpl w:val="19E4C476"/>
    <w:lvl w:ilvl="0" w:tplc="60EA63AC">
      <w:start w:val="1"/>
      <w:numFmt w:val="bullet"/>
      <w:lvlText w:val=""/>
      <w:lvlJc w:val="left"/>
      <w:pPr>
        <w:ind w:left="1440" w:hanging="360"/>
      </w:pPr>
      <w:rPr>
        <w:rFonts w:ascii="Symbol" w:hAnsi="Symbol"/>
      </w:rPr>
    </w:lvl>
    <w:lvl w:ilvl="1" w:tplc="281ADE4A">
      <w:start w:val="1"/>
      <w:numFmt w:val="bullet"/>
      <w:lvlText w:val=""/>
      <w:lvlJc w:val="left"/>
      <w:pPr>
        <w:ind w:left="1440" w:hanging="360"/>
      </w:pPr>
      <w:rPr>
        <w:rFonts w:ascii="Symbol" w:hAnsi="Symbol"/>
      </w:rPr>
    </w:lvl>
    <w:lvl w:ilvl="2" w:tplc="41AE3974">
      <w:start w:val="1"/>
      <w:numFmt w:val="bullet"/>
      <w:lvlText w:val=""/>
      <w:lvlJc w:val="left"/>
      <w:pPr>
        <w:ind w:left="1440" w:hanging="360"/>
      </w:pPr>
      <w:rPr>
        <w:rFonts w:ascii="Symbol" w:hAnsi="Symbol"/>
      </w:rPr>
    </w:lvl>
    <w:lvl w:ilvl="3" w:tplc="6D40CDF6">
      <w:start w:val="1"/>
      <w:numFmt w:val="bullet"/>
      <w:lvlText w:val=""/>
      <w:lvlJc w:val="left"/>
      <w:pPr>
        <w:ind w:left="1440" w:hanging="360"/>
      </w:pPr>
      <w:rPr>
        <w:rFonts w:ascii="Symbol" w:hAnsi="Symbol"/>
      </w:rPr>
    </w:lvl>
    <w:lvl w:ilvl="4" w:tplc="D982D17E">
      <w:start w:val="1"/>
      <w:numFmt w:val="bullet"/>
      <w:lvlText w:val=""/>
      <w:lvlJc w:val="left"/>
      <w:pPr>
        <w:ind w:left="1440" w:hanging="360"/>
      </w:pPr>
      <w:rPr>
        <w:rFonts w:ascii="Symbol" w:hAnsi="Symbol"/>
      </w:rPr>
    </w:lvl>
    <w:lvl w:ilvl="5" w:tplc="8BACB768">
      <w:start w:val="1"/>
      <w:numFmt w:val="bullet"/>
      <w:lvlText w:val=""/>
      <w:lvlJc w:val="left"/>
      <w:pPr>
        <w:ind w:left="1440" w:hanging="360"/>
      </w:pPr>
      <w:rPr>
        <w:rFonts w:ascii="Symbol" w:hAnsi="Symbol"/>
      </w:rPr>
    </w:lvl>
    <w:lvl w:ilvl="6" w:tplc="B5A63B22">
      <w:start w:val="1"/>
      <w:numFmt w:val="bullet"/>
      <w:lvlText w:val=""/>
      <w:lvlJc w:val="left"/>
      <w:pPr>
        <w:ind w:left="1440" w:hanging="360"/>
      </w:pPr>
      <w:rPr>
        <w:rFonts w:ascii="Symbol" w:hAnsi="Symbol"/>
      </w:rPr>
    </w:lvl>
    <w:lvl w:ilvl="7" w:tplc="E092E00E">
      <w:start w:val="1"/>
      <w:numFmt w:val="bullet"/>
      <w:lvlText w:val=""/>
      <w:lvlJc w:val="left"/>
      <w:pPr>
        <w:ind w:left="1440" w:hanging="360"/>
      </w:pPr>
      <w:rPr>
        <w:rFonts w:ascii="Symbol" w:hAnsi="Symbol"/>
      </w:rPr>
    </w:lvl>
    <w:lvl w:ilvl="8" w:tplc="F48404D8">
      <w:start w:val="1"/>
      <w:numFmt w:val="bullet"/>
      <w:lvlText w:val=""/>
      <w:lvlJc w:val="left"/>
      <w:pPr>
        <w:ind w:left="1440" w:hanging="360"/>
      </w:pPr>
      <w:rPr>
        <w:rFonts w:ascii="Symbol" w:hAnsi="Symbol"/>
      </w:rPr>
    </w:lvl>
  </w:abstractNum>
  <w:abstractNum w:abstractNumId="53" w15:restartNumberingAfterBreak="0">
    <w:nsid w:val="5DC94016"/>
    <w:multiLevelType w:val="hybridMultilevel"/>
    <w:tmpl w:val="B0D0A876"/>
    <w:lvl w:ilvl="0" w:tplc="C526D254">
      <w:numFmt w:val="bullet"/>
      <w:lvlText w:val="•"/>
      <w:lvlJc w:val="left"/>
      <w:pPr>
        <w:ind w:left="229" w:hanging="720"/>
      </w:pPr>
      <w:rPr>
        <w:rFonts w:ascii="Cambria" w:eastAsiaTheme="minorEastAsia" w:hAnsi="Cambria" w:cstheme="minorBidi" w:hint="default"/>
      </w:rPr>
    </w:lvl>
    <w:lvl w:ilvl="1" w:tplc="04130001">
      <w:start w:val="1"/>
      <w:numFmt w:val="bullet"/>
      <w:lvlText w:val=""/>
      <w:lvlJc w:val="left"/>
      <w:pPr>
        <w:ind w:left="589" w:hanging="360"/>
      </w:pPr>
      <w:rPr>
        <w:rFonts w:ascii="Symbol" w:hAnsi="Symbol" w:hint="default"/>
      </w:rPr>
    </w:lvl>
    <w:lvl w:ilvl="2" w:tplc="04130005">
      <w:start w:val="1"/>
      <w:numFmt w:val="bullet"/>
      <w:lvlText w:val=""/>
      <w:lvlJc w:val="left"/>
      <w:pPr>
        <w:ind w:left="1309" w:hanging="360"/>
      </w:pPr>
      <w:rPr>
        <w:rFonts w:ascii="Wingdings" w:hAnsi="Wingdings" w:hint="default"/>
      </w:rPr>
    </w:lvl>
    <w:lvl w:ilvl="3" w:tplc="04130001" w:tentative="1">
      <w:start w:val="1"/>
      <w:numFmt w:val="bullet"/>
      <w:lvlText w:val=""/>
      <w:lvlJc w:val="left"/>
      <w:pPr>
        <w:ind w:left="2029" w:hanging="360"/>
      </w:pPr>
      <w:rPr>
        <w:rFonts w:ascii="Symbol" w:hAnsi="Symbol" w:hint="default"/>
      </w:rPr>
    </w:lvl>
    <w:lvl w:ilvl="4" w:tplc="04130003" w:tentative="1">
      <w:start w:val="1"/>
      <w:numFmt w:val="bullet"/>
      <w:lvlText w:val="o"/>
      <w:lvlJc w:val="left"/>
      <w:pPr>
        <w:ind w:left="2749" w:hanging="360"/>
      </w:pPr>
      <w:rPr>
        <w:rFonts w:ascii="Courier New" w:hAnsi="Courier New" w:cs="Courier New" w:hint="default"/>
      </w:rPr>
    </w:lvl>
    <w:lvl w:ilvl="5" w:tplc="04130005" w:tentative="1">
      <w:start w:val="1"/>
      <w:numFmt w:val="bullet"/>
      <w:lvlText w:val=""/>
      <w:lvlJc w:val="left"/>
      <w:pPr>
        <w:ind w:left="3469" w:hanging="360"/>
      </w:pPr>
      <w:rPr>
        <w:rFonts w:ascii="Wingdings" w:hAnsi="Wingdings" w:hint="default"/>
      </w:rPr>
    </w:lvl>
    <w:lvl w:ilvl="6" w:tplc="04130001" w:tentative="1">
      <w:start w:val="1"/>
      <w:numFmt w:val="bullet"/>
      <w:lvlText w:val=""/>
      <w:lvlJc w:val="left"/>
      <w:pPr>
        <w:ind w:left="4189" w:hanging="360"/>
      </w:pPr>
      <w:rPr>
        <w:rFonts w:ascii="Symbol" w:hAnsi="Symbol" w:hint="default"/>
      </w:rPr>
    </w:lvl>
    <w:lvl w:ilvl="7" w:tplc="04130003" w:tentative="1">
      <w:start w:val="1"/>
      <w:numFmt w:val="bullet"/>
      <w:lvlText w:val="o"/>
      <w:lvlJc w:val="left"/>
      <w:pPr>
        <w:ind w:left="4909" w:hanging="360"/>
      </w:pPr>
      <w:rPr>
        <w:rFonts w:ascii="Courier New" w:hAnsi="Courier New" w:cs="Courier New" w:hint="default"/>
      </w:rPr>
    </w:lvl>
    <w:lvl w:ilvl="8" w:tplc="04130005" w:tentative="1">
      <w:start w:val="1"/>
      <w:numFmt w:val="bullet"/>
      <w:lvlText w:val=""/>
      <w:lvlJc w:val="left"/>
      <w:pPr>
        <w:ind w:left="5629" w:hanging="360"/>
      </w:pPr>
      <w:rPr>
        <w:rFonts w:ascii="Wingdings" w:hAnsi="Wingdings" w:hint="default"/>
      </w:rPr>
    </w:lvl>
  </w:abstractNum>
  <w:abstractNum w:abstractNumId="54" w15:restartNumberingAfterBreak="0">
    <w:nsid w:val="62965F29"/>
    <w:multiLevelType w:val="hybridMultilevel"/>
    <w:tmpl w:val="06EA84A4"/>
    <w:lvl w:ilvl="0" w:tplc="5BC27800">
      <w:numFmt w:val="bullet"/>
      <w:lvlText w:val="•"/>
      <w:lvlJc w:val="left"/>
      <w:pPr>
        <w:ind w:left="1080" w:hanging="720"/>
      </w:pPr>
      <w:rPr>
        <w:rFonts w:ascii="Cambria" w:eastAsiaTheme="minorEastAsia"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67917D7F"/>
    <w:multiLevelType w:val="hybridMultilevel"/>
    <w:tmpl w:val="789EDC70"/>
    <w:lvl w:ilvl="0" w:tplc="B92AF3D0">
      <w:numFmt w:val="bullet"/>
      <w:lvlText w:val=""/>
      <w:lvlJc w:val="left"/>
      <w:pPr>
        <w:ind w:left="1080" w:hanging="72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67975960"/>
    <w:multiLevelType w:val="hybridMultilevel"/>
    <w:tmpl w:val="424007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6BC120A7"/>
    <w:multiLevelType w:val="hybridMultilevel"/>
    <w:tmpl w:val="D854B7C0"/>
    <w:lvl w:ilvl="0" w:tplc="B92AF3D0">
      <w:numFmt w:val="bullet"/>
      <w:lvlText w:val=""/>
      <w:lvlJc w:val="left"/>
      <w:pPr>
        <w:ind w:left="1080" w:hanging="72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70176AD0"/>
    <w:multiLevelType w:val="hybridMultilevel"/>
    <w:tmpl w:val="F4866E1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9" w15:restartNumberingAfterBreak="0">
    <w:nsid w:val="70F94FD4"/>
    <w:multiLevelType w:val="multilevel"/>
    <w:tmpl w:val="529EF5E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60" w15:restartNumberingAfterBreak="0">
    <w:nsid w:val="71E53583"/>
    <w:multiLevelType w:val="hybridMultilevel"/>
    <w:tmpl w:val="1C94BE7A"/>
    <w:lvl w:ilvl="0" w:tplc="1784A74E">
      <w:numFmt w:val="bullet"/>
      <w:lvlText w:val="-"/>
      <w:lvlJc w:val="left"/>
      <w:pPr>
        <w:ind w:left="720" w:hanging="360"/>
      </w:pPr>
      <w:rPr>
        <w:rFonts w:ascii="Cambria" w:eastAsiaTheme="minorEastAsia" w:hAnsi="Cambri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7317189E"/>
    <w:multiLevelType w:val="hybridMultilevel"/>
    <w:tmpl w:val="A1D60FD0"/>
    <w:lvl w:ilvl="0" w:tplc="B92AF3D0">
      <w:numFmt w:val="bullet"/>
      <w:lvlText w:val=""/>
      <w:lvlJc w:val="left"/>
      <w:pPr>
        <w:ind w:left="1080" w:hanging="72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42631D9"/>
    <w:multiLevelType w:val="hybridMultilevel"/>
    <w:tmpl w:val="B0A08C46"/>
    <w:lvl w:ilvl="0" w:tplc="4E92A67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74E24447"/>
    <w:multiLevelType w:val="hybridMultilevel"/>
    <w:tmpl w:val="501E16B4"/>
    <w:lvl w:ilvl="0" w:tplc="6884EF06">
      <w:numFmt w:val="bullet"/>
      <w:lvlText w:val=""/>
      <w:lvlJc w:val="left"/>
      <w:pPr>
        <w:ind w:left="1080" w:hanging="72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758A70CE"/>
    <w:multiLevelType w:val="hybridMultilevel"/>
    <w:tmpl w:val="C4CA1B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79B43DCA"/>
    <w:multiLevelType w:val="hybridMultilevel"/>
    <w:tmpl w:val="5D18B4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7D433AFB"/>
    <w:multiLevelType w:val="multilevel"/>
    <w:tmpl w:val="CF1CFF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646202258">
    <w:abstractNumId w:val="8"/>
  </w:num>
  <w:num w:numId="2" w16cid:durableId="1013917772">
    <w:abstractNumId w:val="6"/>
  </w:num>
  <w:num w:numId="3" w16cid:durableId="1280524157">
    <w:abstractNumId w:val="5"/>
  </w:num>
  <w:num w:numId="4" w16cid:durableId="399595195">
    <w:abstractNumId w:val="4"/>
  </w:num>
  <w:num w:numId="5" w16cid:durableId="86581805">
    <w:abstractNumId w:val="7"/>
  </w:num>
  <w:num w:numId="6" w16cid:durableId="2108621662">
    <w:abstractNumId w:val="3"/>
  </w:num>
  <w:num w:numId="7" w16cid:durableId="616562985">
    <w:abstractNumId w:val="2"/>
  </w:num>
  <w:num w:numId="8" w16cid:durableId="1836412718">
    <w:abstractNumId w:val="1"/>
  </w:num>
  <w:num w:numId="9" w16cid:durableId="475342708">
    <w:abstractNumId w:val="0"/>
  </w:num>
  <w:num w:numId="10" w16cid:durableId="1484542499">
    <w:abstractNumId w:val="48"/>
  </w:num>
  <w:num w:numId="11" w16cid:durableId="456027207">
    <w:abstractNumId w:val="63"/>
  </w:num>
  <w:num w:numId="12" w16cid:durableId="517161644">
    <w:abstractNumId w:val="14"/>
  </w:num>
  <w:num w:numId="13" w16cid:durableId="933588686">
    <w:abstractNumId w:val="53"/>
  </w:num>
  <w:num w:numId="14" w16cid:durableId="804784330">
    <w:abstractNumId w:val="54"/>
  </w:num>
  <w:num w:numId="15" w16cid:durableId="1148936710">
    <w:abstractNumId w:val="40"/>
  </w:num>
  <w:num w:numId="16" w16cid:durableId="1866945285">
    <w:abstractNumId w:val="27"/>
  </w:num>
  <w:num w:numId="17" w16cid:durableId="1546134258">
    <w:abstractNumId w:val="55"/>
  </w:num>
  <w:num w:numId="18" w16cid:durableId="1209995731">
    <w:abstractNumId w:val="61"/>
  </w:num>
  <w:num w:numId="19" w16cid:durableId="1304651936">
    <w:abstractNumId w:val="12"/>
  </w:num>
  <w:num w:numId="20" w16cid:durableId="1999796430">
    <w:abstractNumId w:val="34"/>
  </w:num>
  <w:num w:numId="21" w16cid:durableId="173109914">
    <w:abstractNumId w:val="41"/>
  </w:num>
  <w:num w:numId="22" w16cid:durableId="613947518">
    <w:abstractNumId w:val="50"/>
  </w:num>
  <w:num w:numId="23" w16cid:durableId="320814661">
    <w:abstractNumId w:val="20"/>
  </w:num>
  <w:num w:numId="24" w16cid:durableId="495848390">
    <w:abstractNumId w:val="57"/>
  </w:num>
  <w:num w:numId="25" w16cid:durableId="541865875">
    <w:abstractNumId w:val="30"/>
  </w:num>
  <w:num w:numId="26" w16cid:durableId="2145077140">
    <w:abstractNumId w:val="29"/>
  </w:num>
  <w:num w:numId="27" w16cid:durableId="605503440">
    <w:abstractNumId w:val="42"/>
  </w:num>
  <w:num w:numId="28" w16cid:durableId="1753313565">
    <w:abstractNumId w:val="62"/>
  </w:num>
  <w:num w:numId="29" w16cid:durableId="1623729655">
    <w:abstractNumId w:val="11"/>
  </w:num>
  <w:num w:numId="30" w16cid:durableId="281503439">
    <w:abstractNumId w:val="56"/>
  </w:num>
  <w:num w:numId="31" w16cid:durableId="1766030758">
    <w:abstractNumId w:val="21"/>
  </w:num>
  <w:num w:numId="32" w16cid:durableId="376321819">
    <w:abstractNumId w:val="46"/>
  </w:num>
  <w:num w:numId="33" w16cid:durableId="1557009223">
    <w:abstractNumId w:val="45"/>
  </w:num>
  <w:num w:numId="34" w16cid:durableId="115494693">
    <w:abstractNumId w:val="13"/>
  </w:num>
  <w:num w:numId="35" w16cid:durableId="1503156406">
    <w:abstractNumId w:val="49"/>
  </w:num>
  <w:num w:numId="36" w16cid:durableId="508326833">
    <w:abstractNumId w:val="23"/>
  </w:num>
  <w:num w:numId="37" w16cid:durableId="429012941">
    <w:abstractNumId w:val="37"/>
  </w:num>
  <w:num w:numId="38" w16cid:durableId="782112754">
    <w:abstractNumId w:val="43"/>
  </w:num>
  <w:num w:numId="39" w16cid:durableId="169761193">
    <w:abstractNumId w:val="58"/>
  </w:num>
  <w:num w:numId="40" w16cid:durableId="977370795">
    <w:abstractNumId w:val="25"/>
  </w:num>
  <w:num w:numId="41" w16cid:durableId="1786388373">
    <w:abstractNumId w:val="38"/>
  </w:num>
  <w:num w:numId="42" w16cid:durableId="425811100">
    <w:abstractNumId w:val="17"/>
  </w:num>
  <w:num w:numId="43" w16cid:durableId="2091077865">
    <w:abstractNumId w:val="36"/>
  </w:num>
  <w:num w:numId="44" w16cid:durableId="2140420166">
    <w:abstractNumId w:val="19"/>
  </w:num>
  <w:num w:numId="45" w16cid:durableId="334694166">
    <w:abstractNumId w:val="52"/>
  </w:num>
  <w:num w:numId="46" w16cid:durableId="211239009">
    <w:abstractNumId w:val="15"/>
  </w:num>
  <w:num w:numId="47" w16cid:durableId="1673796216">
    <w:abstractNumId w:val="24"/>
  </w:num>
  <w:num w:numId="48" w16cid:durableId="1671330401">
    <w:abstractNumId w:val="31"/>
  </w:num>
  <w:num w:numId="49" w16cid:durableId="1436750977">
    <w:abstractNumId w:val="9"/>
  </w:num>
  <w:num w:numId="50" w16cid:durableId="726730238">
    <w:abstractNumId w:val="16"/>
  </w:num>
  <w:num w:numId="51" w16cid:durableId="1994989062">
    <w:abstractNumId w:val="60"/>
  </w:num>
  <w:num w:numId="52" w16cid:durableId="86659328">
    <w:abstractNumId w:val="66"/>
  </w:num>
  <w:num w:numId="53" w16cid:durableId="1160149298">
    <w:abstractNumId w:val="39"/>
  </w:num>
  <w:num w:numId="54" w16cid:durableId="1235893292">
    <w:abstractNumId w:val="18"/>
  </w:num>
  <w:num w:numId="55" w16cid:durableId="1246913822">
    <w:abstractNumId w:val="64"/>
  </w:num>
  <w:num w:numId="56" w16cid:durableId="1717504651">
    <w:abstractNumId w:val="32"/>
  </w:num>
  <w:num w:numId="57" w16cid:durableId="1070083405">
    <w:abstractNumId w:val="22"/>
  </w:num>
  <w:num w:numId="58" w16cid:durableId="2068794759">
    <w:abstractNumId w:val="10"/>
  </w:num>
  <w:num w:numId="59" w16cid:durableId="775558451">
    <w:abstractNumId w:val="59"/>
  </w:num>
  <w:num w:numId="60" w16cid:durableId="1633247651">
    <w:abstractNumId w:val="47"/>
  </w:num>
  <w:num w:numId="61" w16cid:durableId="1466386257">
    <w:abstractNumId w:val="33"/>
  </w:num>
  <w:num w:numId="62" w16cid:durableId="2106419872">
    <w:abstractNumId w:val="44"/>
  </w:num>
  <w:num w:numId="63" w16cid:durableId="1407875121">
    <w:abstractNumId w:val="35"/>
  </w:num>
  <w:num w:numId="64" w16cid:durableId="403452465">
    <w:abstractNumId w:val="26"/>
  </w:num>
  <w:num w:numId="65" w16cid:durableId="1295713699">
    <w:abstractNumId w:val="65"/>
  </w:num>
  <w:num w:numId="66" w16cid:durableId="200948023">
    <w:abstractNumId w:val="28"/>
  </w:num>
  <w:num w:numId="67" w16cid:durableId="371074859">
    <w:abstractNumId w:val="5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ocumentProtection w:edit="readOnly" w:enforcement="1"/>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0FB"/>
    <w:rsid w:val="00005FF1"/>
    <w:rsid w:val="00007B2D"/>
    <w:rsid w:val="00016230"/>
    <w:rsid w:val="00023C6D"/>
    <w:rsid w:val="00023E71"/>
    <w:rsid w:val="000260E5"/>
    <w:rsid w:val="00034616"/>
    <w:rsid w:val="00042731"/>
    <w:rsid w:val="00044C01"/>
    <w:rsid w:val="000470F3"/>
    <w:rsid w:val="000478D8"/>
    <w:rsid w:val="0005022D"/>
    <w:rsid w:val="0005122D"/>
    <w:rsid w:val="00051821"/>
    <w:rsid w:val="0006063C"/>
    <w:rsid w:val="00060BA2"/>
    <w:rsid w:val="0006470E"/>
    <w:rsid w:val="00065AF8"/>
    <w:rsid w:val="00071480"/>
    <w:rsid w:val="000859DD"/>
    <w:rsid w:val="00090FA6"/>
    <w:rsid w:val="00091753"/>
    <w:rsid w:val="00092CD9"/>
    <w:rsid w:val="00094B69"/>
    <w:rsid w:val="000A1D04"/>
    <w:rsid w:val="000A3FF5"/>
    <w:rsid w:val="000A4118"/>
    <w:rsid w:val="000B2AF2"/>
    <w:rsid w:val="000D44E9"/>
    <w:rsid w:val="000D527E"/>
    <w:rsid w:val="000E758E"/>
    <w:rsid w:val="00102E8C"/>
    <w:rsid w:val="00121481"/>
    <w:rsid w:val="001226F4"/>
    <w:rsid w:val="0012448B"/>
    <w:rsid w:val="00135D1C"/>
    <w:rsid w:val="00140EC4"/>
    <w:rsid w:val="001410E3"/>
    <w:rsid w:val="00141239"/>
    <w:rsid w:val="001443DD"/>
    <w:rsid w:val="0014450F"/>
    <w:rsid w:val="00146EBB"/>
    <w:rsid w:val="0015041F"/>
    <w:rsid w:val="0015074B"/>
    <w:rsid w:val="001525F7"/>
    <w:rsid w:val="0015780C"/>
    <w:rsid w:val="0016131E"/>
    <w:rsid w:val="00161BBD"/>
    <w:rsid w:val="00163082"/>
    <w:rsid w:val="00164274"/>
    <w:rsid w:val="0016586B"/>
    <w:rsid w:val="00170A61"/>
    <w:rsid w:val="001719B0"/>
    <w:rsid w:val="00174ADC"/>
    <w:rsid w:val="00175728"/>
    <w:rsid w:val="00184245"/>
    <w:rsid w:val="00190B8B"/>
    <w:rsid w:val="001956F5"/>
    <w:rsid w:val="001A01B8"/>
    <w:rsid w:val="001A10A6"/>
    <w:rsid w:val="001A3779"/>
    <w:rsid w:val="001A3C29"/>
    <w:rsid w:val="001A4083"/>
    <w:rsid w:val="001B6EB7"/>
    <w:rsid w:val="001C0BF0"/>
    <w:rsid w:val="001C0C98"/>
    <w:rsid w:val="001C0D33"/>
    <w:rsid w:val="001C6AF4"/>
    <w:rsid w:val="001C769F"/>
    <w:rsid w:val="001E376A"/>
    <w:rsid w:val="001E4EF4"/>
    <w:rsid w:val="001F11CB"/>
    <w:rsid w:val="001F30F5"/>
    <w:rsid w:val="001F3816"/>
    <w:rsid w:val="001F4F7A"/>
    <w:rsid w:val="0020381E"/>
    <w:rsid w:val="002045E5"/>
    <w:rsid w:val="00223125"/>
    <w:rsid w:val="0022321E"/>
    <w:rsid w:val="002261E3"/>
    <w:rsid w:val="00233001"/>
    <w:rsid w:val="002411C2"/>
    <w:rsid w:val="002473F6"/>
    <w:rsid w:val="002571B4"/>
    <w:rsid w:val="00281832"/>
    <w:rsid w:val="00284813"/>
    <w:rsid w:val="00291934"/>
    <w:rsid w:val="0029639D"/>
    <w:rsid w:val="0029757D"/>
    <w:rsid w:val="002A20DF"/>
    <w:rsid w:val="002A43B6"/>
    <w:rsid w:val="002A451D"/>
    <w:rsid w:val="002A5C4D"/>
    <w:rsid w:val="002A772D"/>
    <w:rsid w:val="002B0C18"/>
    <w:rsid w:val="002B4602"/>
    <w:rsid w:val="002C10A7"/>
    <w:rsid w:val="002C575A"/>
    <w:rsid w:val="002D6AD3"/>
    <w:rsid w:val="002E3E9F"/>
    <w:rsid w:val="002E44C7"/>
    <w:rsid w:val="002E67B7"/>
    <w:rsid w:val="002E7A6E"/>
    <w:rsid w:val="002F221A"/>
    <w:rsid w:val="00300C2E"/>
    <w:rsid w:val="00300EF3"/>
    <w:rsid w:val="003038C5"/>
    <w:rsid w:val="003112B7"/>
    <w:rsid w:val="00311805"/>
    <w:rsid w:val="0031748C"/>
    <w:rsid w:val="003211F3"/>
    <w:rsid w:val="00326F90"/>
    <w:rsid w:val="003324EA"/>
    <w:rsid w:val="00335C19"/>
    <w:rsid w:val="00346AF6"/>
    <w:rsid w:val="00352EB0"/>
    <w:rsid w:val="0036086F"/>
    <w:rsid w:val="0036140F"/>
    <w:rsid w:val="00366FAF"/>
    <w:rsid w:val="00367782"/>
    <w:rsid w:val="00371935"/>
    <w:rsid w:val="003741A3"/>
    <w:rsid w:val="00383008"/>
    <w:rsid w:val="00383DE7"/>
    <w:rsid w:val="003849AD"/>
    <w:rsid w:val="00390AE0"/>
    <w:rsid w:val="00391A35"/>
    <w:rsid w:val="003A3896"/>
    <w:rsid w:val="003B1A5A"/>
    <w:rsid w:val="003C2F54"/>
    <w:rsid w:val="003D4E0D"/>
    <w:rsid w:val="003D533A"/>
    <w:rsid w:val="003D7EB6"/>
    <w:rsid w:val="003F0428"/>
    <w:rsid w:val="003F2B43"/>
    <w:rsid w:val="003F5D92"/>
    <w:rsid w:val="003F68AD"/>
    <w:rsid w:val="003F69CB"/>
    <w:rsid w:val="003F7731"/>
    <w:rsid w:val="004013CD"/>
    <w:rsid w:val="0040245B"/>
    <w:rsid w:val="0040423D"/>
    <w:rsid w:val="00405E39"/>
    <w:rsid w:val="0041101D"/>
    <w:rsid w:val="00414793"/>
    <w:rsid w:val="00415349"/>
    <w:rsid w:val="00421C3B"/>
    <w:rsid w:val="00422803"/>
    <w:rsid w:val="00423092"/>
    <w:rsid w:val="0043194D"/>
    <w:rsid w:val="00431D25"/>
    <w:rsid w:val="004364ED"/>
    <w:rsid w:val="0044382A"/>
    <w:rsid w:val="00444A1D"/>
    <w:rsid w:val="00450F97"/>
    <w:rsid w:val="00451FBF"/>
    <w:rsid w:val="00454A1B"/>
    <w:rsid w:val="00454E5C"/>
    <w:rsid w:val="0046007C"/>
    <w:rsid w:val="004603C9"/>
    <w:rsid w:val="00461854"/>
    <w:rsid w:val="00470A7D"/>
    <w:rsid w:val="00477D94"/>
    <w:rsid w:val="00486462"/>
    <w:rsid w:val="00486CD7"/>
    <w:rsid w:val="004A1959"/>
    <w:rsid w:val="004B19F5"/>
    <w:rsid w:val="004C617E"/>
    <w:rsid w:val="004E4DD7"/>
    <w:rsid w:val="004E6AAA"/>
    <w:rsid w:val="004F15F7"/>
    <w:rsid w:val="005015AF"/>
    <w:rsid w:val="00502F4C"/>
    <w:rsid w:val="00506E97"/>
    <w:rsid w:val="00511FBA"/>
    <w:rsid w:val="0051339A"/>
    <w:rsid w:val="00514FFD"/>
    <w:rsid w:val="00520822"/>
    <w:rsid w:val="005236E2"/>
    <w:rsid w:val="00524FA4"/>
    <w:rsid w:val="005307B2"/>
    <w:rsid w:val="00530BEA"/>
    <w:rsid w:val="00546F4A"/>
    <w:rsid w:val="00553B30"/>
    <w:rsid w:val="005736EF"/>
    <w:rsid w:val="00574004"/>
    <w:rsid w:val="00574799"/>
    <w:rsid w:val="0058603D"/>
    <w:rsid w:val="00586C2D"/>
    <w:rsid w:val="005A0CBE"/>
    <w:rsid w:val="005A3079"/>
    <w:rsid w:val="005B6AE7"/>
    <w:rsid w:val="005C186C"/>
    <w:rsid w:val="005C19B4"/>
    <w:rsid w:val="005C64E8"/>
    <w:rsid w:val="005C7163"/>
    <w:rsid w:val="005D00CD"/>
    <w:rsid w:val="005D1720"/>
    <w:rsid w:val="005E1AC8"/>
    <w:rsid w:val="005E41F8"/>
    <w:rsid w:val="005E48C6"/>
    <w:rsid w:val="005E6FBA"/>
    <w:rsid w:val="00605D53"/>
    <w:rsid w:val="006071AB"/>
    <w:rsid w:val="00612BE4"/>
    <w:rsid w:val="00615447"/>
    <w:rsid w:val="006169B9"/>
    <w:rsid w:val="00616AE2"/>
    <w:rsid w:val="00616F72"/>
    <w:rsid w:val="00623A52"/>
    <w:rsid w:val="006271AA"/>
    <w:rsid w:val="00640CB5"/>
    <w:rsid w:val="006430A6"/>
    <w:rsid w:val="00643F2D"/>
    <w:rsid w:val="00652C8D"/>
    <w:rsid w:val="00661012"/>
    <w:rsid w:val="00662B68"/>
    <w:rsid w:val="00662BC8"/>
    <w:rsid w:val="006663B9"/>
    <w:rsid w:val="00667703"/>
    <w:rsid w:val="00670106"/>
    <w:rsid w:val="00676DBB"/>
    <w:rsid w:val="00684C45"/>
    <w:rsid w:val="00685308"/>
    <w:rsid w:val="006A0C6F"/>
    <w:rsid w:val="006A276E"/>
    <w:rsid w:val="006A4A07"/>
    <w:rsid w:val="006C0760"/>
    <w:rsid w:val="006C13FD"/>
    <w:rsid w:val="006C66C8"/>
    <w:rsid w:val="006D3241"/>
    <w:rsid w:val="006E3460"/>
    <w:rsid w:val="006E54E5"/>
    <w:rsid w:val="006F3570"/>
    <w:rsid w:val="006F5605"/>
    <w:rsid w:val="006F5861"/>
    <w:rsid w:val="00706A64"/>
    <w:rsid w:val="00713650"/>
    <w:rsid w:val="0072577D"/>
    <w:rsid w:val="0073372F"/>
    <w:rsid w:val="00734F6F"/>
    <w:rsid w:val="0073706D"/>
    <w:rsid w:val="00750B4D"/>
    <w:rsid w:val="00752BB9"/>
    <w:rsid w:val="00752CFF"/>
    <w:rsid w:val="007559CD"/>
    <w:rsid w:val="00756273"/>
    <w:rsid w:val="00767A36"/>
    <w:rsid w:val="00776147"/>
    <w:rsid w:val="00782DAC"/>
    <w:rsid w:val="007837F9"/>
    <w:rsid w:val="00797EA2"/>
    <w:rsid w:val="007A0D5A"/>
    <w:rsid w:val="007A3D94"/>
    <w:rsid w:val="007B1CF3"/>
    <w:rsid w:val="007B3232"/>
    <w:rsid w:val="007C1DB9"/>
    <w:rsid w:val="007D0499"/>
    <w:rsid w:val="007D15D8"/>
    <w:rsid w:val="007D1624"/>
    <w:rsid w:val="007D17C9"/>
    <w:rsid w:val="007D36A5"/>
    <w:rsid w:val="007D767E"/>
    <w:rsid w:val="007E0D54"/>
    <w:rsid w:val="007E602A"/>
    <w:rsid w:val="007E71D7"/>
    <w:rsid w:val="007F5E9E"/>
    <w:rsid w:val="00804CD2"/>
    <w:rsid w:val="00806C3C"/>
    <w:rsid w:val="0082272A"/>
    <w:rsid w:val="00826039"/>
    <w:rsid w:val="00831509"/>
    <w:rsid w:val="008344D3"/>
    <w:rsid w:val="008356DB"/>
    <w:rsid w:val="00836AC1"/>
    <w:rsid w:val="008375CB"/>
    <w:rsid w:val="008432CC"/>
    <w:rsid w:val="00844F7A"/>
    <w:rsid w:val="00845F18"/>
    <w:rsid w:val="0084605F"/>
    <w:rsid w:val="008560B6"/>
    <w:rsid w:val="00856A3F"/>
    <w:rsid w:val="00862168"/>
    <w:rsid w:val="008623D5"/>
    <w:rsid w:val="00870FC3"/>
    <w:rsid w:val="008764F2"/>
    <w:rsid w:val="00893205"/>
    <w:rsid w:val="00895E32"/>
    <w:rsid w:val="008A635C"/>
    <w:rsid w:val="008A6FE4"/>
    <w:rsid w:val="008A745E"/>
    <w:rsid w:val="008B0DAB"/>
    <w:rsid w:val="008B3A8E"/>
    <w:rsid w:val="008B3D1F"/>
    <w:rsid w:val="008B4756"/>
    <w:rsid w:val="008B488D"/>
    <w:rsid w:val="008B678A"/>
    <w:rsid w:val="008C4004"/>
    <w:rsid w:val="008C5CE4"/>
    <w:rsid w:val="008C6C69"/>
    <w:rsid w:val="008E5A83"/>
    <w:rsid w:val="008F0524"/>
    <w:rsid w:val="008F201A"/>
    <w:rsid w:val="008F22F0"/>
    <w:rsid w:val="008F2F2E"/>
    <w:rsid w:val="008F3509"/>
    <w:rsid w:val="009106AB"/>
    <w:rsid w:val="009130B5"/>
    <w:rsid w:val="009131EE"/>
    <w:rsid w:val="00914E60"/>
    <w:rsid w:val="00922EBF"/>
    <w:rsid w:val="009252DF"/>
    <w:rsid w:val="0093000F"/>
    <w:rsid w:val="00932218"/>
    <w:rsid w:val="00933111"/>
    <w:rsid w:val="00935FD0"/>
    <w:rsid w:val="00944F26"/>
    <w:rsid w:val="0095130B"/>
    <w:rsid w:val="00961AFF"/>
    <w:rsid w:val="00963D44"/>
    <w:rsid w:val="009675F9"/>
    <w:rsid w:val="00970310"/>
    <w:rsid w:val="00971C45"/>
    <w:rsid w:val="00973A84"/>
    <w:rsid w:val="00973E57"/>
    <w:rsid w:val="009754B1"/>
    <w:rsid w:val="00975E40"/>
    <w:rsid w:val="00977355"/>
    <w:rsid w:val="009802C5"/>
    <w:rsid w:val="00987C22"/>
    <w:rsid w:val="00991D19"/>
    <w:rsid w:val="009957B9"/>
    <w:rsid w:val="009A05C2"/>
    <w:rsid w:val="009B0776"/>
    <w:rsid w:val="009B1152"/>
    <w:rsid w:val="009B270B"/>
    <w:rsid w:val="009B5040"/>
    <w:rsid w:val="009C3CFB"/>
    <w:rsid w:val="009C44EA"/>
    <w:rsid w:val="009C5D9A"/>
    <w:rsid w:val="009D2C5E"/>
    <w:rsid w:val="009F230F"/>
    <w:rsid w:val="009F3AE2"/>
    <w:rsid w:val="009F4C77"/>
    <w:rsid w:val="009F6F45"/>
    <w:rsid w:val="00A02BB1"/>
    <w:rsid w:val="00A03BB4"/>
    <w:rsid w:val="00A074CA"/>
    <w:rsid w:val="00A1632A"/>
    <w:rsid w:val="00A16CD3"/>
    <w:rsid w:val="00A20844"/>
    <w:rsid w:val="00A215DF"/>
    <w:rsid w:val="00A303B0"/>
    <w:rsid w:val="00A3765F"/>
    <w:rsid w:val="00A42378"/>
    <w:rsid w:val="00A4339D"/>
    <w:rsid w:val="00A5166B"/>
    <w:rsid w:val="00A5356B"/>
    <w:rsid w:val="00A5735F"/>
    <w:rsid w:val="00A60DE2"/>
    <w:rsid w:val="00A650C5"/>
    <w:rsid w:val="00A654B0"/>
    <w:rsid w:val="00A75D7E"/>
    <w:rsid w:val="00A81964"/>
    <w:rsid w:val="00AA1D8D"/>
    <w:rsid w:val="00AB5CDC"/>
    <w:rsid w:val="00AB744B"/>
    <w:rsid w:val="00AC0327"/>
    <w:rsid w:val="00AC1734"/>
    <w:rsid w:val="00AC193C"/>
    <w:rsid w:val="00AC2DA5"/>
    <w:rsid w:val="00AC5384"/>
    <w:rsid w:val="00AD1A9B"/>
    <w:rsid w:val="00AD3698"/>
    <w:rsid w:val="00AE2417"/>
    <w:rsid w:val="00AE5F9C"/>
    <w:rsid w:val="00AE6949"/>
    <w:rsid w:val="00AF1BF6"/>
    <w:rsid w:val="00AF3772"/>
    <w:rsid w:val="00B025EF"/>
    <w:rsid w:val="00B0612D"/>
    <w:rsid w:val="00B12302"/>
    <w:rsid w:val="00B129C0"/>
    <w:rsid w:val="00B31F0B"/>
    <w:rsid w:val="00B378B3"/>
    <w:rsid w:val="00B443C3"/>
    <w:rsid w:val="00B44678"/>
    <w:rsid w:val="00B44A30"/>
    <w:rsid w:val="00B4577A"/>
    <w:rsid w:val="00B45BC8"/>
    <w:rsid w:val="00B45EC6"/>
    <w:rsid w:val="00B47654"/>
    <w:rsid w:val="00B47730"/>
    <w:rsid w:val="00B479F7"/>
    <w:rsid w:val="00B55FCB"/>
    <w:rsid w:val="00B60F03"/>
    <w:rsid w:val="00B61FAA"/>
    <w:rsid w:val="00B643E6"/>
    <w:rsid w:val="00B66593"/>
    <w:rsid w:val="00B733DD"/>
    <w:rsid w:val="00B75A00"/>
    <w:rsid w:val="00B8000E"/>
    <w:rsid w:val="00B80976"/>
    <w:rsid w:val="00B81C88"/>
    <w:rsid w:val="00B83C68"/>
    <w:rsid w:val="00B859FC"/>
    <w:rsid w:val="00B93744"/>
    <w:rsid w:val="00B97C1B"/>
    <w:rsid w:val="00BA3482"/>
    <w:rsid w:val="00BA39E4"/>
    <w:rsid w:val="00BA6756"/>
    <w:rsid w:val="00BB701A"/>
    <w:rsid w:val="00BC4D83"/>
    <w:rsid w:val="00BC51C1"/>
    <w:rsid w:val="00BC5865"/>
    <w:rsid w:val="00BD0172"/>
    <w:rsid w:val="00BD3703"/>
    <w:rsid w:val="00BD78CB"/>
    <w:rsid w:val="00BE23C4"/>
    <w:rsid w:val="00BE29DB"/>
    <w:rsid w:val="00BE50AC"/>
    <w:rsid w:val="00BF11E8"/>
    <w:rsid w:val="00BF5A7F"/>
    <w:rsid w:val="00BF610D"/>
    <w:rsid w:val="00BF61C4"/>
    <w:rsid w:val="00C11423"/>
    <w:rsid w:val="00C165FD"/>
    <w:rsid w:val="00C202E2"/>
    <w:rsid w:val="00C2041C"/>
    <w:rsid w:val="00C207CD"/>
    <w:rsid w:val="00C21489"/>
    <w:rsid w:val="00C25C0A"/>
    <w:rsid w:val="00C30829"/>
    <w:rsid w:val="00C37F94"/>
    <w:rsid w:val="00C40463"/>
    <w:rsid w:val="00C41C30"/>
    <w:rsid w:val="00C47FE5"/>
    <w:rsid w:val="00C5050E"/>
    <w:rsid w:val="00C51197"/>
    <w:rsid w:val="00C511D0"/>
    <w:rsid w:val="00C5347B"/>
    <w:rsid w:val="00C55324"/>
    <w:rsid w:val="00C554EE"/>
    <w:rsid w:val="00C602C2"/>
    <w:rsid w:val="00C66961"/>
    <w:rsid w:val="00C75A88"/>
    <w:rsid w:val="00C81D81"/>
    <w:rsid w:val="00C87289"/>
    <w:rsid w:val="00C878F3"/>
    <w:rsid w:val="00CA0DCF"/>
    <w:rsid w:val="00CA3B91"/>
    <w:rsid w:val="00CA5A40"/>
    <w:rsid w:val="00CB0664"/>
    <w:rsid w:val="00CB2060"/>
    <w:rsid w:val="00CB5431"/>
    <w:rsid w:val="00CB5A85"/>
    <w:rsid w:val="00CD11CB"/>
    <w:rsid w:val="00CD201B"/>
    <w:rsid w:val="00CD3C9E"/>
    <w:rsid w:val="00CD5574"/>
    <w:rsid w:val="00CD5F7F"/>
    <w:rsid w:val="00CF190E"/>
    <w:rsid w:val="00CF4068"/>
    <w:rsid w:val="00D02527"/>
    <w:rsid w:val="00D057D9"/>
    <w:rsid w:val="00D25E27"/>
    <w:rsid w:val="00D30DEF"/>
    <w:rsid w:val="00D46B73"/>
    <w:rsid w:val="00D525C5"/>
    <w:rsid w:val="00D5263C"/>
    <w:rsid w:val="00D52F99"/>
    <w:rsid w:val="00D53774"/>
    <w:rsid w:val="00D53B2A"/>
    <w:rsid w:val="00D53E5C"/>
    <w:rsid w:val="00D5408E"/>
    <w:rsid w:val="00D61812"/>
    <w:rsid w:val="00D63154"/>
    <w:rsid w:val="00D63873"/>
    <w:rsid w:val="00D64277"/>
    <w:rsid w:val="00D678BF"/>
    <w:rsid w:val="00D70931"/>
    <w:rsid w:val="00D73571"/>
    <w:rsid w:val="00D73C8E"/>
    <w:rsid w:val="00D762A8"/>
    <w:rsid w:val="00D77370"/>
    <w:rsid w:val="00D8574F"/>
    <w:rsid w:val="00D90B1A"/>
    <w:rsid w:val="00D90DC4"/>
    <w:rsid w:val="00DA2202"/>
    <w:rsid w:val="00DA25C4"/>
    <w:rsid w:val="00DA33D4"/>
    <w:rsid w:val="00DB1244"/>
    <w:rsid w:val="00DB2BCD"/>
    <w:rsid w:val="00DB7BEB"/>
    <w:rsid w:val="00DB7D98"/>
    <w:rsid w:val="00DC159E"/>
    <w:rsid w:val="00DC2F09"/>
    <w:rsid w:val="00DC4D67"/>
    <w:rsid w:val="00DC7034"/>
    <w:rsid w:val="00DD2FBE"/>
    <w:rsid w:val="00DD4332"/>
    <w:rsid w:val="00DE1659"/>
    <w:rsid w:val="00DE34CC"/>
    <w:rsid w:val="00DE6236"/>
    <w:rsid w:val="00DE7C75"/>
    <w:rsid w:val="00DF1AD7"/>
    <w:rsid w:val="00DF30B5"/>
    <w:rsid w:val="00DF3105"/>
    <w:rsid w:val="00DF4EFA"/>
    <w:rsid w:val="00DF5C04"/>
    <w:rsid w:val="00DF7BA3"/>
    <w:rsid w:val="00E07B39"/>
    <w:rsid w:val="00E1725C"/>
    <w:rsid w:val="00E20DA6"/>
    <w:rsid w:val="00E21496"/>
    <w:rsid w:val="00E21F2F"/>
    <w:rsid w:val="00E25EA1"/>
    <w:rsid w:val="00E30B9D"/>
    <w:rsid w:val="00E51D90"/>
    <w:rsid w:val="00E55197"/>
    <w:rsid w:val="00E601A7"/>
    <w:rsid w:val="00E6584C"/>
    <w:rsid w:val="00E705B9"/>
    <w:rsid w:val="00E73432"/>
    <w:rsid w:val="00E7471F"/>
    <w:rsid w:val="00E8279F"/>
    <w:rsid w:val="00E847F2"/>
    <w:rsid w:val="00E867C5"/>
    <w:rsid w:val="00E869BC"/>
    <w:rsid w:val="00E93CB7"/>
    <w:rsid w:val="00EA189D"/>
    <w:rsid w:val="00EA36CB"/>
    <w:rsid w:val="00EB0F39"/>
    <w:rsid w:val="00EB590A"/>
    <w:rsid w:val="00EC08BB"/>
    <w:rsid w:val="00EC1EE4"/>
    <w:rsid w:val="00EC4444"/>
    <w:rsid w:val="00EC4604"/>
    <w:rsid w:val="00EC5405"/>
    <w:rsid w:val="00ED4FDA"/>
    <w:rsid w:val="00ED67A1"/>
    <w:rsid w:val="00ED751A"/>
    <w:rsid w:val="00ED7DA7"/>
    <w:rsid w:val="00EE3EC3"/>
    <w:rsid w:val="00EF7486"/>
    <w:rsid w:val="00F01641"/>
    <w:rsid w:val="00F02BFB"/>
    <w:rsid w:val="00F04ABB"/>
    <w:rsid w:val="00F052E6"/>
    <w:rsid w:val="00F058D1"/>
    <w:rsid w:val="00F15182"/>
    <w:rsid w:val="00F2593E"/>
    <w:rsid w:val="00F27203"/>
    <w:rsid w:val="00F30F4B"/>
    <w:rsid w:val="00F34ECC"/>
    <w:rsid w:val="00F43D64"/>
    <w:rsid w:val="00F51DAE"/>
    <w:rsid w:val="00F553C7"/>
    <w:rsid w:val="00F55BD8"/>
    <w:rsid w:val="00F61D2C"/>
    <w:rsid w:val="00F61F86"/>
    <w:rsid w:val="00F639E6"/>
    <w:rsid w:val="00F662C2"/>
    <w:rsid w:val="00F71096"/>
    <w:rsid w:val="00F90140"/>
    <w:rsid w:val="00F96ACF"/>
    <w:rsid w:val="00FA15A1"/>
    <w:rsid w:val="00FA620F"/>
    <w:rsid w:val="00FA7A80"/>
    <w:rsid w:val="00FB3F9F"/>
    <w:rsid w:val="00FB5DC6"/>
    <w:rsid w:val="00FC28CF"/>
    <w:rsid w:val="00FC5911"/>
    <w:rsid w:val="00FC693F"/>
    <w:rsid w:val="00FD0732"/>
    <w:rsid w:val="00FD7785"/>
    <w:rsid w:val="00FE10B0"/>
    <w:rsid w:val="00FE5A59"/>
    <w:rsid w:val="00FF01B9"/>
    <w:rsid w:val="00FF5A30"/>
    <w:rsid w:val="01916666"/>
    <w:rsid w:val="03BEB6DF"/>
    <w:rsid w:val="03C3F752"/>
    <w:rsid w:val="0403546A"/>
    <w:rsid w:val="0585BFB2"/>
    <w:rsid w:val="066B64F2"/>
    <w:rsid w:val="075C919B"/>
    <w:rsid w:val="07B0334B"/>
    <w:rsid w:val="0A602584"/>
    <w:rsid w:val="0C9A0F33"/>
    <w:rsid w:val="0CC2E888"/>
    <w:rsid w:val="0D417AA7"/>
    <w:rsid w:val="0E7B91A6"/>
    <w:rsid w:val="0F8167B1"/>
    <w:rsid w:val="0FA49B5B"/>
    <w:rsid w:val="12AF3E1B"/>
    <w:rsid w:val="13FA345A"/>
    <w:rsid w:val="15AA47DB"/>
    <w:rsid w:val="160F2380"/>
    <w:rsid w:val="17F4C9EB"/>
    <w:rsid w:val="189A2129"/>
    <w:rsid w:val="18F30474"/>
    <w:rsid w:val="192FE08B"/>
    <w:rsid w:val="19C3AF17"/>
    <w:rsid w:val="1A4303E9"/>
    <w:rsid w:val="1A777DE6"/>
    <w:rsid w:val="1ACECE35"/>
    <w:rsid w:val="1B970571"/>
    <w:rsid w:val="1BCA3BAC"/>
    <w:rsid w:val="1C5CAB23"/>
    <w:rsid w:val="1EB99E4D"/>
    <w:rsid w:val="20749F6D"/>
    <w:rsid w:val="2079C45C"/>
    <w:rsid w:val="209BA62B"/>
    <w:rsid w:val="21D6F0BD"/>
    <w:rsid w:val="22381C23"/>
    <w:rsid w:val="22DCEEF9"/>
    <w:rsid w:val="23966CF1"/>
    <w:rsid w:val="2424C037"/>
    <w:rsid w:val="2475A756"/>
    <w:rsid w:val="27A056F6"/>
    <w:rsid w:val="27CAD6DB"/>
    <w:rsid w:val="28BC3142"/>
    <w:rsid w:val="29887685"/>
    <w:rsid w:val="2B6EAF99"/>
    <w:rsid w:val="2C83DEB2"/>
    <w:rsid w:val="2CAAAA51"/>
    <w:rsid w:val="2DC5E4C5"/>
    <w:rsid w:val="2E46E9D4"/>
    <w:rsid w:val="2EA549C8"/>
    <w:rsid w:val="2F2B0128"/>
    <w:rsid w:val="34581F41"/>
    <w:rsid w:val="34A265C0"/>
    <w:rsid w:val="35840902"/>
    <w:rsid w:val="38D21FBA"/>
    <w:rsid w:val="3AD50BFE"/>
    <w:rsid w:val="3BC55EC0"/>
    <w:rsid w:val="3C8CAFC3"/>
    <w:rsid w:val="3DC032D5"/>
    <w:rsid w:val="3F032BBC"/>
    <w:rsid w:val="3F431F7D"/>
    <w:rsid w:val="3F85365B"/>
    <w:rsid w:val="3FF44E72"/>
    <w:rsid w:val="4061E73A"/>
    <w:rsid w:val="40B8036E"/>
    <w:rsid w:val="4140BB7D"/>
    <w:rsid w:val="41B55D63"/>
    <w:rsid w:val="44AA1077"/>
    <w:rsid w:val="481F1494"/>
    <w:rsid w:val="4929B200"/>
    <w:rsid w:val="4938F000"/>
    <w:rsid w:val="4A6EC52B"/>
    <w:rsid w:val="4BB83023"/>
    <w:rsid w:val="4C19764A"/>
    <w:rsid w:val="4C781323"/>
    <w:rsid w:val="4D239767"/>
    <w:rsid w:val="4D7AAE05"/>
    <w:rsid w:val="4EF98543"/>
    <w:rsid w:val="50EFC1A0"/>
    <w:rsid w:val="519B8629"/>
    <w:rsid w:val="5453BA46"/>
    <w:rsid w:val="55DE21B6"/>
    <w:rsid w:val="55E809AE"/>
    <w:rsid w:val="58643667"/>
    <w:rsid w:val="5AB36880"/>
    <w:rsid w:val="5C5321FC"/>
    <w:rsid w:val="5E61866C"/>
    <w:rsid w:val="5FBEFFBE"/>
    <w:rsid w:val="5FEA8351"/>
    <w:rsid w:val="626D361C"/>
    <w:rsid w:val="666C4330"/>
    <w:rsid w:val="6715F1C2"/>
    <w:rsid w:val="68678AFF"/>
    <w:rsid w:val="6BF80B7C"/>
    <w:rsid w:val="6C5BB377"/>
    <w:rsid w:val="6C909B8D"/>
    <w:rsid w:val="6D02A345"/>
    <w:rsid w:val="6D7407D0"/>
    <w:rsid w:val="7021F45C"/>
    <w:rsid w:val="706C40DB"/>
    <w:rsid w:val="70E819BB"/>
    <w:rsid w:val="724CF0E2"/>
    <w:rsid w:val="73184561"/>
    <w:rsid w:val="74147A8C"/>
    <w:rsid w:val="784C37C4"/>
    <w:rsid w:val="79766B23"/>
    <w:rsid w:val="7A2971AA"/>
    <w:rsid w:val="7AEECDF6"/>
    <w:rsid w:val="7B80EA4A"/>
    <w:rsid w:val="7C0D3CEC"/>
    <w:rsid w:val="7E5398C2"/>
    <w:rsid w:val="7ED3FEB4"/>
    <w:rsid w:val="7F333A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7013E0"/>
  <w14:defaultImageDpi w14:val="330"/>
  <w15:docId w15:val="{DB1E77F7-5BBB-4406-B551-C0DAE3555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numPr>
        <w:numId w:val="5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F0524"/>
    <w:pPr>
      <w:keepNext/>
      <w:keepLines/>
      <w:numPr>
        <w:ilvl w:val="1"/>
        <w:numId w:val="59"/>
      </w:numPr>
      <w:spacing w:before="200" w:after="0"/>
      <w:outlineLvl w:val="1"/>
    </w:pPr>
    <w:rPr>
      <w:rFonts w:asciiTheme="majorHAnsi" w:eastAsiaTheme="majorEastAsia" w:hAnsiTheme="majorHAnsi" w:cstheme="majorBidi"/>
      <w:b/>
      <w:bCs/>
      <w:color w:val="4F81BD" w:themeColor="accent1"/>
      <w:sz w:val="26"/>
      <w:szCs w:val="26"/>
      <w:lang w:val="nl-NL"/>
    </w:rPr>
  </w:style>
  <w:style w:type="paragraph" w:styleId="Kop3">
    <w:name w:val="heading 3"/>
    <w:basedOn w:val="Standaard"/>
    <w:next w:val="Standaard"/>
    <w:link w:val="Kop3Char"/>
    <w:uiPriority w:val="9"/>
    <w:unhideWhenUsed/>
    <w:qFormat/>
    <w:rsid w:val="006F5861"/>
    <w:pPr>
      <w:keepNext/>
      <w:keepLines/>
      <w:numPr>
        <w:ilvl w:val="2"/>
        <w:numId w:val="59"/>
      </w:numPr>
      <w:shd w:val="clear" w:color="auto" w:fill="DBE5F1" w:themeFill="accent1" w:themeFillTint="33"/>
      <w:spacing w:before="200" w:after="240"/>
      <w:outlineLvl w:val="2"/>
    </w:pPr>
    <w:rPr>
      <w:rFonts w:asciiTheme="majorHAnsi" w:eastAsiaTheme="majorEastAsia" w:hAnsiTheme="majorHAnsi" w:cstheme="majorBidi"/>
      <w:lang w:val="nl-NL"/>
    </w:rPr>
  </w:style>
  <w:style w:type="paragraph" w:styleId="Kop4">
    <w:name w:val="heading 4"/>
    <w:basedOn w:val="Standaard"/>
    <w:next w:val="Standaard"/>
    <w:link w:val="Kop4Char"/>
    <w:uiPriority w:val="9"/>
    <w:unhideWhenUsed/>
    <w:qFormat/>
    <w:rsid w:val="00932218"/>
    <w:pPr>
      <w:keepNext/>
      <w:keepLines/>
      <w:numPr>
        <w:ilvl w:val="3"/>
        <w:numId w:val="59"/>
      </w:numPr>
      <w:spacing w:before="200" w:after="0"/>
      <w:outlineLvl w:val="3"/>
    </w:pPr>
    <w:rPr>
      <w:rFonts w:asciiTheme="majorHAnsi" w:eastAsiaTheme="majorEastAsia" w:hAnsiTheme="majorHAnsi" w:cstheme="majorBidi"/>
      <w:color w:val="365F91" w:themeColor="accent1" w:themeShade="BF"/>
      <w:lang w:val="nl-NL"/>
    </w:rPr>
  </w:style>
  <w:style w:type="paragraph" w:styleId="Kop5">
    <w:name w:val="heading 5"/>
    <w:basedOn w:val="Standaard"/>
    <w:next w:val="Standaard"/>
    <w:link w:val="Kop5Char"/>
    <w:uiPriority w:val="9"/>
    <w:unhideWhenUsed/>
    <w:qFormat/>
    <w:rsid w:val="00FC693F"/>
    <w:pPr>
      <w:keepNext/>
      <w:keepLines/>
      <w:numPr>
        <w:ilvl w:val="4"/>
        <w:numId w:val="59"/>
      </w:numPr>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numPr>
        <w:ilvl w:val="5"/>
        <w:numId w:val="59"/>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numPr>
        <w:ilvl w:val="6"/>
        <w:numId w:val="59"/>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numPr>
        <w:ilvl w:val="7"/>
        <w:numId w:val="59"/>
      </w:numPr>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numPr>
        <w:ilvl w:val="8"/>
        <w:numId w:val="5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F0524"/>
    <w:rPr>
      <w:rFonts w:asciiTheme="majorHAnsi" w:eastAsiaTheme="majorEastAsia" w:hAnsiTheme="majorHAnsi" w:cstheme="majorBidi"/>
      <w:b/>
      <w:bCs/>
      <w:color w:val="4F81BD" w:themeColor="accent1"/>
      <w:sz w:val="26"/>
      <w:szCs w:val="26"/>
      <w:lang w:val="nl-NL"/>
    </w:rPr>
  </w:style>
  <w:style w:type="character" w:customStyle="1" w:styleId="Kop3Char">
    <w:name w:val="Kop 3 Char"/>
    <w:basedOn w:val="Standaardalinea-lettertype"/>
    <w:link w:val="Kop3"/>
    <w:uiPriority w:val="9"/>
    <w:rsid w:val="006F5861"/>
    <w:rPr>
      <w:rFonts w:asciiTheme="majorHAnsi" w:eastAsiaTheme="majorEastAsia" w:hAnsiTheme="majorHAnsi" w:cstheme="majorBidi"/>
      <w:shd w:val="clear" w:color="auto" w:fill="DBE5F1" w:themeFill="accent1" w:themeFillTint="33"/>
      <w:lang w:val="nl-NL"/>
    </w:rPr>
  </w:style>
  <w:style w:type="paragraph" w:styleId="Titel">
    <w:name w:val="Title"/>
    <w:basedOn w:val="Standaard"/>
    <w:next w:val="Standaard"/>
    <w:link w:val="TitelChar"/>
    <w:uiPriority w:val="10"/>
    <w:qFormat/>
    <w:rsid w:val="001E4EF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2"/>
      <w:szCs w:val="32"/>
      <w:lang w:val="nl-NL"/>
    </w:rPr>
  </w:style>
  <w:style w:type="character" w:customStyle="1" w:styleId="TitelChar">
    <w:name w:val="Titel Char"/>
    <w:basedOn w:val="Standaardalinea-lettertype"/>
    <w:link w:val="Titel"/>
    <w:uiPriority w:val="10"/>
    <w:rsid w:val="001E4EF4"/>
    <w:rPr>
      <w:rFonts w:asciiTheme="majorHAnsi" w:eastAsiaTheme="majorEastAsia" w:hAnsiTheme="majorHAnsi" w:cstheme="majorBidi"/>
      <w:color w:val="17365D" w:themeColor="text2" w:themeShade="BF"/>
      <w:spacing w:val="5"/>
      <w:kern w:val="28"/>
      <w:sz w:val="32"/>
      <w:szCs w:val="32"/>
      <w:lang w:val="nl-NL"/>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36086F"/>
    <w:pPr>
      <w:numPr>
        <w:numId w:val="53"/>
      </w:numPr>
      <w:contextualSpacing/>
    </w:pPr>
    <w:rPr>
      <w:lang w:val="nl-NL"/>
    </w:r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rsid w:val="00932218"/>
    <w:rPr>
      <w:rFonts w:asciiTheme="majorHAnsi" w:eastAsiaTheme="majorEastAsia" w:hAnsiTheme="majorHAnsi" w:cstheme="majorBidi"/>
      <w:color w:val="365F91" w:themeColor="accent1" w:themeShade="BF"/>
      <w:lang w:val="nl-NL"/>
    </w:rPr>
  </w:style>
  <w:style w:type="character" w:customStyle="1" w:styleId="Kop5Char">
    <w:name w:val="Kop 5 Char"/>
    <w:basedOn w:val="Standaardalinea-lettertype"/>
    <w:link w:val="Kop5"/>
    <w:uiPriority w:val="9"/>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Standaardalinea-lettertype"/>
    <w:uiPriority w:val="99"/>
    <w:unhideWhenUsed/>
    <w:rsid w:val="00616F72"/>
    <w:rPr>
      <w:color w:val="0000FF" w:themeColor="hyperlink"/>
      <w:u w:val="single"/>
    </w:rPr>
  </w:style>
  <w:style w:type="character" w:styleId="Onopgelostemelding">
    <w:name w:val="Unresolved Mention"/>
    <w:basedOn w:val="Standaardalinea-lettertype"/>
    <w:uiPriority w:val="99"/>
    <w:semiHidden/>
    <w:unhideWhenUsed/>
    <w:rsid w:val="00616F72"/>
    <w:rPr>
      <w:color w:val="605E5C"/>
      <w:shd w:val="clear" w:color="auto" w:fill="E1DFDD"/>
    </w:rPr>
  </w:style>
  <w:style w:type="paragraph" w:styleId="Revisie">
    <w:name w:val="Revision"/>
    <w:hidden/>
    <w:uiPriority w:val="99"/>
    <w:semiHidden/>
    <w:rsid w:val="00667703"/>
    <w:pPr>
      <w:spacing w:after="0" w:line="240" w:lineRule="auto"/>
    </w:p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8560B6"/>
    <w:rPr>
      <w:b/>
      <w:bCs/>
    </w:rPr>
  </w:style>
  <w:style w:type="character" w:customStyle="1" w:styleId="OnderwerpvanopmerkingChar">
    <w:name w:val="Onderwerp van opmerking Char"/>
    <w:basedOn w:val="TekstopmerkingChar"/>
    <w:link w:val="Onderwerpvanopmerking"/>
    <w:uiPriority w:val="99"/>
    <w:semiHidden/>
    <w:rsid w:val="008560B6"/>
    <w:rPr>
      <w:b/>
      <w:bCs/>
      <w:sz w:val="20"/>
      <w:szCs w:val="20"/>
    </w:rPr>
  </w:style>
  <w:style w:type="paragraph" w:styleId="Inhopg1">
    <w:name w:val="toc 1"/>
    <w:basedOn w:val="Standaard"/>
    <w:next w:val="Standaard"/>
    <w:autoRedefine/>
    <w:uiPriority w:val="39"/>
    <w:unhideWhenUsed/>
    <w:rsid w:val="005E1AC8"/>
    <w:pPr>
      <w:spacing w:after="100"/>
    </w:pPr>
  </w:style>
  <w:style w:type="paragraph" w:styleId="Inhopg2">
    <w:name w:val="toc 2"/>
    <w:basedOn w:val="Standaard"/>
    <w:next w:val="Standaard"/>
    <w:autoRedefine/>
    <w:uiPriority w:val="39"/>
    <w:unhideWhenUsed/>
    <w:rsid w:val="005E1AC8"/>
    <w:pPr>
      <w:spacing w:after="100"/>
      <w:ind w:left="220"/>
    </w:pPr>
  </w:style>
  <w:style w:type="paragraph" w:styleId="Inhopg3">
    <w:name w:val="toc 3"/>
    <w:basedOn w:val="Standaard"/>
    <w:next w:val="Standaard"/>
    <w:autoRedefine/>
    <w:uiPriority w:val="39"/>
    <w:unhideWhenUsed/>
    <w:rsid w:val="005E1AC8"/>
    <w:pPr>
      <w:spacing w:after="100"/>
      <w:ind w:left="440"/>
    </w:pPr>
  </w:style>
  <w:style w:type="character" w:styleId="Vermelding">
    <w:name w:val="Mention"/>
    <w:basedOn w:val="Standaardalinea-lettertype"/>
    <w:uiPriority w:val="99"/>
    <w:unhideWhenUsed/>
    <w:rsid w:val="00C66961"/>
    <w:rPr>
      <w:color w:val="2B579A"/>
      <w:shd w:val="clear" w:color="auto" w:fill="E1DFDD"/>
    </w:rPr>
  </w:style>
  <w:style w:type="character" w:styleId="GevolgdeHyperlink">
    <w:name w:val="FollowedHyperlink"/>
    <w:basedOn w:val="Standaardalinea-lettertype"/>
    <w:uiPriority w:val="99"/>
    <w:semiHidden/>
    <w:unhideWhenUsed/>
    <w:rsid w:val="00845F18"/>
    <w:rPr>
      <w:color w:val="800080" w:themeColor="followedHyperlink"/>
      <w:u w:val="single"/>
    </w:rPr>
  </w:style>
  <w:style w:type="paragraph" w:styleId="Voetnoottekst">
    <w:name w:val="footnote text"/>
    <w:basedOn w:val="Standaard"/>
    <w:link w:val="VoetnoottekstChar"/>
    <w:uiPriority w:val="99"/>
    <w:semiHidden/>
    <w:unhideWhenUsed/>
    <w:rsid w:val="00B4765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47654"/>
    <w:rPr>
      <w:sz w:val="20"/>
      <w:szCs w:val="20"/>
    </w:rPr>
  </w:style>
  <w:style w:type="character" w:styleId="Voetnootmarkering">
    <w:name w:val="footnote reference"/>
    <w:basedOn w:val="Standaardalinea-lettertype"/>
    <w:uiPriority w:val="99"/>
    <w:semiHidden/>
    <w:unhideWhenUsed/>
    <w:rsid w:val="00B47654"/>
    <w:rPr>
      <w:vertAlign w:val="superscript"/>
    </w:rPr>
  </w:style>
  <w:style w:type="character" w:styleId="Tekstvantijdelijkeaanduiding">
    <w:name w:val="Placeholder Text"/>
    <w:basedOn w:val="Standaardalinea-lettertype"/>
    <w:uiPriority w:val="99"/>
    <w:semiHidden/>
    <w:rsid w:val="00454E5C"/>
    <w:rPr>
      <w:color w:val="666666"/>
    </w:rPr>
  </w:style>
  <w:style w:type="character" w:customStyle="1" w:styleId="Stijl1">
    <w:name w:val="Stijl1"/>
    <w:basedOn w:val="Standaardalinea-lettertype"/>
    <w:uiPriority w:val="1"/>
    <w:rsid w:val="00454E5C"/>
    <w:rPr>
      <w:rFonts w:ascii="Arial" w:hAnsi="Arial"/>
      <w:color w:val="1F497D"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4741">
      <w:bodyDiv w:val="1"/>
      <w:marLeft w:val="0"/>
      <w:marRight w:val="0"/>
      <w:marTop w:val="0"/>
      <w:marBottom w:val="0"/>
      <w:divBdr>
        <w:top w:val="none" w:sz="0" w:space="0" w:color="auto"/>
        <w:left w:val="none" w:sz="0" w:space="0" w:color="auto"/>
        <w:bottom w:val="none" w:sz="0" w:space="0" w:color="auto"/>
        <w:right w:val="none" w:sz="0" w:space="0" w:color="auto"/>
      </w:divBdr>
    </w:div>
    <w:div w:id="33312419">
      <w:bodyDiv w:val="1"/>
      <w:marLeft w:val="0"/>
      <w:marRight w:val="0"/>
      <w:marTop w:val="0"/>
      <w:marBottom w:val="0"/>
      <w:divBdr>
        <w:top w:val="none" w:sz="0" w:space="0" w:color="auto"/>
        <w:left w:val="none" w:sz="0" w:space="0" w:color="auto"/>
        <w:bottom w:val="none" w:sz="0" w:space="0" w:color="auto"/>
        <w:right w:val="none" w:sz="0" w:space="0" w:color="auto"/>
      </w:divBdr>
    </w:div>
    <w:div w:id="81219432">
      <w:bodyDiv w:val="1"/>
      <w:marLeft w:val="0"/>
      <w:marRight w:val="0"/>
      <w:marTop w:val="0"/>
      <w:marBottom w:val="0"/>
      <w:divBdr>
        <w:top w:val="none" w:sz="0" w:space="0" w:color="auto"/>
        <w:left w:val="none" w:sz="0" w:space="0" w:color="auto"/>
        <w:bottom w:val="none" w:sz="0" w:space="0" w:color="auto"/>
        <w:right w:val="none" w:sz="0" w:space="0" w:color="auto"/>
      </w:divBdr>
    </w:div>
    <w:div w:id="250510787">
      <w:bodyDiv w:val="1"/>
      <w:marLeft w:val="0"/>
      <w:marRight w:val="0"/>
      <w:marTop w:val="0"/>
      <w:marBottom w:val="0"/>
      <w:divBdr>
        <w:top w:val="none" w:sz="0" w:space="0" w:color="auto"/>
        <w:left w:val="none" w:sz="0" w:space="0" w:color="auto"/>
        <w:bottom w:val="none" w:sz="0" w:space="0" w:color="auto"/>
        <w:right w:val="none" w:sz="0" w:space="0" w:color="auto"/>
      </w:divBdr>
    </w:div>
    <w:div w:id="279148689">
      <w:bodyDiv w:val="1"/>
      <w:marLeft w:val="0"/>
      <w:marRight w:val="0"/>
      <w:marTop w:val="0"/>
      <w:marBottom w:val="0"/>
      <w:divBdr>
        <w:top w:val="none" w:sz="0" w:space="0" w:color="auto"/>
        <w:left w:val="none" w:sz="0" w:space="0" w:color="auto"/>
        <w:bottom w:val="none" w:sz="0" w:space="0" w:color="auto"/>
        <w:right w:val="none" w:sz="0" w:space="0" w:color="auto"/>
      </w:divBdr>
    </w:div>
    <w:div w:id="332339833">
      <w:bodyDiv w:val="1"/>
      <w:marLeft w:val="0"/>
      <w:marRight w:val="0"/>
      <w:marTop w:val="0"/>
      <w:marBottom w:val="0"/>
      <w:divBdr>
        <w:top w:val="none" w:sz="0" w:space="0" w:color="auto"/>
        <w:left w:val="none" w:sz="0" w:space="0" w:color="auto"/>
        <w:bottom w:val="none" w:sz="0" w:space="0" w:color="auto"/>
        <w:right w:val="none" w:sz="0" w:space="0" w:color="auto"/>
      </w:divBdr>
    </w:div>
    <w:div w:id="535122231">
      <w:bodyDiv w:val="1"/>
      <w:marLeft w:val="0"/>
      <w:marRight w:val="0"/>
      <w:marTop w:val="0"/>
      <w:marBottom w:val="0"/>
      <w:divBdr>
        <w:top w:val="none" w:sz="0" w:space="0" w:color="auto"/>
        <w:left w:val="none" w:sz="0" w:space="0" w:color="auto"/>
        <w:bottom w:val="none" w:sz="0" w:space="0" w:color="auto"/>
        <w:right w:val="none" w:sz="0" w:space="0" w:color="auto"/>
      </w:divBdr>
      <w:divsChild>
        <w:div w:id="633217227">
          <w:marLeft w:val="0"/>
          <w:marRight w:val="0"/>
          <w:marTop w:val="0"/>
          <w:marBottom w:val="0"/>
          <w:divBdr>
            <w:top w:val="none" w:sz="0" w:space="0" w:color="auto"/>
            <w:left w:val="none" w:sz="0" w:space="0" w:color="auto"/>
            <w:bottom w:val="none" w:sz="0" w:space="0" w:color="auto"/>
            <w:right w:val="none" w:sz="0" w:space="0" w:color="auto"/>
          </w:divBdr>
        </w:div>
        <w:div w:id="1632783596">
          <w:marLeft w:val="0"/>
          <w:marRight w:val="0"/>
          <w:marTop w:val="0"/>
          <w:marBottom w:val="0"/>
          <w:divBdr>
            <w:top w:val="none" w:sz="0" w:space="0" w:color="auto"/>
            <w:left w:val="none" w:sz="0" w:space="0" w:color="auto"/>
            <w:bottom w:val="none" w:sz="0" w:space="0" w:color="auto"/>
            <w:right w:val="none" w:sz="0" w:space="0" w:color="auto"/>
          </w:divBdr>
        </w:div>
      </w:divsChild>
    </w:div>
    <w:div w:id="654190927">
      <w:bodyDiv w:val="1"/>
      <w:marLeft w:val="0"/>
      <w:marRight w:val="0"/>
      <w:marTop w:val="0"/>
      <w:marBottom w:val="0"/>
      <w:divBdr>
        <w:top w:val="none" w:sz="0" w:space="0" w:color="auto"/>
        <w:left w:val="none" w:sz="0" w:space="0" w:color="auto"/>
        <w:bottom w:val="none" w:sz="0" w:space="0" w:color="auto"/>
        <w:right w:val="none" w:sz="0" w:space="0" w:color="auto"/>
      </w:divBdr>
    </w:div>
    <w:div w:id="840510341">
      <w:bodyDiv w:val="1"/>
      <w:marLeft w:val="0"/>
      <w:marRight w:val="0"/>
      <w:marTop w:val="0"/>
      <w:marBottom w:val="0"/>
      <w:divBdr>
        <w:top w:val="none" w:sz="0" w:space="0" w:color="auto"/>
        <w:left w:val="none" w:sz="0" w:space="0" w:color="auto"/>
        <w:bottom w:val="none" w:sz="0" w:space="0" w:color="auto"/>
        <w:right w:val="none" w:sz="0" w:space="0" w:color="auto"/>
      </w:divBdr>
    </w:div>
    <w:div w:id="955913337">
      <w:bodyDiv w:val="1"/>
      <w:marLeft w:val="0"/>
      <w:marRight w:val="0"/>
      <w:marTop w:val="0"/>
      <w:marBottom w:val="0"/>
      <w:divBdr>
        <w:top w:val="none" w:sz="0" w:space="0" w:color="auto"/>
        <w:left w:val="none" w:sz="0" w:space="0" w:color="auto"/>
        <w:bottom w:val="none" w:sz="0" w:space="0" w:color="auto"/>
        <w:right w:val="none" w:sz="0" w:space="0" w:color="auto"/>
      </w:divBdr>
    </w:div>
    <w:div w:id="984621361">
      <w:bodyDiv w:val="1"/>
      <w:marLeft w:val="0"/>
      <w:marRight w:val="0"/>
      <w:marTop w:val="0"/>
      <w:marBottom w:val="0"/>
      <w:divBdr>
        <w:top w:val="none" w:sz="0" w:space="0" w:color="auto"/>
        <w:left w:val="none" w:sz="0" w:space="0" w:color="auto"/>
        <w:bottom w:val="none" w:sz="0" w:space="0" w:color="auto"/>
        <w:right w:val="none" w:sz="0" w:space="0" w:color="auto"/>
      </w:divBdr>
    </w:div>
    <w:div w:id="1110584284">
      <w:bodyDiv w:val="1"/>
      <w:marLeft w:val="0"/>
      <w:marRight w:val="0"/>
      <w:marTop w:val="0"/>
      <w:marBottom w:val="0"/>
      <w:divBdr>
        <w:top w:val="none" w:sz="0" w:space="0" w:color="auto"/>
        <w:left w:val="none" w:sz="0" w:space="0" w:color="auto"/>
        <w:bottom w:val="none" w:sz="0" w:space="0" w:color="auto"/>
        <w:right w:val="none" w:sz="0" w:space="0" w:color="auto"/>
      </w:divBdr>
    </w:div>
    <w:div w:id="1113357052">
      <w:bodyDiv w:val="1"/>
      <w:marLeft w:val="0"/>
      <w:marRight w:val="0"/>
      <w:marTop w:val="0"/>
      <w:marBottom w:val="0"/>
      <w:divBdr>
        <w:top w:val="none" w:sz="0" w:space="0" w:color="auto"/>
        <w:left w:val="none" w:sz="0" w:space="0" w:color="auto"/>
        <w:bottom w:val="none" w:sz="0" w:space="0" w:color="auto"/>
        <w:right w:val="none" w:sz="0" w:space="0" w:color="auto"/>
      </w:divBdr>
    </w:div>
    <w:div w:id="1163743398">
      <w:bodyDiv w:val="1"/>
      <w:marLeft w:val="0"/>
      <w:marRight w:val="0"/>
      <w:marTop w:val="0"/>
      <w:marBottom w:val="0"/>
      <w:divBdr>
        <w:top w:val="none" w:sz="0" w:space="0" w:color="auto"/>
        <w:left w:val="none" w:sz="0" w:space="0" w:color="auto"/>
        <w:bottom w:val="none" w:sz="0" w:space="0" w:color="auto"/>
        <w:right w:val="none" w:sz="0" w:space="0" w:color="auto"/>
      </w:divBdr>
    </w:div>
    <w:div w:id="13310592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lieftink@amsterdamumc.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png@01DBB51A.303246A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08562B75E44A1C92299B1491EF5F14"/>
        <w:category>
          <w:name w:val="Algemeen"/>
          <w:gallery w:val="placeholder"/>
        </w:category>
        <w:types>
          <w:type w:val="bbPlcHdr"/>
        </w:types>
        <w:behaviors>
          <w:behavior w:val="content"/>
        </w:behaviors>
        <w:guid w:val="{3B934943-8090-4310-BED0-39E24E2F6680}"/>
      </w:docPartPr>
      <w:docPartBody>
        <w:p w:rsidR="00371759" w:rsidRDefault="00591407" w:rsidP="00591407">
          <w:pPr>
            <w:pStyle w:val="C808562B75E44A1C92299B1491EF5F14"/>
          </w:pPr>
          <w:r w:rsidRPr="00454E5C">
            <w:rPr>
              <w:rStyle w:val="Tekstvantijdelijkeaanduiding"/>
              <w:lang w:val="nl-NL"/>
            </w:rPr>
            <w:t>Uw antwoord</w:t>
          </w:r>
        </w:p>
      </w:docPartBody>
    </w:docPart>
    <w:docPart>
      <w:docPartPr>
        <w:name w:val="2B8C2089F983471CBADF1757790376E7"/>
        <w:category>
          <w:name w:val="Algemeen"/>
          <w:gallery w:val="placeholder"/>
        </w:category>
        <w:types>
          <w:type w:val="bbPlcHdr"/>
        </w:types>
        <w:behaviors>
          <w:behavior w:val="content"/>
        </w:behaviors>
        <w:guid w:val="{E58A18B6-45FC-4E6A-8BAF-28E91595C0BE}"/>
      </w:docPartPr>
      <w:docPartBody>
        <w:p w:rsidR="00371759" w:rsidRDefault="00591407" w:rsidP="00591407">
          <w:pPr>
            <w:pStyle w:val="2B8C2089F983471CBADF1757790376E71"/>
          </w:pPr>
          <w:r w:rsidRPr="00454E5C">
            <w:rPr>
              <w:rStyle w:val="Tekstvantijdelijkeaanduiding"/>
              <w:lang w:val="nl-NL"/>
            </w:rPr>
            <w:t>Uw antwoord</w:t>
          </w:r>
        </w:p>
      </w:docPartBody>
    </w:docPart>
    <w:docPart>
      <w:docPartPr>
        <w:name w:val="7BD94356F3D344F68E9AFCD0CA8B2738"/>
        <w:category>
          <w:name w:val="Algemeen"/>
          <w:gallery w:val="placeholder"/>
        </w:category>
        <w:types>
          <w:type w:val="bbPlcHdr"/>
        </w:types>
        <w:behaviors>
          <w:behavior w:val="content"/>
        </w:behaviors>
        <w:guid w:val="{F0FBA540-C436-460F-B34B-3B81D479DF8C}"/>
      </w:docPartPr>
      <w:docPartBody>
        <w:p w:rsidR="00000000" w:rsidRDefault="00591407" w:rsidP="00591407">
          <w:pPr>
            <w:pStyle w:val="7BD94356F3D344F68E9AFCD0CA8B27381"/>
          </w:pPr>
          <w:r w:rsidRPr="00454E5C">
            <w:rPr>
              <w:rStyle w:val="Tekstvantijdelijkeaanduiding"/>
              <w:lang w:val="nl-NL"/>
            </w:rPr>
            <w:t>Uw antwoord</w:t>
          </w:r>
        </w:p>
      </w:docPartBody>
    </w:docPart>
    <w:docPart>
      <w:docPartPr>
        <w:name w:val="E417246FE72C4D4FB8C552B754C4BF29"/>
        <w:category>
          <w:name w:val="Algemeen"/>
          <w:gallery w:val="placeholder"/>
        </w:category>
        <w:types>
          <w:type w:val="bbPlcHdr"/>
        </w:types>
        <w:behaviors>
          <w:behavior w:val="content"/>
        </w:behaviors>
        <w:guid w:val="{1AA5C292-B0A0-4B43-922F-4C198A978F24}"/>
      </w:docPartPr>
      <w:docPartBody>
        <w:p w:rsidR="00000000" w:rsidRDefault="00591407" w:rsidP="00591407">
          <w:pPr>
            <w:pStyle w:val="E417246FE72C4D4FB8C552B754C4BF291"/>
          </w:pPr>
          <w:r w:rsidRPr="00454E5C">
            <w:rPr>
              <w:rStyle w:val="Tekstvantijdelijkeaanduiding"/>
              <w:lang w:val="nl-NL"/>
            </w:rPr>
            <w:t>Uw antwoord</w:t>
          </w:r>
        </w:p>
      </w:docPartBody>
    </w:docPart>
    <w:docPart>
      <w:docPartPr>
        <w:name w:val="399DA4F6A7A047979151537345E6622F"/>
        <w:category>
          <w:name w:val="Algemeen"/>
          <w:gallery w:val="placeholder"/>
        </w:category>
        <w:types>
          <w:type w:val="bbPlcHdr"/>
        </w:types>
        <w:behaviors>
          <w:behavior w:val="content"/>
        </w:behaviors>
        <w:guid w:val="{9CCD2682-1C22-4940-9FB6-AC6AC67F6CE1}"/>
      </w:docPartPr>
      <w:docPartBody>
        <w:p w:rsidR="00000000" w:rsidRDefault="00591407" w:rsidP="00591407">
          <w:pPr>
            <w:pStyle w:val="399DA4F6A7A047979151537345E6622F1"/>
          </w:pPr>
          <w:r w:rsidRPr="00454E5C">
            <w:rPr>
              <w:rStyle w:val="Tekstvantijdelijkeaanduiding"/>
              <w:lang w:val="nl-NL"/>
            </w:rPr>
            <w:t>Uw antwoord</w:t>
          </w:r>
        </w:p>
      </w:docPartBody>
    </w:docPart>
    <w:docPart>
      <w:docPartPr>
        <w:name w:val="506B642845474F0998F2085F38EF4D97"/>
        <w:category>
          <w:name w:val="Algemeen"/>
          <w:gallery w:val="placeholder"/>
        </w:category>
        <w:types>
          <w:type w:val="bbPlcHdr"/>
        </w:types>
        <w:behaviors>
          <w:behavior w:val="content"/>
        </w:behaviors>
        <w:guid w:val="{023BA39F-E4D4-44EA-9B5E-D080FC7A411D}"/>
      </w:docPartPr>
      <w:docPartBody>
        <w:p w:rsidR="00000000" w:rsidRDefault="00591407" w:rsidP="00591407">
          <w:pPr>
            <w:pStyle w:val="506B642845474F0998F2085F38EF4D971"/>
          </w:pPr>
          <w:r w:rsidRPr="00454E5C">
            <w:rPr>
              <w:rStyle w:val="Tekstvantijdelijkeaanduiding"/>
              <w:lang w:val="nl-NL"/>
            </w:rPr>
            <w:t>Uw antwoord</w:t>
          </w:r>
        </w:p>
      </w:docPartBody>
    </w:docPart>
    <w:docPart>
      <w:docPartPr>
        <w:name w:val="A72E500FCD584D6B8219586FC1D9FEC2"/>
        <w:category>
          <w:name w:val="Algemeen"/>
          <w:gallery w:val="placeholder"/>
        </w:category>
        <w:types>
          <w:type w:val="bbPlcHdr"/>
        </w:types>
        <w:behaviors>
          <w:behavior w:val="content"/>
        </w:behaviors>
        <w:guid w:val="{3E7029B5-30E8-4FB6-A826-E3840A4ECC3F}"/>
      </w:docPartPr>
      <w:docPartBody>
        <w:p w:rsidR="00000000" w:rsidRDefault="00591407" w:rsidP="00591407">
          <w:pPr>
            <w:pStyle w:val="A72E500FCD584D6B8219586FC1D9FEC21"/>
          </w:pPr>
          <w:r w:rsidRPr="00454E5C">
            <w:rPr>
              <w:rStyle w:val="Tekstvantijdelijkeaanduiding"/>
              <w:lang w:val="nl-NL"/>
            </w:rPr>
            <w:t>Uw antwoord</w:t>
          </w:r>
        </w:p>
      </w:docPartBody>
    </w:docPart>
    <w:docPart>
      <w:docPartPr>
        <w:name w:val="66096933E7B44F46B3FF8A88B0BEA6F9"/>
        <w:category>
          <w:name w:val="Algemeen"/>
          <w:gallery w:val="placeholder"/>
        </w:category>
        <w:types>
          <w:type w:val="bbPlcHdr"/>
        </w:types>
        <w:behaviors>
          <w:behavior w:val="content"/>
        </w:behaviors>
        <w:guid w:val="{8FF4623E-9554-44A4-B6CB-C5D5EFC9C5B2}"/>
      </w:docPartPr>
      <w:docPartBody>
        <w:p w:rsidR="00000000" w:rsidRDefault="00591407" w:rsidP="00591407">
          <w:pPr>
            <w:pStyle w:val="66096933E7B44F46B3FF8A88B0BEA6F91"/>
          </w:pPr>
          <w:r w:rsidRPr="00454E5C">
            <w:rPr>
              <w:rStyle w:val="Tekstvantijdelijkeaanduiding"/>
              <w:lang w:val="nl-NL"/>
            </w:rPr>
            <w:t>Uw antwoord</w:t>
          </w:r>
        </w:p>
      </w:docPartBody>
    </w:docPart>
    <w:docPart>
      <w:docPartPr>
        <w:name w:val="45B1EEE23A3842C886411D8C60562912"/>
        <w:category>
          <w:name w:val="Algemeen"/>
          <w:gallery w:val="placeholder"/>
        </w:category>
        <w:types>
          <w:type w:val="bbPlcHdr"/>
        </w:types>
        <w:behaviors>
          <w:behavior w:val="content"/>
        </w:behaviors>
        <w:guid w:val="{6D56092D-9C4D-4A90-B930-1A1C1FD06D4F}"/>
      </w:docPartPr>
      <w:docPartBody>
        <w:p w:rsidR="00000000" w:rsidRDefault="00591407" w:rsidP="00591407">
          <w:pPr>
            <w:pStyle w:val="45B1EEE23A3842C886411D8C605629121"/>
          </w:pPr>
          <w:r w:rsidRPr="00454E5C">
            <w:rPr>
              <w:rStyle w:val="Tekstvantijdelijkeaanduiding"/>
              <w:lang w:val="nl-NL"/>
            </w:rPr>
            <w:t>Uw antwoord</w:t>
          </w:r>
        </w:p>
      </w:docPartBody>
    </w:docPart>
    <w:docPart>
      <w:docPartPr>
        <w:name w:val="4CEE98042E8D4567AFA1F979D33A4817"/>
        <w:category>
          <w:name w:val="Algemeen"/>
          <w:gallery w:val="placeholder"/>
        </w:category>
        <w:types>
          <w:type w:val="bbPlcHdr"/>
        </w:types>
        <w:behaviors>
          <w:behavior w:val="content"/>
        </w:behaviors>
        <w:guid w:val="{5144D253-93C1-4C51-9C4F-5CA685C01594}"/>
      </w:docPartPr>
      <w:docPartBody>
        <w:p w:rsidR="00000000" w:rsidRDefault="00591407" w:rsidP="00591407">
          <w:pPr>
            <w:pStyle w:val="4CEE98042E8D4567AFA1F979D33A48171"/>
          </w:pPr>
          <w:r w:rsidRPr="00454E5C">
            <w:rPr>
              <w:rStyle w:val="Tekstvantijdelijkeaanduiding"/>
              <w:lang w:val="nl-NL"/>
            </w:rPr>
            <w:t>Uw antwoord</w:t>
          </w:r>
        </w:p>
      </w:docPartBody>
    </w:docPart>
    <w:docPart>
      <w:docPartPr>
        <w:name w:val="1165722F6B0449E7AAE026217662A324"/>
        <w:category>
          <w:name w:val="Algemeen"/>
          <w:gallery w:val="placeholder"/>
        </w:category>
        <w:types>
          <w:type w:val="bbPlcHdr"/>
        </w:types>
        <w:behaviors>
          <w:behavior w:val="content"/>
        </w:behaviors>
        <w:guid w:val="{F55879D1-69B0-4B4E-9F04-E2F4A1341ED0}"/>
      </w:docPartPr>
      <w:docPartBody>
        <w:p w:rsidR="00000000" w:rsidRDefault="00591407" w:rsidP="00591407">
          <w:pPr>
            <w:pStyle w:val="1165722F6B0449E7AAE026217662A3241"/>
          </w:pPr>
          <w:r w:rsidRPr="00454E5C">
            <w:rPr>
              <w:rStyle w:val="Tekstvantijdelijkeaanduiding"/>
              <w:lang w:val="nl-NL"/>
            </w:rPr>
            <w:t>Uw antwoord</w:t>
          </w:r>
        </w:p>
      </w:docPartBody>
    </w:docPart>
    <w:docPart>
      <w:docPartPr>
        <w:name w:val="EE2809A4C7C84E34B09423202422A2FF"/>
        <w:category>
          <w:name w:val="Algemeen"/>
          <w:gallery w:val="placeholder"/>
        </w:category>
        <w:types>
          <w:type w:val="bbPlcHdr"/>
        </w:types>
        <w:behaviors>
          <w:behavior w:val="content"/>
        </w:behaviors>
        <w:guid w:val="{71B67D8A-DAAB-41E8-B9C7-E6F074807BF0}"/>
      </w:docPartPr>
      <w:docPartBody>
        <w:p w:rsidR="00000000" w:rsidRDefault="00591407" w:rsidP="00591407">
          <w:pPr>
            <w:pStyle w:val="EE2809A4C7C84E34B09423202422A2FF1"/>
          </w:pPr>
          <w:r w:rsidRPr="00454E5C">
            <w:rPr>
              <w:rStyle w:val="Tekstvantijdelijkeaanduiding"/>
              <w:lang w:val="nl-NL"/>
            </w:rPr>
            <w:t>Uw antwoord</w:t>
          </w:r>
        </w:p>
      </w:docPartBody>
    </w:docPart>
    <w:docPart>
      <w:docPartPr>
        <w:name w:val="0F29E701EE594B4D852B8DB85A6AE5A0"/>
        <w:category>
          <w:name w:val="Algemeen"/>
          <w:gallery w:val="placeholder"/>
        </w:category>
        <w:types>
          <w:type w:val="bbPlcHdr"/>
        </w:types>
        <w:behaviors>
          <w:behavior w:val="content"/>
        </w:behaviors>
        <w:guid w:val="{67C835C1-AAC4-436E-B26F-60BFA10B789D}"/>
      </w:docPartPr>
      <w:docPartBody>
        <w:p w:rsidR="00000000" w:rsidRDefault="00591407" w:rsidP="00591407">
          <w:pPr>
            <w:pStyle w:val="0F29E701EE594B4D852B8DB85A6AE5A01"/>
          </w:pPr>
          <w:r w:rsidRPr="00454E5C">
            <w:rPr>
              <w:rStyle w:val="Tekstvantijdelijkeaanduiding"/>
              <w:lang w:val="nl-NL"/>
            </w:rPr>
            <w:t>Uw antwoord</w:t>
          </w:r>
        </w:p>
      </w:docPartBody>
    </w:docPart>
    <w:docPart>
      <w:docPartPr>
        <w:name w:val="ABCD9052BCC247DD90C13B69B381B8B0"/>
        <w:category>
          <w:name w:val="Algemeen"/>
          <w:gallery w:val="placeholder"/>
        </w:category>
        <w:types>
          <w:type w:val="bbPlcHdr"/>
        </w:types>
        <w:behaviors>
          <w:behavior w:val="content"/>
        </w:behaviors>
        <w:guid w:val="{43F662A0-99E8-47AA-9482-1B3062AB5953}"/>
      </w:docPartPr>
      <w:docPartBody>
        <w:p w:rsidR="00000000" w:rsidRDefault="00591407" w:rsidP="00591407">
          <w:pPr>
            <w:pStyle w:val="ABCD9052BCC247DD90C13B69B381B8B01"/>
          </w:pPr>
          <w:r w:rsidRPr="00454E5C">
            <w:rPr>
              <w:rStyle w:val="Tekstvantijdelijkeaanduiding"/>
              <w:lang w:val="nl-NL"/>
            </w:rPr>
            <w:t>Uw antwoord</w:t>
          </w:r>
        </w:p>
      </w:docPartBody>
    </w:docPart>
    <w:docPart>
      <w:docPartPr>
        <w:name w:val="F33592A928974786A442B793AA0F7DF6"/>
        <w:category>
          <w:name w:val="Algemeen"/>
          <w:gallery w:val="placeholder"/>
        </w:category>
        <w:types>
          <w:type w:val="bbPlcHdr"/>
        </w:types>
        <w:behaviors>
          <w:behavior w:val="content"/>
        </w:behaviors>
        <w:guid w:val="{591DDB0D-698A-408C-81BF-EFD84FAFA7C6}"/>
      </w:docPartPr>
      <w:docPartBody>
        <w:p w:rsidR="00000000" w:rsidRDefault="00591407" w:rsidP="00591407">
          <w:pPr>
            <w:pStyle w:val="F33592A928974786A442B793AA0F7DF61"/>
          </w:pPr>
          <w:r w:rsidRPr="00454E5C">
            <w:rPr>
              <w:rStyle w:val="Tekstvantijdelijkeaanduiding"/>
              <w:lang w:val="nl-NL"/>
            </w:rPr>
            <w:t>Uw antwoord</w:t>
          </w:r>
        </w:p>
      </w:docPartBody>
    </w:docPart>
    <w:docPart>
      <w:docPartPr>
        <w:name w:val="1CFA5F5A3BBC4BE6A8B3B81D5ED90D94"/>
        <w:category>
          <w:name w:val="Algemeen"/>
          <w:gallery w:val="placeholder"/>
        </w:category>
        <w:types>
          <w:type w:val="bbPlcHdr"/>
        </w:types>
        <w:behaviors>
          <w:behavior w:val="content"/>
        </w:behaviors>
        <w:guid w:val="{CFBDBBB9-B2D0-4755-ACCD-78577B036E02}"/>
      </w:docPartPr>
      <w:docPartBody>
        <w:p w:rsidR="00000000" w:rsidRDefault="00591407" w:rsidP="00591407">
          <w:pPr>
            <w:pStyle w:val="1CFA5F5A3BBC4BE6A8B3B81D5ED90D941"/>
          </w:pPr>
          <w:r w:rsidRPr="00454E5C">
            <w:rPr>
              <w:rStyle w:val="Tekstvantijdelijkeaanduiding"/>
              <w:lang w:val="nl-NL"/>
            </w:rPr>
            <w:t>Uw antwoord</w:t>
          </w:r>
        </w:p>
      </w:docPartBody>
    </w:docPart>
    <w:docPart>
      <w:docPartPr>
        <w:name w:val="44C04F5153BA4D2E8C928AFF9D43E8FC"/>
        <w:category>
          <w:name w:val="Algemeen"/>
          <w:gallery w:val="placeholder"/>
        </w:category>
        <w:types>
          <w:type w:val="bbPlcHdr"/>
        </w:types>
        <w:behaviors>
          <w:behavior w:val="content"/>
        </w:behaviors>
        <w:guid w:val="{5D93334B-4767-4CE0-BFA0-D38D5A708E86}"/>
      </w:docPartPr>
      <w:docPartBody>
        <w:p w:rsidR="00000000" w:rsidRDefault="00591407" w:rsidP="00591407">
          <w:pPr>
            <w:pStyle w:val="44C04F5153BA4D2E8C928AFF9D43E8FC1"/>
          </w:pPr>
          <w:r w:rsidRPr="00454E5C">
            <w:rPr>
              <w:rStyle w:val="Tekstvantijdelijkeaanduiding"/>
              <w:lang w:val="nl-NL"/>
            </w:rPr>
            <w:t>Uw antwoord</w:t>
          </w:r>
        </w:p>
      </w:docPartBody>
    </w:docPart>
    <w:docPart>
      <w:docPartPr>
        <w:name w:val="BBB2D3DFACFC445B93442DD2DE84773E"/>
        <w:category>
          <w:name w:val="Algemeen"/>
          <w:gallery w:val="placeholder"/>
        </w:category>
        <w:types>
          <w:type w:val="bbPlcHdr"/>
        </w:types>
        <w:behaviors>
          <w:behavior w:val="content"/>
        </w:behaviors>
        <w:guid w:val="{E28E1445-F936-4932-803E-DEE9ABB6309E}"/>
      </w:docPartPr>
      <w:docPartBody>
        <w:p w:rsidR="00000000" w:rsidRDefault="00591407" w:rsidP="00591407">
          <w:pPr>
            <w:pStyle w:val="BBB2D3DFACFC445B93442DD2DE84773E1"/>
          </w:pPr>
          <w:r w:rsidRPr="00454E5C">
            <w:rPr>
              <w:rStyle w:val="Tekstvantijdelijkeaanduiding"/>
              <w:lang w:val="nl-NL"/>
            </w:rPr>
            <w:t>Uw antwoord</w:t>
          </w:r>
        </w:p>
      </w:docPartBody>
    </w:docPart>
    <w:docPart>
      <w:docPartPr>
        <w:name w:val="778CD313C9F54C058E178F7BE0544D7E"/>
        <w:category>
          <w:name w:val="Algemeen"/>
          <w:gallery w:val="placeholder"/>
        </w:category>
        <w:types>
          <w:type w:val="bbPlcHdr"/>
        </w:types>
        <w:behaviors>
          <w:behavior w:val="content"/>
        </w:behaviors>
        <w:guid w:val="{EDD468C5-CED0-4115-B5C8-6CED9A2303B1}"/>
      </w:docPartPr>
      <w:docPartBody>
        <w:p w:rsidR="00000000" w:rsidRDefault="00591407" w:rsidP="00591407">
          <w:pPr>
            <w:pStyle w:val="778CD313C9F54C058E178F7BE0544D7E1"/>
          </w:pPr>
          <w:r w:rsidRPr="00454E5C">
            <w:rPr>
              <w:rStyle w:val="Tekstvantijdelijkeaanduiding"/>
              <w:lang w:val="nl-NL"/>
            </w:rPr>
            <w:t>Uw antwoord</w:t>
          </w:r>
        </w:p>
      </w:docPartBody>
    </w:docPart>
    <w:docPart>
      <w:docPartPr>
        <w:name w:val="FFBB888E0C6F4A1C9AF89CF3B53733C7"/>
        <w:category>
          <w:name w:val="Algemeen"/>
          <w:gallery w:val="placeholder"/>
        </w:category>
        <w:types>
          <w:type w:val="bbPlcHdr"/>
        </w:types>
        <w:behaviors>
          <w:behavior w:val="content"/>
        </w:behaviors>
        <w:guid w:val="{2A806439-DC44-4260-B5E9-6BF78311CEEC}"/>
      </w:docPartPr>
      <w:docPartBody>
        <w:p w:rsidR="00000000" w:rsidRDefault="00591407" w:rsidP="00591407">
          <w:pPr>
            <w:pStyle w:val="FFBB888E0C6F4A1C9AF89CF3B53733C71"/>
          </w:pPr>
          <w:r w:rsidRPr="00454E5C">
            <w:rPr>
              <w:rStyle w:val="Tekstvantijdelijkeaanduiding"/>
              <w:lang w:val="nl-NL"/>
            </w:rPr>
            <w:t>Uw antwoord</w:t>
          </w:r>
        </w:p>
      </w:docPartBody>
    </w:docPart>
    <w:docPart>
      <w:docPartPr>
        <w:name w:val="504683B8F8FA4038AF1075081D9A2FED"/>
        <w:category>
          <w:name w:val="Algemeen"/>
          <w:gallery w:val="placeholder"/>
        </w:category>
        <w:types>
          <w:type w:val="bbPlcHdr"/>
        </w:types>
        <w:behaviors>
          <w:behavior w:val="content"/>
        </w:behaviors>
        <w:guid w:val="{E59EB6B8-0045-4CC3-A308-44AB816E373A}"/>
      </w:docPartPr>
      <w:docPartBody>
        <w:p w:rsidR="00000000" w:rsidRDefault="00591407" w:rsidP="00591407">
          <w:pPr>
            <w:pStyle w:val="504683B8F8FA4038AF1075081D9A2FED1"/>
          </w:pPr>
          <w:r w:rsidRPr="00454E5C">
            <w:rPr>
              <w:rStyle w:val="Tekstvantijdelijkeaanduiding"/>
              <w:lang w:val="nl-NL"/>
            </w:rPr>
            <w:t>Uw antwoord</w:t>
          </w:r>
        </w:p>
      </w:docPartBody>
    </w:docPart>
    <w:docPart>
      <w:docPartPr>
        <w:name w:val="E623938BE58D408096DFC80277222693"/>
        <w:category>
          <w:name w:val="Algemeen"/>
          <w:gallery w:val="placeholder"/>
        </w:category>
        <w:types>
          <w:type w:val="bbPlcHdr"/>
        </w:types>
        <w:behaviors>
          <w:behavior w:val="content"/>
        </w:behaviors>
        <w:guid w:val="{14DE40A2-F422-4F39-8B50-9F7023FF3EBE}"/>
      </w:docPartPr>
      <w:docPartBody>
        <w:p w:rsidR="00000000" w:rsidRDefault="00591407" w:rsidP="00591407">
          <w:pPr>
            <w:pStyle w:val="E623938BE58D408096DFC802772226931"/>
          </w:pPr>
          <w:r w:rsidRPr="00454E5C">
            <w:rPr>
              <w:rStyle w:val="Tekstvantijdelijkeaanduiding"/>
              <w:lang w:val="nl-NL"/>
            </w:rPr>
            <w:t>Uw antwoord</w:t>
          </w:r>
        </w:p>
      </w:docPartBody>
    </w:docPart>
    <w:docPart>
      <w:docPartPr>
        <w:name w:val="1F3C5C66A2004A189799F79261D56F6D"/>
        <w:category>
          <w:name w:val="Algemeen"/>
          <w:gallery w:val="placeholder"/>
        </w:category>
        <w:types>
          <w:type w:val="bbPlcHdr"/>
        </w:types>
        <w:behaviors>
          <w:behavior w:val="content"/>
        </w:behaviors>
        <w:guid w:val="{744A8820-329C-4ED9-BE72-0634B9B01F0A}"/>
      </w:docPartPr>
      <w:docPartBody>
        <w:p w:rsidR="00000000" w:rsidRDefault="00591407" w:rsidP="00591407">
          <w:pPr>
            <w:pStyle w:val="1F3C5C66A2004A189799F79261D56F6D1"/>
          </w:pPr>
          <w:r w:rsidRPr="00454E5C">
            <w:rPr>
              <w:rStyle w:val="Tekstvantijdelijkeaanduiding"/>
              <w:lang w:val="nl-NL"/>
            </w:rPr>
            <w:t>Uw antwoord</w:t>
          </w:r>
        </w:p>
      </w:docPartBody>
    </w:docPart>
    <w:docPart>
      <w:docPartPr>
        <w:name w:val="E8FAD9094CD84D47ACB06CF13835FDC3"/>
        <w:category>
          <w:name w:val="Algemeen"/>
          <w:gallery w:val="placeholder"/>
        </w:category>
        <w:types>
          <w:type w:val="bbPlcHdr"/>
        </w:types>
        <w:behaviors>
          <w:behavior w:val="content"/>
        </w:behaviors>
        <w:guid w:val="{6676C023-CBF3-478E-BF4E-F37BDA7DEF9A}"/>
      </w:docPartPr>
      <w:docPartBody>
        <w:p w:rsidR="00000000" w:rsidRDefault="00591407" w:rsidP="00591407">
          <w:pPr>
            <w:pStyle w:val="E8FAD9094CD84D47ACB06CF13835FDC31"/>
          </w:pPr>
          <w:r w:rsidRPr="00454E5C">
            <w:rPr>
              <w:rStyle w:val="Tekstvantijdelijkeaanduiding"/>
              <w:lang w:val="nl-NL"/>
            </w:rPr>
            <w:t>Uw antwoord</w:t>
          </w:r>
        </w:p>
      </w:docPartBody>
    </w:docPart>
    <w:docPart>
      <w:docPartPr>
        <w:name w:val="9A2C09E0F98F4965AF52187CEAAC26F6"/>
        <w:category>
          <w:name w:val="Algemeen"/>
          <w:gallery w:val="placeholder"/>
        </w:category>
        <w:types>
          <w:type w:val="bbPlcHdr"/>
        </w:types>
        <w:behaviors>
          <w:behavior w:val="content"/>
        </w:behaviors>
        <w:guid w:val="{B7659F50-F029-44B7-BDDD-E04D5C5DA372}"/>
      </w:docPartPr>
      <w:docPartBody>
        <w:p w:rsidR="00000000" w:rsidRDefault="00591407" w:rsidP="00591407">
          <w:pPr>
            <w:pStyle w:val="9A2C09E0F98F4965AF52187CEAAC26F61"/>
          </w:pPr>
          <w:r w:rsidRPr="00454E5C">
            <w:rPr>
              <w:rStyle w:val="Tekstvantijdelijkeaanduiding"/>
              <w:lang w:val="nl-NL"/>
            </w:rPr>
            <w:t>Uw antwoord</w:t>
          </w:r>
        </w:p>
      </w:docPartBody>
    </w:docPart>
    <w:docPart>
      <w:docPartPr>
        <w:name w:val="56F66EFFAB80436FAC6448DD4A0B6C50"/>
        <w:category>
          <w:name w:val="Algemeen"/>
          <w:gallery w:val="placeholder"/>
        </w:category>
        <w:types>
          <w:type w:val="bbPlcHdr"/>
        </w:types>
        <w:behaviors>
          <w:behavior w:val="content"/>
        </w:behaviors>
        <w:guid w:val="{872D0E0E-416B-470E-8699-FAF4D6A5C6D0}"/>
      </w:docPartPr>
      <w:docPartBody>
        <w:p w:rsidR="00000000" w:rsidRDefault="00591407" w:rsidP="00591407">
          <w:pPr>
            <w:pStyle w:val="56F66EFFAB80436FAC6448DD4A0B6C501"/>
          </w:pPr>
          <w:r w:rsidRPr="00454E5C">
            <w:rPr>
              <w:rStyle w:val="Tekstvantijdelijkeaanduiding"/>
              <w:lang w:val="nl-NL"/>
            </w:rPr>
            <w:t>Uw antwoord</w:t>
          </w:r>
        </w:p>
      </w:docPartBody>
    </w:docPart>
    <w:docPart>
      <w:docPartPr>
        <w:name w:val="3AD525139F92430AAD0992FCD862D96A"/>
        <w:category>
          <w:name w:val="Algemeen"/>
          <w:gallery w:val="placeholder"/>
        </w:category>
        <w:types>
          <w:type w:val="bbPlcHdr"/>
        </w:types>
        <w:behaviors>
          <w:behavior w:val="content"/>
        </w:behaviors>
        <w:guid w:val="{3C176F6C-C3D4-4DBE-A5EE-BC1D866C76B4}"/>
      </w:docPartPr>
      <w:docPartBody>
        <w:p w:rsidR="00000000" w:rsidRDefault="00591407" w:rsidP="00591407">
          <w:pPr>
            <w:pStyle w:val="3AD525139F92430AAD0992FCD862D96A1"/>
          </w:pPr>
          <w:r w:rsidRPr="00454E5C">
            <w:rPr>
              <w:rStyle w:val="Tekstvantijdelijkeaanduiding"/>
              <w:lang w:val="nl-NL"/>
            </w:rPr>
            <w:t>Uw antwoord</w:t>
          </w:r>
        </w:p>
      </w:docPartBody>
    </w:docPart>
    <w:docPart>
      <w:docPartPr>
        <w:name w:val="920E338A12A441D3BA33B223C9E7283C"/>
        <w:category>
          <w:name w:val="Algemeen"/>
          <w:gallery w:val="placeholder"/>
        </w:category>
        <w:types>
          <w:type w:val="bbPlcHdr"/>
        </w:types>
        <w:behaviors>
          <w:behavior w:val="content"/>
        </w:behaviors>
        <w:guid w:val="{8FBF9044-BC56-4205-B24F-23807E82FA16}"/>
      </w:docPartPr>
      <w:docPartBody>
        <w:p w:rsidR="00000000" w:rsidRDefault="00591407" w:rsidP="00591407">
          <w:pPr>
            <w:pStyle w:val="920E338A12A441D3BA33B223C9E7283C1"/>
          </w:pPr>
          <w:r w:rsidRPr="00454E5C">
            <w:rPr>
              <w:rStyle w:val="Tekstvantijdelijkeaanduiding"/>
              <w:lang w:val="nl-NL"/>
            </w:rPr>
            <w:t>Uw antwoord</w:t>
          </w:r>
        </w:p>
      </w:docPartBody>
    </w:docPart>
    <w:docPart>
      <w:docPartPr>
        <w:name w:val="9E1C282C033941029BEF93E609315DF2"/>
        <w:category>
          <w:name w:val="Algemeen"/>
          <w:gallery w:val="placeholder"/>
        </w:category>
        <w:types>
          <w:type w:val="bbPlcHdr"/>
        </w:types>
        <w:behaviors>
          <w:behavior w:val="content"/>
        </w:behaviors>
        <w:guid w:val="{ECDE533E-D6C7-4DD8-B6A1-F6EC792536EB}"/>
      </w:docPartPr>
      <w:docPartBody>
        <w:p w:rsidR="00000000" w:rsidRDefault="00591407" w:rsidP="00591407">
          <w:pPr>
            <w:pStyle w:val="9E1C282C033941029BEF93E609315DF21"/>
          </w:pPr>
          <w:r w:rsidRPr="00454E5C">
            <w:rPr>
              <w:rStyle w:val="Tekstvantijdelijkeaanduiding"/>
              <w:lang w:val="nl-NL"/>
            </w:rPr>
            <w:t>Uw antwoord</w:t>
          </w:r>
        </w:p>
      </w:docPartBody>
    </w:docPart>
    <w:docPart>
      <w:docPartPr>
        <w:name w:val="5708ED33F62E4FB6AACEB9D2DFEE8407"/>
        <w:category>
          <w:name w:val="Algemeen"/>
          <w:gallery w:val="placeholder"/>
        </w:category>
        <w:types>
          <w:type w:val="bbPlcHdr"/>
        </w:types>
        <w:behaviors>
          <w:behavior w:val="content"/>
        </w:behaviors>
        <w:guid w:val="{E90FCDFD-0194-4669-9AE8-11F8DA549565}"/>
      </w:docPartPr>
      <w:docPartBody>
        <w:p w:rsidR="00000000" w:rsidRDefault="00591407" w:rsidP="00591407">
          <w:pPr>
            <w:pStyle w:val="5708ED33F62E4FB6AACEB9D2DFEE84071"/>
          </w:pPr>
          <w:r w:rsidRPr="00454E5C">
            <w:rPr>
              <w:rStyle w:val="Tekstvantijdelijkeaanduiding"/>
              <w:lang w:val="nl-NL"/>
            </w:rPr>
            <w:t>Uw antwoord</w:t>
          </w:r>
        </w:p>
      </w:docPartBody>
    </w:docPart>
    <w:docPart>
      <w:docPartPr>
        <w:name w:val="01C9B786B0E24CCEAE99CE810F0FBF0E"/>
        <w:category>
          <w:name w:val="Algemeen"/>
          <w:gallery w:val="placeholder"/>
        </w:category>
        <w:types>
          <w:type w:val="bbPlcHdr"/>
        </w:types>
        <w:behaviors>
          <w:behavior w:val="content"/>
        </w:behaviors>
        <w:guid w:val="{8BD7B319-A88D-404A-A043-0CDB4E40AAA8}"/>
      </w:docPartPr>
      <w:docPartBody>
        <w:p w:rsidR="00000000" w:rsidRDefault="00591407" w:rsidP="00591407">
          <w:pPr>
            <w:pStyle w:val="01C9B786B0E24CCEAE99CE810F0FBF0E1"/>
          </w:pPr>
          <w:r w:rsidRPr="00454E5C">
            <w:rPr>
              <w:rStyle w:val="Tekstvantijdelijkeaanduiding"/>
              <w:lang w:val="nl-NL"/>
            </w:rPr>
            <w:t>Uw antwoord</w:t>
          </w:r>
        </w:p>
      </w:docPartBody>
    </w:docPart>
    <w:docPart>
      <w:docPartPr>
        <w:name w:val="CE940B0935474D6C9D95EBE5E550B4F5"/>
        <w:category>
          <w:name w:val="Algemeen"/>
          <w:gallery w:val="placeholder"/>
        </w:category>
        <w:types>
          <w:type w:val="bbPlcHdr"/>
        </w:types>
        <w:behaviors>
          <w:behavior w:val="content"/>
        </w:behaviors>
        <w:guid w:val="{6C479D3B-DD21-4A2C-88F4-EEF027172DC7}"/>
      </w:docPartPr>
      <w:docPartBody>
        <w:p w:rsidR="00000000" w:rsidRDefault="00591407" w:rsidP="00591407">
          <w:pPr>
            <w:pStyle w:val="CE940B0935474D6C9D95EBE5E550B4F51"/>
          </w:pPr>
          <w:r w:rsidRPr="00454E5C">
            <w:rPr>
              <w:rStyle w:val="Tekstvantijdelijkeaanduiding"/>
              <w:lang w:val="nl-NL"/>
            </w:rPr>
            <w:t>Uw antwoord</w:t>
          </w:r>
        </w:p>
      </w:docPartBody>
    </w:docPart>
    <w:docPart>
      <w:docPartPr>
        <w:name w:val="66C94E85984543D1957FBBC12E5F4664"/>
        <w:category>
          <w:name w:val="Algemeen"/>
          <w:gallery w:val="placeholder"/>
        </w:category>
        <w:types>
          <w:type w:val="bbPlcHdr"/>
        </w:types>
        <w:behaviors>
          <w:behavior w:val="content"/>
        </w:behaviors>
        <w:guid w:val="{B0B335BF-0769-477B-8CDB-FBB324D1AF5E}"/>
      </w:docPartPr>
      <w:docPartBody>
        <w:p w:rsidR="00000000" w:rsidRDefault="00591407" w:rsidP="00591407">
          <w:pPr>
            <w:pStyle w:val="66C94E85984543D1957FBBC12E5F46641"/>
          </w:pPr>
          <w:r w:rsidRPr="00454E5C">
            <w:rPr>
              <w:rStyle w:val="Tekstvantijdelijkeaanduiding"/>
              <w:lang w:val="nl-NL"/>
            </w:rPr>
            <w:t>Uw antwoord</w:t>
          </w:r>
        </w:p>
      </w:docPartBody>
    </w:docPart>
    <w:docPart>
      <w:docPartPr>
        <w:name w:val="CE4A925CBD32439F9AEDE8B1A29A4F01"/>
        <w:category>
          <w:name w:val="Algemeen"/>
          <w:gallery w:val="placeholder"/>
        </w:category>
        <w:types>
          <w:type w:val="bbPlcHdr"/>
        </w:types>
        <w:behaviors>
          <w:behavior w:val="content"/>
        </w:behaviors>
        <w:guid w:val="{AF25AB15-30CE-4CCD-A904-394F318C21A6}"/>
      </w:docPartPr>
      <w:docPartBody>
        <w:p w:rsidR="00000000" w:rsidRDefault="00591407" w:rsidP="00591407">
          <w:pPr>
            <w:pStyle w:val="CE4A925CBD32439F9AEDE8B1A29A4F011"/>
          </w:pPr>
          <w:r w:rsidRPr="00454E5C">
            <w:rPr>
              <w:rStyle w:val="Tekstvantijdelijkeaanduiding"/>
              <w:lang w:val="nl-NL"/>
            </w:rPr>
            <w:t>Uw antwoord</w:t>
          </w:r>
        </w:p>
      </w:docPartBody>
    </w:docPart>
    <w:docPart>
      <w:docPartPr>
        <w:name w:val="7DC7EE7A37D540359289D9AA5A01B227"/>
        <w:category>
          <w:name w:val="Algemeen"/>
          <w:gallery w:val="placeholder"/>
        </w:category>
        <w:types>
          <w:type w:val="bbPlcHdr"/>
        </w:types>
        <w:behaviors>
          <w:behavior w:val="content"/>
        </w:behaviors>
        <w:guid w:val="{0837C6A0-3656-4BE9-88FE-F3423CFEED69}"/>
      </w:docPartPr>
      <w:docPartBody>
        <w:p w:rsidR="00000000" w:rsidRDefault="00591407" w:rsidP="00591407">
          <w:pPr>
            <w:pStyle w:val="7DC7EE7A37D540359289D9AA5A01B2271"/>
          </w:pPr>
          <w:r w:rsidRPr="00454E5C">
            <w:rPr>
              <w:rStyle w:val="Tekstvantijdelijkeaanduiding"/>
              <w:lang w:val="nl-NL"/>
            </w:rPr>
            <w:t>Uw antwoord</w:t>
          </w:r>
        </w:p>
      </w:docPartBody>
    </w:docPart>
    <w:docPart>
      <w:docPartPr>
        <w:name w:val="58785DF88FEB4426B0BA9003AEA6FD47"/>
        <w:category>
          <w:name w:val="Algemeen"/>
          <w:gallery w:val="placeholder"/>
        </w:category>
        <w:types>
          <w:type w:val="bbPlcHdr"/>
        </w:types>
        <w:behaviors>
          <w:behavior w:val="content"/>
        </w:behaviors>
        <w:guid w:val="{9FC4B490-4FBE-4CB5-95EB-1D678B330F20}"/>
      </w:docPartPr>
      <w:docPartBody>
        <w:p w:rsidR="00000000" w:rsidRDefault="00591407" w:rsidP="00591407">
          <w:pPr>
            <w:pStyle w:val="58785DF88FEB4426B0BA9003AEA6FD471"/>
          </w:pPr>
          <w:r w:rsidRPr="00454E5C">
            <w:rPr>
              <w:rStyle w:val="Tekstvantijdelijkeaanduiding"/>
              <w:lang w:val="nl-NL"/>
            </w:rPr>
            <w:t>Uw antwoord</w:t>
          </w:r>
        </w:p>
      </w:docPartBody>
    </w:docPart>
    <w:docPart>
      <w:docPartPr>
        <w:name w:val="28AD683A95514A0A940BA39F2E1B0996"/>
        <w:category>
          <w:name w:val="Algemeen"/>
          <w:gallery w:val="placeholder"/>
        </w:category>
        <w:types>
          <w:type w:val="bbPlcHdr"/>
        </w:types>
        <w:behaviors>
          <w:behavior w:val="content"/>
        </w:behaviors>
        <w:guid w:val="{AA1430A8-77AE-4DF0-97D2-2CDADC15B4A7}"/>
      </w:docPartPr>
      <w:docPartBody>
        <w:p w:rsidR="00000000" w:rsidRDefault="00591407" w:rsidP="00591407">
          <w:pPr>
            <w:pStyle w:val="28AD683A95514A0A940BA39F2E1B09961"/>
          </w:pPr>
          <w:r w:rsidRPr="00454E5C">
            <w:rPr>
              <w:rStyle w:val="Tekstvantijdelijkeaanduiding"/>
              <w:lang w:val="nl-NL"/>
            </w:rPr>
            <w:t>Uw antwoord</w:t>
          </w:r>
        </w:p>
      </w:docPartBody>
    </w:docPart>
    <w:docPart>
      <w:docPartPr>
        <w:name w:val="CD5BA55E6D3A4DAE8F7A9B4B454B267C"/>
        <w:category>
          <w:name w:val="Algemeen"/>
          <w:gallery w:val="placeholder"/>
        </w:category>
        <w:types>
          <w:type w:val="bbPlcHdr"/>
        </w:types>
        <w:behaviors>
          <w:behavior w:val="content"/>
        </w:behaviors>
        <w:guid w:val="{3D9DD809-6562-4F1E-9675-700FE26CBC83}"/>
      </w:docPartPr>
      <w:docPartBody>
        <w:p w:rsidR="00000000" w:rsidRDefault="00591407" w:rsidP="00591407">
          <w:pPr>
            <w:pStyle w:val="CD5BA55E6D3A4DAE8F7A9B4B454B267C1"/>
          </w:pPr>
          <w:r w:rsidRPr="00454E5C">
            <w:rPr>
              <w:rStyle w:val="Tekstvantijdelijkeaanduiding"/>
              <w:lang w:val="nl-NL"/>
            </w:rPr>
            <w:t>Uw antwoord</w:t>
          </w:r>
        </w:p>
      </w:docPartBody>
    </w:docPart>
    <w:docPart>
      <w:docPartPr>
        <w:name w:val="974F96B84EB14BBC99BC5B71EEFFDE58"/>
        <w:category>
          <w:name w:val="Algemeen"/>
          <w:gallery w:val="placeholder"/>
        </w:category>
        <w:types>
          <w:type w:val="bbPlcHdr"/>
        </w:types>
        <w:behaviors>
          <w:behavior w:val="content"/>
        </w:behaviors>
        <w:guid w:val="{7448160B-6FA8-48BC-996A-94AAA31F3F13}"/>
      </w:docPartPr>
      <w:docPartBody>
        <w:p w:rsidR="00000000" w:rsidRDefault="00591407" w:rsidP="00591407">
          <w:pPr>
            <w:pStyle w:val="974F96B84EB14BBC99BC5B71EEFFDE581"/>
          </w:pPr>
          <w:r w:rsidRPr="00454E5C">
            <w:rPr>
              <w:rStyle w:val="Tekstvantijdelijkeaanduiding"/>
              <w:lang w:val="nl-NL"/>
            </w:rPr>
            <w:t>Uw antwoord</w:t>
          </w:r>
        </w:p>
      </w:docPartBody>
    </w:docPart>
    <w:docPart>
      <w:docPartPr>
        <w:name w:val="A30CB40163FA44988813946F07B0FE78"/>
        <w:category>
          <w:name w:val="Algemeen"/>
          <w:gallery w:val="placeholder"/>
        </w:category>
        <w:types>
          <w:type w:val="bbPlcHdr"/>
        </w:types>
        <w:behaviors>
          <w:behavior w:val="content"/>
        </w:behaviors>
        <w:guid w:val="{63189411-E9B3-41FB-8EF7-DF535D2CC2E5}"/>
      </w:docPartPr>
      <w:docPartBody>
        <w:p w:rsidR="00000000" w:rsidRDefault="00591407" w:rsidP="00591407">
          <w:pPr>
            <w:pStyle w:val="A30CB40163FA44988813946F07B0FE781"/>
          </w:pPr>
          <w:r w:rsidRPr="00454E5C">
            <w:rPr>
              <w:rStyle w:val="Tekstvantijdelijkeaanduiding"/>
              <w:lang w:val="nl-NL"/>
            </w:rPr>
            <w:t>Uw antwoord</w:t>
          </w:r>
        </w:p>
      </w:docPartBody>
    </w:docPart>
    <w:docPart>
      <w:docPartPr>
        <w:name w:val="CD7532FB797B41C9A01D0BA4F17271E0"/>
        <w:category>
          <w:name w:val="Algemeen"/>
          <w:gallery w:val="placeholder"/>
        </w:category>
        <w:types>
          <w:type w:val="bbPlcHdr"/>
        </w:types>
        <w:behaviors>
          <w:behavior w:val="content"/>
        </w:behaviors>
        <w:guid w:val="{4491C50A-459C-49DB-8FE6-9C27E5F320F7}"/>
      </w:docPartPr>
      <w:docPartBody>
        <w:p w:rsidR="00000000" w:rsidRDefault="00591407" w:rsidP="00591407">
          <w:pPr>
            <w:pStyle w:val="CD7532FB797B41C9A01D0BA4F17271E01"/>
          </w:pPr>
          <w:r w:rsidRPr="00454E5C">
            <w:rPr>
              <w:rStyle w:val="Tekstvantijdelijkeaanduiding"/>
              <w:lang w:val="nl-NL"/>
            </w:rPr>
            <w:t>Uw antwoord</w:t>
          </w:r>
        </w:p>
      </w:docPartBody>
    </w:docPart>
    <w:docPart>
      <w:docPartPr>
        <w:name w:val="001722D3299848E3913077237C3EDD31"/>
        <w:category>
          <w:name w:val="Algemeen"/>
          <w:gallery w:val="placeholder"/>
        </w:category>
        <w:types>
          <w:type w:val="bbPlcHdr"/>
        </w:types>
        <w:behaviors>
          <w:behavior w:val="content"/>
        </w:behaviors>
        <w:guid w:val="{81CFC1AB-0D72-4BC8-A0C2-82A3511375A2}"/>
      </w:docPartPr>
      <w:docPartBody>
        <w:p w:rsidR="00000000" w:rsidRDefault="00591407" w:rsidP="00591407">
          <w:pPr>
            <w:pStyle w:val="001722D3299848E3913077237C3EDD311"/>
          </w:pPr>
          <w:r w:rsidRPr="00454E5C">
            <w:rPr>
              <w:rStyle w:val="Tekstvantijdelijkeaanduiding"/>
              <w:lang w:val="nl-NL"/>
            </w:rPr>
            <w:t>Uw antwoord</w:t>
          </w:r>
        </w:p>
      </w:docPartBody>
    </w:docPart>
    <w:docPart>
      <w:docPartPr>
        <w:name w:val="1E3E3E55F1674ABAB609562971BFD56E"/>
        <w:category>
          <w:name w:val="Algemeen"/>
          <w:gallery w:val="placeholder"/>
        </w:category>
        <w:types>
          <w:type w:val="bbPlcHdr"/>
        </w:types>
        <w:behaviors>
          <w:behavior w:val="content"/>
        </w:behaviors>
        <w:guid w:val="{F7F13098-AD66-45B5-B658-127493F09ABB}"/>
      </w:docPartPr>
      <w:docPartBody>
        <w:p w:rsidR="00000000" w:rsidRDefault="00591407" w:rsidP="00591407">
          <w:pPr>
            <w:pStyle w:val="1E3E3E55F1674ABAB609562971BFD56E1"/>
          </w:pPr>
          <w:r w:rsidRPr="00454E5C">
            <w:rPr>
              <w:rStyle w:val="Tekstvantijdelijkeaanduiding"/>
              <w:lang w:val="nl-NL"/>
            </w:rPr>
            <w:t>Uw antwoord</w:t>
          </w:r>
        </w:p>
      </w:docPartBody>
    </w:docPart>
    <w:docPart>
      <w:docPartPr>
        <w:name w:val="E56BCF0302F740B5BD64798CCDD73E81"/>
        <w:category>
          <w:name w:val="Algemeen"/>
          <w:gallery w:val="placeholder"/>
        </w:category>
        <w:types>
          <w:type w:val="bbPlcHdr"/>
        </w:types>
        <w:behaviors>
          <w:behavior w:val="content"/>
        </w:behaviors>
        <w:guid w:val="{10B1D143-428E-4E16-8D2A-CFFE79CA0DC6}"/>
      </w:docPartPr>
      <w:docPartBody>
        <w:p w:rsidR="00000000" w:rsidRDefault="00591407" w:rsidP="00591407">
          <w:pPr>
            <w:pStyle w:val="E56BCF0302F740B5BD64798CCDD73E811"/>
          </w:pPr>
          <w:r w:rsidRPr="00454E5C">
            <w:rPr>
              <w:rStyle w:val="Tekstvantijdelijkeaanduiding"/>
              <w:lang w:val="nl-NL"/>
            </w:rPr>
            <w:t>Uw antwoord</w:t>
          </w:r>
        </w:p>
      </w:docPartBody>
    </w:docPart>
    <w:docPart>
      <w:docPartPr>
        <w:name w:val="7B6C0B071ACA4ABAAA4140E7FCA7D2E2"/>
        <w:category>
          <w:name w:val="Algemeen"/>
          <w:gallery w:val="placeholder"/>
        </w:category>
        <w:types>
          <w:type w:val="bbPlcHdr"/>
        </w:types>
        <w:behaviors>
          <w:behavior w:val="content"/>
        </w:behaviors>
        <w:guid w:val="{F4276008-3FC3-4A14-AB62-5465CF2CA976}"/>
      </w:docPartPr>
      <w:docPartBody>
        <w:p w:rsidR="00000000" w:rsidRDefault="00591407" w:rsidP="00591407">
          <w:pPr>
            <w:pStyle w:val="7B6C0B071ACA4ABAAA4140E7FCA7D2E21"/>
          </w:pPr>
          <w:r w:rsidRPr="00454E5C">
            <w:rPr>
              <w:rStyle w:val="Tekstvantijdelijkeaanduiding"/>
              <w:lang w:val="nl-NL"/>
            </w:rPr>
            <w:t>Uw antwoord</w:t>
          </w:r>
        </w:p>
      </w:docPartBody>
    </w:docPart>
    <w:docPart>
      <w:docPartPr>
        <w:name w:val="F9EDC8783E9F4A0488D97E3D6707ADF3"/>
        <w:category>
          <w:name w:val="Algemeen"/>
          <w:gallery w:val="placeholder"/>
        </w:category>
        <w:types>
          <w:type w:val="bbPlcHdr"/>
        </w:types>
        <w:behaviors>
          <w:behavior w:val="content"/>
        </w:behaviors>
        <w:guid w:val="{B0E50EB8-7F9A-4CF0-9DB3-7538BAEDB09D}"/>
      </w:docPartPr>
      <w:docPartBody>
        <w:p w:rsidR="00000000" w:rsidRDefault="00591407" w:rsidP="00591407">
          <w:pPr>
            <w:pStyle w:val="F9EDC8783E9F4A0488D97E3D6707ADF31"/>
          </w:pPr>
          <w:r w:rsidRPr="00454E5C">
            <w:rPr>
              <w:rStyle w:val="Tekstvantijdelijkeaanduiding"/>
              <w:lang w:val="nl-NL"/>
            </w:rPr>
            <w:t>Uw antwoord</w:t>
          </w:r>
        </w:p>
      </w:docPartBody>
    </w:docPart>
    <w:docPart>
      <w:docPartPr>
        <w:name w:val="EEDA5E44346641F0A66270F1B3734D0F"/>
        <w:category>
          <w:name w:val="Algemeen"/>
          <w:gallery w:val="placeholder"/>
        </w:category>
        <w:types>
          <w:type w:val="bbPlcHdr"/>
        </w:types>
        <w:behaviors>
          <w:behavior w:val="content"/>
        </w:behaviors>
        <w:guid w:val="{707533AF-96EA-4868-BA27-28208B217092}"/>
      </w:docPartPr>
      <w:docPartBody>
        <w:p w:rsidR="00000000" w:rsidRDefault="00591407" w:rsidP="00591407">
          <w:pPr>
            <w:pStyle w:val="EEDA5E44346641F0A66270F1B3734D0F1"/>
          </w:pPr>
          <w:r w:rsidRPr="00454E5C">
            <w:rPr>
              <w:rStyle w:val="Tekstvantijdelijkeaanduiding"/>
              <w:lang w:val="nl-NL"/>
            </w:rPr>
            <w:t>Uw antwoord</w:t>
          </w:r>
        </w:p>
      </w:docPartBody>
    </w:docPart>
    <w:docPart>
      <w:docPartPr>
        <w:name w:val="9C012D277A234CFE8815C431232D5B0D"/>
        <w:category>
          <w:name w:val="Algemeen"/>
          <w:gallery w:val="placeholder"/>
        </w:category>
        <w:types>
          <w:type w:val="bbPlcHdr"/>
        </w:types>
        <w:behaviors>
          <w:behavior w:val="content"/>
        </w:behaviors>
        <w:guid w:val="{92F4A5AE-B1C9-42C7-8F60-4AE037446555}"/>
      </w:docPartPr>
      <w:docPartBody>
        <w:p w:rsidR="00000000" w:rsidRDefault="00591407" w:rsidP="00591407">
          <w:pPr>
            <w:pStyle w:val="9C012D277A234CFE8815C431232D5B0D1"/>
          </w:pPr>
          <w:r w:rsidRPr="00454E5C">
            <w:rPr>
              <w:rStyle w:val="Tekstvantijdelijkeaanduiding"/>
              <w:lang w:val="nl-NL"/>
            </w:rPr>
            <w:t>Uw antwoord</w:t>
          </w:r>
        </w:p>
      </w:docPartBody>
    </w:docPart>
    <w:docPart>
      <w:docPartPr>
        <w:name w:val="6BE205486A6C48189976EE56D355310D"/>
        <w:category>
          <w:name w:val="Algemeen"/>
          <w:gallery w:val="placeholder"/>
        </w:category>
        <w:types>
          <w:type w:val="bbPlcHdr"/>
        </w:types>
        <w:behaviors>
          <w:behavior w:val="content"/>
        </w:behaviors>
        <w:guid w:val="{77233D48-A563-4CC2-97C1-B4F64E403021}"/>
      </w:docPartPr>
      <w:docPartBody>
        <w:p w:rsidR="00000000" w:rsidRDefault="00591407" w:rsidP="00591407">
          <w:pPr>
            <w:pStyle w:val="6BE205486A6C48189976EE56D355310D1"/>
          </w:pPr>
          <w:r w:rsidRPr="00454E5C">
            <w:rPr>
              <w:rStyle w:val="Tekstvantijdelijkeaanduiding"/>
              <w:lang w:val="nl-NL"/>
            </w:rPr>
            <w:t>Uw antwoord</w:t>
          </w:r>
        </w:p>
      </w:docPartBody>
    </w:docPart>
    <w:docPart>
      <w:docPartPr>
        <w:name w:val="8A22AFE372FF471DB89700DF6FB5B8B5"/>
        <w:category>
          <w:name w:val="Algemeen"/>
          <w:gallery w:val="placeholder"/>
        </w:category>
        <w:types>
          <w:type w:val="bbPlcHdr"/>
        </w:types>
        <w:behaviors>
          <w:behavior w:val="content"/>
        </w:behaviors>
        <w:guid w:val="{071ACF06-0833-409C-A543-229F685B1534}"/>
      </w:docPartPr>
      <w:docPartBody>
        <w:p w:rsidR="00000000" w:rsidRDefault="00591407" w:rsidP="00591407">
          <w:pPr>
            <w:pStyle w:val="8A22AFE372FF471DB89700DF6FB5B8B51"/>
          </w:pPr>
          <w:r w:rsidRPr="00454E5C">
            <w:rPr>
              <w:rStyle w:val="Tekstvantijdelijkeaanduiding"/>
              <w:lang w:val="nl-NL"/>
            </w:rPr>
            <w:t>Uw antwoord</w:t>
          </w:r>
        </w:p>
      </w:docPartBody>
    </w:docPart>
    <w:docPart>
      <w:docPartPr>
        <w:name w:val="91ECD997A92C4AD8B06BD1B85BFE0588"/>
        <w:category>
          <w:name w:val="Algemeen"/>
          <w:gallery w:val="placeholder"/>
        </w:category>
        <w:types>
          <w:type w:val="bbPlcHdr"/>
        </w:types>
        <w:behaviors>
          <w:behavior w:val="content"/>
        </w:behaviors>
        <w:guid w:val="{0A330050-B6F6-46ED-8190-E380FA91F52F}"/>
      </w:docPartPr>
      <w:docPartBody>
        <w:p w:rsidR="00000000" w:rsidRDefault="00591407" w:rsidP="00591407">
          <w:pPr>
            <w:pStyle w:val="91ECD997A92C4AD8B06BD1B85BFE05881"/>
          </w:pPr>
          <w:r w:rsidRPr="00454E5C">
            <w:rPr>
              <w:rStyle w:val="Tekstvantijdelijkeaanduiding"/>
              <w:lang w:val="nl-NL"/>
            </w:rPr>
            <w:t>Uw antwoord</w:t>
          </w:r>
        </w:p>
      </w:docPartBody>
    </w:docPart>
    <w:docPart>
      <w:docPartPr>
        <w:name w:val="DF7FA644F5084BF1A4EEE5B20E184A25"/>
        <w:category>
          <w:name w:val="Algemeen"/>
          <w:gallery w:val="placeholder"/>
        </w:category>
        <w:types>
          <w:type w:val="bbPlcHdr"/>
        </w:types>
        <w:behaviors>
          <w:behavior w:val="content"/>
        </w:behaviors>
        <w:guid w:val="{FD621102-1CFB-403D-AD42-0426553A73E1}"/>
      </w:docPartPr>
      <w:docPartBody>
        <w:p w:rsidR="00000000" w:rsidRDefault="00591407" w:rsidP="00591407">
          <w:pPr>
            <w:pStyle w:val="DF7FA644F5084BF1A4EEE5B20E184A251"/>
          </w:pPr>
          <w:r w:rsidRPr="00454E5C">
            <w:rPr>
              <w:rStyle w:val="Tekstvantijdelijkeaanduiding"/>
              <w:lang w:val="nl-NL"/>
            </w:rPr>
            <w:t>Uw antwoord</w:t>
          </w:r>
        </w:p>
      </w:docPartBody>
    </w:docPart>
    <w:docPart>
      <w:docPartPr>
        <w:name w:val="131C09F8F89949C1B0D3AAA81DA3FDE4"/>
        <w:category>
          <w:name w:val="Algemeen"/>
          <w:gallery w:val="placeholder"/>
        </w:category>
        <w:types>
          <w:type w:val="bbPlcHdr"/>
        </w:types>
        <w:behaviors>
          <w:behavior w:val="content"/>
        </w:behaviors>
        <w:guid w:val="{3D0EAA8D-31E2-4CE5-B4B3-81E73A2C724B}"/>
      </w:docPartPr>
      <w:docPartBody>
        <w:p w:rsidR="00000000" w:rsidRDefault="00591407" w:rsidP="00591407">
          <w:pPr>
            <w:pStyle w:val="131C09F8F89949C1B0D3AAA81DA3FDE41"/>
          </w:pPr>
          <w:r w:rsidRPr="00454E5C">
            <w:rPr>
              <w:rStyle w:val="Tekstvantijdelijkeaanduiding"/>
              <w:lang w:val="nl-NL"/>
            </w:rPr>
            <w:t>Uw antwoord</w:t>
          </w:r>
        </w:p>
      </w:docPartBody>
    </w:docPart>
    <w:docPart>
      <w:docPartPr>
        <w:name w:val="3CBCB55C359D44EBA5F75A608F24B01A"/>
        <w:category>
          <w:name w:val="Algemeen"/>
          <w:gallery w:val="placeholder"/>
        </w:category>
        <w:types>
          <w:type w:val="bbPlcHdr"/>
        </w:types>
        <w:behaviors>
          <w:behavior w:val="content"/>
        </w:behaviors>
        <w:guid w:val="{9EC38833-1B3A-4090-B5AF-FD47C26D115D}"/>
      </w:docPartPr>
      <w:docPartBody>
        <w:p w:rsidR="00000000" w:rsidRDefault="00591407" w:rsidP="00591407">
          <w:pPr>
            <w:pStyle w:val="3CBCB55C359D44EBA5F75A608F24B01A1"/>
          </w:pPr>
          <w:r w:rsidRPr="00454E5C">
            <w:rPr>
              <w:rStyle w:val="Tekstvantijdelijkeaanduiding"/>
              <w:lang w:val="nl-NL"/>
            </w:rPr>
            <w:t>Uw antwoord</w:t>
          </w:r>
        </w:p>
      </w:docPartBody>
    </w:docPart>
    <w:docPart>
      <w:docPartPr>
        <w:name w:val="7A5C2797FC294FA68100840CC24A557B"/>
        <w:category>
          <w:name w:val="Algemeen"/>
          <w:gallery w:val="placeholder"/>
        </w:category>
        <w:types>
          <w:type w:val="bbPlcHdr"/>
        </w:types>
        <w:behaviors>
          <w:behavior w:val="content"/>
        </w:behaviors>
        <w:guid w:val="{669B842B-078C-486A-900C-D72EE2459B84}"/>
      </w:docPartPr>
      <w:docPartBody>
        <w:p w:rsidR="00000000" w:rsidRDefault="00591407" w:rsidP="00591407">
          <w:pPr>
            <w:pStyle w:val="7A5C2797FC294FA68100840CC24A557B1"/>
          </w:pPr>
          <w:r w:rsidRPr="00454E5C">
            <w:rPr>
              <w:rStyle w:val="Tekstvantijdelijkeaanduiding"/>
              <w:lang w:val="nl-NL"/>
            </w:rPr>
            <w:t>Uw antwoord</w:t>
          </w:r>
        </w:p>
      </w:docPartBody>
    </w:docPart>
    <w:docPart>
      <w:docPartPr>
        <w:name w:val="9745310CC3E44D0FB628F35FBB8723F6"/>
        <w:category>
          <w:name w:val="Algemeen"/>
          <w:gallery w:val="placeholder"/>
        </w:category>
        <w:types>
          <w:type w:val="bbPlcHdr"/>
        </w:types>
        <w:behaviors>
          <w:behavior w:val="content"/>
        </w:behaviors>
        <w:guid w:val="{8720D765-A198-402A-A30C-3AEA4EA26497}"/>
      </w:docPartPr>
      <w:docPartBody>
        <w:p w:rsidR="00000000" w:rsidRDefault="00591407" w:rsidP="00591407">
          <w:pPr>
            <w:pStyle w:val="9745310CC3E44D0FB628F35FBB8723F61"/>
          </w:pPr>
          <w:r w:rsidRPr="00454E5C">
            <w:rPr>
              <w:rStyle w:val="Tekstvantijdelijkeaanduiding"/>
              <w:lang w:val="nl-NL"/>
            </w:rPr>
            <w:t>Uw antwoord</w:t>
          </w:r>
        </w:p>
      </w:docPartBody>
    </w:docPart>
    <w:docPart>
      <w:docPartPr>
        <w:name w:val="28D49EBCB03E438A8F61B6DB80541C29"/>
        <w:category>
          <w:name w:val="Algemeen"/>
          <w:gallery w:val="placeholder"/>
        </w:category>
        <w:types>
          <w:type w:val="bbPlcHdr"/>
        </w:types>
        <w:behaviors>
          <w:behavior w:val="content"/>
        </w:behaviors>
        <w:guid w:val="{9B8A8885-00EC-440D-8147-7CF41433BEB3}"/>
      </w:docPartPr>
      <w:docPartBody>
        <w:p w:rsidR="00000000" w:rsidRDefault="00591407" w:rsidP="00591407">
          <w:pPr>
            <w:pStyle w:val="28D49EBCB03E438A8F61B6DB80541C291"/>
          </w:pPr>
          <w:r w:rsidRPr="00454E5C">
            <w:rPr>
              <w:rStyle w:val="Tekstvantijdelijkeaanduiding"/>
              <w:lang w:val="nl-NL"/>
            </w:rPr>
            <w:t>Uw antwoord</w:t>
          </w:r>
        </w:p>
      </w:docPartBody>
    </w:docPart>
    <w:docPart>
      <w:docPartPr>
        <w:name w:val="DAFFA931FB224FBF82416413BD54C8EF"/>
        <w:category>
          <w:name w:val="Algemeen"/>
          <w:gallery w:val="placeholder"/>
        </w:category>
        <w:types>
          <w:type w:val="bbPlcHdr"/>
        </w:types>
        <w:behaviors>
          <w:behavior w:val="content"/>
        </w:behaviors>
        <w:guid w:val="{BDD3FFF7-18FE-4B82-8AFC-4ED287A94B4A}"/>
      </w:docPartPr>
      <w:docPartBody>
        <w:p w:rsidR="00000000" w:rsidRDefault="00591407" w:rsidP="00591407">
          <w:pPr>
            <w:pStyle w:val="DAFFA931FB224FBF82416413BD54C8EF1"/>
          </w:pPr>
          <w:r w:rsidRPr="00454E5C">
            <w:rPr>
              <w:rStyle w:val="Tekstvantijdelijkeaanduiding"/>
              <w:lang w:val="nl-NL"/>
            </w:rPr>
            <w:t>Uw antwoord</w:t>
          </w:r>
        </w:p>
      </w:docPartBody>
    </w:docPart>
    <w:docPart>
      <w:docPartPr>
        <w:name w:val="BB0C2F307E8A4A5BB9F78C7C1613F5B6"/>
        <w:category>
          <w:name w:val="Algemeen"/>
          <w:gallery w:val="placeholder"/>
        </w:category>
        <w:types>
          <w:type w:val="bbPlcHdr"/>
        </w:types>
        <w:behaviors>
          <w:behavior w:val="content"/>
        </w:behaviors>
        <w:guid w:val="{39B84B4F-7ABC-4FD4-A267-9F373430063D}"/>
      </w:docPartPr>
      <w:docPartBody>
        <w:p w:rsidR="00000000" w:rsidRDefault="00591407" w:rsidP="00591407">
          <w:pPr>
            <w:pStyle w:val="BB0C2F307E8A4A5BB9F78C7C1613F5B61"/>
          </w:pPr>
          <w:r w:rsidRPr="00454E5C">
            <w:rPr>
              <w:rStyle w:val="Tekstvantijdelijkeaanduiding"/>
              <w:lang w:val="nl-NL"/>
            </w:rPr>
            <w:t>Uw antwoord</w:t>
          </w:r>
        </w:p>
      </w:docPartBody>
    </w:docPart>
    <w:docPart>
      <w:docPartPr>
        <w:name w:val="306DD1191F4A4323A1DF27B75852EE6F"/>
        <w:category>
          <w:name w:val="Algemeen"/>
          <w:gallery w:val="placeholder"/>
        </w:category>
        <w:types>
          <w:type w:val="bbPlcHdr"/>
        </w:types>
        <w:behaviors>
          <w:behavior w:val="content"/>
        </w:behaviors>
        <w:guid w:val="{852C0B33-9A3A-40EF-AF62-8198D4D91FB7}"/>
      </w:docPartPr>
      <w:docPartBody>
        <w:p w:rsidR="00000000" w:rsidRDefault="00591407" w:rsidP="00591407">
          <w:pPr>
            <w:pStyle w:val="306DD1191F4A4323A1DF27B75852EE6F1"/>
          </w:pPr>
          <w:r w:rsidRPr="00454E5C">
            <w:rPr>
              <w:rStyle w:val="Tekstvantijdelijkeaanduiding"/>
              <w:lang w:val="nl-NL"/>
            </w:rPr>
            <w:t>Uw antwoord</w:t>
          </w:r>
        </w:p>
      </w:docPartBody>
    </w:docPart>
    <w:docPart>
      <w:docPartPr>
        <w:name w:val="14D883C373614DD1A2BCB7AFAC084BF3"/>
        <w:category>
          <w:name w:val="Algemeen"/>
          <w:gallery w:val="placeholder"/>
        </w:category>
        <w:types>
          <w:type w:val="bbPlcHdr"/>
        </w:types>
        <w:behaviors>
          <w:behavior w:val="content"/>
        </w:behaviors>
        <w:guid w:val="{DEB0D85E-678C-4E1D-B756-F93C5A858687}"/>
      </w:docPartPr>
      <w:docPartBody>
        <w:p w:rsidR="00000000" w:rsidRDefault="00591407" w:rsidP="00591407">
          <w:pPr>
            <w:pStyle w:val="14D883C373614DD1A2BCB7AFAC084BF31"/>
          </w:pPr>
          <w:r>
            <w:rPr>
              <w:rStyle w:val="Tekstvantijdelijkeaanduiding"/>
              <w:lang w:val="nl-NL"/>
            </w:rPr>
            <w:t>Uw antwoord</w:t>
          </w:r>
        </w:p>
      </w:docPartBody>
    </w:docPart>
    <w:docPart>
      <w:docPartPr>
        <w:name w:val="64965ABC48C34C919F109977C9B99956"/>
        <w:category>
          <w:name w:val="Algemeen"/>
          <w:gallery w:val="placeholder"/>
        </w:category>
        <w:types>
          <w:type w:val="bbPlcHdr"/>
        </w:types>
        <w:behaviors>
          <w:behavior w:val="content"/>
        </w:behaviors>
        <w:guid w:val="{0FFC0D29-47BB-4542-9CA9-04E30B93792D}"/>
      </w:docPartPr>
      <w:docPartBody>
        <w:p w:rsidR="00000000" w:rsidRDefault="00591407" w:rsidP="00591407">
          <w:pPr>
            <w:pStyle w:val="64965ABC48C34C919F109977C9B999561"/>
          </w:pPr>
          <w:r>
            <w:rPr>
              <w:rStyle w:val="Tekstvantijdelijkeaanduiding"/>
              <w:lang w:val="nl-NL"/>
            </w:rPr>
            <w:t>Uw antwoord</w:t>
          </w:r>
        </w:p>
      </w:docPartBody>
    </w:docPart>
    <w:docPart>
      <w:docPartPr>
        <w:name w:val="EC21CEE29BD648DA8A92C2D8869E14C4"/>
        <w:category>
          <w:name w:val="Algemeen"/>
          <w:gallery w:val="placeholder"/>
        </w:category>
        <w:types>
          <w:type w:val="bbPlcHdr"/>
        </w:types>
        <w:behaviors>
          <w:behavior w:val="content"/>
        </w:behaviors>
        <w:guid w:val="{F85F374B-4D76-4A65-A1ED-FB21C464CE97}"/>
      </w:docPartPr>
      <w:docPartBody>
        <w:p w:rsidR="00000000" w:rsidRDefault="00591407" w:rsidP="00591407">
          <w:pPr>
            <w:pStyle w:val="EC21CEE29BD648DA8A92C2D8869E14C41"/>
          </w:pPr>
          <w:r>
            <w:rPr>
              <w:rStyle w:val="Tekstvantijdelijkeaanduiding"/>
              <w:lang w:val="nl-NL"/>
            </w:rPr>
            <w:t>Uw antwoord</w:t>
          </w:r>
        </w:p>
      </w:docPartBody>
    </w:docPart>
    <w:docPart>
      <w:docPartPr>
        <w:name w:val="3585E2AF5ADB492F9BFA63636114533B"/>
        <w:category>
          <w:name w:val="Algemeen"/>
          <w:gallery w:val="placeholder"/>
        </w:category>
        <w:types>
          <w:type w:val="bbPlcHdr"/>
        </w:types>
        <w:behaviors>
          <w:behavior w:val="content"/>
        </w:behaviors>
        <w:guid w:val="{78EF7636-FBAF-43D5-B2E4-BE66DEC8B629}"/>
      </w:docPartPr>
      <w:docPartBody>
        <w:p w:rsidR="00000000" w:rsidRDefault="00591407" w:rsidP="00591407">
          <w:pPr>
            <w:pStyle w:val="3585E2AF5ADB492F9BFA63636114533B"/>
          </w:pPr>
          <w:r>
            <w:rPr>
              <w:rStyle w:val="Tekstvantijdelijkeaanduiding"/>
              <w:lang w:val="nl-NL"/>
            </w:rPr>
            <w:t>Uw antwoord</w:t>
          </w:r>
        </w:p>
      </w:docPartBody>
    </w:docPart>
    <w:docPart>
      <w:docPartPr>
        <w:name w:val="7E3332A2A4D84227BA71FA0119C97646"/>
        <w:category>
          <w:name w:val="Algemeen"/>
          <w:gallery w:val="placeholder"/>
        </w:category>
        <w:types>
          <w:type w:val="bbPlcHdr"/>
        </w:types>
        <w:behaviors>
          <w:behavior w:val="content"/>
        </w:behaviors>
        <w:guid w:val="{D977131D-76BB-4439-8293-82F88B1E9924}"/>
      </w:docPartPr>
      <w:docPartBody>
        <w:p w:rsidR="00000000" w:rsidRDefault="00591407" w:rsidP="00591407">
          <w:pPr>
            <w:pStyle w:val="7E3332A2A4D84227BA71FA0119C97646"/>
          </w:pPr>
          <w:r>
            <w:rPr>
              <w:rStyle w:val="Tekstvantijdelijkeaanduiding"/>
            </w:rPr>
            <w:t>Uw antwoord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759"/>
    <w:rsid w:val="001266DA"/>
    <w:rsid w:val="00371759"/>
    <w:rsid w:val="0044382A"/>
    <w:rsid w:val="00591407"/>
    <w:rsid w:val="00E25E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91407"/>
    <w:rPr>
      <w:color w:val="666666"/>
    </w:rPr>
  </w:style>
  <w:style w:type="paragraph" w:customStyle="1" w:styleId="EBB770D38CC349CCA988FEBCD06C63A8">
    <w:name w:val="EBB770D38CC349CCA988FEBCD06C63A8"/>
    <w:rsid w:val="00591407"/>
  </w:style>
  <w:style w:type="paragraph" w:customStyle="1" w:styleId="9CC65293E3D8462399828C784721A9FF">
    <w:name w:val="9CC65293E3D8462399828C784721A9FF"/>
    <w:rsid w:val="00591407"/>
  </w:style>
  <w:style w:type="paragraph" w:customStyle="1" w:styleId="7BD94356F3D344F68E9AFCD0CA8B2738">
    <w:name w:val="7BD94356F3D344F68E9AFCD0CA8B2738"/>
    <w:rsid w:val="00591407"/>
  </w:style>
  <w:style w:type="paragraph" w:customStyle="1" w:styleId="C808562B75E44A1C92299B1491EF5F142">
    <w:name w:val="C808562B75E44A1C92299B1491EF5F142"/>
    <w:rsid w:val="00371759"/>
    <w:pPr>
      <w:spacing w:after="200" w:line="276" w:lineRule="auto"/>
    </w:pPr>
    <w:rPr>
      <w:kern w:val="0"/>
      <w:sz w:val="22"/>
      <w:szCs w:val="22"/>
      <w:lang w:val="en-US" w:eastAsia="en-US"/>
      <w14:ligatures w14:val="none"/>
    </w:rPr>
  </w:style>
  <w:style w:type="paragraph" w:customStyle="1" w:styleId="2B8C2089F983471CBADF1757790376E7">
    <w:name w:val="2B8C2089F983471CBADF1757790376E7"/>
    <w:rsid w:val="00371759"/>
  </w:style>
  <w:style w:type="paragraph" w:customStyle="1" w:styleId="E417246FE72C4D4FB8C552B754C4BF29">
    <w:name w:val="E417246FE72C4D4FB8C552B754C4BF29"/>
    <w:rsid w:val="00591407"/>
  </w:style>
  <w:style w:type="paragraph" w:customStyle="1" w:styleId="A8DF5F7511ED4B948C61E79B60745349">
    <w:name w:val="A8DF5F7511ED4B948C61E79B60745349"/>
    <w:rsid w:val="00591407"/>
  </w:style>
  <w:style w:type="paragraph" w:customStyle="1" w:styleId="399DA4F6A7A047979151537345E6622F">
    <w:name w:val="399DA4F6A7A047979151537345E6622F"/>
    <w:rsid w:val="00591407"/>
  </w:style>
  <w:style w:type="paragraph" w:customStyle="1" w:styleId="5E9CD23DF4E342BAAFD68A48EB71BC93">
    <w:name w:val="5E9CD23DF4E342BAAFD68A48EB71BC93"/>
    <w:rsid w:val="00591407"/>
  </w:style>
  <w:style w:type="paragraph" w:customStyle="1" w:styleId="2F50753D07DB471C8044B452A147F70A">
    <w:name w:val="2F50753D07DB471C8044B452A147F70A"/>
    <w:rsid w:val="00591407"/>
  </w:style>
  <w:style w:type="paragraph" w:customStyle="1" w:styleId="506B642845474F0998F2085F38EF4D97">
    <w:name w:val="506B642845474F0998F2085F38EF4D97"/>
    <w:rsid w:val="00591407"/>
  </w:style>
  <w:style w:type="paragraph" w:customStyle="1" w:styleId="A72E500FCD584D6B8219586FC1D9FEC2">
    <w:name w:val="A72E500FCD584D6B8219586FC1D9FEC2"/>
    <w:rsid w:val="00591407"/>
  </w:style>
  <w:style w:type="paragraph" w:customStyle="1" w:styleId="66096933E7B44F46B3FF8A88B0BEA6F9">
    <w:name w:val="66096933E7B44F46B3FF8A88B0BEA6F9"/>
    <w:rsid w:val="00591407"/>
  </w:style>
  <w:style w:type="paragraph" w:customStyle="1" w:styleId="45B1EEE23A3842C886411D8C60562912">
    <w:name w:val="45B1EEE23A3842C886411D8C60562912"/>
    <w:rsid w:val="00591407"/>
  </w:style>
  <w:style w:type="paragraph" w:customStyle="1" w:styleId="4CEE98042E8D4567AFA1F979D33A4817">
    <w:name w:val="4CEE98042E8D4567AFA1F979D33A4817"/>
    <w:rsid w:val="00591407"/>
  </w:style>
  <w:style w:type="paragraph" w:customStyle="1" w:styleId="1165722F6B0449E7AAE026217662A324">
    <w:name w:val="1165722F6B0449E7AAE026217662A324"/>
    <w:rsid w:val="00591407"/>
  </w:style>
  <w:style w:type="paragraph" w:customStyle="1" w:styleId="EE2809A4C7C84E34B09423202422A2FF">
    <w:name w:val="EE2809A4C7C84E34B09423202422A2FF"/>
    <w:rsid w:val="00591407"/>
  </w:style>
  <w:style w:type="paragraph" w:customStyle="1" w:styleId="0F29E701EE594B4D852B8DB85A6AE5A0">
    <w:name w:val="0F29E701EE594B4D852B8DB85A6AE5A0"/>
    <w:rsid w:val="00591407"/>
  </w:style>
  <w:style w:type="paragraph" w:customStyle="1" w:styleId="ABCD9052BCC247DD90C13B69B381B8B0">
    <w:name w:val="ABCD9052BCC247DD90C13B69B381B8B0"/>
    <w:rsid w:val="00591407"/>
  </w:style>
  <w:style w:type="paragraph" w:customStyle="1" w:styleId="F33592A928974786A442B793AA0F7DF6">
    <w:name w:val="F33592A928974786A442B793AA0F7DF6"/>
    <w:rsid w:val="00591407"/>
  </w:style>
  <w:style w:type="paragraph" w:customStyle="1" w:styleId="1CFA5F5A3BBC4BE6A8B3B81D5ED90D94">
    <w:name w:val="1CFA5F5A3BBC4BE6A8B3B81D5ED90D94"/>
    <w:rsid w:val="00591407"/>
  </w:style>
  <w:style w:type="paragraph" w:customStyle="1" w:styleId="44C04F5153BA4D2E8C928AFF9D43E8FC">
    <w:name w:val="44C04F5153BA4D2E8C928AFF9D43E8FC"/>
    <w:rsid w:val="00591407"/>
  </w:style>
  <w:style w:type="paragraph" w:customStyle="1" w:styleId="BBB2D3DFACFC445B93442DD2DE84773E">
    <w:name w:val="BBB2D3DFACFC445B93442DD2DE84773E"/>
    <w:rsid w:val="00591407"/>
  </w:style>
  <w:style w:type="paragraph" w:customStyle="1" w:styleId="778CD313C9F54C058E178F7BE0544D7E">
    <w:name w:val="778CD313C9F54C058E178F7BE0544D7E"/>
    <w:rsid w:val="00591407"/>
  </w:style>
  <w:style w:type="paragraph" w:customStyle="1" w:styleId="FFBB888E0C6F4A1C9AF89CF3B53733C7">
    <w:name w:val="FFBB888E0C6F4A1C9AF89CF3B53733C7"/>
    <w:rsid w:val="00591407"/>
  </w:style>
  <w:style w:type="paragraph" w:customStyle="1" w:styleId="504683B8F8FA4038AF1075081D9A2FED">
    <w:name w:val="504683B8F8FA4038AF1075081D9A2FED"/>
    <w:rsid w:val="00591407"/>
  </w:style>
  <w:style w:type="paragraph" w:customStyle="1" w:styleId="E623938BE58D408096DFC80277222693">
    <w:name w:val="E623938BE58D408096DFC80277222693"/>
    <w:rsid w:val="00591407"/>
  </w:style>
  <w:style w:type="paragraph" w:customStyle="1" w:styleId="A5AB6B0C8BB24317A75348DA02F938F0">
    <w:name w:val="A5AB6B0C8BB24317A75348DA02F938F0"/>
    <w:rsid w:val="00591407"/>
  </w:style>
  <w:style w:type="paragraph" w:customStyle="1" w:styleId="C6C4635E69EA416DBB06BEF5CFEA6632">
    <w:name w:val="C6C4635E69EA416DBB06BEF5CFEA6632"/>
    <w:rsid w:val="00591407"/>
  </w:style>
  <w:style w:type="paragraph" w:customStyle="1" w:styleId="1F3C5C66A2004A189799F79261D56F6D">
    <w:name w:val="1F3C5C66A2004A189799F79261D56F6D"/>
    <w:rsid w:val="00591407"/>
  </w:style>
  <w:style w:type="paragraph" w:customStyle="1" w:styleId="16E4FB662E7E40ECB0C965F21434C9CB">
    <w:name w:val="16E4FB662E7E40ECB0C965F21434C9CB"/>
    <w:rsid w:val="00591407"/>
  </w:style>
  <w:style w:type="paragraph" w:customStyle="1" w:styleId="E8FAD9094CD84D47ACB06CF13835FDC3">
    <w:name w:val="E8FAD9094CD84D47ACB06CF13835FDC3"/>
    <w:rsid w:val="00591407"/>
  </w:style>
  <w:style w:type="paragraph" w:customStyle="1" w:styleId="816067FCDC3E4400A42999D822AB9D79">
    <w:name w:val="816067FCDC3E4400A42999D822AB9D79"/>
    <w:rsid w:val="00591407"/>
  </w:style>
  <w:style w:type="paragraph" w:customStyle="1" w:styleId="9A2C09E0F98F4965AF52187CEAAC26F6">
    <w:name w:val="9A2C09E0F98F4965AF52187CEAAC26F6"/>
    <w:rsid w:val="00591407"/>
  </w:style>
  <w:style w:type="paragraph" w:customStyle="1" w:styleId="56F66EFFAB80436FAC6448DD4A0B6C50">
    <w:name w:val="56F66EFFAB80436FAC6448DD4A0B6C50"/>
    <w:rsid w:val="00591407"/>
  </w:style>
  <w:style w:type="paragraph" w:customStyle="1" w:styleId="3AD525139F92430AAD0992FCD862D96A">
    <w:name w:val="3AD525139F92430AAD0992FCD862D96A"/>
    <w:rsid w:val="00591407"/>
  </w:style>
  <w:style w:type="paragraph" w:customStyle="1" w:styleId="920E338A12A441D3BA33B223C9E7283C">
    <w:name w:val="920E338A12A441D3BA33B223C9E7283C"/>
    <w:rsid w:val="00591407"/>
  </w:style>
  <w:style w:type="paragraph" w:customStyle="1" w:styleId="9E1C282C033941029BEF93E609315DF2">
    <w:name w:val="9E1C282C033941029BEF93E609315DF2"/>
    <w:rsid w:val="00591407"/>
  </w:style>
  <w:style w:type="paragraph" w:customStyle="1" w:styleId="5708ED33F62E4FB6AACEB9D2DFEE8407">
    <w:name w:val="5708ED33F62E4FB6AACEB9D2DFEE8407"/>
    <w:rsid w:val="00591407"/>
  </w:style>
  <w:style w:type="paragraph" w:customStyle="1" w:styleId="55BB26974D074C0795305ABD9639DE06">
    <w:name w:val="55BB26974D074C0795305ABD9639DE06"/>
    <w:rsid w:val="00591407"/>
  </w:style>
  <w:style w:type="paragraph" w:customStyle="1" w:styleId="01C9B786B0E24CCEAE99CE810F0FBF0E">
    <w:name w:val="01C9B786B0E24CCEAE99CE810F0FBF0E"/>
    <w:rsid w:val="00591407"/>
  </w:style>
  <w:style w:type="paragraph" w:customStyle="1" w:styleId="CE940B0935474D6C9D95EBE5E550B4F5">
    <w:name w:val="CE940B0935474D6C9D95EBE5E550B4F5"/>
    <w:rsid w:val="00591407"/>
  </w:style>
  <w:style w:type="paragraph" w:customStyle="1" w:styleId="214ACB2747F64712B431D54ADF3D0306">
    <w:name w:val="214ACB2747F64712B431D54ADF3D0306"/>
    <w:rsid w:val="00591407"/>
  </w:style>
  <w:style w:type="paragraph" w:customStyle="1" w:styleId="66C94E85984543D1957FBBC12E5F4664">
    <w:name w:val="66C94E85984543D1957FBBC12E5F4664"/>
    <w:rsid w:val="00591407"/>
  </w:style>
  <w:style w:type="paragraph" w:customStyle="1" w:styleId="CE4A925CBD32439F9AEDE8B1A29A4F01">
    <w:name w:val="CE4A925CBD32439F9AEDE8B1A29A4F01"/>
    <w:rsid w:val="00591407"/>
  </w:style>
  <w:style w:type="paragraph" w:customStyle="1" w:styleId="7DC7EE7A37D540359289D9AA5A01B227">
    <w:name w:val="7DC7EE7A37D540359289D9AA5A01B227"/>
    <w:rsid w:val="00591407"/>
  </w:style>
  <w:style w:type="paragraph" w:customStyle="1" w:styleId="58785DF88FEB4426B0BA9003AEA6FD47">
    <w:name w:val="58785DF88FEB4426B0BA9003AEA6FD47"/>
    <w:rsid w:val="00591407"/>
  </w:style>
  <w:style w:type="paragraph" w:customStyle="1" w:styleId="28AD683A95514A0A940BA39F2E1B0996">
    <w:name w:val="28AD683A95514A0A940BA39F2E1B0996"/>
    <w:rsid w:val="00591407"/>
  </w:style>
  <w:style w:type="paragraph" w:customStyle="1" w:styleId="CD5BA55E6D3A4DAE8F7A9B4B454B267C">
    <w:name w:val="CD5BA55E6D3A4DAE8F7A9B4B454B267C"/>
    <w:rsid w:val="00591407"/>
  </w:style>
  <w:style w:type="paragraph" w:customStyle="1" w:styleId="974F96B84EB14BBC99BC5B71EEFFDE58">
    <w:name w:val="974F96B84EB14BBC99BC5B71EEFFDE58"/>
    <w:rsid w:val="00591407"/>
  </w:style>
  <w:style w:type="paragraph" w:customStyle="1" w:styleId="A30CB40163FA44988813946F07B0FE78">
    <w:name w:val="A30CB40163FA44988813946F07B0FE78"/>
    <w:rsid w:val="00591407"/>
  </w:style>
  <w:style w:type="paragraph" w:customStyle="1" w:styleId="CD7532FB797B41C9A01D0BA4F17271E0">
    <w:name w:val="CD7532FB797B41C9A01D0BA4F17271E0"/>
    <w:rsid w:val="00591407"/>
  </w:style>
  <w:style w:type="paragraph" w:customStyle="1" w:styleId="001722D3299848E3913077237C3EDD31">
    <w:name w:val="001722D3299848E3913077237C3EDD31"/>
    <w:rsid w:val="00591407"/>
  </w:style>
  <w:style w:type="paragraph" w:customStyle="1" w:styleId="1E3E3E55F1674ABAB609562971BFD56E">
    <w:name w:val="1E3E3E55F1674ABAB609562971BFD56E"/>
    <w:rsid w:val="00591407"/>
  </w:style>
  <w:style w:type="paragraph" w:customStyle="1" w:styleId="170F4DA6CEE74F21991DB8FC69147F99">
    <w:name w:val="170F4DA6CEE74F21991DB8FC69147F99"/>
    <w:rsid w:val="00591407"/>
  </w:style>
  <w:style w:type="paragraph" w:customStyle="1" w:styleId="E56BCF0302F740B5BD64798CCDD73E81">
    <w:name w:val="E56BCF0302F740B5BD64798CCDD73E81"/>
    <w:rsid w:val="00591407"/>
  </w:style>
  <w:style w:type="paragraph" w:customStyle="1" w:styleId="7B6C0B071ACA4ABAAA4140E7FCA7D2E2">
    <w:name w:val="7B6C0B071ACA4ABAAA4140E7FCA7D2E2"/>
    <w:rsid w:val="00591407"/>
  </w:style>
  <w:style w:type="paragraph" w:customStyle="1" w:styleId="4361E837F3114050A3E726E4BAADC51E">
    <w:name w:val="4361E837F3114050A3E726E4BAADC51E"/>
    <w:rsid w:val="00591407"/>
  </w:style>
  <w:style w:type="paragraph" w:customStyle="1" w:styleId="F9EDC8783E9F4A0488D97E3D6707ADF3">
    <w:name w:val="F9EDC8783E9F4A0488D97E3D6707ADF3"/>
    <w:rsid w:val="00591407"/>
  </w:style>
  <w:style w:type="paragraph" w:customStyle="1" w:styleId="EEDA5E44346641F0A66270F1B3734D0F">
    <w:name w:val="EEDA5E44346641F0A66270F1B3734D0F"/>
    <w:rsid w:val="00591407"/>
  </w:style>
  <w:style w:type="paragraph" w:customStyle="1" w:styleId="9C012D277A234CFE8815C431232D5B0D">
    <w:name w:val="9C012D277A234CFE8815C431232D5B0D"/>
    <w:rsid w:val="00591407"/>
  </w:style>
  <w:style w:type="paragraph" w:customStyle="1" w:styleId="D0E487AB72BC42ADA58CCF77701077C5">
    <w:name w:val="D0E487AB72BC42ADA58CCF77701077C5"/>
    <w:rsid w:val="00591407"/>
  </w:style>
  <w:style w:type="paragraph" w:customStyle="1" w:styleId="6BE205486A6C48189976EE56D355310D">
    <w:name w:val="6BE205486A6C48189976EE56D355310D"/>
    <w:rsid w:val="00591407"/>
  </w:style>
  <w:style w:type="paragraph" w:customStyle="1" w:styleId="6CF8AA6CF42D479A97D478BA7C0E3F30">
    <w:name w:val="6CF8AA6CF42D479A97D478BA7C0E3F30"/>
    <w:rsid w:val="00591407"/>
  </w:style>
  <w:style w:type="paragraph" w:customStyle="1" w:styleId="8A22AFE372FF471DB89700DF6FB5B8B5">
    <w:name w:val="8A22AFE372FF471DB89700DF6FB5B8B5"/>
    <w:rsid w:val="00591407"/>
  </w:style>
  <w:style w:type="paragraph" w:customStyle="1" w:styleId="91ECD997A92C4AD8B06BD1B85BFE0588">
    <w:name w:val="91ECD997A92C4AD8B06BD1B85BFE0588"/>
    <w:rsid w:val="00591407"/>
  </w:style>
  <w:style w:type="paragraph" w:customStyle="1" w:styleId="DF7FA644F5084BF1A4EEE5B20E184A25">
    <w:name w:val="DF7FA644F5084BF1A4EEE5B20E184A25"/>
    <w:rsid w:val="00591407"/>
  </w:style>
  <w:style w:type="paragraph" w:customStyle="1" w:styleId="131C09F8F89949C1B0D3AAA81DA3FDE4">
    <w:name w:val="131C09F8F89949C1B0D3AAA81DA3FDE4"/>
    <w:rsid w:val="00591407"/>
  </w:style>
  <w:style w:type="paragraph" w:customStyle="1" w:styleId="3CBCB55C359D44EBA5F75A608F24B01A">
    <w:name w:val="3CBCB55C359D44EBA5F75A608F24B01A"/>
    <w:rsid w:val="00591407"/>
  </w:style>
  <w:style w:type="paragraph" w:customStyle="1" w:styleId="7A5C2797FC294FA68100840CC24A557B">
    <w:name w:val="7A5C2797FC294FA68100840CC24A557B"/>
    <w:rsid w:val="00591407"/>
  </w:style>
  <w:style w:type="paragraph" w:customStyle="1" w:styleId="9745310CC3E44D0FB628F35FBB8723F6">
    <w:name w:val="9745310CC3E44D0FB628F35FBB8723F6"/>
    <w:rsid w:val="00591407"/>
  </w:style>
  <w:style w:type="paragraph" w:customStyle="1" w:styleId="28D49EBCB03E438A8F61B6DB80541C29">
    <w:name w:val="28D49EBCB03E438A8F61B6DB80541C29"/>
    <w:rsid w:val="00591407"/>
  </w:style>
  <w:style w:type="paragraph" w:customStyle="1" w:styleId="DAFFA931FB224FBF82416413BD54C8EF">
    <w:name w:val="DAFFA931FB224FBF82416413BD54C8EF"/>
    <w:rsid w:val="00591407"/>
  </w:style>
  <w:style w:type="paragraph" w:customStyle="1" w:styleId="D4A3D556873946BD90180404B47FD441">
    <w:name w:val="D4A3D556873946BD90180404B47FD441"/>
    <w:rsid w:val="00591407"/>
  </w:style>
  <w:style w:type="paragraph" w:customStyle="1" w:styleId="BB0C2F307E8A4A5BB9F78C7C1613F5B6">
    <w:name w:val="BB0C2F307E8A4A5BB9F78C7C1613F5B6"/>
    <w:rsid w:val="00591407"/>
  </w:style>
  <w:style w:type="paragraph" w:customStyle="1" w:styleId="54573EBF0EFC4216BD11FEF999CB06BC">
    <w:name w:val="54573EBF0EFC4216BD11FEF999CB06BC"/>
    <w:rsid w:val="00591407"/>
  </w:style>
  <w:style w:type="paragraph" w:customStyle="1" w:styleId="306DD1191F4A4323A1DF27B75852EE6F">
    <w:name w:val="306DD1191F4A4323A1DF27B75852EE6F"/>
    <w:rsid w:val="00591407"/>
  </w:style>
  <w:style w:type="paragraph" w:customStyle="1" w:styleId="AF4B6EEA48A048E09276DCE7795B2439">
    <w:name w:val="AF4B6EEA48A048E09276DCE7795B2439"/>
    <w:rsid w:val="00591407"/>
  </w:style>
  <w:style w:type="paragraph" w:customStyle="1" w:styleId="77057A2EC1744CFCBB093547588A5B76">
    <w:name w:val="77057A2EC1744CFCBB093547588A5B76"/>
    <w:rsid w:val="00591407"/>
  </w:style>
  <w:style w:type="paragraph" w:customStyle="1" w:styleId="A3560A3608EB4EDFBB8A664C16405B56">
    <w:name w:val="A3560A3608EB4EDFBB8A664C16405B56"/>
    <w:rsid w:val="00591407"/>
  </w:style>
  <w:style w:type="paragraph" w:customStyle="1" w:styleId="BCC6E42046D04B80A249DC456DDC4730">
    <w:name w:val="BCC6E42046D04B80A249DC456DDC4730"/>
    <w:rsid w:val="00591407"/>
  </w:style>
  <w:style w:type="paragraph" w:customStyle="1" w:styleId="C628EDCBCB1B46BC8317DEE421063F27">
    <w:name w:val="C628EDCBCB1B46BC8317DEE421063F27"/>
    <w:rsid w:val="00591407"/>
  </w:style>
  <w:style w:type="paragraph" w:customStyle="1" w:styleId="14D883C373614DD1A2BCB7AFAC084BF3">
    <w:name w:val="14D883C373614DD1A2BCB7AFAC084BF3"/>
    <w:rsid w:val="00591407"/>
  </w:style>
  <w:style w:type="paragraph" w:customStyle="1" w:styleId="64965ABC48C34C919F109977C9B99956">
    <w:name w:val="64965ABC48C34C919F109977C9B99956"/>
    <w:rsid w:val="00591407"/>
  </w:style>
  <w:style w:type="paragraph" w:customStyle="1" w:styleId="EC21CEE29BD648DA8A92C2D8869E14C4">
    <w:name w:val="EC21CEE29BD648DA8A92C2D8869E14C4"/>
    <w:rsid w:val="00591407"/>
  </w:style>
  <w:style w:type="paragraph" w:customStyle="1" w:styleId="3585E2AF5ADB492F9BFA63636114533B">
    <w:name w:val="3585E2AF5ADB492F9BFA63636114533B"/>
    <w:rsid w:val="00591407"/>
    <w:pPr>
      <w:spacing w:after="200" w:line="276" w:lineRule="auto"/>
    </w:pPr>
    <w:rPr>
      <w:kern w:val="0"/>
      <w:sz w:val="22"/>
      <w:szCs w:val="22"/>
      <w:lang w:val="en-US" w:eastAsia="en-US"/>
      <w14:ligatures w14:val="none"/>
    </w:rPr>
  </w:style>
  <w:style w:type="paragraph" w:customStyle="1" w:styleId="14D883C373614DD1A2BCB7AFAC084BF31">
    <w:name w:val="14D883C373614DD1A2BCB7AFAC084BF31"/>
    <w:rsid w:val="00591407"/>
    <w:pPr>
      <w:spacing w:after="200" w:line="276" w:lineRule="auto"/>
    </w:pPr>
    <w:rPr>
      <w:kern w:val="0"/>
      <w:sz w:val="22"/>
      <w:szCs w:val="22"/>
      <w:lang w:val="en-US" w:eastAsia="en-US"/>
      <w14:ligatures w14:val="none"/>
    </w:rPr>
  </w:style>
  <w:style w:type="paragraph" w:customStyle="1" w:styleId="64965ABC48C34C919F109977C9B999561">
    <w:name w:val="64965ABC48C34C919F109977C9B999561"/>
    <w:rsid w:val="00591407"/>
    <w:pPr>
      <w:spacing w:after="200" w:line="276" w:lineRule="auto"/>
    </w:pPr>
    <w:rPr>
      <w:kern w:val="0"/>
      <w:sz w:val="22"/>
      <w:szCs w:val="22"/>
      <w:lang w:val="en-US" w:eastAsia="en-US"/>
      <w14:ligatures w14:val="none"/>
    </w:rPr>
  </w:style>
  <w:style w:type="paragraph" w:customStyle="1" w:styleId="EC21CEE29BD648DA8A92C2D8869E14C41">
    <w:name w:val="EC21CEE29BD648DA8A92C2D8869E14C41"/>
    <w:rsid w:val="00591407"/>
    <w:pPr>
      <w:spacing w:after="200" w:line="276" w:lineRule="auto"/>
    </w:pPr>
    <w:rPr>
      <w:kern w:val="0"/>
      <w:sz w:val="22"/>
      <w:szCs w:val="22"/>
      <w:lang w:val="en-US" w:eastAsia="en-US"/>
      <w14:ligatures w14:val="none"/>
    </w:rPr>
  </w:style>
  <w:style w:type="paragraph" w:customStyle="1" w:styleId="C808562B75E44A1C92299B1491EF5F14">
    <w:name w:val="C808562B75E44A1C92299B1491EF5F14"/>
    <w:rsid w:val="00591407"/>
    <w:pPr>
      <w:spacing w:after="200" w:line="276" w:lineRule="auto"/>
    </w:pPr>
    <w:rPr>
      <w:kern w:val="0"/>
      <w:sz w:val="22"/>
      <w:szCs w:val="22"/>
      <w:lang w:val="en-US" w:eastAsia="en-US"/>
      <w14:ligatures w14:val="none"/>
    </w:rPr>
  </w:style>
  <w:style w:type="paragraph" w:customStyle="1" w:styleId="2B8C2089F983471CBADF1757790376E71">
    <w:name w:val="2B8C2089F983471CBADF1757790376E71"/>
    <w:rsid w:val="00591407"/>
    <w:pPr>
      <w:spacing w:after="200" w:line="276" w:lineRule="auto"/>
    </w:pPr>
    <w:rPr>
      <w:kern w:val="0"/>
      <w:sz w:val="22"/>
      <w:szCs w:val="22"/>
      <w:lang w:val="en-US" w:eastAsia="en-US"/>
      <w14:ligatures w14:val="none"/>
    </w:rPr>
  </w:style>
  <w:style w:type="paragraph" w:customStyle="1" w:styleId="7BD94356F3D344F68E9AFCD0CA8B27381">
    <w:name w:val="7BD94356F3D344F68E9AFCD0CA8B27381"/>
    <w:rsid w:val="00591407"/>
    <w:pPr>
      <w:spacing w:after="200" w:line="276" w:lineRule="auto"/>
    </w:pPr>
    <w:rPr>
      <w:kern w:val="0"/>
      <w:sz w:val="22"/>
      <w:szCs w:val="22"/>
      <w:lang w:val="en-US" w:eastAsia="en-US"/>
      <w14:ligatures w14:val="none"/>
    </w:rPr>
  </w:style>
  <w:style w:type="paragraph" w:customStyle="1" w:styleId="E417246FE72C4D4FB8C552B754C4BF291">
    <w:name w:val="E417246FE72C4D4FB8C552B754C4BF291"/>
    <w:rsid w:val="00591407"/>
    <w:pPr>
      <w:spacing w:after="200" w:line="276" w:lineRule="auto"/>
    </w:pPr>
    <w:rPr>
      <w:kern w:val="0"/>
      <w:sz w:val="22"/>
      <w:szCs w:val="22"/>
      <w:lang w:val="en-US" w:eastAsia="en-US"/>
      <w14:ligatures w14:val="none"/>
    </w:rPr>
  </w:style>
  <w:style w:type="paragraph" w:customStyle="1" w:styleId="399DA4F6A7A047979151537345E6622F1">
    <w:name w:val="399DA4F6A7A047979151537345E6622F1"/>
    <w:rsid w:val="00591407"/>
    <w:pPr>
      <w:spacing w:after="200" w:line="276" w:lineRule="auto"/>
    </w:pPr>
    <w:rPr>
      <w:kern w:val="0"/>
      <w:sz w:val="22"/>
      <w:szCs w:val="22"/>
      <w:lang w:val="en-US" w:eastAsia="en-US"/>
      <w14:ligatures w14:val="none"/>
    </w:rPr>
  </w:style>
  <w:style w:type="paragraph" w:customStyle="1" w:styleId="506B642845474F0998F2085F38EF4D971">
    <w:name w:val="506B642845474F0998F2085F38EF4D971"/>
    <w:rsid w:val="00591407"/>
    <w:pPr>
      <w:spacing w:after="200" w:line="276" w:lineRule="auto"/>
    </w:pPr>
    <w:rPr>
      <w:kern w:val="0"/>
      <w:sz w:val="22"/>
      <w:szCs w:val="22"/>
      <w:lang w:val="en-US" w:eastAsia="en-US"/>
      <w14:ligatures w14:val="none"/>
    </w:rPr>
  </w:style>
  <w:style w:type="paragraph" w:customStyle="1" w:styleId="A72E500FCD584D6B8219586FC1D9FEC21">
    <w:name w:val="A72E500FCD584D6B8219586FC1D9FEC21"/>
    <w:rsid w:val="00591407"/>
    <w:pPr>
      <w:spacing w:after="200" w:line="276" w:lineRule="auto"/>
    </w:pPr>
    <w:rPr>
      <w:kern w:val="0"/>
      <w:sz w:val="22"/>
      <w:szCs w:val="22"/>
      <w:lang w:val="en-US" w:eastAsia="en-US"/>
      <w14:ligatures w14:val="none"/>
    </w:rPr>
  </w:style>
  <w:style w:type="paragraph" w:customStyle="1" w:styleId="66096933E7B44F46B3FF8A88B0BEA6F91">
    <w:name w:val="66096933E7B44F46B3FF8A88B0BEA6F91"/>
    <w:rsid w:val="00591407"/>
    <w:pPr>
      <w:spacing w:after="200" w:line="276" w:lineRule="auto"/>
    </w:pPr>
    <w:rPr>
      <w:kern w:val="0"/>
      <w:sz w:val="22"/>
      <w:szCs w:val="22"/>
      <w:lang w:val="en-US" w:eastAsia="en-US"/>
      <w14:ligatures w14:val="none"/>
    </w:rPr>
  </w:style>
  <w:style w:type="paragraph" w:customStyle="1" w:styleId="45B1EEE23A3842C886411D8C605629121">
    <w:name w:val="45B1EEE23A3842C886411D8C605629121"/>
    <w:rsid w:val="00591407"/>
    <w:pPr>
      <w:spacing w:after="200" w:line="276" w:lineRule="auto"/>
    </w:pPr>
    <w:rPr>
      <w:kern w:val="0"/>
      <w:sz w:val="22"/>
      <w:szCs w:val="22"/>
      <w:lang w:val="en-US" w:eastAsia="en-US"/>
      <w14:ligatures w14:val="none"/>
    </w:rPr>
  </w:style>
  <w:style w:type="paragraph" w:customStyle="1" w:styleId="4CEE98042E8D4567AFA1F979D33A48171">
    <w:name w:val="4CEE98042E8D4567AFA1F979D33A48171"/>
    <w:rsid w:val="00591407"/>
    <w:pPr>
      <w:spacing w:after="200" w:line="276" w:lineRule="auto"/>
    </w:pPr>
    <w:rPr>
      <w:kern w:val="0"/>
      <w:sz w:val="22"/>
      <w:szCs w:val="22"/>
      <w:lang w:val="en-US" w:eastAsia="en-US"/>
      <w14:ligatures w14:val="none"/>
    </w:rPr>
  </w:style>
  <w:style w:type="paragraph" w:customStyle="1" w:styleId="1165722F6B0449E7AAE026217662A3241">
    <w:name w:val="1165722F6B0449E7AAE026217662A3241"/>
    <w:rsid w:val="00591407"/>
    <w:pPr>
      <w:spacing w:after="200" w:line="276" w:lineRule="auto"/>
    </w:pPr>
    <w:rPr>
      <w:kern w:val="0"/>
      <w:sz w:val="22"/>
      <w:szCs w:val="22"/>
      <w:lang w:val="en-US" w:eastAsia="en-US"/>
      <w14:ligatures w14:val="none"/>
    </w:rPr>
  </w:style>
  <w:style w:type="paragraph" w:customStyle="1" w:styleId="EE2809A4C7C84E34B09423202422A2FF1">
    <w:name w:val="EE2809A4C7C84E34B09423202422A2FF1"/>
    <w:rsid w:val="00591407"/>
    <w:pPr>
      <w:spacing w:after="200" w:line="276" w:lineRule="auto"/>
    </w:pPr>
    <w:rPr>
      <w:kern w:val="0"/>
      <w:sz w:val="22"/>
      <w:szCs w:val="22"/>
      <w:lang w:val="en-US" w:eastAsia="en-US"/>
      <w14:ligatures w14:val="none"/>
    </w:rPr>
  </w:style>
  <w:style w:type="paragraph" w:customStyle="1" w:styleId="0F29E701EE594B4D852B8DB85A6AE5A01">
    <w:name w:val="0F29E701EE594B4D852B8DB85A6AE5A01"/>
    <w:rsid w:val="00591407"/>
    <w:pPr>
      <w:spacing w:after="200" w:line="276" w:lineRule="auto"/>
    </w:pPr>
    <w:rPr>
      <w:kern w:val="0"/>
      <w:sz w:val="22"/>
      <w:szCs w:val="22"/>
      <w:lang w:val="en-US" w:eastAsia="en-US"/>
      <w14:ligatures w14:val="none"/>
    </w:rPr>
  </w:style>
  <w:style w:type="paragraph" w:customStyle="1" w:styleId="ABCD9052BCC247DD90C13B69B381B8B01">
    <w:name w:val="ABCD9052BCC247DD90C13B69B381B8B01"/>
    <w:rsid w:val="00591407"/>
    <w:pPr>
      <w:spacing w:after="200" w:line="276" w:lineRule="auto"/>
    </w:pPr>
    <w:rPr>
      <w:kern w:val="0"/>
      <w:sz w:val="22"/>
      <w:szCs w:val="22"/>
      <w:lang w:val="en-US" w:eastAsia="en-US"/>
      <w14:ligatures w14:val="none"/>
    </w:rPr>
  </w:style>
  <w:style w:type="paragraph" w:customStyle="1" w:styleId="F33592A928974786A442B793AA0F7DF61">
    <w:name w:val="F33592A928974786A442B793AA0F7DF61"/>
    <w:rsid w:val="00591407"/>
    <w:pPr>
      <w:spacing w:after="200" w:line="276" w:lineRule="auto"/>
    </w:pPr>
    <w:rPr>
      <w:kern w:val="0"/>
      <w:sz w:val="22"/>
      <w:szCs w:val="22"/>
      <w:lang w:val="en-US" w:eastAsia="en-US"/>
      <w14:ligatures w14:val="none"/>
    </w:rPr>
  </w:style>
  <w:style w:type="paragraph" w:customStyle="1" w:styleId="1CFA5F5A3BBC4BE6A8B3B81D5ED90D941">
    <w:name w:val="1CFA5F5A3BBC4BE6A8B3B81D5ED90D941"/>
    <w:rsid w:val="00591407"/>
    <w:pPr>
      <w:spacing w:after="200" w:line="276" w:lineRule="auto"/>
    </w:pPr>
    <w:rPr>
      <w:kern w:val="0"/>
      <w:sz w:val="22"/>
      <w:szCs w:val="22"/>
      <w:lang w:val="en-US" w:eastAsia="en-US"/>
      <w14:ligatures w14:val="none"/>
    </w:rPr>
  </w:style>
  <w:style w:type="paragraph" w:customStyle="1" w:styleId="44C04F5153BA4D2E8C928AFF9D43E8FC1">
    <w:name w:val="44C04F5153BA4D2E8C928AFF9D43E8FC1"/>
    <w:rsid w:val="00591407"/>
    <w:pPr>
      <w:spacing w:after="200" w:line="276" w:lineRule="auto"/>
    </w:pPr>
    <w:rPr>
      <w:kern w:val="0"/>
      <w:sz w:val="22"/>
      <w:szCs w:val="22"/>
      <w:lang w:val="en-US" w:eastAsia="en-US"/>
      <w14:ligatures w14:val="none"/>
    </w:rPr>
  </w:style>
  <w:style w:type="paragraph" w:customStyle="1" w:styleId="BBB2D3DFACFC445B93442DD2DE84773E1">
    <w:name w:val="BBB2D3DFACFC445B93442DD2DE84773E1"/>
    <w:rsid w:val="00591407"/>
    <w:pPr>
      <w:spacing w:after="200" w:line="276" w:lineRule="auto"/>
    </w:pPr>
    <w:rPr>
      <w:kern w:val="0"/>
      <w:sz w:val="22"/>
      <w:szCs w:val="22"/>
      <w:lang w:val="en-US" w:eastAsia="en-US"/>
      <w14:ligatures w14:val="none"/>
    </w:rPr>
  </w:style>
  <w:style w:type="paragraph" w:customStyle="1" w:styleId="778CD313C9F54C058E178F7BE0544D7E1">
    <w:name w:val="778CD313C9F54C058E178F7BE0544D7E1"/>
    <w:rsid w:val="00591407"/>
    <w:pPr>
      <w:spacing w:after="200" w:line="276" w:lineRule="auto"/>
    </w:pPr>
    <w:rPr>
      <w:kern w:val="0"/>
      <w:sz w:val="22"/>
      <w:szCs w:val="22"/>
      <w:lang w:val="en-US" w:eastAsia="en-US"/>
      <w14:ligatures w14:val="none"/>
    </w:rPr>
  </w:style>
  <w:style w:type="paragraph" w:customStyle="1" w:styleId="FFBB888E0C6F4A1C9AF89CF3B53733C71">
    <w:name w:val="FFBB888E0C6F4A1C9AF89CF3B53733C71"/>
    <w:rsid w:val="00591407"/>
    <w:pPr>
      <w:spacing w:after="200" w:line="276" w:lineRule="auto"/>
    </w:pPr>
    <w:rPr>
      <w:kern w:val="0"/>
      <w:sz w:val="22"/>
      <w:szCs w:val="22"/>
      <w:lang w:val="en-US" w:eastAsia="en-US"/>
      <w14:ligatures w14:val="none"/>
    </w:rPr>
  </w:style>
  <w:style w:type="paragraph" w:customStyle="1" w:styleId="504683B8F8FA4038AF1075081D9A2FED1">
    <w:name w:val="504683B8F8FA4038AF1075081D9A2FED1"/>
    <w:rsid w:val="00591407"/>
    <w:pPr>
      <w:spacing w:after="200" w:line="276" w:lineRule="auto"/>
    </w:pPr>
    <w:rPr>
      <w:kern w:val="0"/>
      <w:sz w:val="22"/>
      <w:szCs w:val="22"/>
      <w:lang w:val="en-US" w:eastAsia="en-US"/>
      <w14:ligatures w14:val="none"/>
    </w:rPr>
  </w:style>
  <w:style w:type="paragraph" w:customStyle="1" w:styleId="E623938BE58D408096DFC802772226931">
    <w:name w:val="E623938BE58D408096DFC802772226931"/>
    <w:rsid w:val="00591407"/>
    <w:pPr>
      <w:spacing w:after="200" w:line="276" w:lineRule="auto"/>
    </w:pPr>
    <w:rPr>
      <w:kern w:val="0"/>
      <w:sz w:val="22"/>
      <w:szCs w:val="22"/>
      <w:lang w:val="en-US" w:eastAsia="en-US"/>
      <w14:ligatures w14:val="none"/>
    </w:rPr>
  </w:style>
  <w:style w:type="paragraph" w:customStyle="1" w:styleId="1F3C5C66A2004A189799F79261D56F6D1">
    <w:name w:val="1F3C5C66A2004A189799F79261D56F6D1"/>
    <w:rsid w:val="00591407"/>
    <w:pPr>
      <w:spacing w:after="200" w:line="276" w:lineRule="auto"/>
    </w:pPr>
    <w:rPr>
      <w:kern w:val="0"/>
      <w:sz w:val="22"/>
      <w:szCs w:val="22"/>
      <w:lang w:val="en-US" w:eastAsia="en-US"/>
      <w14:ligatures w14:val="none"/>
    </w:rPr>
  </w:style>
  <w:style w:type="paragraph" w:customStyle="1" w:styleId="E8FAD9094CD84D47ACB06CF13835FDC31">
    <w:name w:val="E8FAD9094CD84D47ACB06CF13835FDC31"/>
    <w:rsid w:val="00591407"/>
    <w:pPr>
      <w:spacing w:after="200" w:line="276" w:lineRule="auto"/>
    </w:pPr>
    <w:rPr>
      <w:kern w:val="0"/>
      <w:sz w:val="22"/>
      <w:szCs w:val="22"/>
      <w:lang w:val="en-US" w:eastAsia="en-US"/>
      <w14:ligatures w14:val="none"/>
    </w:rPr>
  </w:style>
  <w:style w:type="paragraph" w:customStyle="1" w:styleId="9A2C09E0F98F4965AF52187CEAAC26F61">
    <w:name w:val="9A2C09E0F98F4965AF52187CEAAC26F61"/>
    <w:rsid w:val="00591407"/>
    <w:pPr>
      <w:spacing w:after="200" w:line="276" w:lineRule="auto"/>
    </w:pPr>
    <w:rPr>
      <w:kern w:val="0"/>
      <w:sz w:val="22"/>
      <w:szCs w:val="22"/>
      <w:lang w:val="en-US" w:eastAsia="en-US"/>
      <w14:ligatures w14:val="none"/>
    </w:rPr>
  </w:style>
  <w:style w:type="paragraph" w:customStyle="1" w:styleId="56F66EFFAB80436FAC6448DD4A0B6C501">
    <w:name w:val="56F66EFFAB80436FAC6448DD4A0B6C501"/>
    <w:rsid w:val="00591407"/>
    <w:pPr>
      <w:spacing w:after="200" w:line="276" w:lineRule="auto"/>
    </w:pPr>
    <w:rPr>
      <w:kern w:val="0"/>
      <w:sz w:val="22"/>
      <w:szCs w:val="22"/>
      <w:lang w:val="en-US" w:eastAsia="en-US"/>
      <w14:ligatures w14:val="none"/>
    </w:rPr>
  </w:style>
  <w:style w:type="paragraph" w:customStyle="1" w:styleId="3AD525139F92430AAD0992FCD862D96A1">
    <w:name w:val="3AD525139F92430AAD0992FCD862D96A1"/>
    <w:rsid w:val="00591407"/>
    <w:pPr>
      <w:spacing w:after="200" w:line="276" w:lineRule="auto"/>
    </w:pPr>
    <w:rPr>
      <w:kern w:val="0"/>
      <w:sz w:val="22"/>
      <w:szCs w:val="22"/>
      <w:lang w:val="en-US" w:eastAsia="en-US"/>
      <w14:ligatures w14:val="none"/>
    </w:rPr>
  </w:style>
  <w:style w:type="paragraph" w:customStyle="1" w:styleId="920E338A12A441D3BA33B223C9E7283C1">
    <w:name w:val="920E338A12A441D3BA33B223C9E7283C1"/>
    <w:rsid w:val="00591407"/>
    <w:pPr>
      <w:spacing w:after="200" w:line="276" w:lineRule="auto"/>
    </w:pPr>
    <w:rPr>
      <w:kern w:val="0"/>
      <w:sz w:val="22"/>
      <w:szCs w:val="22"/>
      <w:lang w:val="en-US" w:eastAsia="en-US"/>
      <w14:ligatures w14:val="none"/>
    </w:rPr>
  </w:style>
  <w:style w:type="paragraph" w:customStyle="1" w:styleId="9E1C282C033941029BEF93E609315DF21">
    <w:name w:val="9E1C282C033941029BEF93E609315DF21"/>
    <w:rsid w:val="00591407"/>
    <w:pPr>
      <w:spacing w:after="200" w:line="276" w:lineRule="auto"/>
    </w:pPr>
    <w:rPr>
      <w:kern w:val="0"/>
      <w:sz w:val="22"/>
      <w:szCs w:val="22"/>
      <w:lang w:val="en-US" w:eastAsia="en-US"/>
      <w14:ligatures w14:val="none"/>
    </w:rPr>
  </w:style>
  <w:style w:type="paragraph" w:customStyle="1" w:styleId="5708ED33F62E4FB6AACEB9D2DFEE84071">
    <w:name w:val="5708ED33F62E4FB6AACEB9D2DFEE84071"/>
    <w:rsid w:val="00591407"/>
    <w:pPr>
      <w:spacing w:after="200" w:line="276" w:lineRule="auto"/>
    </w:pPr>
    <w:rPr>
      <w:kern w:val="0"/>
      <w:sz w:val="22"/>
      <w:szCs w:val="22"/>
      <w:lang w:val="en-US" w:eastAsia="en-US"/>
      <w14:ligatures w14:val="none"/>
    </w:rPr>
  </w:style>
  <w:style w:type="paragraph" w:customStyle="1" w:styleId="01C9B786B0E24CCEAE99CE810F0FBF0E1">
    <w:name w:val="01C9B786B0E24CCEAE99CE810F0FBF0E1"/>
    <w:rsid w:val="00591407"/>
    <w:pPr>
      <w:spacing w:after="200" w:line="276" w:lineRule="auto"/>
    </w:pPr>
    <w:rPr>
      <w:kern w:val="0"/>
      <w:sz w:val="22"/>
      <w:szCs w:val="22"/>
      <w:lang w:val="en-US" w:eastAsia="en-US"/>
      <w14:ligatures w14:val="none"/>
    </w:rPr>
  </w:style>
  <w:style w:type="paragraph" w:customStyle="1" w:styleId="CE940B0935474D6C9D95EBE5E550B4F51">
    <w:name w:val="CE940B0935474D6C9D95EBE5E550B4F51"/>
    <w:rsid w:val="00591407"/>
    <w:pPr>
      <w:spacing w:after="200" w:line="276" w:lineRule="auto"/>
    </w:pPr>
    <w:rPr>
      <w:kern w:val="0"/>
      <w:sz w:val="22"/>
      <w:szCs w:val="22"/>
      <w:lang w:val="en-US" w:eastAsia="en-US"/>
      <w14:ligatures w14:val="none"/>
    </w:rPr>
  </w:style>
  <w:style w:type="paragraph" w:customStyle="1" w:styleId="66C94E85984543D1957FBBC12E5F46641">
    <w:name w:val="66C94E85984543D1957FBBC12E5F46641"/>
    <w:rsid w:val="00591407"/>
    <w:pPr>
      <w:spacing w:after="200" w:line="276" w:lineRule="auto"/>
    </w:pPr>
    <w:rPr>
      <w:kern w:val="0"/>
      <w:sz w:val="22"/>
      <w:szCs w:val="22"/>
      <w:lang w:val="en-US" w:eastAsia="en-US"/>
      <w14:ligatures w14:val="none"/>
    </w:rPr>
  </w:style>
  <w:style w:type="paragraph" w:customStyle="1" w:styleId="CE4A925CBD32439F9AEDE8B1A29A4F011">
    <w:name w:val="CE4A925CBD32439F9AEDE8B1A29A4F011"/>
    <w:rsid w:val="00591407"/>
    <w:pPr>
      <w:spacing w:after="200" w:line="276" w:lineRule="auto"/>
    </w:pPr>
    <w:rPr>
      <w:kern w:val="0"/>
      <w:sz w:val="22"/>
      <w:szCs w:val="22"/>
      <w:lang w:val="en-US" w:eastAsia="en-US"/>
      <w14:ligatures w14:val="none"/>
    </w:rPr>
  </w:style>
  <w:style w:type="paragraph" w:customStyle="1" w:styleId="7DC7EE7A37D540359289D9AA5A01B2271">
    <w:name w:val="7DC7EE7A37D540359289D9AA5A01B2271"/>
    <w:rsid w:val="00591407"/>
    <w:pPr>
      <w:spacing w:after="200" w:line="276" w:lineRule="auto"/>
    </w:pPr>
    <w:rPr>
      <w:kern w:val="0"/>
      <w:sz w:val="22"/>
      <w:szCs w:val="22"/>
      <w:lang w:val="en-US" w:eastAsia="en-US"/>
      <w14:ligatures w14:val="none"/>
    </w:rPr>
  </w:style>
  <w:style w:type="paragraph" w:customStyle="1" w:styleId="58785DF88FEB4426B0BA9003AEA6FD471">
    <w:name w:val="58785DF88FEB4426B0BA9003AEA6FD471"/>
    <w:rsid w:val="00591407"/>
    <w:pPr>
      <w:spacing w:after="200" w:line="276" w:lineRule="auto"/>
    </w:pPr>
    <w:rPr>
      <w:kern w:val="0"/>
      <w:sz w:val="22"/>
      <w:szCs w:val="22"/>
      <w:lang w:val="en-US" w:eastAsia="en-US"/>
      <w14:ligatures w14:val="none"/>
    </w:rPr>
  </w:style>
  <w:style w:type="paragraph" w:customStyle="1" w:styleId="28AD683A95514A0A940BA39F2E1B09961">
    <w:name w:val="28AD683A95514A0A940BA39F2E1B09961"/>
    <w:rsid w:val="00591407"/>
    <w:pPr>
      <w:spacing w:after="200" w:line="276" w:lineRule="auto"/>
    </w:pPr>
    <w:rPr>
      <w:kern w:val="0"/>
      <w:sz w:val="22"/>
      <w:szCs w:val="22"/>
      <w:lang w:val="en-US" w:eastAsia="en-US"/>
      <w14:ligatures w14:val="none"/>
    </w:rPr>
  </w:style>
  <w:style w:type="paragraph" w:customStyle="1" w:styleId="CD5BA55E6D3A4DAE8F7A9B4B454B267C1">
    <w:name w:val="CD5BA55E6D3A4DAE8F7A9B4B454B267C1"/>
    <w:rsid w:val="00591407"/>
    <w:pPr>
      <w:spacing w:after="200" w:line="276" w:lineRule="auto"/>
    </w:pPr>
    <w:rPr>
      <w:kern w:val="0"/>
      <w:sz w:val="22"/>
      <w:szCs w:val="22"/>
      <w:lang w:val="en-US" w:eastAsia="en-US"/>
      <w14:ligatures w14:val="none"/>
    </w:rPr>
  </w:style>
  <w:style w:type="paragraph" w:customStyle="1" w:styleId="974F96B84EB14BBC99BC5B71EEFFDE581">
    <w:name w:val="974F96B84EB14BBC99BC5B71EEFFDE581"/>
    <w:rsid w:val="00591407"/>
    <w:pPr>
      <w:spacing w:after="200" w:line="276" w:lineRule="auto"/>
    </w:pPr>
    <w:rPr>
      <w:kern w:val="0"/>
      <w:sz w:val="22"/>
      <w:szCs w:val="22"/>
      <w:lang w:val="en-US" w:eastAsia="en-US"/>
      <w14:ligatures w14:val="none"/>
    </w:rPr>
  </w:style>
  <w:style w:type="paragraph" w:customStyle="1" w:styleId="A30CB40163FA44988813946F07B0FE781">
    <w:name w:val="A30CB40163FA44988813946F07B0FE781"/>
    <w:rsid w:val="00591407"/>
    <w:pPr>
      <w:spacing w:after="200" w:line="276" w:lineRule="auto"/>
    </w:pPr>
    <w:rPr>
      <w:kern w:val="0"/>
      <w:sz w:val="22"/>
      <w:szCs w:val="22"/>
      <w:lang w:val="en-US" w:eastAsia="en-US"/>
      <w14:ligatures w14:val="none"/>
    </w:rPr>
  </w:style>
  <w:style w:type="paragraph" w:customStyle="1" w:styleId="CD7532FB797B41C9A01D0BA4F17271E01">
    <w:name w:val="CD7532FB797B41C9A01D0BA4F17271E01"/>
    <w:rsid w:val="00591407"/>
    <w:pPr>
      <w:spacing w:after="200" w:line="276" w:lineRule="auto"/>
    </w:pPr>
    <w:rPr>
      <w:kern w:val="0"/>
      <w:sz w:val="22"/>
      <w:szCs w:val="22"/>
      <w:lang w:val="en-US" w:eastAsia="en-US"/>
      <w14:ligatures w14:val="none"/>
    </w:rPr>
  </w:style>
  <w:style w:type="paragraph" w:customStyle="1" w:styleId="001722D3299848E3913077237C3EDD311">
    <w:name w:val="001722D3299848E3913077237C3EDD311"/>
    <w:rsid w:val="00591407"/>
    <w:pPr>
      <w:spacing w:after="200" w:line="276" w:lineRule="auto"/>
    </w:pPr>
    <w:rPr>
      <w:kern w:val="0"/>
      <w:sz w:val="22"/>
      <w:szCs w:val="22"/>
      <w:lang w:val="en-US" w:eastAsia="en-US"/>
      <w14:ligatures w14:val="none"/>
    </w:rPr>
  </w:style>
  <w:style w:type="paragraph" w:customStyle="1" w:styleId="1E3E3E55F1674ABAB609562971BFD56E1">
    <w:name w:val="1E3E3E55F1674ABAB609562971BFD56E1"/>
    <w:rsid w:val="00591407"/>
    <w:pPr>
      <w:spacing w:after="200" w:line="276" w:lineRule="auto"/>
    </w:pPr>
    <w:rPr>
      <w:kern w:val="0"/>
      <w:sz w:val="22"/>
      <w:szCs w:val="22"/>
      <w:lang w:val="en-US" w:eastAsia="en-US"/>
      <w14:ligatures w14:val="none"/>
    </w:rPr>
  </w:style>
  <w:style w:type="paragraph" w:customStyle="1" w:styleId="E56BCF0302F740B5BD64798CCDD73E811">
    <w:name w:val="E56BCF0302F740B5BD64798CCDD73E811"/>
    <w:rsid w:val="00591407"/>
    <w:pPr>
      <w:spacing w:after="200" w:line="276" w:lineRule="auto"/>
    </w:pPr>
    <w:rPr>
      <w:kern w:val="0"/>
      <w:sz w:val="22"/>
      <w:szCs w:val="22"/>
      <w:lang w:val="en-US" w:eastAsia="en-US"/>
      <w14:ligatures w14:val="none"/>
    </w:rPr>
  </w:style>
  <w:style w:type="paragraph" w:customStyle="1" w:styleId="7B6C0B071ACA4ABAAA4140E7FCA7D2E21">
    <w:name w:val="7B6C0B071ACA4ABAAA4140E7FCA7D2E21"/>
    <w:rsid w:val="00591407"/>
    <w:pPr>
      <w:spacing w:after="200" w:line="276" w:lineRule="auto"/>
    </w:pPr>
    <w:rPr>
      <w:kern w:val="0"/>
      <w:sz w:val="22"/>
      <w:szCs w:val="22"/>
      <w:lang w:val="en-US" w:eastAsia="en-US"/>
      <w14:ligatures w14:val="none"/>
    </w:rPr>
  </w:style>
  <w:style w:type="paragraph" w:customStyle="1" w:styleId="F9EDC8783E9F4A0488D97E3D6707ADF31">
    <w:name w:val="F9EDC8783E9F4A0488D97E3D6707ADF31"/>
    <w:rsid w:val="00591407"/>
    <w:pPr>
      <w:spacing w:after="200" w:line="276" w:lineRule="auto"/>
    </w:pPr>
    <w:rPr>
      <w:kern w:val="0"/>
      <w:sz w:val="22"/>
      <w:szCs w:val="22"/>
      <w:lang w:val="en-US" w:eastAsia="en-US"/>
      <w14:ligatures w14:val="none"/>
    </w:rPr>
  </w:style>
  <w:style w:type="paragraph" w:customStyle="1" w:styleId="EEDA5E44346641F0A66270F1B3734D0F1">
    <w:name w:val="EEDA5E44346641F0A66270F1B3734D0F1"/>
    <w:rsid w:val="00591407"/>
    <w:pPr>
      <w:spacing w:after="200" w:line="276" w:lineRule="auto"/>
    </w:pPr>
    <w:rPr>
      <w:kern w:val="0"/>
      <w:sz w:val="22"/>
      <w:szCs w:val="22"/>
      <w:lang w:val="en-US" w:eastAsia="en-US"/>
      <w14:ligatures w14:val="none"/>
    </w:rPr>
  </w:style>
  <w:style w:type="paragraph" w:customStyle="1" w:styleId="9C012D277A234CFE8815C431232D5B0D1">
    <w:name w:val="9C012D277A234CFE8815C431232D5B0D1"/>
    <w:rsid w:val="00591407"/>
    <w:pPr>
      <w:spacing w:after="200" w:line="276" w:lineRule="auto"/>
    </w:pPr>
    <w:rPr>
      <w:kern w:val="0"/>
      <w:sz w:val="22"/>
      <w:szCs w:val="22"/>
      <w:lang w:val="en-US" w:eastAsia="en-US"/>
      <w14:ligatures w14:val="none"/>
    </w:rPr>
  </w:style>
  <w:style w:type="paragraph" w:customStyle="1" w:styleId="6BE205486A6C48189976EE56D355310D1">
    <w:name w:val="6BE205486A6C48189976EE56D355310D1"/>
    <w:rsid w:val="00591407"/>
    <w:pPr>
      <w:spacing w:after="200" w:line="276" w:lineRule="auto"/>
    </w:pPr>
    <w:rPr>
      <w:kern w:val="0"/>
      <w:sz w:val="22"/>
      <w:szCs w:val="22"/>
      <w:lang w:val="en-US" w:eastAsia="en-US"/>
      <w14:ligatures w14:val="none"/>
    </w:rPr>
  </w:style>
  <w:style w:type="paragraph" w:customStyle="1" w:styleId="8A22AFE372FF471DB89700DF6FB5B8B51">
    <w:name w:val="8A22AFE372FF471DB89700DF6FB5B8B51"/>
    <w:rsid w:val="00591407"/>
    <w:pPr>
      <w:spacing w:after="200" w:line="276" w:lineRule="auto"/>
    </w:pPr>
    <w:rPr>
      <w:kern w:val="0"/>
      <w:sz w:val="22"/>
      <w:szCs w:val="22"/>
      <w:lang w:val="en-US" w:eastAsia="en-US"/>
      <w14:ligatures w14:val="none"/>
    </w:rPr>
  </w:style>
  <w:style w:type="paragraph" w:customStyle="1" w:styleId="91ECD997A92C4AD8B06BD1B85BFE05881">
    <w:name w:val="91ECD997A92C4AD8B06BD1B85BFE05881"/>
    <w:rsid w:val="00591407"/>
    <w:pPr>
      <w:spacing w:after="200" w:line="276" w:lineRule="auto"/>
    </w:pPr>
    <w:rPr>
      <w:kern w:val="0"/>
      <w:sz w:val="22"/>
      <w:szCs w:val="22"/>
      <w:lang w:val="en-US" w:eastAsia="en-US"/>
      <w14:ligatures w14:val="none"/>
    </w:rPr>
  </w:style>
  <w:style w:type="paragraph" w:customStyle="1" w:styleId="DF7FA644F5084BF1A4EEE5B20E184A251">
    <w:name w:val="DF7FA644F5084BF1A4EEE5B20E184A251"/>
    <w:rsid w:val="00591407"/>
    <w:pPr>
      <w:spacing w:after="200" w:line="276" w:lineRule="auto"/>
    </w:pPr>
    <w:rPr>
      <w:kern w:val="0"/>
      <w:sz w:val="22"/>
      <w:szCs w:val="22"/>
      <w:lang w:val="en-US" w:eastAsia="en-US"/>
      <w14:ligatures w14:val="none"/>
    </w:rPr>
  </w:style>
  <w:style w:type="paragraph" w:customStyle="1" w:styleId="131C09F8F89949C1B0D3AAA81DA3FDE41">
    <w:name w:val="131C09F8F89949C1B0D3AAA81DA3FDE41"/>
    <w:rsid w:val="00591407"/>
    <w:pPr>
      <w:spacing w:after="200" w:line="276" w:lineRule="auto"/>
    </w:pPr>
    <w:rPr>
      <w:kern w:val="0"/>
      <w:sz w:val="22"/>
      <w:szCs w:val="22"/>
      <w:lang w:val="en-US" w:eastAsia="en-US"/>
      <w14:ligatures w14:val="none"/>
    </w:rPr>
  </w:style>
  <w:style w:type="paragraph" w:customStyle="1" w:styleId="3CBCB55C359D44EBA5F75A608F24B01A1">
    <w:name w:val="3CBCB55C359D44EBA5F75A608F24B01A1"/>
    <w:rsid w:val="00591407"/>
    <w:pPr>
      <w:spacing w:after="200" w:line="276" w:lineRule="auto"/>
    </w:pPr>
    <w:rPr>
      <w:kern w:val="0"/>
      <w:sz w:val="22"/>
      <w:szCs w:val="22"/>
      <w:lang w:val="en-US" w:eastAsia="en-US"/>
      <w14:ligatures w14:val="none"/>
    </w:rPr>
  </w:style>
  <w:style w:type="paragraph" w:customStyle="1" w:styleId="7A5C2797FC294FA68100840CC24A557B1">
    <w:name w:val="7A5C2797FC294FA68100840CC24A557B1"/>
    <w:rsid w:val="00591407"/>
    <w:pPr>
      <w:spacing w:after="200" w:line="276" w:lineRule="auto"/>
    </w:pPr>
    <w:rPr>
      <w:kern w:val="0"/>
      <w:sz w:val="22"/>
      <w:szCs w:val="22"/>
      <w:lang w:val="en-US" w:eastAsia="en-US"/>
      <w14:ligatures w14:val="none"/>
    </w:rPr>
  </w:style>
  <w:style w:type="paragraph" w:customStyle="1" w:styleId="9745310CC3E44D0FB628F35FBB8723F61">
    <w:name w:val="9745310CC3E44D0FB628F35FBB8723F61"/>
    <w:rsid w:val="00591407"/>
    <w:pPr>
      <w:spacing w:after="200" w:line="276" w:lineRule="auto"/>
    </w:pPr>
    <w:rPr>
      <w:kern w:val="0"/>
      <w:sz w:val="22"/>
      <w:szCs w:val="22"/>
      <w:lang w:val="en-US" w:eastAsia="en-US"/>
      <w14:ligatures w14:val="none"/>
    </w:rPr>
  </w:style>
  <w:style w:type="paragraph" w:customStyle="1" w:styleId="28D49EBCB03E438A8F61B6DB80541C291">
    <w:name w:val="28D49EBCB03E438A8F61B6DB80541C291"/>
    <w:rsid w:val="00591407"/>
    <w:pPr>
      <w:spacing w:after="200" w:line="276" w:lineRule="auto"/>
    </w:pPr>
    <w:rPr>
      <w:kern w:val="0"/>
      <w:sz w:val="22"/>
      <w:szCs w:val="22"/>
      <w:lang w:val="en-US" w:eastAsia="en-US"/>
      <w14:ligatures w14:val="none"/>
    </w:rPr>
  </w:style>
  <w:style w:type="paragraph" w:customStyle="1" w:styleId="DAFFA931FB224FBF82416413BD54C8EF1">
    <w:name w:val="DAFFA931FB224FBF82416413BD54C8EF1"/>
    <w:rsid w:val="00591407"/>
    <w:pPr>
      <w:spacing w:after="200" w:line="276" w:lineRule="auto"/>
    </w:pPr>
    <w:rPr>
      <w:kern w:val="0"/>
      <w:sz w:val="22"/>
      <w:szCs w:val="22"/>
      <w:lang w:val="en-US" w:eastAsia="en-US"/>
      <w14:ligatures w14:val="none"/>
    </w:rPr>
  </w:style>
  <w:style w:type="paragraph" w:customStyle="1" w:styleId="D4A3D556873946BD90180404B47FD4411">
    <w:name w:val="D4A3D556873946BD90180404B47FD4411"/>
    <w:rsid w:val="00591407"/>
    <w:pPr>
      <w:spacing w:after="200" w:line="276" w:lineRule="auto"/>
    </w:pPr>
    <w:rPr>
      <w:kern w:val="0"/>
      <w:sz w:val="22"/>
      <w:szCs w:val="22"/>
      <w:lang w:val="en-US" w:eastAsia="en-US"/>
      <w14:ligatures w14:val="none"/>
    </w:rPr>
  </w:style>
  <w:style w:type="paragraph" w:customStyle="1" w:styleId="BB0C2F307E8A4A5BB9F78C7C1613F5B61">
    <w:name w:val="BB0C2F307E8A4A5BB9F78C7C1613F5B61"/>
    <w:rsid w:val="00591407"/>
    <w:pPr>
      <w:spacing w:after="200" w:line="276" w:lineRule="auto"/>
    </w:pPr>
    <w:rPr>
      <w:kern w:val="0"/>
      <w:sz w:val="22"/>
      <w:szCs w:val="22"/>
      <w:lang w:val="en-US" w:eastAsia="en-US"/>
      <w14:ligatures w14:val="none"/>
    </w:rPr>
  </w:style>
  <w:style w:type="paragraph" w:customStyle="1" w:styleId="306DD1191F4A4323A1DF27B75852EE6F1">
    <w:name w:val="306DD1191F4A4323A1DF27B75852EE6F1"/>
    <w:rsid w:val="00591407"/>
    <w:pPr>
      <w:spacing w:after="200" w:line="276" w:lineRule="auto"/>
    </w:pPr>
    <w:rPr>
      <w:kern w:val="0"/>
      <w:sz w:val="22"/>
      <w:szCs w:val="22"/>
      <w:lang w:val="en-US" w:eastAsia="en-US"/>
      <w14:ligatures w14:val="none"/>
    </w:rPr>
  </w:style>
  <w:style w:type="paragraph" w:customStyle="1" w:styleId="7E3332A2A4D84227BA71FA0119C97646">
    <w:name w:val="7E3332A2A4D84227BA71FA0119C97646"/>
    <w:rsid w:val="005914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1968C63D93D4449DDD674C93C908C2" ma:contentTypeVersion="11" ma:contentTypeDescription="Een nieuw document maken." ma:contentTypeScope="" ma:versionID="cadf5384f9676c8c2050a1d604f9be46">
  <xsd:schema xmlns:xsd="http://www.w3.org/2001/XMLSchema" xmlns:xs="http://www.w3.org/2001/XMLSchema" xmlns:p="http://schemas.microsoft.com/office/2006/metadata/properties" xmlns:ns2="231c45d9-5af7-478f-9dd2-26d248b5dd18" xmlns:ns3="ef4d5cc4-8988-4153-b9fd-563ae3c430b4" targetNamespace="http://schemas.microsoft.com/office/2006/metadata/properties" ma:root="true" ma:fieldsID="84ca440500139f531278ed92ad899227" ns2:_="" ns3:_="">
    <xsd:import namespace="231c45d9-5af7-478f-9dd2-26d248b5dd18"/>
    <xsd:import namespace="ef4d5cc4-8988-4153-b9fd-563ae3c430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1c45d9-5af7-478f-9dd2-26d248b5dd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4d5cc4-8988-4153-b9fd-563ae3c430b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d870e1-79e3-47dc-8ba0-8e04c2faf0c7}" ma:internalName="TaxCatchAll" ma:showField="CatchAllData" ma:web="ef4d5cc4-8988-4153-b9fd-563ae3c430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1c45d9-5af7-478f-9dd2-26d248b5dd18">
      <Terms xmlns="http://schemas.microsoft.com/office/infopath/2007/PartnerControls"/>
    </lcf76f155ced4ddcb4097134ff3c332f>
    <TaxCatchAll xmlns="ef4d5cc4-8988-4153-b9fd-563ae3c430b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59271-B510-4E66-AD3B-EDC5DA3A50B7}">
  <ds:schemaRefs>
    <ds:schemaRef ds:uri="http://schemas.microsoft.com/sharepoint/v3/contenttype/forms"/>
  </ds:schemaRefs>
</ds:datastoreItem>
</file>

<file path=customXml/itemProps2.xml><?xml version="1.0" encoding="utf-8"?>
<ds:datastoreItem xmlns:ds="http://schemas.openxmlformats.org/officeDocument/2006/customXml" ds:itemID="{D5CEADC5-89E4-4191-8FC5-B483207F1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1c45d9-5af7-478f-9dd2-26d248b5dd18"/>
    <ds:schemaRef ds:uri="ef4d5cc4-8988-4153-b9fd-563ae3c430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A87553-C973-4FA5-9242-EFD5F5E22401}">
  <ds:schemaRefs>
    <ds:schemaRef ds:uri="http://schemas.microsoft.com/office/2006/metadata/properties"/>
    <ds:schemaRef ds:uri="http://schemas.microsoft.com/office/infopath/2007/PartnerControls"/>
    <ds:schemaRef ds:uri="231c45d9-5af7-478f-9dd2-26d248b5dd18"/>
    <ds:schemaRef ds:uri="ef4d5cc4-8988-4153-b9fd-563ae3c430b4"/>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12</Pages>
  <Words>2246</Words>
  <Characters>12354</Characters>
  <Application>Microsoft Office Word</Application>
  <DocSecurity>8</DocSecurity>
  <Lines>102</Lines>
  <Paragraphs>29</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14571</CharactersWithSpaces>
  <SharedDoc>false</SharedDoc>
  <HyperlinkBase/>
  <HLinks>
    <vt:vector size="18" baseType="variant">
      <vt:variant>
        <vt:i4>5177371</vt:i4>
      </vt:variant>
      <vt:variant>
        <vt:i4>0</vt:i4>
      </vt:variant>
      <vt:variant>
        <vt:i4>0</vt:i4>
      </vt:variant>
      <vt:variant>
        <vt:i4>5</vt:i4>
      </vt:variant>
      <vt:variant>
        <vt:lpwstr>https://amsterdamumc.iprova.nl/portal/</vt:lpwstr>
      </vt:variant>
      <vt:variant>
        <vt:lpwstr>/document/f9874755-3203-4491-89e2-5d1ca97f6663</vt:lpwstr>
      </vt:variant>
      <vt:variant>
        <vt:i4>6029352</vt:i4>
      </vt:variant>
      <vt:variant>
        <vt:i4>3</vt:i4>
      </vt:variant>
      <vt:variant>
        <vt:i4>0</vt:i4>
      </vt:variant>
      <vt:variant>
        <vt:i4>5</vt:i4>
      </vt:variant>
      <vt:variant>
        <vt:lpwstr>mailto:g.deluca@amsterdamumc.nl</vt:lpwstr>
      </vt:variant>
      <vt:variant>
        <vt:lpwstr/>
      </vt:variant>
      <vt:variant>
        <vt:i4>6029352</vt:i4>
      </vt:variant>
      <vt:variant>
        <vt:i4>0</vt:i4>
      </vt:variant>
      <vt:variant>
        <vt:i4>0</vt:i4>
      </vt:variant>
      <vt:variant>
        <vt:i4>5</vt:i4>
      </vt:variant>
      <vt:variant>
        <vt:lpwstr>mailto:g.deluca@amsterdamumc.nl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Siemerink, K.M. (Kitty)</cp:lastModifiedBy>
  <cp:revision>9</cp:revision>
  <cp:lastPrinted>2025-04-24T18:09:00Z</cp:lastPrinted>
  <dcterms:created xsi:type="dcterms:W3CDTF">2025-04-24T12:48:00Z</dcterms:created>
  <dcterms:modified xsi:type="dcterms:W3CDTF">2025-04-24T13:43:00Z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0x010100E51968C63D93D4449DDD674C93C908C2</vt:lpwstr>
  </property>
  <property fmtid="{D5CDD505-2E9C-101B-9397-08002B2CF9AE}" pid="3" name="MediaServiceImageTags">
    <vt:lpwstr/>
  </property>
</Properties>
</file>